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C32" w:rsidRDefault="00103C32">
      <w:pPr>
        <w:autoSpaceDE w:val="0"/>
        <w:autoSpaceDN w:val="0"/>
        <w:spacing w:after="76" w:line="220" w:lineRule="exact"/>
      </w:pPr>
    </w:p>
    <w:p w:rsidR="00103C32" w:rsidRDefault="00A012E9">
      <w:pPr>
        <w:autoSpaceDE w:val="0"/>
        <w:autoSpaceDN w:val="0"/>
        <w:spacing w:before="128" w:after="0" w:line="233" w:lineRule="auto"/>
        <w:ind w:left="2146"/>
      </w:pPr>
      <w:r>
        <w:rPr>
          <w:rFonts w:ascii="Arial" w:eastAsia="Arial" w:hAnsi="Arial"/>
          <w:color w:val="000000"/>
          <w:sz w:val="28"/>
        </w:rPr>
        <w:t xml:space="preserve">Soal TKA Ekonomi (Pilihan) SMA/MA/SMK Tahun 2025 </w:t>
      </w:r>
    </w:p>
    <w:p w:rsidR="00103C32" w:rsidRDefault="00A012E9">
      <w:pPr>
        <w:autoSpaceDE w:val="0"/>
        <w:autoSpaceDN w:val="0"/>
        <w:spacing w:before="26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133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0134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184" w:after="0" w:line="240" w:lineRule="auto"/>
      </w:pPr>
      <w:r>
        <w:rPr>
          <w:noProof/>
        </w:rPr>
        <w:drawing>
          <wp:inline distT="0" distB="0" distL="0" distR="0">
            <wp:extent cx="6750050" cy="309752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309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296" w:right="24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9989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8" w:after="0" w:line="240" w:lineRule="auto"/>
        <w:jc w:val="center"/>
      </w:pPr>
      <w:r>
        <w:rPr>
          <w:noProof/>
        </w:rPr>
        <w:drawing>
          <wp:inline distT="0" distB="0" distL="0" distR="0">
            <wp:extent cx="6929120" cy="94868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29120" cy="94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0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7216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294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40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7912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8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787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218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bookmarkStart w:id="0" w:name="_GoBack"/>
      <w:r>
        <w:rPr>
          <w:noProof/>
        </w:rPr>
        <w:drawing>
          <wp:inline distT="0" distB="0" distL="0" distR="0">
            <wp:extent cx="6930390" cy="32156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9824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47065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47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80161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80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129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0962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9951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4" w:after="0" w:line="240" w:lineRule="auto"/>
        <w:jc w:val="center"/>
      </w:pPr>
      <w:r>
        <w:rPr>
          <w:noProof/>
        </w:rPr>
        <w:drawing>
          <wp:inline distT="0" distB="0" distL="0" distR="0">
            <wp:extent cx="6929120" cy="28066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29120" cy="28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421894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421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40" w:after="0" w:line="240" w:lineRule="auto"/>
      </w:pPr>
      <w:r>
        <w:rPr>
          <w:noProof/>
        </w:rPr>
        <w:drawing>
          <wp:inline distT="0" distB="0" distL="0" distR="0">
            <wp:extent cx="6750050" cy="2870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85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19456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07466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7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18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33807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1717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11022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11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1793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76148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76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524759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52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1844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6" w:after="0" w:line="240" w:lineRule="auto"/>
        <w:jc w:val="center"/>
      </w:pPr>
      <w:r>
        <w:rPr>
          <w:noProof/>
        </w:rPr>
        <w:drawing>
          <wp:inline distT="0" distB="0" distL="0" distR="0">
            <wp:extent cx="6924040" cy="210819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924040" cy="21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4" w:after="0" w:line="240" w:lineRule="auto"/>
        <w:jc w:val="center"/>
      </w:pPr>
      <w:r>
        <w:rPr>
          <w:noProof/>
        </w:rPr>
        <w:drawing>
          <wp:inline distT="0" distB="0" distL="0" distR="0">
            <wp:extent cx="6927850" cy="16383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927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957829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95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99517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4851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8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8161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2184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647189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64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5400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2692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75311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8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551429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55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2184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336039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33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62636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99517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325879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32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0289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1549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2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83337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1422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4" w:after="0" w:line="240" w:lineRule="auto"/>
        <w:jc w:val="center"/>
      </w:pPr>
      <w:r>
        <w:rPr>
          <w:noProof/>
        </w:rPr>
        <w:drawing>
          <wp:inline distT="0" distB="0" distL="0" distR="0">
            <wp:extent cx="6929120" cy="13144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92912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769869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76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0406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145539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14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57759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0787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98298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60096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1676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0" w:after="0" w:line="240" w:lineRule="auto"/>
        <w:jc w:val="center"/>
      </w:pPr>
      <w:r>
        <w:rPr>
          <w:noProof/>
        </w:rPr>
        <w:drawing>
          <wp:inline distT="0" distB="0" distL="0" distR="0">
            <wp:extent cx="6927850" cy="1145539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927850" cy="114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566159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56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0914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42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48717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365499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365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1676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0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30937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2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73431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99136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40" w:after="0" w:line="240" w:lineRule="auto"/>
        <w:jc w:val="center"/>
      </w:pPr>
      <w:r>
        <w:rPr>
          <w:noProof/>
        </w:rPr>
        <w:drawing>
          <wp:inline distT="0" distB="0" distL="0" distR="0">
            <wp:extent cx="6929120" cy="177927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92912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96164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9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98501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98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27850" cy="956309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927850" cy="95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23469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17297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29120" cy="159004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92912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566159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56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99009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42" w:after="0" w:line="240" w:lineRule="auto"/>
        <w:jc w:val="center"/>
      </w:pPr>
      <w:r>
        <w:rPr>
          <w:noProof/>
        </w:rPr>
        <w:drawing>
          <wp:inline distT="0" distB="0" distL="0" distR="0">
            <wp:extent cx="6927850" cy="1167129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927850" cy="116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355339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35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0279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57607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4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867659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86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199517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4" w:after="0" w:line="240" w:lineRule="auto"/>
        <w:jc w:val="center"/>
      </w:pPr>
      <w:r>
        <w:rPr>
          <w:noProof/>
        </w:rPr>
        <w:drawing>
          <wp:inline distT="0" distB="0" distL="0" distR="0">
            <wp:extent cx="6929120" cy="139192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929120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3522979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352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103C32">
      <w:pPr>
        <w:sectPr w:rsidR="00103C32">
          <w:pgSz w:w="11906" w:h="16841"/>
          <w:pgMar w:top="142" w:right="262" w:bottom="1440" w:left="710" w:header="720" w:footer="720" w:gutter="0"/>
          <w:cols w:space="720"/>
          <w:docGrid w:linePitch="360"/>
        </w:sectPr>
      </w:pPr>
    </w:p>
    <w:p w:rsidR="00103C32" w:rsidRDefault="00103C32">
      <w:pPr>
        <w:autoSpaceDE w:val="0"/>
        <w:autoSpaceDN w:val="0"/>
        <w:spacing w:after="0" w:line="142" w:lineRule="exact"/>
      </w:pPr>
    </w:p>
    <w:p w:rsidR="00103C32" w:rsidRDefault="00A012E9">
      <w:pPr>
        <w:autoSpaceDE w:val="0"/>
        <w:autoSpaceDN w:val="0"/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01676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30" w:after="0" w:line="240" w:lineRule="auto"/>
        <w:jc w:val="center"/>
      </w:pPr>
      <w:r>
        <w:rPr>
          <w:noProof/>
        </w:rPr>
        <w:drawing>
          <wp:inline distT="0" distB="0" distL="0" distR="0">
            <wp:extent cx="6927850" cy="181356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92785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C32" w:rsidRDefault="00A012E9">
      <w:pPr>
        <w:autoSpaceDE w:val="0"/>
        <w:autoSpaceDN w:val="0"/>
        <w:spacing w:before="26" w:after="0" w:line="240" w:lineRule="auto"/>
        <w:jc w:val="center"/>
      </w:pPr>
      <w:r>
        <w:rPr>
          <w:noProof/>
        </w:rPr>
        <w:drawing>
          <wp:inline distT="0" distB="0" distL="0" distR="0">
            <wp:extent cx="6930390" cy="2600959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930390" cy="2600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3C32" w:rsidSect="00034616">
      <w:pgSz w:w="11906" w:h="16841"/>
      <w:pgMar w:top="142" w:right="262" w:bottom="1440" w:left="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3C32"/>
    <w:rsid w:val="0015074B"/>
    <w:rsid w:val="0029639D"/>
    <w:rsid w:val="00326F90"/>
    <w:rsid w:val="00A012E9"/>
    <w:rsid w:val="00AA1D8D"/>
    <w:rsid w:val="00B47730"/>
    <w:rsid w:val="00CB0664"/>
    <w:rsid w:val="00D217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980CB3E-B341-4D72-A046-9883D232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6" Type="http://schemas.openxmlformats.org/officeDocument/2006/relationships/image" Target="media/image71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theme" Target="theme/theme1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FA8BC0-696A-4691-9EF7-B77AEACC7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2026-07-21T17:35:00Z</dcterms:modified>
  <cp:category/>
</cp:coreProperties>
</file>