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222" w:rsidRDefault="00946928">
      <w:pPr>
        <w:jc w:val="center"/>
      </w:pPr>
      <w:r>
        <w:rPr>
          <w:b/>
          <w:sz w:val="28"/>
        </w:rPr>
        <w:t>LAPORAN KEGIATAN KELOMPOK KERJA / MUSYAWARAH GURU MATA PELAJARAN (MGMP)</w:t>
      </w:r>
      <w:r>
        <w:rPr>
          <w:b/>
          <w:sz w:val="28"/>
        </w:rPr>
        <w:br/>
        <w:t>BIMBINGAN DAN KONSELING SMA/SMK</w:t>
      </w:r>
      <w:r>
        <w:rPr>
          <w:b/>
          <w:sz w:val="28"/>
        </w:rPr>
        <w:br/>
      </w:r>
    </w:p>
    <w:p w:rsidR="00F16222" w:rsidRDefault="00946928">
      <w:pPr>
        <w:jc w:val="center"/>
      </w:pPr>
      <w:r>
        <w:rPr>
          <w:b/>
          <w:sz w:val="24"/>
        </w:rPr>
        <w:t>TOPIK: PELAKSANAAN LAYANAN KELAS BESAR, KLASIKAL, KELOMPOK, DAN INDIVIDUAL</w:t>
      </w:r>
      <w:r>
        <w:rPr>
          <w:b/>
          <w:sz w:val="24"/>
        </w:rPr>
        <w:br/>
        <w:t>TANGGAL: 10 OKTOBER 2026 (MODA DARING)</w:t>
      </w:r>
      <w:r>
        <w:rPr>
          <w:b/>
          <w:sz w:val="24"/>
        </w:rPr>
        <w:br/>
      </w:r>
    </w:p>
    <w:p w:rsidR="00F16222" w:rsidRDefault="00F16222">
      <w:pPr>
        <w:spacing w:after="240"/>
      </w:pPr>
    </w:p>
    <w:p w:rsidR="00F16222" w:rsidRDefault="00946928">
      <w:pPr>
        <w:spacing w:before="240" w:after="120"/>
      </w:pPr>
      <w:r>
        <w:rPr>
          <w:b/>
          <w:sz w:val="24"/>
        </w:rPr>
        <w:t>BAB I: PENDAHULUAN</w:t>
      </w:r>
    </w:p>
    <w:p w:rsidR="00EB6682" w:rsidRDefault="00EB6682" w:rsidP="00EB6682">
      <w:pPr>
        <w:pStyle w:val="ListParagraph"/>
        <w:numPr>
          <w:ilvl w:val="1"/>
          <w:numId w:val="14"/>
        </w:numPr>
        <w:spacing w:line="360" w:lineRule="auto"/>
        <w:ind w:left="567" w:hanging="567"/>
        <w:jc w:val="both"/>
      </w:pPr>
      <w:proofErr w:type="spellStart"/>
      <w:r>
        <w:t>Latar</w:t>
      </w:r>
      <w:proofErr w:type="spellEnd"/>
      <w:r>
        <w:t> </w:t>
      </w:r>
      <w:proofErr w:type="spellStart"/>
      <w:r w:rsidR="00946928">
        <w:t>Belakang</w:t>
      </w:r>
      <w:proofErr w:type="spellEnd"/>
      <w:r w:rsidR="00946928">
        <w:br/>
      </w:r>
      <w:proofErr w:type="spellStart"/>
      <w:r w:rsidR="00946928">
        <w:t>Bimbingan</w:t>
      </w:r>
      <w:proofErr w:type="spellEnd"/>
      <w:r w:rsidR="00946928">
        <w:t xml:space="preserve"> </w:t>
      </w:r>
      <w:proofErr w:type="spellStart"/>
      <w:r w:rsidR="00946928">
        <w:t>dan</w:t>
      </w:r>
      <w:proofErr w:type="spellEnd"/>
      <w:r w:rsidR="00946928">
        <w:t xml:space="preserve"> </w:t>
      </w:r>
      <w:proofErr w:type="spellStart"/>
      <w:r w:rsidR="00946928">
        <w:t>Konseling</w:t>
      </w:r>
      <w:proofErr w:type="spellEnd"/>
      <w:r w:rsidR="00946928">
        <w:t xml:space="preserve"> (BK) di jenjang SMA dan SMK memiliki peranan krusial dalam memfasilitasi perkembangan pribadi, sosial, belajar, dan karier peserta didik. Standar penyelenggaraan BK menuntut implementasi layanan yang komprehensif melalui be</w:t>
      </w:r>
      <w:r w:rsidR="00946928">
        <w:t>rbagai format, yaitu layanan kelas besar/lintas kelas, klasikal, kelompok, dan individual. Namun, dalam praktiknya di lapangan, guru BK seringkali menghadapi tantangan dalam membagi proporsi dan menerapkan metodologi yang tepat untuk masing-masing format l</w:t>
      </w:r>
      <w:r w:rsidR="00946928">
        <w:t xml:space="preserve">ayanan tersebut, terutama dalam transisi menuju era digitalisasi. Oleh karena itu, Musyawarah Guru Mata Pelajaran (MGMP) BK SMA/SMK memandang perlu adanya penyamaan persepsi, pembaharuan strategi, dan peningkatan kompetensi melalui kegiatan seminar dan </w:t>
      </w:r>
      <w:proofErr w:type="spellStart"/>
      <w:r w:rsidR="00946928">
        <w:t>dis</w:t>
      </w:r>
      <w:r w:rsidR="00946928">
        <w:t>kusi</w:t>
      </w:r>
      <w:proofErr w:type="spellEnd"/>
      <w:r w:rsidR="00946928">
        <w:t xml:space="preserve"> </w:t>
      </w:r>
      <w:proofErr w:type="spellStart"/>
      <w:r w:rsidR="00946928">
        <w:t>interaktif</w:t>
      </w:r>
      <w:proofErr w:type="spellEnd"/>
      <w:r w:rsidR="00946928">
        <w:t xml:space="preserve"> </w:t>
      </w:r>
      <w:proofErr w:type="spellStart"/>
      <w:r w:rsidR="00946928">
        <w:t>secara</w:t>
      </w:r>
      <w:proofErr w:type="spellEnd"/>
      <w:r w:rsidR="00946928">
        <w:t xml:space="preserve"> daring.</w:t>
      </w:r>
    </w:p>
    <w:p w:rsidR="00EB6682" w:rsidRDefault="00EB6682" w:rsidP="00EB6682">
      <w:pPr>
        <w:pStyle w:val="ListParagraph"/>
        <w:numPr>
          <w:ilvl w:val="1"/>
          <w:numId w:val="14"/>
        </w:numPr>
        <w:spacing w:line="360" w:lineRule="auto"/>
        <w:ind w:left="567" w:hanging="567"/>
        <w:jc w:val="both"/>
      </w:pPr>
      <w:proofErr w:type="spellStart"/>
      <w:r>
        <w:t>Dasar</w:t>
      </w:r>
      <w:proofErr w:type="spellEnd"/>
      <w:r>
        <w:t> </w:t>
      </w:r>
      <w:proofErr w:type="spellStart"/>
      <w:r>
        <w:t>Pelaksanaan</w:t>
      </w:r>
      <w:proofErr w:type="spellEnd"/>
    </w:p>
    <w:p w:rsidR="00EB6682" w:rsidRDefault="00946928" w:rsidP="00EB6682">
      <w:pPr>
        <w:pStyle w:val="ListParagraph"/>
        <w:numPr>
          <w:ilvl w:val="0"/>
          <w:numId w:val="15"/>
        </w:numPr>
        <w:spacing w:line="360" w:lineRule="auto"/>
        <w:jc w:val="both"/>
      </w:pPr>
      <w:r>
        <w:t xml:space="preserve">Program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Pengurus</w:t>
      </w:r>
      <w:proofErr w:type="spellEnd"/>
      <w:r>
        <w:t xml:space="preserve"> MGMP BK SMA/SMK </w:t>
      </w:r>
      <w:proofErr w:type="spellStart"/>
      <w:r>
        <w:t>Period</w:t>
      </w:r>
      <w:r w:rsidR="00EB6682">
        <w:t>e</w:t>
      </w:r>
      <w:proofErr w:type="spellEnd"/>
      <w:r w:rsidR="00EB6682">
        <w:t xml:space="preserve"> </w:t>
      </w:r>
      <w:proofErr w:type="spellStart"/>
      <w:r w:rsidR="00EB6682">
        <w:t>Tahun</w:t>
      </w:r>
      <w:proofErr w:type="spellEnd"/>
      <w:r w:rsidR="00EB6682">
        <w:t xml:space="preserve"> </w:t>
      </w:r>
      <w:proofErr w:type="spellStart"/>
      <w:r w:rsidR="00EB6682">
        <w:t>Pelajaran</w:t>
      </w:r>
      <w:proofErr w:type="spellEnd"/>
      <w:r w:rsidR="00EB6682">
        <w:t xml:space="preserve"> 2026/2027.</w:t>
      </w:r>
    </w:p>
    <w:p w:rsidR="00EB6682" w:rsidRDefault="00946928" w:rsidP="00EB6682">
      <w:pPr>
        <w:pStyle w:val="ListParagraph"/>
        <w:numPr>
          <w:ilvl w:val="0"/>
          <w:numId w:val="15"/>
        </w:numPr>
        <w:spacing w:line="360" w:lineRule="auto"/>
        <w:jc w:val="both"/>
      </w:pPr>
      <w:proofErr w:type="spellStart"/>
      <w:r>
        <w:t>Kalender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Jenjang SMA </w:t>
      </w:r>
      <w:proofErr w:type="spellStart"/>
      <w:proofErr w:type="gramStart"/>
      <w:r>
        <w:t>dan</w:t>
      </w:r>
      <w:proofErr w:type="spellEnd"/>
      <w:proofErr w:type="gramEnd"/>
      <w:r>
        <w:t xml:space="preserve"> SMK </w:t>
      </w:r>
      <w:proofErr w:type="spellStart"/>
      <w:r>
        <w:t>Provinsi</w:t>
      </w:r>
      <w:proofErr w:type="spellEnd"/>
      <w:r>
        <w:t>.</w:t>
      </w:r>
    </w:p>
    <w:p w:rsidR="00EB6682" w:rsidRDefault="00EB6682" w:rsidP="00EB6682">
      <w:pPr>
        <w:pStyle w:val="ListParagraph"/>
        <w:numPr>
          <w:ilvl w:val="1"/>
          <w:numId w:val="14"/>
        </w:numPr>
        <w:spacing w:line="360" w:lineRule="auto"/>
        <w:ind w:left="567" w:hanging="425"/>
        <w:jc w:val="both"/>
      </w:pPr>
      <w:proofErr w:type="spellStart"/>
      <w:r>
        <w:t>Tujuan</w:t>
      </w:r>
      <w:proofErr w:type="spellEnd"/>
      <w:r>
        <w:t> </w:t>
      </w:r>
      <w:proofErr w:type="spellStart"/>
      <w:r>
        <w:t>Kegiatan</w:t>
      </w:r>
      <w:proofErr w:type="spellEnd"/>
    </w:p>
    <w:p w:rsidR="00946928" w:rsidRDefault="00946928" w:rsidP="00EB6682">
      <w:pPr>
        <w:pStyle w:val="ListParagraph"/>
        <w:numPr>
          <w:ilvl w:val="0"/>
          <w:numId w:val="16"/>
        </w:numPr>
        <w:spacing w:line="360" w:lineRule="auto"/>
        <w:jc w:val="both"/>
      </w:pPr>
      <w:proofErr w:type="spellStart"/>
      <w:r>
        <w:t>Meningkatkan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guru BK meng</w:t>
      </w:r>
      <w:r>
        <w:t xml:space="preserve">enai strategi operasional pelaksanaan 4 format </w:t>
      </w:r>
      <w:proofErr w:type="spellStart"/>
      <w:r>
        <w:t>layanan</w:t>
      </w:r>
      <w:proofErr w:type="spellEnd"/>
      <w:r>
        <w:t xml:space="preserve"> BK.</w:t>
      </w:r>
    </w:p>
    <w:p w:rsidR="00946928" w:rsidRDefault="00946928" w:rsidP="00EB6682">
      <w:pPr>
        <w:pStyle w:val="ListParagraph"/>
        <w:numPr>
          <w:ilvl w:val="0"/>
          <w:numId w:val="16"/>
        </w:numPr>
        <w:spacing w:line="360" w:lineRule="auto"/>
        <w:jc w:val="both"/>
      </w:pPr>
      <w:proofErr w:type="spellStart"/>
      <w:r>
        <w:t>Berbagi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(sharing best practices) penanganan kendala teknis </w:t>
      </w:r>
      <w:proofErr w:type="spellStart"/>
      <w:r>
        <w:t>dan</w:t>
      </w:r>
      <w:proofErr w:type="spellEnd"/>
      <w:r>
        <w:t xml:space="preserve"> </w:t>
      </w:r>
      <w:proofErr w:type="spellStart"/>
      <w:r>
        <w:t>etika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daring.</w:t>
      </w:r>
    </w:p>
    <w:p w:rsidR="00F16222" w:rsidRDefault="00946928" w:rsidP="00EB6682">
      <w:pPr>
        <w:pStyle w:val="ListParagraph"/>
        <w:numPr>
          <w:ilvl w:val="0"/>
          <w:numId w:val="16"/>
        </w:numPr>
        <w:spacing w:line="360" w:lineRule="auto"/>
        <w:jc w:val="both"/>
      </w:pPr>
      <w:proofErr w:type="spellStart"/>
      <w:r>
        <w:t>Menyusun</w:t>
      </w:r>
      <w:proofErr w:type="spellEnd"/>
      <w:r>
        <w:t xml:space="preserve"> standardisasi draf Rencana Pelaksanaan Layanan (RPL) yang </w:t>
      </w:r>
      <w:proofErr w:type="spellStart"/>
      <w:r>
        <w:t>adaptif</w:t>
      </w:r>
      <w:proofErr w:type="spellEnd"/>
      <w:r>
        <w:t xml:space="preserve"> di era digital.</w:t>
      </w:r>
    </w:p>
    <w:p w:rsidR="00946928" w:rsidRDefault="00946928" w:rsidP="00946928">
      <w:pPr>
        <w:spacing w:line="360" w:lineRule="auto"/>
        <w:jc w:val="both"/>
      </w:pPr>
    </w:p>
    <w:p w:rsidR="00F16222" w:rsidRDefault="00946928">
      <w:pPr>
        <w:spacing w:before="240" w:after="120"/>
      </w:pPr>
      <w:r>
        <w:rPr>
          <w:b/>
          <w:sz w:val="24"/>
        </w:rPr>
        <w:lastRenderedPageBreak/>
        <w:t>B</w:t>
      </w:r>
      <w:r>
        <w:rPr>
          <w:b/>
          <w:sz w:val="24"/>
        </w:rPr>
        <w:t>A</w:t>
      </w:r>
      <w:r>
        <w:rPr>
          <w:b/>
          <w:sz w:val="24"/>
        </w:rPr>
        <w:t>B II: PELAKSANAAN KEGIATAN</w:t>
      </w:r>
    </w:p>
    <w:p w:rsidR="00946928" w:rsidRDefault="00946928" w:rsidP="00946928">
      <w:pPr>
        <w:pStyle w:val="ListParagraph"/>
        <w:numPr>
          <w:ilvl w:val="1"/>
          <w:numId w:val="15"/>
        </w:numPr>
        <w:spacing w:line="360" w:lineRule="auto"/>
      </w:pPr>
      <w:proofErr w:type="spellStart"/>
      <w:r>
        <w:t>Waktu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br/>
      </w: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daring (virtual) </w:t>
      </w:r>
      <w:proofErr w:type="spellStart"/>
      <w:r>
        <w:t>pada</w:t>
      </w:r>
      <w:proofErr w:type="spellEnd"/>
      <w:r>
        <w:t>:</w:t>
      </w:r>
    </w:p>
    <w:p w:rsidR="00946928" w:rsidRDefault="00946928" w:rsidP="00946928">
      <w:pPr>
        <w:pStyle w:val="ListParagraph"/>
        <w:spacing w:line="360" w:lineRule="auto"/>
        <w:ind w:left="927"/>
      </w:pPr>
      <w:proofErr w:type="spellStart"/>
      <w:r>
        <w:t>Hari</w:t>
      </w:r>
      <w:proofErr w:type="spellEnd"/>
      <w:r>
        <w:t xml:space="preserve"> / </w:t>
      </w:r>
      <w:proofErr w:type="spellStart"/>
      <w:r>
        <w:t>Tanggal</w:t>
      </w:r>
      <w:proofErr w:type="spellEnd"/>
      <w:r>
        <w:t xml:space="preserve">: </w:t>
      </w:r>
      <w:proofErr w:type="spellStart"/>
      <w:r>
        <w:t>Sabtu</w:t>
      </w:r>
      <w:proofErr w:type="spellEnd"/>
      <w:r>
        <w:t xml:space="preserve">, 10 </w:t>
      </w:r>
      <w:proofErr w:type="spellStart"/>
      <w:r>
        <w:t>Oktober</w:t>
      </w:r>
      <w:proofErr w:type="spellEnd"/>
      <w:r>
        <w:t xml:space="preserve"> 2026</w:t>
      </w:r>
    </w:p>
    <w:p w:rsidR="00946928" w:rsidRDefault="00946928" w:rsidP="00946928">
      <w:pPr>
        <w:pStyle w:val="ListParagraph"/>
        <w:spacing w:line="360" w:lineRule="auto"/>
        <w:ind w:left="927"/>
      </w:pPr>
      <w:proofErr w:type="spellStart"/>
      <w:r>
        <w:t>Waktu</w:t>
      </w:r>
      <w:proofErr w:type="spellEnd"/>
      <w:r>
        <w:t xml:space="preserve">: Jam 10.00 </w:t>
      </w:r>
      <w:proofErr w:type="spellStart"/>
      <w:r>
        <w:t>s.d.</w:t>
      </w:r>
      <w:proofErr w:type="spellEnd"/>
      <w:r>
        <w:t xml:space="preserve"> 12.00 WIB</w:t>
      </w:r>
    </w:p>
    <w:p w:rsidR="00946928" w:rsidRDefault="00946928" w:rsidP="00946928">
      <w:pPr>
        <w:pStyle w:val="ListParagraph"/>
        <w:spacing w:line="360" w:lineRule="auto"/>
        <w:ind w:left="927"/>
      </w:pPr>
      <w:proofErr w:type="spellStart"/>
      <w:r>
        <w:t>Moda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>: Daring (Online via Zoom Meeting / Google Meet)</w:t>
      </w:r>
    </w:p>
    <w:p w:rsidR="00946928" w:rsidRDefault="00946928" w:rsidP="00946928">
      <w:pPr>
        <w:pStyle w:val="ListParagraph"/>
        <w:spacing w:line="360" w:lineRule="auto"/>
        <w:ind w:left="927"/>
      </w:pPr>
      <w:r>
        <w:t xml:space="preserve">Host: </w:t>
      </w:r>
      <w:proofErr w:type="spellStart"/>
      <w:r w:rsidR="00EB6682">
        <w:t>Kurniati</w:t>
      </w:r>
      <w:proofErr w:type="spellEnd"/>
      <w:r w:rsidR="00EB6682">
        <w:t>, S.</w:t>
      </w:r>
      <w:proofErr w:type="spellStart"/>
      <w:r w:rsidR="00EB6682">
        <w:t>Pd</w:t>
      </w:r>
      <w:proofErr w:type="spellEnd"/>
      <w:r w:rsidR="00EB6682">
        <w:t>.</w:t>
      </w:r>
      <w:proofErr w:type="gramStart"/>
      <w:r w:rsidR="00EB6682">
        <w:t>,</w:t>
      </w:r>
      <w:proofErr w:type="spellStart"/>
      <w:r w:rsidR="00EB6682">
        <w:t>Gr</w:t>
      </w:r>
      <w:proofErr w:type="spellEnd"/>
      <w:proofErr w:type="gramEnd"/>
    </w:p>
    <w:p w:rsidR="00F16222" w:rsidRDefault="00946928" w:rsidP="00946928">
      <w:pPr>
        <w:pStyle w:val="ListParagraph"/>
        <w:spacing w:line="360" w:lineRule="auto"/>
        <w:ind w:left="567"/>
      </w:pPr>
      <w:r>
        <w:t xml:space="preserve">2.2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br/>
      </w:r>
      <w:proofErr w:type="spellStart"/>
      <w:r>
        <w:t>Peserta</w:t>
      </w:r>
      <w:proofErr w:type="spellEnd"/>
      <w:r>
        <w:t xml:space="preserve"> yang hadir dalam kegiatan ini terdiri dari Guru Bimbingan dan Konseling tingkat SMA dan SMK negeri serta swasta yang tergabung dalam keanggotaan MGMP. Jumlah peserta terdata </w:t>
      </w:r>
      <w:r>
        <w:t xml:space="preserve">secara digital melalui presensi </w:t>
      </w:r>
      <w:proofErr w:type="spellStart"/>
      <w:r>
        <w:t>elektronik</w:t>
      </w:r>
      <w:proofErr w:type="spellEnd"/>
      <w:r>
        <w:t xml:space="preserve"> (</w:t>
      </w:r>
      <w:proofErr w:type="spellStart"/>
      <w:r>
        <w:t>Daftar</w:t>
      </w:r>
      <w:proofErr w:type="spellEnd"/>
      <w:r>
        <w:t xml:space="preserve">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Terlampir</w:t>
      </w:r>
      <w:proofErr w:type="spellEnd"/>
      <w:r>
        <w:t>).</w:t>
      </w:r>
    </w:p>
    <w:p w:rsidR="00F16222" w:rsidRDefault="00946928">
      <w:r>
        <w:t>2</w:t>
      </w:r>
      <w:r>
        <w:t>.3 Susunan Acara / Rundown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16222">
        <w:trPr>
          <w:jc w:val="center"/>
        </w:trPr>
        <w:tc>
          <w:tcPr>
            <w:tcW w:w="3120" w:type="dxa"/>
            <w:shd w:val="clear" w:color="auto" w:fill="4F81B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pPr>
              <w:jc w:val="center"/>
            </w:pPr>
            <w:r>
              <w:rPr>
                <w:b/>
                <w:color w:val="FFFFFF"/>
              </w:rPr>
              <w:t>Waktu (WIB)</w:t>
            </w:r>
          </w:p>
        </w:tc>
        <w:tc>
          <w:tcPr>
            <w:tcW w:w="3120" w:type="dxa"/>
            <w:shd w:val="clear" w:color="auto" w:fill="4F81B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pPr>
              <w:jc w:val="center"/>
            </w:pPr>
            <w:r>
              <w:rPr>
                <w:b/>
                <w:color w:val="FFFFFF"/>
              </w:rPr>
              <w:t>Agenda Kegiatan</w:t>
            </w:r>
          </w:p>
        </w:tc>
        <w:tc>
          <w:tcPr>
            <w:tcW w:w="3120" w:type="dxa"/>
            <w:shd w:val="clear" w:color="auto" w:fill="4F81B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pPr>
              <w:jc w:val="center"/>
            </w:pPr>
            <w:r>
              <w:rPr>
                <w:b/>
                <w:color w:val="FFFFFF"/>
              </w:rPr>
              <w:t>Keterangan / Output</w:t>
            </w:r>
          </w:p>
        </w:tc>
      </w:tr>
      <w:tr w:rsidR="00F16222">
        <w:trPr>
          <w:jc w:val="center"/>
        </w:trPr>
        <w:tc>
          <w:tcPr>
            <w:tcW w:w="31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pPr>
              <w:jc w:val="center"/>
            </w:pPr>
            <w:r>
              <w:t>10.00 – 10.15</w:t>
            </w:r>
          </w:p>
        </w:tc>
        <w:tc>
          <w:tcPr>
            <w:tcW w:w="31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r>
              <w:t>Pembukaan, Presensi Daring, dan Pengondisian Peserta</w:t>
            </w:r>
          </w:p>
        </w:tc>
        <w:tc>
          <w:tcPr>
            <w:tcW w:w="31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r>
              <w:t>Panitia &amp; Pengurus MGMP BK</w:t>
            </w:r>
          </w:p>
        </w:tc>
      </w:tr>
      <w:tr w:rsidR="00F16222">
        <w:trPr>
          <w:jc w:val="center"/>
        </w:trPr>
        <w:tc>
          <w:tcPr>
            <w:tcW w:w="31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pPr>
              <w:jc w:val="center"/>
            </w:pPr>
            <w:r>
              <w:t>10.15 – 11.00</w:t>
            </w:r>
          </w:p>
        </w:tc>
        <w:tc>
          <w:tcPr>
            <w:tcW w:w="31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r>
              <w:t>Pemaparan Materi Utama: Sinkronisasi 4 Format Layanan BK (Kelas Besar, Klasikal, Kelompok, Individual) di Era Digital</w:t>
            </w:r>
          </w:p>
        </w:tc>
        <w:tc>
          <w:tcPr>
            <w:tcW w:w="31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r>
              <w:t>Narasumber / Tim Inti MGMP</w:t>
            </w:r>
          </w:p>
        </w:tc>
      </w:tr>
      <w:tr w:rsidR="00F16222">
        <w:trPr>
          <w:jc w:val="center"/>
        </w:trPr>
        <w:tc>
          <w:tcPr>
            <w:tcW w:w="31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pPr>
              <w:jc w:val="center"/>
            </w:pPr>
            <w:r>
              <w:t>11.00 – 11.45</w:t>
            </w:r>
          </w:p>
        </w:tc>
        <w:tc>
          <w:tcPr>
            <w:tcW w:w="31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r>
              <w:t xml:space="preserve">Sharing Session &amp; Forum Group Discussion (FGD) mengenai hambatan pelaksanaan layanan di sekolah </w:t>
            </w:r>
            <w:r>
              <w:t>masing-masing</w:t>
            </w:r>
          </w:p>
        </w:tc>
        <w:tc>
          <w:tcPr>
            <w:tcW w:w="31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r>
              <w:t>Seluruh Peserta MGMP BK</w:t>
            </w:r>
          </w:p>
        </w:tc>
      </w:tr>
      <w:tr w:rsidR="00F16222">
        <w:trPr>
          <w:jc w:val="center"/>
        </w:trPr>
        <w:tc>
          <w:tcPr>
            <w:tcW w:w="31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pPr>
              <w:jc w:val="center"/>
            </w:pPr>
            <w:r>
              <w:t>11.45 – 12.00</w:t>
            </w:r>
          </w:p>
        </w:tc>
        <w:tc>
          <w:tcPr>
            <w:tcW w:w="31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r>
              <w:t xml:space="preserve">Perumusan Tindak Lanjut MGMP, Pengisian Evaluasi Akhir (Google Form),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Penutup</w:t>
            </w:r>
            <w:proofErr w:type="spellEnd"/>
          </w:p>
          <w:p w:rsidR="00946928" w:rsidRDefault="00946928"/>
        </w:tc>
        <w:tc>
          <w:tcPr>
            <w:tcW w:w="31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6222" w:rsidRDefault="00946928">
            <w:r>
              <w:t>Tim Perumus &amp; Moderator</w:t>
            </w:r>
          </w:p>
        </w:tc>
      </w:tr>
    </w:tbl>
    <w:p w:rsidR="00F16222" w:rsidRDefault="00946928">
      <w:pPr>
        <w:spacing w:before="240" w:after="120"/>
      </w:pPr>
      <w:r>
        <w:rPr>
          <w:b/>
          <w:sz w:val="24"/>
        </w:rPr>
        <w:lastRenderedPageBreak/>
        <w:t>BAB III: HASIL KEGIATAN DAN PEMBAHASAN MATERI</w:t>
      </w:r>
    </w:p>
    <w:p w:rsidR="00F16222" w:rsidRDefault="00946928" w:rsidP="00946928">
      <w:pPr>
        <w:pStyle w:val="ListParagraph"/>
        <w:numPr>
          <w:ilvl w:val="1"/>
          <w:numId w:val="16"/>
        </w:numPr>
        <w:spacing w:line="360" w:lineRule="auto"/>
        <w:ind w:left="709" w:hanging="567"/>
        <w:jc w:val="both"/>
      </w:pPr>
      <w:proofErr w:type="spellStart"/>
      <w:r>
        <w:t>Intisari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Paparan</w:t>
      </w:r>
      <w:proofErr w:type="spellEnd"/>
    </w:p>
    <w:p w:rsidR="00946928" w:rsidRDefault="00946928" w:rsidP="00946928">
      <w:pPr>
        <w:pStyle w:val="ListParagraph"/>
        <w:numPr>
          <w:ilvl w:val="0"/>
          <w:numId w:val="19"/>
        </w:numPr>
        <w:spacing w:line="360" w:lineRule="auto"/>
        <w:jc w:val="both"/>
      </w:pPr>
      <w:proofErr w:type="spellStart"/>
      <w:r>
        <w:t>Layanan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r>
        <w:t xml:space="preserve">/ Lintas Kelas: Difokuskan untuk penyampaian informasi massal (seperti sosialisasi PTN/karier) dengan menggunakan platform webinar dan interactive polling (Mentimeter/Slido) demi </w:t>
      </w:r>
      <w:proofErr w:type="spellStart"/>
      <w:r>
        <w:t>menjaga</w:t>
      </w:r>
      <w:proofErr w:type="spellEnd"/>
      <w:r>
        <w:t xml:space="preserve"> engagement </w:t>
      </w:r>
      <w:proofErr w:type="spellStart"/>
      <w:r>
        <w:t>siswa</w:t>
      </w:r>
      <w:proofErr w:type="spellEnd"/>
      <w:r>
        <w:t>.</w:t>
      </w:r>
    </w:p>
    <w:p w:rsidR="00946928" w:rsidRDefault="00946928" w:rsidP="00946928">
      <w:pPr>
        <w:pStyle w:val="ListParagraph"/>
        <w:numPr>
          <w:ilvl w:val="0"/>
          <w:numId w:val="19"/>
        </w:numPr>
        <w:spacing w:line="360" w:lineRule="auto"/>
        <w:jc w:val="both"/>
      </w:pPr>
      <w:proofErr w:type="spellStart"/>
      <w:r>
        <w:t>Layanan</w:t>
      </w:r>
      <w:proofErr w:type="spellEnd"/>
      <w:r>
        <w:t xml:space="preserve"> </w:t>
      </w:r>
      <w:proofErr w:type="spellStart"/>
      <w:r>
        <w:t>Klasikal</w:t>
      </w:r>
      <w:proofErr w:type="spellEnd"/>
      <w:r>
        <w:t xml:space="preserve">: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AKPD dengan </w:t>
      </w:r>
      <w:r>
        <w:t xml:space="preserve">metode aktif (project-based learning, digital Jamboard/Padlet) untuk merangsang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terjadwal</w:t>
      </w:r>
      <w:proofErr w:type="spellEnd"/>
      <w:r>
        <w:t>.</w:t>
      </w:r>
    </w:p>
    <w:p w:rsidR="00946928" w:rsidRDefault="00946928" w:rsidP="00946928">
      <w:pPr>
        <w:pStyle w:val="ListParagraph"/>
        <w:numPr>
          <w:ilvl w:val="0"/>
          <w:numId w:val="19"/>
        </w:numPr>
        <w:spacing w:line="360" w:lineRule="auto"/>
        <w:jc w:val="both"/>
      </w:pPr>
      <w:proofErr w:type="spellStart"/>
      <w:r>
        <w:t>Layanan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: </w:t>
      </w:r>
      <w:proofErr w:type="spellStart"/>
      <w:proofErr w:type="gramStart"/>
      <w:r>
        <w:t>Optimalisasi</w:t>
      </w:r>
      <w:proofErr w:type="spellEnd"/>
      <w:r>
        <w:t xml:space="preserve"> Breakout Rooms</w:t>
      </w:r>
      <w:proofErr w:type="gramEnd"/>
      <w:r>
        <w:t xml:space="preserve"> virtual untuk dinamika kelompok kecil (4-12 siswa) dalam mengentaskan masalah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kolektif</w:t>
      </w:r>
      <w:proofErr w:type="spellEnd"/>
      <w:r>
        <w:t>.</w:t>
      </w:r>
    </w:p>
    <w:p w:rsidR="00946928" w:rsidRDefault="00946928" w:rsidP="00946928">
      <w:pPr>
        <w:pStyle w:val="ListParagraph"/>
        <w:numPr>
          <w:ilvl w:val="0"/>
          <w:numId w:val="19"/>
        </w:numPr>
        <w:spacing w:line="360" w:lineRule="auto"/>
        <w:jc w:val="both"/>
      </w:pPr>
      <w:proofErr w:type="spellStart"/>
      <w:r>
        <w:t>Layanan</w:t>
      </w:r>
      <w:proofErr w:type="spellEnd"/>
      <w:r>
        <w:t xml:space="preserve"> Individual: </w:t>
      </w:r>
      <w:proofErr w:type="spellStart"/>
      <w:r>
        <w:t>Penekanan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pada standar etika Cyber Counseling. Konselor wajib mengedukasi konseli untuk berada di ruang kondusif demi menjaga Asas </w:t>
      </w:r>
      <w:proofErr w:type="spellStart"/>
      <w:r>
        <w:t>Kerahasiaan</w:t>
      </w:r>
      <w:proofErr w:type="spellEnd"/>
      <w:r>
        <w:t xml:space="preserve"> </w:t>
      </w:r>
      <w:proofErr w:type="spellStart"/>
      <w:r>
        <w:t>sekalipun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>.</w:t>
      </w:r>
    </w:p>
    <w:p w:rsidR="00F16222" w:rsidRDefault="00946928" w:rsidP="00946928">
      <w:pPr>
        <w:pStyle w:val="ListParagraph"/>
        <w:numPr>
          <w:ilvl w:val="1"/>
          <w:numId w:val="16"/>
        </w:numPr>
        <w:spacing w:line="360" w:lineRule="auto"/>
        <w:ind w:left="709" w:hanging="567"/>
        <w:jc w:val="both"/>
      </w:pPr>
      <w:proofErr w:type="spellStart"/>
      <w:r>
        <w:t>Permasalahan</w:t>
      </w:r>
      <w:proofErr w:type="spellEnd"/>
      <w:r>
        <w:t xml:space="preserve"> yang </w:t>
      </w:r>
      <w:proofErr w:type="spellStart"/>
      <w:r>
        <w:t>Ditemukan</w:t>
      </w:r>
      <w:proofErr w:type="spellEnd"/>
      <w:r>
        <w:t xml:space="preserve"> di </w:t>
      </w:r>
      <w:proofErr w:type="spellStart"/>
      <w:r>
        <w:t>Lapangan</w:t>
      </w:r>
      <w:proofErr w:type="spellEnd"/>
    </w:p>
    <w:p w:rsidR="00946928" w:rsidRDefault="00946928" w:rsidP="00946928">
      <w:pPr>
        <w:pStyle w:val="ListParagraph"/>
        <w:numPr>
          <w:ilvl w:val="0"/>
          <w:numId w:val="20"/>
        </w:numPr>
      </w:pPr>
      <w:proofErr w:type="spellStart"/>
      <w:r>
        <w:t>Rendahnya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keterlibatan interaktif siswa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klasikal</w:t>
      </w:r>
      <w:proofErr w:type="spellEnd"/>
      <w:r>
        <w:t xml:space="preserve"> daring.</w:t>
      </w:r>
    </w:p>
    <w:p w:rsidR="00946928" w:rsidRDefault="00946928" w:rsidP="00946928">
      <w:pPr>
        <w:pStyle w:val="ListParagraph"/>
        <w:numPr>
          <w:ilvl w:val="0"/>
          <w:numId w:val="20"/>
        </w:numPr>
      </w:pPr>
      <w:proofErr w:type="spellStart"/>
      <w:r>
        <w:t>Kendala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internet yang dialami siswa </w:t>
      </w:r>
      <w:proofErr w:type="spellStart"/>
      <w:r>
        <w:t>saat</w:t>
      </w:r>
      <w:proofErr w:type="spellEnd"/>
      <w:r>
        <w:t xml:space="preserve"> proses </w:t>
      </w:r>
      <w:proofErr w:type="spellStart"/>
      <w:r>
        <w:t>konseling</w:t>
      </w:r>
      <w:proofErr w:type="spellEnd"/>
      <w:r>
        <w:t xml:space="preserve"> individual/</w:t>
      </w:r>
      <w:proofErr w:type="spellStart"/>
      <w:r>
        <w:t>kelompok</w:t>
      </w:r>
      <w:proofErr w:type="spellEnd"/>
      <w:r>
        <w:t>.</w:t>
      </w:r>
    </w:p>
    <w:p w:rsidR="00946928" w:rsidRDefault="00946928" w:rsidP="00946928">
      <w:pPr>
        <w:pStyle w:val="ListParagraph"/>
        <w:numPr>
          <w:ilvl w:val="0"/>
          <w:numId w:val="20"/>
        </w:numPr>
      </w:pPr>
      <w:proofErr w:type="spellStart"/>
      <w:r>
        <w:t>Kesulitan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kerahasiaan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tinggal konseli saa</w:t>
      </w:r>
      <w:r>
        <w:t xml:space="preserve">t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konseling</w:t>
      </w:r>
      <w:proofErr w:type="spellEnd"/>
      <w:r>
        <w:t xml:space="preserve"> individual daring.</w:t>
      </w:r>
    </w:p>
    <w:p w:rsidR="00F16222" w:rsidRDefault="00946928" w:rsidP="00946928">
      <w:pPr>
        <w:pStyle w:val="ListParagraph"/>
        <w:numPr>
          <w:ilvl w:val="1"/>
          <w:numId w:val="16"/>
        </w:numPr>
        <w:ind w:left="709" w:hanging="567"/>
      </w:pPr>
      <w:proofErr w:type="spellStart"/>
      <w:r>
        <w:t>Solusi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Rekomendasi</w:t>
      </w:r>
      <w:proofErr w:type="spellEnd"/>
    </w:p>
    <w:p w:rsidR="00946928" w:rsidRDefault="00946928" w:rsidP="00946928">
      <w:pPr>
        <w:pStyle w:val="ListParagraph"/>
        <w:numPr>
          <w:ilvl w:val="0"/>
          <w:numId w:val="22"/>
        </w:numPr>
        <w:ind w:left="709" w:hanging="425"/>
      </w:pPr>
      <w:r>
        <w:t xml:space="preserve">Guru BK </w:t>
      </w:r>
      <w:proofErr w:type="spellStart"/>
      <w:r>
        <w:t>disarankan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pendekatan gamifikasi atau media interaktif audiovisual pendek agar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klasikal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menarik</w:t>
      </w:r>
      <w:proofErr w:type="spellEnd"/>
      <w:r>
        <w:t>.</w:t>
      </w:r>
    </w:p>
    <w:p w:rsidR="00946928" w:rsidRDefault="00946928" w:rsidP="00946928">
      <w:pPr>
        <w:pStyle w:val="ListParagraph"/>
        <w:numPr>
          <w:ilvl w:val="0"/>
          <w:numId w:val="22"/>
        </w:numPr>
        <w:ind w:left="709" w:hanging="425"/>
      </w:pPr>
      <w:proofErr w:type="spellStart"/>
      <w:r>
        <w:t>Asas</w:t>
      </w:r>
      <w:proofErr w:type="spellEnd"/>
      <w:r>
        <w:t xml:space="preserve"> </w:t>
      </w:r>
      <w:proofErr w:type="spellStart"/>
      <w:r>
        <w:t>kerahasiaan</w:t>
      </w:r>
      <w:proofErr w:type="spellEnd"/>
      <w:r>
        <w:t xml:space="preserve"> </w:t>
      </w:r>
      <w:proofErr w:type="spellStart"/>
      <w:r>
        <w:t>disiasati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penggunaan earp</w:t>
      </w:r>
      <w:r>
        <w:t xml:space="preserve">hone/headset oleh siswa serta pengaturan jadwal konseling yang </w:t>
      </w:r>
      <w:proofErr w:type="spellStart"/>
      <w:r>
        <w:t>adaptif</w:t>
      </w:r>
      <w:proofErr w:type="spellEnd"/>
      <w:r>
        <w:t xml:space="preserve"> di </w:t>
      </w:r>
      <w:proofErr w:type="spellStart"/>
      <w:r>
        <w:t>waktu-waktu</w:t>
      </w:r>
      <w:proofErr w:type="spellEnd"/>
      <w:r>
        <w:t xml:space="preserve"> </w:t>
      </w:r>
      <w:proofErr w:type="spellStart"/>
      <w:r>
        <w:t>luang</w:t>
      </w:r>
      <w:proofErr w:type="spellEnd"/>
      <w:r>
        <w:t>.</w:t>
      </w:r>
    </w:p>
    <w:p w:rsidR="00F16222" w:rsidRDefault="00946928" w:rsidP="00946928">
      <w:pPr>
        <w:pStyle w:val="ListParagraph"/>
        <w:numPr>
          <w:ilvl w:val="0"/>
          <w:numId w:val="22"/>
        </w:numPr>
        <w:ind w:left="709" w:hanging="425"/>
      </w:pPr>
      <w:proofErr w:type="spellStart"/>
      <w:r>
        <w:t>Mengintegrasikan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RPL yang ringkas dan fleksibel berbasis </w:t>
      </w:r>
      <w:proofErr w:type="spellStart"/>
      <w:r>
        <w:t>administrasi</w:t>
      </w:r>
      <w:proofErr w:type="spellEnd"/>
      <w:r>
        <w:t xml:space="preserve"> cloud storage </w:t>
      </w:r>
      <w:proofErr w:type="spellStart"/>
      <w:r>
        <w:t>bersama</w:t>
      </w:r>
      <w:proofErr w:type="spellEnd"/>
      <w:r>
        <w:t>.</w:t>
      </w:r>
    </w:p>
    <w:p w:rsidR="00F16222" w:rsidRDefault="00946928">
      <w:pPr>
        <w:spacing w:before="240" w:after="120"/>
      </w:pPr>
      <w:r>
        <w:rPr>
          <w:b/>
          <w:sz w:val="24"/>
        </w:rPr>
        <w:t>B</w:t>
      </w:r>
      <w:r>
        <w:rPr>
          <w:b/>
          <w:sz w:val="24"/>
        </w:rPr>
        <w:t>AB IV: PENUTUP DAN TINDAK LANJUT</w:t>
      </w:r>
    </w:p>
    <w:p w:rsidR="00F16222" w:rsidRDefault="00946928" w:rsidP="00946928">
      <w:pPr>
        <w:spacing w:line="360" w:lineRule="auto"/>
        <w:jc w:val="both"/>
      </w:pPr>
      <w:r>
        <w:t>4.1 </w:t>
      </w:r>
      <w:proofErr w:type="spellStart"/>
      <w:r>
        <w:t>Kesimpulan</w:t>
      </w:r>
      <w:proofErr w:type="spellEnd"/>
      <w:r>
        <w:br/>
      </w:r>
      <w:proofErr w:type="spellStart"/>
      <w:r>
        <w:t>Pelaksanaan</w:t>
      </w:r>
      <w:proofErr w:type="spellEnd"/>
      <w:r>
        <w:t xml:space="preserve"> MGMP BK Daring hari ini berjalan dengan lancar dan interaktif. Kolaborasi guru BK SMA </w:t>
      </w:r>
      <w:proofErr w:type="gramStart"/>
      <w:r>
        <w:t>dan</w:t>
      </w:r>
      <w:proofErr w:type="gramEnd"/>
      <w:r>
        <w:t xml:space="preserve"> SMK memberikan wawasan baru mengenai pemanfaatan teknologi untuk efisiensi administrasi maupun pelaksanaan teknis 4 format layanan pokok BK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s</w:t>
      </w:r>
      <w:r>
        <w:t>asaran</w:t>
      </w:r>
      <w:proofErr w:type="spellEnd"/>
      <w:r>
        <w:t>.</w:t>
      </w:r>
    </w:p>
    <w:p w:rsidR="00F16222" w:rsidRDefault="00946928" w:rsidP="00946928">
      <w:pPr>
        <w:spacing w:line="360" w:lineRule="auto"/>
      </w:pPr>
      <w:r>
        <w:t>4.2 Rencana Tindak Lanjut (RTL)</w:t>
      </w:r>
      <w:r>
        <w:br/>
        <w:t>Sebagai output nyata dari pertemuan ini, disepakati bahwa setiap peserta MGMP BK diwajibkan untuk menyusun dan mengunggah 1 (satu) sampel dokumen Rencana Pelaksanaan Layanan (RPL) digital (format Klasikal atau Konsel</w:t>
      </w:r>
      <w:r>
        <w:t>ing Kelompok) ke folder Google Drive bersama paling lambat 7 hari setelah kegiatan ini berakhir.</w:t>
      </w:r>
      <w:bookmarkStart w:id="0" w:name="_GoBack"/>
      <w:bookmarkEnd w:id="0"/>
    </w:p>
    <w:sectPr w:rsidR="00F1622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82243F4"/>
    <w:multiLevelType w:val="multilevel"/>
    <w:tmpl w:val="6B56436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0">
    <w:nsid w:val="21700325"/>
    <w:multiLevelType w:val="multilevel"/>
    <w:tmpl w:val="4448CC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abstractNum w:abstractNumId="11">
    <w:nsid w:val="27994862"/>
    <w:multiLevelType w:val="hybridMultilevel"/>
    <w:tmpl w:val="1F0C9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6590D"/>
    <w:multiLevelType w:val="hybridMultilevel"/>
    <w:tmpl w:val="18C0CE82"/>
    <w:lvl w:ilvl="0" w:tplc="DFC05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855E0F"/>
    <w:multiLevelType w:val="hybridMultilevel"/>
    <w:tmpl w:val="7E90C128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36592945"/>
    <w:multiLevelType w:val="hybridMultilevel"/>
    <w:tmpl w:val="FC0AB9E8"/>
    <w:lvl w:ilvl="0" w:tplc="28C80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CC0B06"/>
    <w:multiLevelType w:val="hybridMultilevel"/>
    <w:tmpl w:val="0CFEE4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5116C0"/>
    <w:multiLevelType w:val="hybridMultilevel"/>
    <w:tmpl w:val="09AECF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75671F"/>
    <w:multiLevelType w:val="multilevel"/>
    <w:tmpl w:val="D2A0F3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8">
    <w:nsid w:val="5C395046"/>
    <w:multiLevelType w:val="hybridMultilevel"/>
    <w:tmpl w:val="8F2C2B4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2BA57E7"/>
    <w:multiLevelType w:val="multilevel"/>
    <w:tmpl w:val="B37E6C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0">
    <w:nsid w:val="6CE7397D"/>
    <w:multiLevelType w:val="hybridMultilevel"/>
    <w:tmpl w:val="3B46561A"/>
    <w:lvl w:ilvl="0" w:tplc="944476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F497368"/>
    <w:multiLevelType w:val="hybridMultilevel"/>
    <w:tmpl w:val="650622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1"/>
  </w:num>
  <w:num w:numId="11">
    <w:abstractNumId w:val="11"/>
  </w:num>
  <w:num w:numId="12">
    <w:abstractNumId w:val="12"/>
  </w:num>
  <w:num w:numId="13">
    <w:abstractNumId w:val="20"/>
  </w:num>
  <w:num w:numId="14">
    <w:abstractNumId w:val="17"/>
  </w:num>
  <w:num w:numId="15">
    <w:abstractNumId w:val="19"/>
  </w:num>
  <w:num w:numId="16">
    <w:abstractNumId w:val="10"/>
  </w:num>
  <w:num w:numId="17">
    <w:abstractNumId w:val="14"/>
  </w:num>
  <w:num w:numId="18">
    <w:abstractNumId w:val="9"/>
  </w:num>
  <w:num w:numId="19">
    <w:abstractNumId w:val="13"/>
  </w:num>
  <w:num w:numId="20">
    <w:abstractNumId w:val="15"/>
  </w:num>
  <w:num w:numId="21">
    <w:abstractNumId w:val="16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46928"/>
    <w:rsid w:val="00AA1D8D"/>
    <w:rsid w:val="00B47730"/>
    <w:rsid w:val="00CB0664"/>
    <w:rsid w:val="00EB6682"/>
    <w:rsid w:val="00F162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EC4676D-1F9C-426B-98C8-E76282779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E81B5B-229F-4252-8EC0-D1B800705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 10</cp:lastModifiedBy>
  <cp:revision>2</cp:revision>
  <dcterms:created xsi:type="dcterms:W3CDTF">2013-12-23T23:15:00Z</dcterms:created>
  <dcterms:modified xsi:type="dcterms:W3CDTF">2026-10-10T04:22:00Z</dcterms:modified>
  <cp:category/>
</cp:coreProperties>
</file>