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CA8B7" w14:textId="2184E78F" w:rsidR="0025645D" w:rsidRDefault="00385F3E">
      <w:pPr>
        <w:jc w:val="center"/>
      </w:pPr>
      <w:r w:rsidRPr="00F15983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2B41785" wp14:editId="51F6F021">
            <wp:extent cx="6216226" cy="8748584"/>
            <wp:effectExtent l="0" t="0" r="0" b="0"/>
            <wp:docPr id="13711425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600" cy="8758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>
        <w:rPr>
          <w:rFonts w:ascii="Aptos Display" w:hAnsi="Aptos Display"/>
          <w:b/>
          <w:color w:val="334E68"/>
          <w:sz w:val="50"/>
        </w:rPr>
        <w:lastRenderedPageBreak/>
        <w:t>JOB SHEET PRAKTIK</w:t>
      </w:r>
    </w:p>
    <w:p w14:paraId="7B012ACD" w14:textId="77777777" w:rsidR="0025645D" w:rsidRDefault="00000000">
      <w:pPr>
        <w:jc w:val="center"/>
      </w:pPr>
      <w:r>
        <w:rPr>
          <w:rFonts w:ascii="Aptos Display" w:hAnsi="Aptos Display"/>
          <w:b/>
          <w:color w:val="6B8E7A"/>
          <w:sz w:val="36"/>
        </w:rPr>
        <w:t>DASAR-DASAR KULINER</w:t>
      </w:r>
    </w:p>
    <w:p w14:paraId="76D3EEC2" w14:textId="77777777" w:rsidR="0025645D" w:rsidRDefault="00000000">
      <w:pPr>
        <w:jc w:val="center"/>
      </w:pPr>
      <w:r>
        <w:rPr>
          <w:color w:val="263238"/>
        </w:rPr>
        <w:t>Teknik Memasak Kombinasi • Nasi Bakar Hijau Ikan Teri Pete</w:t>
      </w:r>
    </w:p>
    <w:tbl>
      <w:tblPr>
        <w:tblW w:w="0" w:type="auto"/>
        <w:jc w:val="center"/>
        <w:tblBorders>
          <w:top w:val="single" w:sz="6" w:space="0" w:color="B8C7C0"/>
          <w:left w:val="single" w:sz="6" w:space="0" w:color="B8C7C0"/>
          <w:bottom w:val="single" w:sz="6" w:space="0" w:color="B8C7C0"/>
          <w:right w:val="single" w:sz="6" w:space="0" w:color="B8C7C0"/>
          <w:insideH w:val="single" w:sz="6" w:space="0" w:color="B8C7C0"/>
          <w:insideV w:val="single" w:sz="6" w:space="0" w:color="B8C7C0"/>
        </w:tblBorders>
        <w:tblLook w:val="04A0" w:firstRow="1" w:lastRow="0" w:firstColumn="1" w:lastColumn="0" w:noHBand="0" w:noVBand="1"/>
      </w:tblPr>
      <w:tblGrid>
        <w:gridCol w:w="5176"/>
        <w:gridCol w:w="5176"/>
      </w:tblGrid>
      <w:tr w:rsidR="0025645D" w14:paraId="705C589B" w14:textId="77777777">
        <w:trPr>
          <w:jc w:val="center"/>
        </w:trPr>
        <w:tc>
          <w:tcPr>
            <w:tcW w:w="5184" w:type="dxa"/>
            <w:shd w:val="clear" w:color="auto" w:fill="EEF3F0"/>
            <w:vAlign w:val="center"/>
          </w:tcPr>
          <w:p w14:paraId="3B7B8515" w14:textId="77777777" w:rsidR="0025645D" w:rsidRDefault="00000000">
            <w:r>
              <w:rPr>
                <w:rFonts w:ascii="Aptos" w:hAnsi="Aptos"/>
                <w:b/>
                <w:color w:val="334E68"/>
                <w:sz w:val="18"/>
              </w:rPr>
              <w:t>Satuan Pendidikan</w:t>
            </w:r>
          </w:p>
        </w:tc>
        <w:tc>
          <w:tcPr>
            <w:tcW w:w="5184" w:type="dxa"/>
            <w:shd w:val="clear" w:color="auto" w:fill="F7F3EA"/>
            <w:vAlign w:val="center"/>
          </w:tcPr>
          <w:p w14:paraId="0CAD532B" w14:textId="77777777" w:rsidR="0025645D" w:rsidRDefault="00000000">
            <w:r>
              <w:rPr>
                <w:rFonts w:ascii="Aptos" w:hAnsi="Aptos"/>
                <w:color w:val="263238"/>
                <w:sz w:val="18"/>
              </w:rPr>
              <w:t>SMK Negeri 2 Simpang Kiri</w:t>
            </w:r>
          </w:p>
        </w:tc>
      </w:tr>
      <w:tr w:rsidR="0025645D" w14:paraId="2ED471D3" w14:textId="77777777">
        <w:trPr>
          <w:jc w:val="center"/>
        </w:trPr>
        <w:tc>
          <w:tcPr>
            <w:tcW w:w="5184" w:type="dxa"/>
            <w:shd w:val="clear" w:color="auto" w:fill="EEF3F0"/>
            <w:vAlign w:val="center"/>
          </w:tcPr>
          <w:p w14:paraId="21C03729" w14:textId="77777777" w:rsidR="0025645D" w:rsidRDefault="00000000">
            <w:r>
              <w:rPr>
                <w:rFonts w:ascii="Aptos" w:hAnsi="Aptos"/>
                <w:b/>
                <w:color w:val="334E68"/>
                <w:sz w:val="18"/>
              </w:rPr>
              <w:t>Kompetensi Keahlian</w:t>
            </w:r>
          </w:p>
        </w:tc>
        <w:tc>
          <w:tcPr>
            <w:tcW w:w="5184" w:type="dxa"/>
            <w:shd w:val="clear" w:color="auto" w:fill="F7F3EA"/>
            <w:vAlign w:val="center"/>
          </w:tcPr>
          <w:p w14:paraId="6610D551" w14:textId="77777777" w:rsidR="0025645D" w:rsidRDefault="00000000">
            <w:r>
              <w:rPr>
                <w:rFonts w:ascii="Aptos" w:hAnsi="Aptos"/>
                <w:color w:val="263238"/>
                <w:sz w:val="18"/>
              </w:rPr>
              <w:t>Kuliner</w:t>
            </w:r>
          </w:p>
        </w:tc>
      </w:tr>
      <w:tr w:rsidR="0025645D" w14:paraId="68D1F7D9" w14:textId="77777777">
        <w:trPr>
          <w:jc w:val="center"/>
        </w:trPr>
        <w:tc>
          <w:tcPr>
            <w:tcW w:w="5184" w:type="dxa"/>
            <w:shd w:val="clear" w:color="auto" w:fill="EEF3F0"/>
            <w:vAlign w:val="center"/>
          </w:tcPr>
          <w:p w14:paraId="271F669F" w14:textId="77777777" w:rsidR="0025645D" w:rsidRDefault="00000000">
            <w:r>
              <w:rPr>
                <w:rFonts w:ascii="Aptos" w:hAnsi="Aptos"/>
                <w:b/>
                <w:color w:val="334E68"/>
                <w:sz w:val="18"/>
              </w:rPr>
              <w:t>Kelas</w:t>
            </w:r>
          </w:p>
        </w:tc>
        <w:tc>
          <w:tcPr>
            <w:tcW w:w="5184" w:type="dxa"/>
            <w:shd w:val="clear" w:color="auto" w:fill="F7F3EA"/>
            <w:vAlign w:val="center"/>
          </w:tcPr>
          <w:p w14:paraId="7AB0B9B9" w14:textId="77777777" w:rsidR="0025645D" w:rsidRDefault="00000000">
            <w:r>
              <w:rPr>
                <w:rFonts w:ascii="Aptos" w:hAnsi="Aptos"/>
                <w:color w:val="263238"/>
                <w:sz w:val="18"/>
              </w:rPr>
              <w:t>X Kuliner</w:t>
            </w:r>
          </w:p>
        </w:tc>
      </w:tr>
      <w:tr w:rsidR="0025645D" w14:paraId="5EE9CF17" w14:textId="77777777">
        <w:trPr>
          <w:jc w:val="center"/>
        </w:trPr>
        <w:tc>
          <w:tcPr>
            <w:tcW w:w="5184" w:type="dxa"/>
            <w:shd w:val="clear" w:color="auto" w:fill="EEF3F0"/>
            <w:vAlign w:val="center"/>
          </w:tcPr>
          <w:p w14:paraId="5A1E3398" w14:textId="77777777" w:rsidR="0025645D" w:rsidRDefault="00000000">
            <w:r>
              <w:rPr>
                <w:rFonts w:ascii="Aptos" w:hAnsi="Aptos"/>
                <w:b/>
                <w:color w:val="334E68"/>
                <w:sz w:val="18"/>
              </w:rPr>
              <w:t>Alokasi Waktu</w:t>
            </w:r>
          </w:p>
        </w:tc>
        <w:tc>
          <w:tcPr>
            <w:tcW w:w="5184" w:type="dxa"/>
            <w:shd w:val="clear" w:color="auto" w:fill="F7F3EA"/>
            <w:vAlign w:val="center"/>
          </w:tcPr>
          <w:p w14:paraId="53AE4069" w14:textId="77777777" w:rsidR="0025645D" w:rsidRDefault="00000000">
            <w:r>
              <w:rPr>
                <w:rFonts w:ascii="Aptos" w:hAnsi="Aptos"/>
                <w:color w:val="263238"/>
                <w:sz w:val="18"/>
              </w:rPr>
              <w:t>3 Jam Praktik</w:t>
            </w:r>
          </w:p>
        </w:tc>
      </w:tr>
      <w:tr w:rsidR="0025645D" w14:paraId="5F3276DE" w14:textId="77777777">
        <w:trPr>
          <w:jc w:val="center"/>
        </w:trPr>
        <w:tc>
          <w:tcPr>
            <w:tcW w:w="5184" w:type="dxa"/>
            <w:shd w:val="clear" w:color="auto" w:fill="EEF3F0"/>
            <w:vAlign w:val="center"/>
          </w:tcPr>
          <w:p w14:paraId="4ABA821E" w14:textId="77777777" w:rsidR="0025645D" w:rsidRDefault="00000000">
            <w:r>
              <w:rPr>
                <w:rFonts w:ascii="Aptos" w:hAnsi="Aptos"/>
                <w:b/>
                <w:color w:val="334E68"/>
                <w:sz w:val="18"/>
              </w:rPr>
              <w:t>Tahun Ajaran</w:t>
            </w:r>
          </w:p>
        </w:tc>
        <w:tc>
          <w:tcPr>
            <w:tcW w:w="5184" w:type="dxa"/>
            <w:shd w:val="clear" w:color="auto" w:fill="F7F3EA"/>
            <w:vAlign w:val="center"/>
          </w:tcPr>
          <w:p w14:paraId="701E8DCA" w14:textId="77777777" w:rsidR="0025645D" w:rsidRDefault="00000000">
            <w:r>
              <w:rPr>
                <w:rFonts w:ascii="Aptos" w:hAnsi="Aptos"/>
                <w:color w:val="263238"/>
                <w:sz w:val="18"/>
              </w:rPr>
              <w:t>2026/2027</w:t>
            </w:r>
          </w:p>
        </w:tc>
      </w:tr>
    </w:tbl>
    <w:p w14:paraId="2E06FF7C" w14:textId="77777777" w:rsidR="0025645D" w:rsidRDefault="0025645D"/>
    <w:p w14:paraId="2EFC9FA5" w14:textId="548E3335" w:rsidR="0025645D" w:rsidRDefault="00000000" w:rsidP="00BB5E4B">
      <w:pPr>
        <w:jc w:val="center"/>
      </w:pPr>
      <w:r>
        <w:rPr>
          <w:b/>
          <w:color w:val="6B8E7A"/>
          <w:sz w:val="18"/>
        </w:rPr>
        <w:t>LEMBAR KERJA PRAKTIK • PERENCANAAN • PEMBAGIAN JOBDESK • PRODUK • REFLEKSI • PENILAIAN</w:t>
      </w:r>
    </w:p>
    <w:p w14:paraId="2C855A27" w14:textId="77777777" w:rsidR="0025645D" w:rsidRDefault="00000000">
      <w:pPr>
        <w:spacing w:before="160" w:after="80"/>
      </w:pPr>
      <w:r>
        <w:rPr>
          <w:rFonts w:ascii="Aptos Display" w:hAnsi="Aptos Display"/>
          <w:b/>
          <w:color w:val="334E68"/>
          <w:sz w:val="24"/>
        </w:rPr>
        <w:t>A. IDENTITAS DAN INFORMASI PRAKTIK</w:t>
      </w:r>
    </w:p>
    <w:tbl>
      <w:tblPr>
        <w:tblW w:w="0" w:type="auto"/>
        <w:jc w:val="center"/>
        <w:tblBorders>
          <w:top w:val="single" w:sz="6" w:space="0" w:color="B8C7C0"/>
          <w:left w:val="single" w:sz="6" w:space="0" w:color="B8C7C0"/>
          <w:bottom w:val="single" w:sz="6" w:space="0" w:color="B8C7C0"/>
          <w:right w:val="single" w:sz="6" w:space="0" w:color="B8C7C0"/>
          <w:insideH w:val="single" w:sz="6" w:space="0" w:color="B8C7C0"/>
          <w:insideV w:val="single" w:sz="6" w:space="0" w:color="B8C7C0"/>
        </w:tblBorders>
        <w:tblLook w:val="04A0" w:firstRow="1" w:lastRow="0" w:firstColumn="1" w:lastColumn="0" w:noHBand="0" w:noVBand="1"/>
      </w:tblPr>
      <w:tblGrid>
        <w:gridCol w:w="5174"/>
        <w:gridCol w:w="5178"/>
      </w:tblGrid>
      <w:tr w:rsidR="0025645D" w14:paraId="5BD646A1" w14:textId="77777777">
        <w:trPr>
          <w:jc w:val="center"/>
        </w:trPr>
        <w:tc>
          <w:tcPr>
            <w:tcW w:w="5184" w:type="dxa"/>
            <w:shd w:val="clear" w:color="auto" w:fill="334E68"/>
            <w:vAlign w:val="center"/>
          </w:tcPr>
          <w:p w14:paraId="12E06283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Komponen</w:t>
            </w:r>
          </w:p>
        </w:tc>
        <w:tc>
          <w:tcPr>
            <w:tcW w:w="5184" w:type="dxa"/>
            <w:shd w:val="clear" w:color="auto" w:fill="334E68"/>
            <w:vAlign w:val="center"/>
          </w:tcPr>
          <w:p w14:paraId="452FF4FC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Keterangan</w:t>
            </w:r>
          </w:p>
        </w:tc>
      </w:tr>
      <w:tr w:rsidR="0025645D" w14:paraId="73E8C8B9" w14:textId="77777777">
        <w:trPr>
          <w:jc w:val="center"/>
        </w:trPr>
        <w:tc>
          <w:tcPr>
            <w:tcW w:w="5184" w:type="dxa"/>
            <w:shd w:val="clear" w:color="auto" w:fill="F5F7F6"/>
            <w:vAlign w:val="center"/>
          </w:tcPr>
          <w:p w14:paraId="46607B95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7"/>
              </w:rPr>
              <w:t>Materi</w:t>
            </w:r>
          </w:p>
        </w:tc>
        <w:tc>
          <w:tcPr>
            <w:tcW w:w="5184" w:type="dxa"/>
            <w:shd w:val="clear" w:color="auto" w:fill="F5F7F6"/>
            <w:vAlign w:val="center"/>
          </w:tcPr>
          <w:p w14:paraId="7E71EEF2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Teknik Memasak Kombinasi</w:t>
            </w:r>
          </w:p>
        </w:tc>
      </w:tr>
      <w:tr w:rsidR="0025645D" w14:paraId="198B1961" w14:textId="77777777">
        <w:trPr>
          <w:jc w:val="center"/>
        </w:trPr>
        <w:tc>
          <w:tcPr>
            <w:tcW w:w="5184" w:type="dxa"/>
            <w:vAlign w:val="center"/>
          </w:tcPr>
          <w:p w14:paraId="44696980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7"/>
              </w:rPr>
              <w:t>Produk Praktik</w:t>
            </w:r>
          </w:p>
        </w:tc>
        <w:tc>
          <w:tcPr>
            <w:tcW w:w="5184" w:type="dxa"/>
            <w:vAlign w:val="center"/>
          </w:tcPr>
          <w:p w14:paraId="1B013CED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3 porsi Nasi Bakar Hijau Ikan Teri Pete</w:t>
            </w:r>
          </w:p>
        </w:tc>
      </w:tr>
      <w:tr w:rsidR="0025645D" w14:paraId="0697507B" w14:textId="77777777">
        <w:trPr>
          <w:jc w:val="center"/>
        </w:trPr>
        <w:tc>
          <w:tcPr>
            <w:tcW w:w="5184" w:type="dxa"/>
            <w:shd w:val="clear" w:color="auto" w:fill="F5F7F6"/>
            <w:vAlign w:val="center"/>
          </w:tcPr>
          <w:p w14:paraId="08596A72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7"/>
              </w:rPr>
              <w:t>Waktu</w:t>
            </w:r>
          </w:p>
        </w:tc>
        <w:tc>
          <w:tcPr>
            <w:tcW w:w="5184" w:type="dxa"/>
            <w:shd w:val="clear" w:color="auto" w:fill="F5F7F6"/>
            <w:vAlign w:val="center"/>
          </w:tcPr>
          <w:p w14:paraId="69554079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08.45–11.45 WIB (3 jam)</w:t>
            </w:r>
          </w:p>
        </w:tc>
      </w:tr>
      <w:tr w:rsidR="0025645D" w14:paraId="05433EA0" w14:textId="77777777">
        <w:trPr>
          <w:jc w:val="center"/>
        </w:trPr>
        <w:tc>
          <w:tcPr>
            <w:tcW w:w="5184" w:type="dxa"/>
            <w:vAlign w:val="center"/>
          </w:tcPr>
          <w:p w14:paraId="75F72F16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7"/>
              </w:rPr>
              <w:t>Kelas</w:t>
            </w:r>
          </w:p>
        </w:tc>
        <w:tc>
          <w:tcPr>
            <w:tcW w:w="5184" w:type="dxa"/>
            <w:vAlign w:val="center"/>
          </w:tcPr>
          <w:p w14:paraId="26D645DF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X Kuliner</w:t>
            </w:r>
          </w:p>
        </w:tc>
      </w:tr>
      <w:tr w:rsidR="0025645D" w14:paraId="07D51A14" w14:textId="77777777">
        <w:trPr>
          <w:jc w:val="center"/>
        </w:trPr>
        <w:tc>
          <w:tcPr>
            <w:tcW w:w="5184" w:type="dxa"/>
            <w:shd w:val="clear" w:color="auto" w:fill="F5F7F6"/>
            <w:vAlign w:val="center"/>
          </w:tcPr>
          <w:p w14:paraId="7FC645F4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7"/>
              </w:rPr>
              <w:t>Tanggal</w:t>
            </w:r>
          </w:p>
        </w:tc>
        <w:tc>
          <w:tcPr>
            <w:tcW w:w="5184" w:type="dxa"/>
            <w:shd w:val="clear" w:color="auto" w:fill="F5F7F6"/>
            <w:vAlign w:val="center"/>
          </w:tcPr>
          <w:p w14:paraId="7476ACEE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____________________________</w:t>
            </w:r>
          </w:p>
        </w:tc>
      </w:tr>
      <w:tr w:rsidR="0025645D" w14:paraId="1DDB94C0" w14:textId="77777777">
        <w:trPr>
          <w:jc w:val="center"/>
        </w:trPr>
        <w:tc>
          <w:tcPr>
            <w:tcW w:w="5184" w:type="dxa"/>
            <w:vAlign w:val="center"/>
          </w:tcPr>
          <w:p w14:paraId="15562F3C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7"/>
              </w:rPr>
              <w:t>Kelompok</w:t>
            </w:r>
          </w:p>
        </w:tc>
        <w:tc>
          <w:tcPr>
            <w:tcW w:w="5184" w:type="dxa"/>
            <w:vAlign w:val="center"/>
          </w:tcPr>
          <w:p w14:paraId="265ECC97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____________________________</w:t>
            </w:r>
          </w:p>
        </w:tc>
      </w:tr>
    </w:tbl>
    <w:p w14:paraId="1B26877A" w14:textId="77777777" w:rsidR="0025645D" w:rsidRDefault="00000000">
      <w:pPr>
        <w:spacing w:before="160" w:after="80"/>
      </w:pPr>
      <w:r>
        <w:rPr>
          <w:rFonts w:ascii="Aptos Display" w:hAnsi="Aptos Display"/>
          <w:b/>
          <w:color w:val="334E68"/>
          <w:sz w:val="24"/>
        </w:rPr>
        <w:t>B. TUJUAN PEMBELAJARAN</w:t>
      </w:r>
    </w:p>
    <w:p w14:paraId="302817CE" w14:textId="77777777" w:rsidR="0025645D" w:rsidRDefault="00000000">
      <w:pPr>
        <w:pStyle w:val="ListBullet"/>
        <w:spacing w:after="20"/>
        <w:ind w:left="288"/>
      </w:pPr>
      <w:r>
        <w:rPr>
          <w:rFonts w:ascii="Aptos" w:hAnsi="Aptos"/>
          <w:sz w:val="18"/>
        </w:rPr>
        <w:t>Menyiapkan bahan secara lengkap, tepat jumlah, aman, dan higienis untuk pengolahan makanan Indonesia.</w:t>
      </w:r>
    </w:p>
    <w:p w14:paraId="0D26146D" w14:textId="77777777" w:rsidR="0025645D" w:rsidRDefault="00000000">
      <w:pPr>
        <w:pStyle w:val="ListBullet"/>
        <w:spacing w:after="20"/>
        <w:ind w:left="288"/>
      </w:pPr>
      <w:r>
        <w:rPr>
          <w:rFonts w:ascii="Aptos" w:hAnsi="Aptos"/>
          <w:sz w:val="18"/>
        </w:rPr>
        <w:t>Mengidentifikasi serta menggunakan peralatan pengolahan dan penyajian sesuai fungsi.</w:t>
      </w:r>
    </w:p>
    <w:p w14:paraId="08EA643B" w14:textId="77777777" w:rsidR="0025645D" w:rsidRDefault="00000000">
      <w:pPr>
        <w:pStyle w:val="ListBullet"/>
        <w:spacing w:after="20"/>
        <w:ind w:left="288"/>
      </w:pPr>
      <w:r>
        <w:rPr>
          <w:rFonts w:ascii="Aptos" w:hAnsi="Aptos"/>
          <w:sz w:val="18"/>
        </w:rPr>
        <w:t>Menentukan kebutuhan bahan berdasarkan resep dan target produksi.</w:t>
      </w:r>
    </w:p>
    <w:p w14:paraId="2313DB9D" w14:textId="77777777" w:rsidR="0025645D" w:rsidRDefault="00000000">
      <w:pPr>
        <w:pStyle w:val="ListBullet"/>
        <w:spacing w:after="20"/>
        <w:ind w:left="288"/>
      </w:pPr>
      <w:r>
        <w:rPr>
          <w:rFonts w:ascii="Aptos" w:hAnsi="Aptos"/>
          <w:sz w:val="18"/>
        </w:rPr>
        <w:t>Menerapkan teknik memasak kombinasi secara tepat dari persiapan hingga penyajian.</w:t>
      </w:r>
    </w:p>
    <w:p w14:paraId="4BDCE802" w14:textId="77777777" w:rsidR="0025645D" w:rsidRDefault="00000000">
      <w:pPr>
        <w:pStyle w:val="ListBullet"/>
        <w:spacing w:after="20"/>
        <w:ind w:left="288"/>
      </w:pPr>
      <w:r>
        <w:rPr>
          <w:rFonts w:ascii="Aptos" w:hAnsi="Aptos"/>
          <w:sz w:val="18"/>
        </w:rPr>
        <w:t>Menghasilkan produk dengan rasa, tekstur, bentuk, warna, dan penyajian yang sesuai standar.</w:t>
      </w:r>
    </w:p>
    <w:p w14:paraId="74BD63A0" w14:textId="77777777" w:rsidR="0025645D" w:rsidRDefault="00000000">
      <w:pPr>
        <w:pStyle w:val="ListBullet"/>
        <w:spacing w:after="20"/>
        <w:ind w:left="288"/>
      </w:pPr>
      <w:r>
        <w:rPr>
          <w:rFonts w:ascii="Aptos" w:hAnsi="Aptos"/>
          <w:sz w:val="18"/>
        </w:rPr>
        <w:t>Menerapkan budaya kerja, keselamatan, kebersihan, efisiensi waktu, dan kerja sama seperti di industri.</w:t>
      </w:r>
    </w:p>
    <w:p w14:paraId="20A3D53B" w14:textId="77777777" w:rsidR="0025645D" w:rsidRDefault="00000000">
      <w:pPr>
        <w:spacing w:before="160" w:after="80"/>
      </w:pPr>
      <w:r>
        <w:rPr>
          <w:rFonts w:ascii="Aptos Display" w:hAnsi="Aptos Display"/>
          <w:b/>
          <w:color w:val="334E68"/>
          <w:sz w:val="24"/>
        </w:rPr>
        <w:t>C. PRODUK DAN KRITERIA HASIL</w:t>
      </w:r>
    </w:p>
    <w:tbl>
      <w:tblPr>
        <w:tblW w:w="0" w:type="auto"/>
        <w:jc w:val="center"/>
        <w:tblBorders>
          <w:top w:val="single" w:sz="6" w:space="0" w:color="B8C7C0"/>
          <w:left w:val="single" w:sz="6" w:space="0" w:color="B8C7C0"/>
          <w:bottom w:val="single" w:sz="6" w:space="0" w:color="B8C7C0"/>
          <w:right w:val="single" w:sz="6" w:space="0" w:color="B8C7C0"/>
          <w:insideH w:val="single" w:sz="6" w:space="0" w:color="B8C7C0"/>
          <w:insideV w:val="single" w:sz="6" w:space="0" w:color="B8C7C0"/>
        </w:tblBorders>
        <w:tblLook w:val="04A0" w:firstRow="1" w:lastRow="0" w:firstColumn="1" w:lastColumn="0" w:noHBand="0" w:noVBand="1"/>
      </w:tblPr>
      <w:tblGrid>
        <w:gridCol w:w="3451"/>
        <w:gridCol w:w="3450"/>
        <w:gridCol w:w="3451"/>
      </w:tblGrid>
      <w:tr w:rsidR="0025645D" w14:paraId="3B29A4E7" w14:textId="77777777">
        <w:trPr>
          <w:jc w:val="center"/>
        </w:trPr>
        <w:tc>
          <w:tcPr>
            <w:tcW w:w="3456" w:type="dxa"/>
            <w:shd w:val="clear" w:color="auto" w:fill="334E68"/>
            <w:vAlign w:val="center"/>
          </w:tcPr>
          <w:p w14:paraId="483805AF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Produk</w:t>
            </w:r>
          </w:p>
        </w:tc>
        <w:tc>
          <w:tcPr>
            <w:tcW w:w="3456" w:type="dxa"/>
            <w:shd w:val="clear" w:color="auto" w:fill="334E68"/>
            <w:vAlign w:val="center"/>
          </w:tcPr>
          <w:p w14:paraId="283EEED4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Target Produksi</w:t>
            </w:r>
          </w:p>
        </w:tc>
        <w:tc>
          <w:tcPr>
            <w:tcW w:w="3456" w:type="dxa"/>
            <w:shd w:val="clear" w:color="auto" w:fill="334E68"/>
            <w:vAlign w:val="center"/>
          </w:tcPr>
          <w:p w14:paraId="115D1635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Standar Minimum</w:t>
            </w:r>
          </w:p>
        </w:tc>
      </w:tr>
      <w:tr w:rsidR="0025645D" w14:paraId="2AE3CC11" w14:textId="77777777">
        <w:trPr>
          <w:jc w:val="center"/>
        </w:trPr>
        <w:tc>
          <w:tcPr>
            <w:tcW w:w="3456" w:type="dxa"/>
            <w:shd w:val="clear" w:color="auto" w:fill="F5F7F6"/>
            <w:vAlign w:val="center"/>
          </w:tcPr>
          <w:p w14:paraId="47A80DDB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6"/>
              </w:rPr>
              <w:t>Nasi Bakar Hijau Ikan Teri Pete</w:t>
            </w:r>
          </w:p>
        </w:tc>
        <w:tc>
          <w:tcPr>
            <w:tcW w:w="3456" w:type="dxa"/>
            <w:shd w:val="clear" w:color="auto" w:fill="F5F7F6"/>
            <w:vAlign w:val="center"/>
          </w:tcPr>
          <w:p w14:paraId="15285F88" w14:textId="77777777" w:rsidR="0025645D" w:rsidRDefault="00000000">
            <w:r>
              <w:rPr>
                <w:rFonts w:ascii="Aptos" w:hAnsi="Aptos"/>
                <w:color w:val="263238"/>
                <w:sz w:val="16"/>
              </w:rPr>
              <w:t>3 porsi</w:t>
            </w:r>
          </w:p>
        </w:tc>
        <w:tc>
          <w:tcPr>
            <w:tcW w:w="3456" w:type="dxa"/>
            <w:shd w:val="clear" w:color="auto" w:fill="F5F7F6"/>
            <w:vAlign w:val="center"/>
          </w:tcPr>
          <w:p w14:paraId="48E59722" w14:textId="77777777" w:rsidR="0025645D" w:rsidRDefault="00000000">
            <w:r>
              <w:rPr>
                <w:rFonts w:ascii="Aptos" w:hAnsi="Aptos"/>
                <w:color w:val="263238"/>
                <w:sz w:val="16"/>
              </w:rPr>
              <w:t>Matang merata, rasa seimbang, tekstur nasi tidak lembek, aroma baik, bungkus rapi dan dibakar dengan tepat</w:t>
            </w:r>
          </w:p>
        </w:tc>
      </w:tr>
      <w:tr w:rsidR="0025645D" w14:paraId="3F10F9CE" w14:textId="77777777">
        <w:trPr>
          <w:jc w:val="center"/>
        </w:trPr>
        <w:tc>
          <w:tcPr>
            <w:tcW w:w="3456" w:type="dxa"/>
            <w:vAlign w:val="center"/>
          </w:tcPr>
          <w:p w14:paraId="0018846B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6"/>
              </w:rPr>
              <w:t>Pelengkap</w:t>
            </w:r>
          </w:p>
        </w:tc>
        <w:tc>
          <w:tcPr>
            <w:tcW w:w="3456" w:type="dxa"/>
            <w:vAlign w:val="center"/>
          </w:tcPr>
          <w:p w14:paraId="479CA0FD" w14:textId="77777777" w:rsidR="0025645D" w:rsidRDefault="00000000">
            <w:r>
              <w:rPr>
                <w:rFonts w:ascii="Aptos" w:hAnsi="Aptos"/>
                <w:color w:val="263238"/>
                <w:sz w:val="16"/>
              </w:rPr>
              <w:t>Telur mata sapi, kerupuk, bawang merah goreng, ketimun, tomat</w:t>
            </w:r>
          </w:p>
        </w:tc>
        <w:tc>
          <w:tcPr>
            <w:tcW w:w="3456" w:type="dxa"/>
            <w:vAlign w:val="center"/>
          </w:tcPr>
          <w:p w14:paraId="5ED8D284" w14:textId="77777777" w:rsidR="0025645D" w:rsidRDefault="00000000">
            <w:r>
              <w:rPr>
                <w:rFonts w:ascii="Aptos" w:hAnsi="Aptos"/>
                <w:color w:val="263238"/>
                <w:sz w:val="16"/>
              </w:rPr>
              <w:t>Matang, bersih, proporsional dan tertata</w:t>
            </w:r>
          </w:p>
        </w:tc>
      </w:tr>
    </w:tbl>
    <w:p w14:paraId="094C243D" w14:textId="77777777" w:rsidR="0025645D" w:rsidRDefault="0025645D">
      <w:pPr>
        <w:spacing w:after="20"/>
      </w:pPr>
    </w:p>
    <w:p w14:paraId="0EC8047C" w14:textId="451A032E" w:rsidR="0025645D" w:rsidRDefault="00000000" w:rsidP="00BB5E4B">
      <w:r>
        <w:rPr>
          <w:rFonts w:ascii="Aptos Display" w:hAnsi="Aptos Display"/>
          <w:b/>
          <w:color w:val="334E68"/>
          <w:sz w:val="24"/>
        </w:rPr>
        <w:t>D. PROSEDUR KESELAMATAN, HYGIENE &amp; SANITASI</w:t>
      </w:r>
    </w:p>
    <w:p w14:paraId="2A60CE6F" w14:textId="77777777" w:rsidR="0025645D" w:rsidRDefault="00000000">
      <w:pPr>
        <w:pStyle w:val="ListBullet"/>
        <w:spacing w:after="20"/>
        <w:ind w:left="288"/>
      </w:pPr>
      <w:r>
        <w:rPr>
          <w:rFonts w:ascii="Aptos" w:hAnsi="Aptos"/>
          <w:sz w:val="18"/>
        </w:rPr>
        <w:t>1. Menggunakan seragam praktik lengkap: baju kerja, topi, apron/celemek, serbet bersih, dan safety shoes.</w:t>
      </w:r>
    </w:p>
    <w:p w14:paraId="5EDC3371" w14:textId="77777777" w:rsidR="0025645D" w:rsidRDefault="00000000">
      <w:pPr>
        <w:pStyle w:val="ListBullet"/>
        <w:spacing w:after="20"/>
        <w:ind w:left="288"/>
      </w:pPr>
      <w:r>
        <w:rPr>
          <w:rFonts w:ascii="Aptos" w:hAnsi="Aptos"/>
          <w:sz w:val="18"/>
        </w:rPr>
        <w:t>2. Rambut panjang wajib diikat dan dimasukkan ke dalam hairnet/topi.</w:t>
      </w:r>
    </w:p>
    <w:p w14:paraId="40AE5BF4" w14:textId="77777777" w:rsidR="0025645D" w:rsidRDefault="00000000">
      <w:pPr>
        <w:pStyle w:val="ListBullet"/>
        <w:spacing w:after="20"/>
        <w:ind w:left="288"/>
      </w:pPr>
      <w:r>
        <w:rPr>
          <w:rFonts w:ascii="Aptos" w:hAnsi="Aptos"/>
          <w:sz w:val="18"/>
        </w:rPr>
        <w:t>3. Mencuci tangan sebelum bekerja, setelah istirahat, setelah menangani bahan mentah, setelah menyentuh wajah/rambut, setelah batuk/bersin, dan setelah dari toilet.</w:t>
      </w:r>
    </w:p>
    <w:p w14:paraId="7C0A7AAD" w14:textId="77777777" w:rsidR="0025645D" w:rsidRDefault="00000000">
      <w:pPr>
        <w:pStyle w:val="ListBullet"/>
        <w:spacing w:after="20"/>
        <w:ind w:left="288"/>
      </w:pPr>
      <w:r>
        <w:rPr>
          <w:rFonts w:ascii="Aptos" w:hAnsi="Aptos"/>
          <w:sz w:val="18"/>
        </w:rPr>
        <w:t>4. Menyalakan lampu dan blower serta memastikan ventilasi dapur berfungsi.</w:t>
      </w:r>
    </w:p>
    <w:p w14:paraId="39113349" w14:textId="77777777" w:rsidR="0025645D" w:rsidRDefault="00000000">
      <w:pPr>
        <w:pStyle w:val="ListBullet"/>
        <w:spacing w:after="20"/>
        <w:ind w:left="288"/>
      </w:pPr>
      <w:r>
        <w:rPr>
          <w:rFonts w:ascii="Aptos" w:hAnsi="Aptos"/>
          <w:sz w:val="18"/>
        </w:rPr>
        <w:t>5. Segera mengeringkan lantai yang basah untuk mencegah terpeleset.</w:t>
      </w:r>
    </w:p>
    <w:p w14:paraId="63E95BD9" w14:textId="77777777" w:rsidR="0025645D" w:rsidRDefault="00000000">
      <w:pPr>
        <w:pStyle w:val="ListBullet"/>
        <w:spacing w:after="20"/>
        <w:ind w:left="288"/>
      </w:pPr>
      <w:r>
        <w:rPr>
          <w:rFonts w:ascii="Aptos" w:hAnsi="Aptos"/>
          <w:sz w:val="18"/>
        </w:rPr>
        <w:t>6. Mengetahui lokasi APAR dan kotak P3K serta memahami prosedur keadaan darurat.</w:t>
      </w:r>
    </w:p>
    <w:p w14:paraId="0A7575FE" w14:textId="77777777" w:rsidR="0025645D" w:rsidRDefault="00000000">
      <w:pPr>
        <w:pStyle w:val="ListBullet"/>
        <w:spacing w:after="20"/>
        <w:ind w:left="288"/>
      </w:pPr>
      <w:r>
        <w:rPr>
          <w:rFonts w:ascii="Aptos" w:hAnsi="Aptos"/>
          <w:sz w:val="18"/>
        </w:rPr>
        <w:t>7. Jika tercium bau gas: matikan kompor, cabut regulator/selang bila aman, jangan menyalakan listrik/api, buka pintu dan evakuasi.</w:t>
      </w:r>
    </w:p>
    <w:p w14:paraId="573C42CD" w14:textId="77777777" w:rsidR="0025645D" w:rsidRDefault="00000000">
      <w:pPr>
        <w:pStyle w:val="ListBullet"/>
        <w:spacing w:after="20"/>
        <w:ind w:left="288"/>
      </w:pPr>
      <w:r>
        <w:rPr>
          <w:rFonts w:ascii="Aptos" w:hAnsi="Aptos"/>
          <w:sz w:val="18"/>
        </w:rPr>
        <w:t>8. Membersihkan dan mengeringkan peralatan sebelum digunakan; pisau tajam digunakan dengan aman dan tidak diletakkan di bak cuci.</w:t>
      </w:r>
    </w:p>
    <w:p w14:paraId="3DDB8EC9" w14:textId="77777777" w:rsidR="0025645D" w:rsidRDefault="00000000">
      <w:pPr>
        <w:pStyle w:val="ListBullet"/>
        <w:spacing w:after="20"/>
        <w:ind w:left="288"/>
      </w:pPr>
      <w:r>
        <w:rPr>
          <w:rFonts w:ascii="Aptos" w:hAnsi="Aptos"/>
          <w:sz w:val="18"/>
        </w:rPr>
        <w:t>9. Tidak berjalan atau berbalik badan sambil membawa pisau.</w:t>
      </w:r>
    </w:p>
    <w:p w14:paraId="2B018678" w14:textId="77777777" w:rsidR="0025645D" w:rsidRDefault="00000000">
      <w:pPr>
        <w:pStyle w:val="ListBullet"/>
        <w:spacing w:after="20"/>
        <w:ind w:left="288"/>
      </w:pPr>
      <w:r>
        <w:rPr>
          <w:rFonts w:ascii="Aptos" w:hAnsi="Aptos"/>
          <w:sz w:val="18"/>
        </w:rPr>
        <w:t>10. Memutus hubungan listrik sebelum membersihkan atau memperbaiki mesin/peralatan.</w:t>
      </w:r>
    </w:p>
    <w:p w14:paraId="74906E13" w14:textId="77777777" w:rsidR="0025645D" w:rsidRDefault="00000000">
      <w:pPr>
        <w:pStyle w:val="ListBullet"/>
        <w:spacing w:after="20"/>
        <w:ind w:left="288"/>
      </w:pPr>
      <w:r>
        <w:rPr>
          <w:rFonts w:ascii="Aptos" w:hAnsi="Aptos"/>
          <w:sz w:val="18"/>
        </w:rPr>
        <w:t>11. Tidak menyentuh mesin berbahaya saat sedang beroperasi.</w:t>
      </w:r>
    </w:p>
    <w:p w14:paraId="63DBCFDA" w14:textId="77777777" w:rsidR="0025645D" w:rsidRDefault="00000000">
      <w:pPr>
        <w:spacing w:before="160" w:after="80"/>
      </w:pPr>
      <w:r>
        <w:rPr>
          <w:rFonts w:ascii="Aptos Display" w:hAnsi="Aptos Display"/>
          <w:b/>
          <w:color w:val="334E68"/>
          <w:sz w:val="24"/>
        </w:rPr>
        <w:t>E. PEMBAGIAN KERJA / JOBDESK KELOMPOK</w:t>
      </w:r>
    </w:p>
    <w:tbl>
      <w:tblPr>
        <w:tblW w:w="0" w:type="auto"/>
        <w:jc w:val="center"/>
        <w:tblBorders>
          <w:top w:val="single" w:sz="6" w:space="0" w:color="B8C7C0"/>
          <w:left w:val="single" w:sz="6" w:space="0" w:color="B8C7C0"/>
          <w:bottom w:val="single" w:sz="6" w:space="0" w:color="B8C7C0"/>
          <w:right w:val="single" w:sz="6" w:space="0" w:color="B8C7C0"/>
          <w:insideH w:val="single" w:sz="6" w:space="0" w:color="B8C7C0"/>
          <w:insideV w:val="single" w:sz="6" w:space="0" w:color="B8C7C0"/>
        </w:tblBorders>
        <w:tblLook w:val="04A0" w:firstRow="1" w:lastRow="0" w:firstColumn="1" w:lastColumn="0" w:noHBand="0" w:noVBand="1"/>
      </w:tblPr>
      <w:tblGrid>
        <w:gridCol w:w="2069"/>
        <w:gridCol w:w="2071"/>
        <w:gridCol w:w="2071"/>
        <w:gridCol w:w="2072"/>
        <w:gridCol w:w="2069"/>
      </w:tblGrid>
      <w:tr w:rsidR="0025645D" w14:paraId="773DF2C4" w14:textId="77777777">
        <w:trPr>
          <w:jc w:val="center"/>
        </w:trPr>
        <w:tc>
          <w:tcPr>
            <w:tcW w:w="2074" w:type="dxa"/>
            <w:shd w:val="clear" w:color="auto" w:fill="334E68"/>
            <w:vAlign w:val="center"/>
          </w:tcPr>
          <w:p w14:paraId="02C1CF44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No</w:t>
            </w:r>
          </w:p>
        </w:tc>
        <w:tc>
          <w:tcPr>
            <w:tcW w:w="2074" w:type="dxa"/>
            <w:shd w:val="clear" w:color="auto" w:fill="334E68"/>
            <w:vAlign w:val="center"/>
          </w:tcPr>
          <w:p w14:paraId="60391AD9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Jobdesk</w:t>
            </w:r>
          </w:p>
        </w:tc>
        <w:tc>
          <w:tcPr>
            <w:tcW w:w="2074" w:type="dxa"/>
            <w:shd w:val="clear" w:color="auto" w:fill="334E68"/>
            <w:vAlign w:val="center"/>
          </w:tcPr>
          <w:p w14:paraId="09C7EB0D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Tanggung Jawab Utama</w:t>
            </w:r>
          </w:p>
        </w:tc>
        <w:tc>
          <w:tcPr>
            <w:tcW w:w="2074" w:type="dxa"/>
            <w:shd w:val="clear" w:color="auto" w:fill="334E68"/>
            <w:vAlign w:val="center"/>
          </w:tcPr>
          <w:p w14:paraId="559111A3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Nama Siswa</w:t>
            </w:r>
          </w:p>
        </w:tc>
        <w:tc>
          <w:tcPr>
            <w:tcW w:w="2074" w:type="dxa"/>
            <w:shd w:val="clear" w:color="auto" w:fill="334E68"/>
            <w:vAlign w:val="center"/>
          </w:tcPr>
          <w:p w14:paraId="395E71BB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Paraf</w:t>
            </w:r>
          </w:p>
        </w:tc>
      </w:tr>
      <w:tr w:rsidR="0025645D" w14:paraId="6FDBD9AD" w14:textId="77777777">
        <w:trPr>
          <w:jc w:val="center"/>
        </w:trPr>
        <w:tc>
          <w:tcPr>
            <w:tcW w:w="2074" w:type="dxa"/>
            <w:shd w:val="clear" w:color="auto" w:fill="F5F7F6"/>
            <w:vAlign w:val="center"/>
          </w:tcPr>
          <w:p w14:paraId="1E972F42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1</w:t>
            </w:r>
          </w:p>
        </w:tc>
        <w:tc>
          <w:tcPr>
            <w:tcW w:w="2074" w:type="dxa"/>
            <w:shd w:val="clear" w:color="auto" w:fill="F5F7F6"/>
            <w:vAlign w:val="center"/>
          </w:tcPr>
          <w:p w14:paraId="28FCB9BD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Ketua / Koordinator</w:t>
            </w:r>
          </w:p>
        </w:tc>
        <w:tc>
          <w:tcPr>
            <w:tcW w:w="2074" w:type="dxa"/>
            <w:shd w:val="clear" w:color="auto" w:fill="F5F7F6"/>
            <w:vAlign w:val="center"/>
          </w:tcPr>
          <w:p w14:paraId="026E5B6F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Membagi tugas, mengontrol alur kerja, memastikan standar produk dan waktu tercapai.</w:t>
            </w:r>
          </w:p>
        </w:tc>
        <w:tc>
          <w:tcPr>
            <w:tcW w:w="2074" w:type="dxa"/>
            <w:shd w:val="clear" w:color="auto" w:fill="F5F7F6"/>
            <w:vAlign w:val="center"/>
          </w:tcPr>
          <w:p w14:paraId="5EB667A5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________________</w:t>
            </w:r>
          </w:p>
        </w:tc>
        <w:tc>
          <w:tcPr>
            <w:tcW w:w="2074" w:type="dxa"/>
            <w:shd w:val="clear" w:color="auto" w:fill="F5F7F6"/>
            <w:vAlign w:val="center"/>
          </w:tcPr>
          <w:p w14:paraId="16B3193C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______</w:t>
            </w:r>
          </w:p>
        </w:tc>
      </w:tr>
      <w:tr w:rsidR="0025645D" w14:paraId="005F849C" w14:textId="77777777">
        <w:trPr>
          <w:jc w:val="center"/>
        </w:trPr>
        <w:tc>
          <w:tcPr>
            <w:tcW w:w="2074" w:type="dxa"/>
            <w:vAlign w:val="center"/>
          </w:tcPr>
          <w:p w14:paraId="603ABB9B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2</w:t>
            </w:r>
          </w:p>
        </w:tc>
        <w:tc>
          <w:tcPr>
            <w:tcW w:w="2074" w:type="dxa"/>
            <w:vAlign w:val="center"/>
          </w:tcPr>
          <w:p w14:paraId="483C0997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Persiapan Bahan</w:t>
            </w:r>
          </w:p>
        </w:tc>
        <w:tc>
          <w:tcPr>
            <w:tcW w:w="2074" w:type="dxa"/>
            <w:vAlign w:val="center"/>
          </w:tcPr>
          <w:p w14:paraId="4248CF5B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Menimbang, mencuci, memotong, menyiapkan bumbu dan bahan sesuai resep.</w:t>
            </w:r>
          </w:p>
        </w:tc>
        <w:tc>
          <w:tcPr>
            <w:tcW w:w="2074" w:type="dxa"/>
            <w:vAlign w:val="center"/>
          </w:tcPr>
          <w:p w14:paraId="7E47A64E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________________</w:t>
            </w:r>
          </w:p>
        </w:tc>
        <w:tc>
          <w:tcPr>
            <w:tcW w:w="2074" w:type="dxa"/>
            <w:vAlign w:val="center"/>
          </w:tcPr>
          <w:p w14:paraId="1DC3ECC8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______</w:t>
            </w:r>
          </w:p>
        </w:tc>
      </w:tr>
      <w:tr w:rsidR="0025645D" w14:paraId="1ABF8579" w14:textId="77777777">
        <w:trPr>
          <w:jc w:val="center"/>
        </w:trPr>
        <w:tc>
          <w:tcPr>
            <w:tcW w:w="2074" w:type="dxa"/>
            <w:shd w:val="clear" w:color="auto" w:fill="F5F7F6"/>
            <w:vAlign w:val="center"/>
          </w:tcPr>
          <w:p w14:paraId="6B6F00E1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3</w:t>
            </w:r>
          </w:p>
        </w:tc>
        <w:tc>
          <w:tcPr>
            <w:tcW w:w="2074" w:type="dxa"/>
            <w:shd w:val="clear" w:color="auto" w:fill="F5F7F6"/>
            <w:vAlign w:val="center"/>
          </w:tcPr>
          <w:p w14:paraId="1C819806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Persiapan Alat</w:t>
            </w:r>
          </w:p>
        </w:tc>
        <w:tc>
          <w:tcPr>
            <w:tcW w:w="2074" w:type="dxa"/>
            <w:shd w:val="clear" w:color="auto" w:fill="F5F7F6"/>
            <w:vAlign w:val="center"/>
          </w:tcPr>
          <w:p w14:paraId="32B1EFC7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Menyiapkan, memeriksa fungsi, menggunakan dan mengembalikan alat sesuai inventaris.</w:t>
            </w:r>
          </w:p>
        </w:tc>
        <w:tc>
          <w:tcPr>
            <w:tcW w:w="2074" w:type="dxa"/>
            <w:shd w:val="clear" w:color="auto" w:fill="F5F7F6"/>
            <w:vAlign w:val="center"/>
          </w:tcPr>
          <w:p w14:paraId="6F4877B6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________________</w:t>
            </w:r>
          </w:p>
        </w:tc>
        <w:tc>
          <w:tcPr>
            <w:tcW w:w="2074" w:type="dxa"/>
            <w:shd w:val="clear" w:color="auto" w:fill="F5F7F6"/>
            <w:vAlign w:val="center"/>
          </w:tcPr>
          <w:p w14:paraId="4A2579D4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______</w:t>
            </w:r>
          </w:p>
        </w:tc>
      </w:tr>
      <w:tr w:rsidR="0025645D" w14:paraId="75E14AF9" w14:textId="77777777">
        <w:trPr>
          <w:jc w:val="center"/>
        </w:trPr>
        <w:tc>
          <w:tcPr>
            <w:tcW w:w="2074" w:type="dxa"/>
            <w:vAlign w:val="center"/>
          </w:tcPr>
          <w:p w14:paraId="40702310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4</w:t>
            </w:r>
          </w:p>
        </w:tc>
        <w:tc>
          <w:tcPr>
            <w:tcW w:w="2074" w:type="dxa"/>
            <w:vAlign w:val="center"/>
          </w:tcPr>
          <w:p w14:paraId="28FDE7D1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Produksi / Cooking</w:t>
            </w:r>
          </w:p>
        </w:tc>
        <w:tc>
          <w:tcPr>
            <w:tcW w:w="2074" w:type="dxa"/>
            <w:vAlign w:val="center"/>
          </w:tcPr>
          <w:p w14:paraId="2FB30FF3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Melaksanakan teknik pengolahan: merebus, menghaluskan, menumis, mencampur, membungkus, membakar.</w:t>
            </w:r>
          </w:p>
        </w:tc>
        <w:tc>
          <w:tcPr>
            <w:tcW w:w="2074" w:type="dxa"/>
            <w:vAlign w:val="center"/>
          </w:tcPr>
          <w:p w14:paraId="03779AA6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________________</w:t>
            </w:r>
          </w:p>
        </w:tc>
        <w:tc>
          <w:tcPr>
            <w:tcW w:w="2074" w:type="dxa"/>
            <w:vAlign w:val="center"/>
          </w:tcPr>
          <w:p w14:paraId="1E747CB7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______</w:t>
            </w:r>
          </w:p>
        </w:tc>
      </w:tr>
      <w:tr w:rsidR="0025645D" w14:paraId="405F231E" w14:textId="77777777">
        <w:trPr>
          <w:jc w:val="center"/>
        </w:trPr>
        <w:tc>
          <w:tcPr>
            <w:tcW w:w="2074" w:type="dxa"/>
            <w:shd w:val="clear" w:color="auto" w:fill="F5F7F6"/>
            <w:vAlign w:val="center"/>
          </w:tcPr>
          <w:p w14:paraId="5F063222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5</w:t>
            </w:r>
          </w:p>
        </w:tc>
        <w:tc>
          <w:tcPr>
            <w:tcW w:w="2074" w:type="dxa"/>
            <w:shd w:val="clear" w:color="auto" w:fill="F5F7F6"/>
            <w:vAlign w:val="center"/>
          </w:tcPr>
          <w:p w14:paraId="0BBE2FFA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Garnish &amp; Plating</w:t>
            </w:r>
          </w:p>
        </w:tc>
        <w:tc>
          <w:tcPr>
            <w:tcW w:w="2074" w:type="dxa"/>
            <w:shd w:val="clear" w:color="auto" w:fill="F5F7F6"/>
            <w:vAlign w:val="center"/>
          </w:tcPr>
          <w:p w14:paraId="1A433355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Menyiapkan pelengkap, menata produk, menjaga proporsi dan estetika penyajian.</w:t>
            </w:r>
          </w:p>
        </w:tc>
        <w:tc>
          <w:tcPr>
            <w:tcW w:w="2074" w:type="dxa"/>
            <w:shd w:val="clear" w:color="auto" w:fill="F5F7F6"/>
            <w:vAlign w:val="center"/>
          </w:tcPr>
          <w:p w14:paraId="1F150F7C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________________</w:t>
            </w:r>
          </w:p>
        </w:tc>
        <w:tc>
          <w:tcPr>
            <w:tcW w:w="2074" w:type="dxa"/>
            <w:shd w:val="clear" w:color="auto" w:fill="F5F7F6"/>
            <w:vAlign w:val="center"/>
          </w:tcPr>
          <w:p w14:paraId="05FFC617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______</w:t>
            </w:r>
          </w:p>
        </w:tc>
      </w:tr>
      <w:tr w:rsidR="0025645D" w14:paraId="536B278E" w14:textId="77777777">
        <w:trPr>
          <w:jc w:val="center"/>
        </w:trPr>
        <w:tc>
          <w:tcPr>
            <w:tcW w:w="2074" w:type="dxa"/>
            <w:vAlign w:val="center"/>
          </w:tcPr>
          <w:p w14:paraId="1CD309AC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6</w:t>
            </w:r>
          </w:p>
        </w:tc>
        <w:tc>
          <w:tcPr>
            <w:tcW w:w="2074" w:type="dxa"/>
            <w:vAlign w:val="center"/>
          </w:tcPr>
          <w:p w14:paraId="6726C1CE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Quality Control</w:t>
            </w:r>
          </w:p>
        </w:tc>
        <w:tc>
          <w:tcPr>
            <w:tcW w:w="2074" w:type="dxa"/>
            <w:vAlign w:val="center"/>
          </w:tcPr>
          <w:p w14:paraId="54E5F020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Memeriksa rasa, tekstur, kematangan, warna, bentuk, kebersihan dan kesesuaian target.</w:t>
            </w:r>
          </w:p>
        </w:tc>
        <w:tc>
          <w:tcPr>
            <w:tcW w:w="2074" w:type="dxa"/>
            <w:vAlign w:val="center"/>
          </w:tcPr>
          <w:p w14:paraId="1439D1DF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________________</w:t>
            </w:r>
          </w:p>
        </w:tc>
        <w:tc>
          <w:tcPr>
            <w:tcW w:w="2074" w:type="dxa"/>
            <w:vAlign w:val="center"/>
          </w:tcPr>
          <w:p w14:paraId="09350E1D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______</w:t>
            </w:r>
          </w:p>
        </w:tc>
      </w:tr>
      <w:tr w:rsidR="0025645D" w14:paraId="007A55F9" w14:textId="77777777">
        <w:trPr>
          <w:jc w:val="center"/>
        </w:trPr>
        <w:tc>
          <w:tcPr>
            <w:tcW w:w="2074" w:type="dxa"/>
            <w:shd w:val="clear" w:color="auto" w:fill="F5F7F6"/>
            <w:vAlign w:val="center"/>
          </w:tcPr>
          <w:p w14:paraId="50D95531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7</w:t>
            </w:r>
          </w:p>
        </w:tc>
        <w:tc>
          <w:tcPr>
            <w:tcW w:w="2074" w:type="dxa"/>
            <w:shd w:val="clear" w:color="auto" w:fill="F5F7F6"/>
            <w:vAlign w:val="center"/>
          </w:tcPr>
          <w:p w14:paraId="3CA61424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Sanitasi &amp; Steward</w:t>
            </w:r>
          </w:p>
        </w:tc>
        <w:tc>
          <w:tcPr>
            <w:tcW w:w="2074" w:type="dxa"/>
            <w:shd w:val="clear" w:color="auto" w:fill="F5F7F6"/>
            <w:vAlign w:val="center"/>
          </w:tcPr>
          <w:p w14:paraId="4A5F6CAA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Menjaga area kerja, mencuci alat, mengelola sampah, menyapu dan mengepel area praktik.</w:t>
            </w:r>
          </w:p>
        </w:tc>
        <w:tc>
          <w:tcPr>
            <w:tcW w:w="2074" w:type="dxa"/>
            <w:shd w:val="clear" w:color="auto" w:fill="F5F7F6"/>
            <w:vAlign w:val="center"/>
          </w:tcPr>
          <w:p w14:paraId="49D88974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________________</w:t>
            </w:r>
          </w:p>
        </w:tc>
        <w:tc>
          <w:tcPr>
            <w:tcW w:w="2074" w:type="dxa"/>
            <w:shd w:val="clear" w:color="auto" w:fill="F5F7F6"/>
            <w:vAlign w:val="center"/>
          </w:tcPr>
          <w:p w14:paraId="131DFCDD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______</w:t>
            </w:r>
          </w:p>
        </w:tc>
      </w:tr>
    </w:tbl>
    <w:p w14:paraId="7040E0F5" w14:textId="77777777" w:rsidR="0025645D" w:rsidRDefault="0025645D">
      <w:pPr>
        <w:spacing w:after="20"/>
      </w:pPr>
    </w:p>
    <w:p w14:paraId="0689DEF0" w14:textId="13982337" w:rsidR="0025645D" w:rsidRDefault="00000000">
      <w:r>
        <w:rPr>
          <w:b/>
          <w:color w:val="334E68"/>
        </w:rPr>
        <w:lastRenderedPageBreak/>
        <w:t xml:space="preserve">Catatan: </w:t>
      </w:r>
      <w:r>
        <w:t xml:space="preserve">Jobdesk boleh dirangkap sesuai jumlah anggota. Setiap anggota tetap dinilai secara individual pada aspek keterampilan, sikap </w:t>
      </w:r>
      <w:proofErr w:type="spellStart"/>
      <w:r>
        <w:t>kerja</w:t>
      </w:r>
      <w:proofErr w:type="spellEnd"/>
      <w:r>
        <w:t xml:space="preserve">, K3, dan </w:t>
      </w:r>
      <w:proofErr w:type="spellStart"/>
      <w:r>
        <w:t>kontribusi</w:t>
      </w:r>
      <w:proofErr w:type="spellEnd"/>
      <w:r>
        <w:t>.</w:t>
      </w:r>
    </w:p>
    <w:p w14:paraId="723A5D79" w14:textId="77777777" w:rsidR="0025645D" w:rsidRDefault="00000000">
      <w:pPr>
        <w:spacing w:before="160" w:after="80"/>
      </w:pPr>
      <w:r>
        <w:rPr>
          <w:rFonts w:ascii="Aptos Display" w:hAnsi="Aptos Display"/>
          <w:b/>
          <w:color w:val="334E68"/>
          <w:sz w:val="24"/>
        </w:rPr>
        <w:t>F. PERENCANAAN PRODUKSI</w:t>
      </w:r>
    </w:p>
    <w:tbl>
      <w:tblPr>
        <w:tblW w:w="0" w:type="auto"/>
        <w:jc w:val="center"/>
        <w:tblBorders>
          <w:top w:val="single" w:sz="6" w:space="0" w:color="B8C7C0"/>
          <w:left w:val="single" w:sz="6" w:space="0" w:color="B8C7C0"/>
          <w:bottom w:val="single" w:sz="6" w:space="0" w:color="B8C7C0"/>
          <w:right w:val="single" w:sz="6" w:space="0" w:color="B8C7C0"/>
          <w:insideH w:val="single" w:sz="6" w:space="0" w:color="B8C7C0"/>
          <w:insideV w:val="single" w:sz="6" w:space="0" w:color="B8C7C0"/>
        </w:tblBorders>
        <w:tblLook w:val="04A0" w:firstRow="1" w:lastRow="0" w:firstColumn="1" w:lastColumn="0" w:noHBand="0" w:noVBand="1"/>
      </w:tblPr>
      <w:tblGrid>
        <w:gridCol w:w="5169"/>
        <w:gridCol w:w="5183"/>
      </w:tblGrid>
      <w:tr w:rsidR="0025645D" w14:paraId="48701177" w14:textId="77777777">
        <w:trPr>
          <w:jc w:val="center"/>
        </w:trPr>
        <w:tc>
          <w:tcPr>
            <w:tcW w:w="5184" w:type="dxa"/>
            <w:shd w:val="clear" w:color="auto" w:fill="334E68"/>
            <w:vAlign w:val="center"/>
          </w:tcPr>
          <w:p w14:paraId="4420E551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Komponen</w:t>
            </w:r>
          </w:p>
        </w:tc>
        <w:tc>
          <w:tcPr>
            <w:tcW w:w="5184" w:type="dxa"/>
            <w:shd w:val="clear" w:color="auto" w:fill="334E68"/>
            <w:vAlign w:val="center"/>
          </w:tcPr>
          <w:p w14:paraId="3D0A1FBB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Isian Kelompok</w:t>
            </w:r>
          </w:p>
        </w:tc>
      </w:tr>
      <w:tr w:rsidR="0025645D" w14:paraId="52DE3AA1" w14:textId="77777777">
        <w:trPr>
          <w:jc w:val="center"/>
        </w:trPr>
        <w:tc>
          <w:tcPr>
            <w:tcW w:w="5184" w:type="dxa"/>
            <w:shd w:val="clear" w:color="auto" w:fill="F5F7F6"/>
            <w:vAlign w:val="center"/>
          </w:tcPr>
          <w:p w14:paraId="0E5AD57B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7"/>
              </w:rPr>
              <w:t>Nama menu</w:t>
            </w:r>
          </w:p>
        </w:tc>
        <w:tc>
          <w:tcPr>
            <w:tcW w:w="5184" w:type="dxa"/>
            <w:shd w:val="clear" w:color="auto" w:fill="F5F7F6"/>
            <w:vAlign w:val="center"/>
          </w:tcPr>
          <w:p w14:paraId="4DBC7B97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Nasi Bakar Hijau Ikan Teri Pete</w:t>
            </w:r>
          </w:p>
        </w:tc>
      </w:tr>
      <w:tr w:rsidR="0025645D" w14:paraId="242BE9E7" w14:textId="77777777">
        <w:trPr>
          <w:jc w:val="center"/>
        </w:trPr>
        <w:tc>
          <w:tcPr>
            <w:tcW w:w="5184" w:type="dxa"/>
            <w:vAlign w:val="center"/>
          </w:tcPr>
          <w:p w14:paraId="327C061C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7"/>
              </w:rPr>
              <w:t>Konsep/desain penyajian</w:t>
            </w:r>
          </w:p>
        </w:tc>
        <w:tc>
          <w:tcPr>
            <w:tcW w:w="5184" w:type="dxa"/>
            <w:vAlign w:val="center"/>
          </w:tcPr>
          <w:p w14:paraId="5B032EEC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____________________________________________________________</w:t>
            </w:r>
          </w:p>
        </w:tc>
      </w:tr>
      <w:tr w:rsidR="0025645D" w14:paraId="6F315D88" w14:textId="77777777">
        <w:trPr>
          <w:jc w:val="center"/>
        </w:trPr>
        <w:tc>
          <w:tcPr>
            <w:tcW w:w="5184" w:type="dxa"/>
            <w:shd w:val="clear" w:color="auto" w:fill="F5F7F6"/>
            <w:vAlign w:val="center"/>
          </w:tcPr>
          <w:p w14:paraId="43B91869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7"/>
              </w:rPr>
              <w:t>Target porsi</w:t>
            </w:r>
          </w:p>
        </w:tc>
        <w:tc>
          <w:tcPr>
            <w:tcW w:w="5184" w:type="dxa"/>
            <w:shd w:val="clear" w:color="auto" w:fill="F5F7F6"/>
            <w:vAlign w:val="center"/>
          </w:tcPr>
          <w:p w14:paraId="2EEA57A7" w14:textId="7B808466" w:rsidR="0025645D" w:rsidRDefault="00BB5E4B">
            <w:r>
              <w:rPr>
                <w:rFonts w:ascii="Aptos" w:hAnsi="Aptos"/>
                <w:color w:val="263238"/>
                <w:sz w:val="17"/>
              </w:rPr>
              <w:t>……..</w:t>
            </w:r>
            <w:r w:rsidR="00000000">
              <w:rPr>
                <w:rFonts w:ascii="Aptos" w:hAnsi="Aptos"/>
                <w:color w:val="263238"/>
                <w:sz w:val="17"/>
              </w:rPr>
              <w:t xml:space="preserve"> porsi</w:t>
            </w:r>
          </w:p>
        </w:tc>
      </w:tr>
      <w:tr w:rsidR="0025645D" w14:paraId="6790A3C6" w14:textId="77777777">
        <w:trPr>
          <w:jc w:val="center"/>
        </w:trPr>
        <w:tc>
          <w:tcPr>
            <w:tcW w:w="5184" w:type="dxa"/>
            <w:vAlign w:val="center"/>
          </w:tcPr>
          <w:p w14:paraId="53DE2FA1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7"/>
              </w:rPr>
              <w:t>Teknik memasak</w:t>
            </w:r>
          </w:p>
        </w:tc>
        <w:tc>
          <w:tcPr>
            <w:tcW w:w="5184" w:type="dxa"/>
            <w:vAlign w:val="center"/>
          </w:tcPr>
          <w:p w14:paraId="0DD60BD5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____________________________________________________________</w:t>
            </w:r>
          </w:p>
        </w:tc>
      </w:tr>
      <w:tr w:rsidR="0025645D" w14:paraId="3B6128E6" w14:textId="77777777">
        <w:trPr>
          <w:jc w:val="center"/>
        </w:trPr>
        <w:tc>
          <w:tcPr>
            <w:tcW w:w="5184" w:type="dxa"/>
            <w:shd w:val="clear" w:color="auto" w:fill="F5F7F6"/>
            <w:vAlign w:val="center"/>
          </w:tcPr>
          <w:p w14:paraId="32E7C204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7"/>
              </w:rPr>
              <w:t>Estimasi waktu persiapan</w:t>
            </w:r>
          </w:p>
        </w:tc>
        <w:tc>
          <w:tcPr>
            <w:tcW w:w="5184" w:type="dxa"/>
            <w:shd w:val="clear" w:color="auto" w:fill="F5F7F6"/>
            <w:vAlign w:val="center"/>
          </w:tcPr>
          <w:p w14:paraId="000ADA31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________ menit</w:t>
            </w:r>
          </w:p>
        </w:tc>
      </w:tr>
      <w:tr w:rsidR="0025645D" w14:paraId="4D6DD74C" w14:textId="77777777">
        <w:trPr>
          <w:jc w:val="center"/>
        </w:trPr>
        <w:tc>
          <w:tcPr>
            <w:tcW w:w="5184" w:type="dxa"/>
            <w:vAlign w:val="center"/>
          </w:tcPr>
          <w:p w14:paraId="196AC1A5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7"/>
              </w:rPr>
              <w:t>Estimasi waktu produksi</w:t>
            </w:r>
          </w:p>
        </w:tc>
        <w:tc>
          <w:tcPr>
            <w:tcW w:w="5184" w:type="dxa"/>
            <w:vAlign w:val="center"/>
          </w:tcPr>
          <w:p w14:paraId="2F939FFF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________ menit</w:t>
            </w:r>
          </w:p>
        </w:tc>
      </w:tr>
      <w:tr w:rsidR="0025645D" w14:paraId="544BA753" w14:textId="77777777">
        <w:trPr>
          <w:jc w:val="center"/>
        </w:trPr>
        <w:tc>
          <w:tcPr>
            <w:tcW w:w="5184" w:type="dxa"/>
            <w:shd w:val="clear" w:color="auto" w:fill="F5F7F6"/>
            <w:vAlign w:val="center"/>
          </w:tcPr>
          <w:p w14:paraId="09E95A66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7"/>
              </w:rPr>
              <w:t>Estimasi waktu plating &amp; QC</w:t>
            </w:r>
          </w:p>
        </w:tc>
        <w:tc>
          <w:tcPr>
            <w:tcW w:w="5184" w:type="dxa"/>
            <w:shd w:val="clear" w:color="auto" w:fill="F5F7F6"/>
            <w:vAlign w:val="center"/>
          </w:tcPr>
          <w:p w14:paraId="583DC216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________ menit</w:t>
            </w:r>
          </w:p>
        </w:tc>
      </w:tr>
    </w:tbl>
    <w:p w14:paraId="755EF31D" w14:textId="77777777" w:rsidR="0025645D" w:rsidRDefault="0025645D">
      <w:pPr>
        <w:spacing w:after="20"/>
      </w:pPr>
    </w:p>
    <w:p w14:paraId="2CCD5E45" w14:textId="77777777" w:rsidR="00BB5E4B" w:rsidRDefault="00BB5E4B">
      <w:pPr>
        <w:spacing w:after="20"/>
      </w:pPr>
    </w:p>
    <w:p w14:paraId="50CB5AAD" w14:textId="77777777" w:rsidR="00BB5E4B" w:rsidRDefault="00BB5E4B">
      <w:pPr>
        <w:spacing w:after="20"/>
      </w:pPr>
    </w:p>
    <w:p w14:paraId="56A1A92D" w14:textId="77777777" w:rsidR="0025645D" w:rsidRDefault="00000000">
      <w:pPr>
        <w:spacing w:before="160" w:after="80"/>
      </w:pPr>
      <w:r>
        <w:rPr>
          <w:rFonts w:ascii="Aptos Display" w:hAnsi="Aptos Display"/>
          <w:b/>
          <w:color w:val="334E68"/>
          <w:sz w:val="24"/>
        </w:rPr>
        <w:t>G. DAFTAR BAHAN / BELANJA</w:t>
      </w:r>
    </w:p>
    <w:tbl>
      <w:tblPr>
        <w:tblW w:w="0" w:type="auto"/>
        <w:jc w:val="center"/>
        <w:tblBorders>
          <w:top w:val="single" w:sz="6" w:space="0" w:color="B8C7C0"/>
          <w:left w:val="single" w:sz="6" w:space="0" w:color="B8C7C0"/>
          <w:bottom w:val="single" w:sz="6" w:space="0" w:color="B8C7C0"/>
          <w:right w:val="single" w:sz="6" w:space="0" w:color="B8C7C0"/>
          <w:insideH w:val="single" w:sz="6" w:space="0" w:color="B8C7C0"/>
          <w:insideV w:val="single" w:sz="6" w:space="0" w:color="B8C7C0"/>
        </w:tblBorders>
        <w:tblLook w:val="04A0" w:firstRow="1" w:lastRow="0" w:firstColumn="1" w:lastColumn="0" w:noHBand="0" w:noVBand="1"/>
      </w:tblPr>
      <w:tblGrid>
        <w:gridCol w:w="1724"/>
        <w:gridCol w:w="1725"/>
        <w:gridCol w:w="1726"/>
        <w:gridCol w:w="1726"/>
        <w:gridCol w:w="1726"/>
        <w:gridCol w:w="1725"/>
      </w:tblGrid>
      <w:tr w:rsidR="0025645D" w14:paraId="65C97760" w14:textId="77777777">
        <w:trPr>
          <w:jc w:val="center"/>
        </w:trPr>
        <w:tc>
          <w:tcPr>
            <w:tcW w:w="1728" w:type="dxa"/>
            <w:shd w:val="clear" w:color="auto" w:fill="334E68"/>
            <w:vAlign w:val="center"/>
          </w:tcPr>
          <w:p w14:paraId="12E4171D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No</w:t>
            </w:r>
          </w:p>
        </w:tc>
        <w:tc>
          <w:tcPr>
            <w:tcW w:w="1728" w:type="dxa"/>
            <w:shd w:val="clear" w:color="auto" w:fill="334E68"/>
            <w:vAlign w:val="center"/>
          </w:tcPr>
          <w:p w14:paraId="53577F5D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Nama Bahan</w:t>
            </w:r>
          </w:p>
        </w:tc>
        <w:tc>
          <w:tcPr>
            <w:tcW w:w="1728" w:type="dxa"/>
            <w:shd w:val="clear" w:color="auto" w:fill="334E68"/>
            <w:vAlign w:val="center"/>
          </w:tcPr>
          <w:p w14:paraId="5EBDE5BB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Jumlah</w:t>
            </w:r>
          </w:p>
        </w:tc>
        <w:tc>
          <w:tcPr>
            <w:tcW w:w="1728" w:type="dxa"/>
            <w:shd w:val="clear" w:color="auto" w:fill="334E68"/>
            <w:vAlign w:val="center"/>
          </w:tcPr>
          <w:p w14:paraId="362313B2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Harga Satuan</w:t>
            </w:r>
          </w:p>
        </w:tc>
        <w:tc>
          <w:tcPr>
            <w:tcW w:w="1728" w:type="dxa"/>
            <w:shd w:val="clear" w:color="auto" w:fill="334E68"/>
            <w:vAlign w:val="center"/>
          </w:tcPr>
          <w:p w14:paraId="7AB7688E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Jumlah Biaya</w:t>
            </w:r>
          </w:p>
        </w:tc>
        <w:tc>
          <w:tcPr>
            <w:tcW w:w="1728" w:type="dxa"/>
            <w:shd w:val="clear" w:color="auto" w:fill="334E68"/>
            <w:vAlign w:val="center"/>
          </w:tcPr>
          <w:p w14:paraId="69330812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Ket.</w:t>
            </w:r>
          </w:p>
        </w:tc>
      </w:tr>
      <w:tr w:rsidR="0025645D" w14:paraId="5C40D4DB" w14:textId="77777777">
        <w:trPr>
          <w:jc w:val="center"/>
        </w:trPr>
        <w:tc>
          <w:tcPr>
            <w:tcW w:w="1728" w:type="dxa"/>
            <w:shd w:val="clear" w:color="auto" w:fill="F5F7F6"/>
            <w:vAlign w:val="center"/>
          </w:tcPr>
          <w:p w14:paraId="7CF579BC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1</w:t>
            </w:r>
          </w:p>
        </w:tc>
        <w:tc>
          <w:tcPr>
            <w:tcW w:w="1728" w:type="dxa"/>
            <w:shd w:val="clear" w:color="auto" w:fill="F5F7F6"/>
            <w:vAlign w:val="center"/>
          </w:tcPr>
          <w:p w14:paraId="704C15A8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31E7D1AE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2563DF99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0385ACD4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3A43F5FE" w14:textId="77777777" w:rsidR="0025645D" w:rsidRDefault="0025645D"/>
        </w:tc>
      </w:tr>
      <w:tr w:rsidR="0025645D" w14:paraId="1221CBA0" w14:textId="77777777">
        <w:trPr>
          <w:jc w:val="center"/>
        </w:trPr>
        <w:tc>
          <w:tcPr>
            <w:tcW w:w="1728" w:type="dxa"/>
            <w:vAlign w:val="center"/>
          </w:tcPr>
          <w:p w14:paraId="3E32CF9E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2</w:t>
            </w:r>
          </w:p>
        </w:tc>
        <w:tc>
          <w:tcPr>
            <w:tcW w:w="1728" w:type="dxa"/>
            <w:vAlign w:val="center"/>
          </w:tcPr>
          <w:p w14:paraId="3E53B61E" w14:textId="77777777" w:rsidR="0025645D" w:rsidRDefault="0025645D"/>
        </w:tc>
        <w:tc>
          <w:tcPr>
            <w:tcW w:w="1728" w:type="dxa"/>
            <w:vAlign w:val="center"/>
          </w:tcPr>
          <w:p w14:paraId="2C7E6EF2" w14:textId="77777777" w:rsidR="0025645D" w:rsidRDefault="0025645D"/>
        </w:tc>
        <w:tc>
          <w:tcPr>
            <w:tcW w:w="1728" w:type="dxa"/>
            <w:vAlign w:val="center"/>
          </w:tcPr>
          <w:p w14:paraId="09730FC9" w14:textId="77777777" w:rsidR="0025645D" w:rsidRDefault="0025645D"/>
        </w:tc>
        <w:tc>
          <w:tcPr>
            <w:tcW w:w="1728" w:type="dxa"/>
            <w:vAlign w:val="center"/>
          </w:tcPr>
          <w:p w14:paraId="1E314BA4" w14:textId="77777777" w:rsidR="0025645D" w:rsidRDefault="0025645D"/>
        </w:tc>
        <w:tc>
          <w:tcPr>
            <w:tcW w:w="1728" w:type="dxa"/>
            <w:vAlign w:val="center"/>
          </w:tcPr>
          <w:p w14:paraId="642FA034" w14:textId="77777777" w:rsidR="0025645D" w:rsidRDefault="0025645D"/>
        </w:tc>
      </w:tr>
      <w:tr w:rsidR="0025645D" w14:paraId="0C8D2AAD" w14:textId="77777777">
        <w:trPr>
          <w:jc w:val="center"/>
        </w:trPr>
        <w:tc>
          <w:tcPr>
            <w:tcW w:w="1728" w:type="dxa"/>
            <w:shd w:val="clear" w:color="auto" w:fill="F5F7F6"/>
            <w:vAlign w:val="center"/>
          </w:tcPr>
          <w:p w14:paraId="358D7FB5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3</w:t>
            </w:r>
          </w:p>
        </w:tc>
        <w:tc>
          <w:tcPr>
            <w:tcW w:w="1728" w:type="dxa"/>
            <w:shd w:val="clear" w:color="auto" w:fill="F5F7F6"/>
            <w:vAlign w:val="center"/>
          </w:tcPr>
          <w:p w14:paraId="106920A4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2C15FDE9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62BA8E50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29F27585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55933CB7" w14:textId="77777777" w:rsidR="0025645D" w:rsidRDefault="0025645D"/>
        </w:tc>
      </w:tr>
      <w:tr w:rsidR="0025645D" w14:paraId="00108425" w14:textId="77777777">
        <w:trPr>
          <w:jc w:val="center"/>
        </w:trPr>
        <w:tc>
          <w:tcPr>
            <w:tcW w:w="1728" w:type="dxa"/>
            <w:vAlign w:val="center"/>
          </w:tcPr>
          <w:p w14:paraId="1EAADB6F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4</w:t>
            </w:r>
          </w:p>
        </w:tc>
        <w:tc>
          <w:tcPr>
            <w:tcW w:w="1728" w:type="dxa"/>
            <w:vAlign w:val="center"/>
          </w:tcPr>
          <w:p w14:paraId="1BB0E7BA" w14:textId="77777777" w:rsidR="0025645D" w:rsidRDefault="0025645D"/>
        </w:tc>
        <w:tc>
          <w:tcPr>
            <w:tcW w:w="1728" w:type="dxa"/>
            <w:vAlign w:val="center"/>
          </w:tcPr>
          <w:p w14:paraId="6CB67919" w14:textId="77777777" w:rsidR="0025645D" w:rsidRDefault="0025645D"/>
        </w:tc>
        <w:tc>
          <w:tcPr>
            <w:tcW w:w="1728" w:type="dxa"/>
            <w:vAlign w:val="center"/>
          </w:tcPr>
          <w:p w14:paraId="2F50AC91" w14:textId="77777777" w:rsidR="0025645D" w:rsidRDefault="0025645D"/>
        </w:tc>
        <w:tc>
          <w:tcPr>
            <w:tcW w:w="1728" w:type="dxa"/>
            <w:vAlign w:val="center"/>
          </w:tcPr>
          <w:p w14:paraId="44F91383" w14:textId="77777777" w:rsidR="0025645D" w:rsidRDefault="0025645D"/>
        </w:tc>
        <w:tc>
          <w:tcPr>
            <w:tcW w:w="1728" w:type="dxa"/>
            <w:vAlign w:val="center"/>
          </w:tcPr>
          <w:p w14:paraId="226E6474" w14:textId="77777777" w:rsidR="0025645D" w:rsidRDefault="0025645D"/>
        </w:tc>
      </w:tr>
      <w:tr w:rsidR="0025645D" w14:paraId="2BBBF719" w14:textId="77777777">
        <w:trPr>
          <w:jc w:val="center"/>
        </w:trPr>
        <w:tc>
          <w:tcPr>
            <w:tcW w:w="1728" w:type="dxa"/>
            <w:shd w:val="clear" w:color="auto" w:fill="F5F7F6"/>
            <w:vAlign w:val="center"/>
          </w:tcPr>
          <w:p w14:paraId="14AA364B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5</w:t>
            </w:r>
          </w:p>
        </w:tc>
        <w:tc>
          <w:tcPr>
            <w:tcW w:w="1728" w:type="dxa"/>
            <w:shd w:val="clear" w:color="auto" w:fill="F5F7F6"/>
            <w:vAlign w:val="center"/>
          </w:tcPr>
          <w:p w14:paraId="60F18D39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2DC3B11F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476ECBBA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008A73C5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5A87EDD5" w14:textId="77777777" w:rsidR="0025645D" w:rsidRDefault="0025645D"/>
        </w:tc>
      </w:tr>
      <w:tr w:rsidR="0025645D" w14:paraId="65A7CA40" w14:textId="77777777">
        <w:trPr>
          <w:jc w:val="center"/>
        </w:trPr>
        <w:tc>
          <w:tcPr>
            <w:tcW w:w="1728" w:type="dxa"/>
            <w:vAlign w:val="center"/>
          </w:tcPr>
          <w:p w14:paraId="65033C8B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6</w:t>
            </w:r>
          </w:p>
        </w:tc>
        <w:tc>
          <w:tcPr>
            <w:tcW w:w="1728" w:type="dxa"/>
            <w:vAlign w:val="center"/>
          </w:tcPr>
          <w:p w14:paraId="48367EC1" w14:textId="77777777" w:rsidR="0025645D" w:rsidRDefault="0025645D"/>
        </w:tc>
        <w:tc>
          <w:tcPr>
            <w:tcW w:w="1728" w:type="dxa"/>
            <w:vAlign w:val="center"/>
          </w:tcPr>
          <w:p w14:paraId="6DA99F48" w14:textId="77777777" w:rsidR="0025645D" w:rsidRDefault="0025645D"/>
        </w:tc>
        <w:tc>
          <w:tcPr>
            <w:tcW w:w="1728" w:type="dxa"/>
            <w:vAlign w:val="center"/>
          </w:tcPr>
          <w:p w14:paraId="1F507FF3" w14:textId="77777777" w:rsidR="0025645D" w:rsidRDefault="0025645D"/>
        </w:tc>
        <w:tc>
          <w:tcPr>
            <w:tcW w:w="1728" w:type="dxa"/>
            <w:vAlign w:val="center"/>
          </w:tcPr>
          <w:p w14:paraId="6E494B3E" w14:textId="77777777" w:rsidR="0025645D" w:rsidRDefault="0025645D"/>
        </w:tc>
        <w:tc>
          <w:tcPr>
            <w:tcW w:w="1728" w:type="dxa"/>
            <w:vAlign w:val="center"/>
          </w:tcPr>
          <w:p w14:paraId="0CD86BAF" w14:textId="77777777" w:rsidR="0025645D" w:rsidRDefault="0025645D"/>
        </w:tc>
      </w:tr>
      <w:tr w:rsidR="0025645D" w14:paraId="11548EB1" w14:textId="77777777">
        <w:trPr>
          <w:jc w:val="center"/>
        </w:trPr>
        <w:tc>
          <w:tcPr>
            <w:tcW w:w="1728" w:type="dxa"/>
            <w:shd w:val="clear" w:color="auto" w:fill="F5F7F6"/>
            <w:vAlign w:val="center"/>
          </w:tcPr>
          <w:p w14:paraId="7106E37F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7</w:t>
            </w:r>
          </w:p>
        </w:tc>
        <w:tc>
          <w:tcPr>
            <w:tcW w:w="1728" w:type="dxa"/>
            <w:shd w:val="clear" w:color="auto" w:fill="F5F7F6"/>
            <w:vAlign w:val="center"/>
          </w:tcPr>
          <w:p w14:paraId="30526EB5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656DDB10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4279CF53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56138D2D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471BD203" w14:textId="77777777" w:rsidR="0025645D" w:rsidRDefault="0025645D"/>
        </w:tc>
      </w:tr>
      <w:tr w:rsidR="0025645D" w14:paraId="3B588AC2" w14:textId="77777777">
        <w:trPr>
          <w:jc w:val="center"/>
        </w:trPr>
        <w:tc>
          <w:tcPr>
            <w:tcW w:w="1728" w:type="dxa"/>
            <w:vAlign w:val="center"/>
          </w:tcPr>
          <w:p w14:paraId="73F2C85B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8</w:t>
            </w:r>
          </w:p>
        </w:tc>
        <w:tc>
          <w:tcPr>
            <w:tcW w:w="1728" w:type="dxa"/>
            <w:vAlign w:val="center"/>
          </w:tcPr>
          <w:p w14:paraId="43FD43C5" w14:textId="77777777" w:rsidR="0025645D" w:rsidRDefault="0025645D"/>
        </w:tc>
        <w:tc>
          <w:tcPr>
            <w:tcW w:w="1728" w:type="dxa"/>
            <w:vAlign w:val="center"/>
          </w:tcPr>
          <w:p w14:paraId="661DA804" w14:textId="77777777" w:rsidR="0025645D" w:rsidRDefault="0025645D"/>
        </w:tc>
        <w:tc>
          <w:tcPr>
            <w:tcW w:w="1728" w:type="dxa"/>
            <w:vAlign w:val="center"/>
          </w:tcPr>
          <w:p w14:paraId="1AC39E49" w14:textId="77777777" w:rsidR="0025645D" w:rsidRDefault="0025645D"/>
        </w:tc>
        <w:tc>
          <w:tcPr>
            <w:tcW w:w="1728" w:type="dxa"/>
            <w:vAlign w:val="center"/>
          </w:tcPr>
          <w:p w14:paraId="5D9C2185" w14:textId="77777777" w:rsidR="0025645D" w:rsidRDefault="0025645D"/>
        </w:tc>
        <w:tc>
          <w:tcPr>
            <w:tcW w:w="1728" w:type="dxa"/>
            <w:vAlign w:val="center"/>
          </w:tcPr>
          <w:p w14:paraId="49BEE4B3" w14:textId="77777777" w:rsidR="0025645D" w:rsidRDefault="0025645D"/>
        </w:tc>
      </w:tr>
      <w:tr w:rsidR="0025645D" w14:paraId="2755B53B" w14:textId="77777777">
        <w:trPr>
          <w:jc w:val="center"/>
        </w:trPr>
        <w:tc>
          <w:tcPr>
            <w:tcW w:w="1728" w:type="dxa"/>
            <w:shd w:val="clear" w:color="auto" w:fill="F5F7F6"/>
            <w:vAlign w:val="center"/>
          </w:tcPr>
          <w:p w14:paraId="4ED00540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9</w:t>
            </w:r>
          </w:p>
        </w:tc>
        <w:tc>
          <w:tcPr>
            <w:tcW w:w="1728" w:type="dxa"/>
            <w:shd w:val="clear" w:color="auto" w:fill="F5F7F6"/>
            <w:vAlign w:val="center"/>
          </w:tcPr>
          <w:p w14:paraId="1D663AC0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75E88AB3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751DE2A5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168CCA42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3237F243" w14:textId="77777777" w:rsidR="0025645D" w:rsidRDefault="0025645D"/>
        </w:tc>
      </w:tr>
      <w:tr w:rsidR="0025645D" w14:paraId="3CC32DB8" w14:textId="77777777">
        <w:trPr>
          <w:jc w:val="center"/>
        </w:trPr>
        <w:tc>
          <w:tcPr>
            <w:tcW w:w="1728" w:type="dxa"/>
            <w:vAlign w:val="center"/>
          </w:tcPr>
          <w:p w14:paraId="1E165773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10</w:t>
            </w:r>
          </w:p>
        </w:tc>
        <w:tc>
          <w:tcPr>
            <w:tcW w:w="1728" w:type="dxa"/>
            <w:vAlign w:val="center"/>
          </w:tcPr>
          <w:p w14:paraId="5A25A766" w14:textId="77777777" w:rsidR="0025645D" w:rsidRDefault="0025645D"/>
        </w:tc>
        <w:tc>
          <w:tcPr>
            <w:tcW w:w="1728" w:type="dxa"/>
            <w:vAlign w:val="center"/>
          </w:tcPr>
          <w:p w14:paraId="7193DEFA" w14:textId="77777777" w:rsidR="0025645D" w:rsidRDefault="0025645D"/>
        </w:tc>
        <w:tc>
          <w:tcPr>
            <w:tcW w:w="1728" w:type="dxa"/>
            <w:vAlign w:val="center"/>
          </w:tcPr>
          <w:p w14:paraId="50DDFE60" w14:textId="77777777" w:rsidR="0025645D" w:rsidRDefault="0025645D"/>
        </w:tc>
        <w:tc>
          <w:tcPr>
            <w:tcW w:w="1728" w:type="dxa"/>
            <w:vAlign w:val="center"/>
          </w:tcPr>
          <w:p w14:paraId="6F7495E5" w14:textId="77777777" w:rsidR="0025645D" w:rsidRDefault="0025645D"/>
        </w:tc>
        <w:tc>
          <w:tcPr>
            <w:tcW w:w="1728" w:type="dxa"/>
            <w:vAlign w:val="center"/>
          </w:tcPr>
          <w:p w14:paraId="66A7570B" w14:textId="77777777" w:rsidR="0025645D" w:rsidRDefault="0025645D"/>
        </w:tc>
      </w:tr>
      <w:tr w:rsidR="0025645D" w14:paraId="1FA7A396" w14:textId="77777777">
        <w:trPr>
          <w:jc w:val="center"/>
        </w:trPr>
        <w:tc>
          <w:tcPr>
            <w:tcW w:w="1728" w:type="dxa"/>
            <w:shd w:val="clear" w:color="auto" w:fill="F5F7F6"/>
            <w:vAlign w:val="center"/>
          </w:tcPr>
          <w:p w14:paraId="26BDB4D3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11</w:t>
            </w:r>
          </w:p>
        </w:tc>
        <w:tc>
          <w:tcPr>
            <w:tcW w:w="1728" w:type="dxa"/>
            <w:shd w:val="clear" w:color="auto" w:fill="F5F7F6"/>
            <w:vAlign w:val="center"/>
          </w:tcPr>
          <w:p w14:paraId="56CED958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5874E4E0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177D5266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3DCED18C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4249AE11" w14:textId="77777777" w:rsidR="0025645D" w:rsidRDefault="0025645D"/>
        </w:tc>
      </w:tr>
      <w:tr w:rsidR="0025645D" w14:paraId="6DD8D7CC" w14:textId="77777777">
        <w:trPr>
          <w:jc w:val="center"/>
        </w:trPr>
        <w:tc>
          <w:tcPr>
            <w:tcW w:w="1728" w:type="dxa"/>
            <w:vAlign w:val="center"/>
          </w:tcPr>
          <w:p w14:paraId="7D3B6A0F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12</w:t>
            </w:r>
          </w:p>
        </w:tc>
        <w:tc>
          <w:tcPr>
            <w:tcW w:w="1728" w:type="dxa"/>
            <w:vAlign w:val="center"/>
          </w:tcPr>
          <w:p w14:paraId="6B60C6F8" w14:textId="77777777" w:rsidR="0025645D" w:rsidRDefault="0025645D"/>
        </w:tc>
        <w:tc>
          <w:tcPr>
            <w:tcW w:w="1728" w:type="dxa"/>
            <w:vAlign w:val="center"/>
          </w:tcPr>
          <w:p w14:paraId="7ABE0C4E" w14:textId="77777777" w:rsidR="0025645D" w:rsidRDefault="0025645D"/>
        </w:tc>
        <w:tc>
          <w:tcPr>
            <w:tcW w:w="1728" w:type="dxa"/>
            <w:vAlign w:val="center"/>
          </w:tcPr>
          <w:p w14:paraId="67EB020C" w14:textId="77777777" w:rsidR="0025645D" w:rsidRDefault="0025645D"/>
        </w:tc>
        <w:tc>
          <w:tcPr>
            <w:tcW w:w="1728" w:type="dxa"/>
            <w:vAlign w:val="center"/>
          </w:tcPr>
          <w:p w14:paraId="3DBA6DFC" w14:textId="77777777" w:rsidR="0025645D" w:rsidRDefault="0025645D"/>
        </w:tc>
        <w:tc>
          <w:tcPr>
            <w:tcW w:w="1728" w:type="dxa"/>
            <w:vAlign w:val="center"/>
          </w:tcPr>
          <w:p w14:paraId="341A3E67" w14:textId="77777777" w:rsidR="0025645D" w:rsidRDefault="0025645D"/>
        </w:tc>
      </w:tr>
      <w:tr w:rsidR="00BB5E4B" w14:paraId="1DC2FC1C" w14:textId="77777777">
        <w:trPr>
          <w:jc w:val="center"/>
        </w:trPr>
        <w:tc>
          <w:tcPr>
            <w:tcW w:w="1728" w:type="dxa"/>
            <w:vAlign w:val="center"/>
          </w:tcPr>
          <w:p w14:paraId="6C790C99" w14:textId="77777777" w:rsidR="00BB5E4B" w:rsidRDefault="00BB5E4B">
            <w:pPr>
              <w:jc w:val="center"/>
              <w:rPr>
                <w:rFonts w:ascii="Aptos" w:hAnsi="Aptos"/>
                <w:color w:val="263238"/>
                <w:sz w:val="15"/>
              </w:rPr>
            </w:pPr>
          </w:p>
        </w:tc>
        <w:tc>
          <w:tcPr>
            <w:tcW w:w="1728" w:type="dxa"/>
            <w:vAlign w:val="center"/>
          </w:tcPr>
          <w:p w14:paraId="7AE5497B" w14:textId="77777777" w:rsidR="00BB5E4B" w:rsidRDefault="00BB5E4B"/>
        </w:tc>
        <w:tc>
          <w:tcPr>
            <w:tcW w:w="1728" w:type="dxa"/>
            <w:vAlign w:val="center"/>
          </w:tcPr>
          <w:p w14:paraId="4940F649" w14:textId="77777777" w:rsidR="00BB5E4B" w:rsidRDefault="00BB5E4B"/>
        </w:tc>
        <w:tc>
          <w:tcPr>
            <w:tcW w:w="1728" w:type="dxa"/>
            <w:vAlign w:val="center"/>
          </w:tcPr>
          <w:p w14:paraId="5C351912" w14:textId="77777777" w:rsidR="00BB5E4B" w:rsidRDefault="00BB5E4B"/>
        </w:tc>
        <w:tc>
          <w:tcPr>
            <w:tcW w:w="1728" w:type="dxa"/>
            <w:vAlign w:val="center"/>
          </w:tcPr>
          <w:p w14:paraId="7C0FBD79" w14:textId="77777777" w:rsidR="00BB5E4B" w:rsidRDefault="00BB5E4B"/>
        </w:tc>
        <w:tc>
          <w:tcPr>
            <w:tcW w:w="1728" w:type="dxa"/>
            <w:vAlign w:val="center"/>
          </w:tcPr>
          <w:p w14:paraId="02E4C76B" w14:textId="77777777" w:rsidR="00BB5E4B" w:rsidRDefault="00BB5E4B"/>
        </w:tc>
      </w:tr>
      <w:tr w:rsidR="00BB5E4B" w14:paraId="77F50857" w14:textId="77777777">
        <w:trPr>
          <w:jc w:val="center"/>
        </w:trPr>
        <w:tc>
          <w:tcPr>
            <w:tcW w:w="1728" w:type="dxa"/>
            <w:vAlign w:val="center"/>
          </w:tcPr>
          <w:p w14:paraId="219A653C" w14:textId="77777777" w:rsidR="00BB5E4B" w:rsidRDefault="00BB5E4B">
            <w:pPr>
              <w:jc w:val="center"/>
              <w:rPr>
                <w:rFonts w:ascii="Aptos" w:hAnsi="Aptos"/>
                <w:color w:val="263238"/>
                <w:sz w:val="15"/>
              </w:rPr>
            </w:pPr>
          </w:p>
        </w:tc>
        <w:tc>
          <w:tcPr>
            <w:tcW w:w="1728" w:type="dxa"/>
            <w:vAlign w:val="center"/>
          </w:tcPr>
          <w:p w14:paraId="3B2A7C46" w14:textId="77777777" w:rsidR="00BB5E4B" w:rsidRDefault="00BB5E4B"/>
        </w:tc>
        <w:tc>
          <w:tcPr>
            <w:tcW w:w="1728" w:type="dxa"/>
            <w:vAlign w:val="center"/>
          </w:tcPr>
          <w:p w14:paraId="67EE5C39" w14:textId="77777777" w:rsidR="00BB5E4B" w:rsidRDefault="00BB5E4B"/>
        </w:tc>
        <w:tc>
          <w:tcPr>
            <w:tcW w:w="1728" w:type="dxa"/>
            <w:vAlign w:val="center"/>
          </w:tcPr>
          <w:p w14:paraId="3E54EBE5" w14:textId="77777777" w:rsidR="00BB5E4B" w:rsidRDefault="00BB5E4B"/>
        </w:tc>
        <w:tc>
          <w:tcPr>
            <w:tcW w:w="1728" w:type="dxa"/>
            <w:vAlign w:val="center"/>
          </w:tcPr>
          <w:p w14:paraId="5AEA8D53" w14:textId="77777777" w:rsidR="00BB5E4B" w:rsidRDefault="00BB5E4B"/>
        </w:tc>
        <w:tc>
          <w:tcPr>
            <w:tcW w:w="1728" w:type="dxa"/>
            <w:vAlign w:val="center"/>
          </w:tcPr>
          <w:p w14:paraId="733CA0E3" w14:textId="77777777" w:rsidR="00BB5E4B" w:rsidRDefault="00BB5E4B"/>
        </w:tc>
      </w:tr>
      <w:tr w:rsidR="00BB5E4B" w14:paraId="55464383" w14:textId="77777777">
        <w:trPr>
          <w:jc w:val="center"/>
        </w:trPr>
        <w:tc>
          <w:tcPr>
            <w:tcW w:w="1728" w:type="dxa"/>
            <w:vAlign w:val="center"/>
          </w:tcPr>
          <w:p w14:paraId="5E671767" w14:textId="77777777" w:rsidR="00BB5E4B" w:rsidRDefault="00BB5E4B">
            <w:pPr>
              <w:jc w:val="center"/>
              <w:rPr>
                <w:rFonts w:ascii="Aptos" w:hAnsi="Aptos"/>
                <w:color w:val="263238"/>
                <w:sz w:val="15"/>
              </w:rPr>
            </w:pPr>
          </w:p>
        </w:tc>
        <w:tc>
          <w:tcPr>
            <w:tcW w:w="1728" w:type="dxa"/>
            <w:vAlign w:val="center"/>
          </w:tcPr>
          <w:p w14:paraId="33F9AFF2" w14:textId="77777777" w:rsidR="00BB5E4B" w:rsidRDefault="00BB5E4B"/>
        </w:tc>
        <w:tc>
          <w:tcPr>
            <w:tcW w:w="1728" w:type="dxa"/>
            <w:vAlign w:val="center"/>
          </w:tcPr>
          <w:p w14:paraId="0CDFB57A" w14:textId="77777777" w:rsidR="00BB5E4B" w:rsidRDefault="00BB5E4B"/>
        </w:tc>
        <w:tc>
          <w:tcPr>
            <w:tcW w:w="1728" w:type="dxa"/>
            <w:vAlign w:val="center"/>
          </w:tcPr>
          <w:p w14:paraId="7D41C5A2" w14:textId="77777777" w:rsidR="00BB5E4B" w:rsidRDefault="00BB5E4B"/>
        </w:tc>
        <w:tc>
          <w:tcPr>
            <w:tcW w:w="1728" w:type="dxa"/>
            <w:vAlign w:val="center"/>
          </w:tcPr>
          <w:p w14:paraId="5F47E085" w14:textId="77777777" w:rsidR="00BB5E4B" w:rsidRDefault="00BB5E4B"/>
        </w:tc>
        <w:tc>
          <w:tcPr>
            <w:tcW w:w="1728" w:type="dxa"/>
            <w:vAlign w:val="center"/>
          </w:tcPr>
          <w:p w14:paraId="637D3424" w14:textId="77777777" w:rsidR="00BB5E4B" w:rsidRDefault="00BB5E4B"/>
        </w:tc>
      </w:tr>
    </w:tbl>
    <w:p w14:paraId="32DB99E8" w14:textId="77777777" w:rsidR="0025645D" w:rsidRDefault="0025645D">
      <w:pPr>
        <w:spacing w:after="20"/>
      </w:pPr>
    </w:p>
    <w:p w14:paraId="2DAC293B" w14:textId="77777777" w:rsidR="0025645D" w:rsidRDefault="00000000">
      <w:pPr>
        <w:spacing w:before="160" w:after="80"/>
      </w:pPr>
      <w:r>
        <w:rPr>
          <w:rFonts w:ascii="Aptos Display" w:hAnsi="Aptos Display"/>
          <w:b/>
          <w:color w:val="334E68"/>
          <w:sz w:val="24"/>
        </w:rPr>
        <w:t>H. DAFTAR PERALATAN</w:t>
      </w:r>
    </w:p>
    <w:tbl>
      <w:tblPr>
        <w:tblW w:w="0" w:type="auto"/>
        <w:jc w:val="center"/>
        <w:tblBorders>
          <w:top w:val="single" w:sz="6" w:space="0" w:color="B8C7C0"/>
          <w:left w:val="single" w:sz="6" w:space="0" w:color="B8C7C0"/>
          <w:bottom w:val="single" w:sz="6" w:space="0" w:color="B8C7C0"/>
          <w:right w:val="single" w:sz="6" w:space="0" w:color="B8C7C0"/>
          <w:insideH w:val="single" w:sz="6" w:space="0" w:color="B8C7C0"/>
          <w:insideV w:val="single" w:sz="6" w:space="0" w:color="B8C7C0"/>
        </w:tblBorders>
        <w:tblLook w:val="04A0" w:firstRow="1" w:lastRow="0" w:firstColumn="1" w:lastColumn="0" w:noHBand="0" w:noVBand="1"/>
      </w:tblPr>
      <w:tblGrid>
        <w:gridCol w:w="1724"/>
        <w:gridCol w:w="1725"/>
        <w:gridCol w:w="1726"/>
        <w:gridCol w:w="1726"/>
        <w:gridCol w:w="1726"/>
        <w:gridCol w:w="1725"/>
      </w:tblGrid>
      <w:tr w:rsidR="0025645D" w14:paraId="0F41C61A" w14:textId="77777777">
        <w:trPr>
          <w:jc w:val="center"/>
        </w:trPr>
        <w:tc>
          <w:tcPr>
            <w:tcW w:w="1728" w:type="dxa"/>
            <w:shd w:val="clear" w:color="auto" w:fill="334E68"/>
            <w:vAlign w:val="center"/>
          </w:tcPr>
          <w:p w14:paraId="40B68F01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No</w:t>
            </w:r>
          </w:p>
        </w:tc>
        <w:tc>
          <w:tcPr>
            <w:tcW w:w="1728" w:type="dxa"/>
            <w:shd w:val="clear" w:color="auto" w:fill="334E68"/>
            <w:vAlign w:val="center"/>
          </w:tcPr>
          <w:p w14:paraId="3698F9A6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Nama Alat</w:t>
            </w:r>
          </w:p>
        </w:tc>
        <w:tc>
          <w:tcPr>
            <w:tcW w:w="1728" w:type="dxa"/>
            <w:shd w:val="clear" w:color="auto" w:fill="334E68"/>
            <w:vAlign w:val="center"/>
          </w:tcPr>
          <w:p w14:paraId="25AE1871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Jumlah</w:t>
            </w:r>
          </w:p>
        </w:tc>
        <w:tc>
          <w:tcPr>
            <w:tcW w:w="1728" w:type="dxa"/>
            <w:shd w:val="clear" w:color="auto" w:fill="334E68"/>
            <w:vAlign w:val="center"/>
          </w:tcPr>
          <w:p w14:paraId="22EC774D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Kondisi Awal</w:t>
            </w:r>
          </w:p>
        </w:tc>
        <w:tc>
          <w:tcPr>
            <w:tcW w:w="1728" w:type="dxa"/>
            <w:shd w:val="clear" w:color="auto" w:fill="334E68"/>
            <w:vAlign w:val="center"/>
          </w:tcPr>
          <w:p w14:paraId="64A98D0D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Kondisi Akhir</w:t>
            </w:r>
          </w:p>
        </w:tc>
        <w:tc>
          <w:tcPr>
            <w:tcW w:w="1728" w:type="dxa"/>
            <w:shd w:val="clear" w:color="auto" w:fill="334E68"/>
            <w:vAlign w:val="center"/>
          </w:tcPr>
          <w:p w14:paraId="579521E2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Paraf</w:t>
            </w:r>
          </w:p>
        </w:tc>
      </w:tr>
      <w:tr w:rsidR="0025645D" w14:paraId="17B01392" w14:textId="77777777">
        <w:trPr>
          <w:jc w:val="center"/>
        </w:trPr>
        <w:tc>
          <w:tcPr>
            <w:tcW w:w="1728" w:type="dxa"/>
            <w:shd w:val="clear" w:color="auto" w:fill="F5F7F6"/>
            <w:vAlign w:val="center"/>
          </w:tcPr>
          <w:p w14:paraId="6959959B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1</w:t>
            </w:r>
          </w:p>
        </w:tc>
        <w:tc>
          <w:tcPr>
            <w:tcW w:w="1728" w:type="dxa"/>
            <w:shd w:val="clear" w:color="auto" w:fill="F5F7F6"/>
            <w:vAlign w:val="center"/>
          </w:tcPr>
          <w:p w14:paraId="2CCD440F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59B8CABD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2146A5F4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2E594DB2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33066727" w14:textId="77777777" w:rsidR="0025645D" w:rsidRDefault="0025645D"/>
        </w:tc>
      </w:tr>
      <w:tr w:rsidR="0025645D" w14:paraId="059F1043" w14:textId="77777777">
        <w:trPr>
          <w:jc w:val="center"/>
        </w:trPr>
        <w:tc>
          <w:tcPr>
            <w:tcW w:w="1728" w:type="dxa"/>
            <w:vAlign w:val="center"/>
          </w:tcPr>
          <w:p w14:paraId="58EB77B1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2</w:t>
            </w:r>
          </w:p>
        </w:tc>
        <w:tc>
          <w:tcPr>
            <w:tcW w:w="1728" w:type="dxa"/>
            <w:vAlign w:val="center"/>
          </w:tcPr>
          <w:p w14:paraId="5C5BAF38" w14:textId="77777777" w:rsidR="0025645D" w:rsidRDefault="0025645D"/>
        </w:tc>
        <w:tc>
          <w:tcPr>
            <w:tcW w:w="1728" w:type="dxa"/>
            <w:vAlign w:val="center"/>
          </w:tcPr>
          <w:p w14:paraId="445DE317" w14:textId="77777777" w:rsidR="0025645D" w:rsidRDefault="0025645D"/>
        </w:tc>
        <w:tc>
          <w:tcPr>
            <w:tcW w:w="1728" w:type="dxa"/>
            <w:vAlign w:val="center"/>
          </w:tcPr>
          <w:p w14:paraId="60DDCAD6" w14:textId="77777777" w:rsidR="0025645D" w:rsidRDefault="0025645D"/>
        </w:tc>
        <w:tc>
          <w:tcPr>
            <w:tcW w:w="1728" w:type="dxa"/>
            <w:vAlign w:val="center"/>
          </w:tcPr>
          <w:p w14:paraId="37BB59A5" w14:textId="77777777" w:rsidR="0025645D" w:rsidRDefault="0025645D"/>
        </w:tc>
        <w:tc>
          <w:tcPr>
            <w:tcW w:w="1728" w:type="dxa"/>
            <w:vAlign w:val="center"/>
          </w:tcPr>
          <w:p w14:paraId="296AE9FB" w14:textId="77777777" w:rsidR="0025645D" w:rsidRDefault="0025645D"/>
        </w:tc>
      </w:tr>
      <w:tr w:rsidR="0025645D" w14:paraId="5A0646F8" w14:textId="77777777">
        <w:trPr>
          <w:jc w:val="center"/>
        </w:trPr>
        <w:tc>
          <w:tcPr>
            <w:tcW w:w="1728" w:type="dxa"/>
            <w:shd w:val="clear" w:color="auto" w:fill="F5F7F6"/>
            <w:vAlign w:val="center"/>
          </w:tcPr>
          <w:p w14:paraId="423F9828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3</w:t>
            </w:r>
          </w:p>
        </w:tc>
        <w:tc>
          <w:tcPr>
            <w:tcW w:w="1728" w:type="dxa"/>
            <w:shd w:val="clear" w:color="auto" w:fill="F5F7F6"/>
            <w:vAlign w:val="center"/>
          </w:tcPr>
          <w:p w14:paraId="1CBD0AC1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1B5247E3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3E9C84AA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159A4640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5A85CC95" w14:textId="77777777" w:rsidR="0025645D" w:rsidRDefault="0025645D"/>
        </w:tc>
      </w:tr>
      <w:tr w:rsidR="0025645D" w14:paraId="26D4C1D4" w14:textId="77777777">
        <w:trPr>
          <w:jc w:val="center"/>
        </w:trPr>
        <w:tc>
          <w:tcPr>
            <w:tcW w:w="1728" w:type="dxa"/>
            <w:vAlign w:val="center"/>
          </w:tcPr>
          <w:p w14:paraId="3DDD85F0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4</w:t>
            </w:r>
          </w:p>
        </w:tc>
        <w:tc>
          <w:tcPr>
            <w:tcW w:w="1728" w:type="dxa"/>
            <w:vAlign w:val="center"/>
          </w:tcPr>
          <w:p w14:paraId="76682CF7" w14:textId="77777777" w:rsidR="0025645D" w:rsidRDefault="0025645D"/>
        </w:tc>
        <w:tc>
          <w:tcPr>
            <w:tcW w:w="1728" w:type="dxa"/>
            <w:vAlign w:val="center"/>
          </w:tcPr>
          <w:p w14:paraId="1591E556" w14:textId="77777777" w:rsidR="0025645D" w:rsidRDefault="0025645D"/>
        </w:tc>
        <w:tc>
          <w:tcPr>
            <w:tcW w:w="1728" w:type="dxa"/>
            <w:vAlign w:val="center"/>
          </w:tcPr>
          <w:p w14:paraId="1917D369" w14:textId="77777777" w:rsidR="0025645D" w:rsidRDefault="0025645D"/>
        </w:tc>
        <w:tc>
          <w:tcPr>
            <w:tcW w:w="1728" w:type="dxa"/>
            <w:vAlign w:val="center"/>
          </w:tcPr>
          <w:p w14:paraId="42161B57" w14:textId="77777777" w:rsidR="0025645D" w:rsidRDefault="0025645D"/>
        </w:tc>
        <w:tc>
          <w:tcPr>
            <w:tcW w:w="1728" w:type="dxa"/>
            <w:vAlign w:val="center"/>
          </w:tcPr>
          <w:p w14:paraId="6523BB49" w14:textId="77777777" w:rsidR="0025645D" w:rsidRDefault="0025645D"/>
        </w:tc>
      </w:tr>
      <w:tr w:rsidR="0025645D" w14:paraId="3A821A44" w14:textId="77777777">
        <w:trPr>
          <w:jc w:val="center"/>
        </w:trPr>
        <w:tc>
          <w:tcPr>
            <w:tcW w:w="1728" w:type="dxa"/>
            <w:shd w:val="clear" w:color="auto" w:fill="F5F7F6"/>
            <w:vAlign w:val="center"/>
          </w:tcPr>
          <w:p w14:paraId="4B1CA17B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5</w:t>
            </w:r>
          </w:p>
        </w:tc>
        <w:tc>
          <w:tcPr>
            <w:tcW w:w="1728" w:type="dxa"/>
            <w:shd w:val="clear" w:color="auto" w:fill="F5F7F6"/>
            <w:vAlign w:val="center"/>
          </w:tcPr>
          <w:p w14:paraId="246BBFC1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54A8214F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5112B781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5616A79A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3E28B3AF" w14:textId="77777777" w:rsidR="0025645D" w:rsidRDefault="0025645D"/>
        </w:tc>
      </w:tr>
      <w:tr w:rsidR="0025645D" w14:paraId="65A3B441" w14:textId="77777777">
        <w:trPr>
          <w:jc w:val="center"/>
        </w:trPr>
        <w:tc>
          <w:tcPr>
            <w:tcW w:w="1728" w:type="dxa"/>
            <w:vAlign w:val="center"/>
          </w:tcPr>
          <w:p w14:paraId="2C366671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6</w:t>
            </w:r>
          </w:p>
        </w:tc>
        <w:tc>
          <w:tcPr>
            <w:tcW w:w="1728" w:type="dxa"/>
            <w:vAlign w:val="center"/>
          </w:tcPr>
          <w:p w14:paraId="3E04B852" w14:textId="77777777" w:rsidR="0025645D" w:rsidRDefault="0025645D"/>
        </w:tc>
        <w:tc>
          <w:tcPr>
            <w:tcW w:w="1728" w:type="dxa"/>
            <w:vAlign w:val="center"/>
          </w:tcPr>
          <w:p w14:paraId="561FEF44" w14:textId="77777777" w:rsidR="0025645D" w:rsidRDefault="0025645D"/>
        </w:tc>
        <w:tc>
          <w:tcPr>
            <w:tcW w:w="1728" w:type="dxa"/>
            <w:vAlign w:val="center"/>
          </w:tcPr>
          <w:p w14:paraId="222AD680" w14:textId="77777777" w:rsidR="0025645D" w:rsidRDefault="0025645D"/>
        </w:tc>
        <w:tc>
          <w:tcPr>
            <w:tcW w:w="1728" w:type="dxa"/>
            <w:vAlign w:val="center"/>
          </w:tcPr>
          <w:p w14:paraId="6073BB53" w14:textId="77777777" w:rsidR="0025645D" w:rsidRDefault="0025645D"/>
        </w:tc>
        <w:tc>
          <w:tcPr>
            <w:tcW w:w="1728" w:type="dxa"/>
            <w:vAlign w:val="center"/>
          </w:tcPr>
          <w:p w14:paraId="52E63C4A" w14:textId="77777777" w:rsidR="0025645D" w:rsidRDefault="0025645D"/>
        </w:tc>
      </w:tr>
      <w:tr w:rsidR="0025645D" w14:paraId="14E83790" w14:textId="77777777">
        <w:trPr>
          <w:jc w:val="center"/>
        </w:trPr>
        <w:tc>
          <w:tcPr>
            <w:tcW w:w="1728" w:type="dxa"/>
            <w:shd w:val="clear" w:color="auto" w:fill="F5F7F6"/>
            <w:vAlign w:val="center"/>
          </w:tcPr>
          <w:p w14:paraId="5447057E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7</w:t>
            </w:r>
          </w:p>
        </w:tc>
        <w:tc>
          <w:tcPr>
            <w:tcW w:w="1728" w:type="dxa"/>
            <w:shd w:val="clear" w:color="auto" w:fill="F5F7F6"/>
            <w:vAlign w:val="center"/>
          </w:tcPr>
          <w:p w14:paraId="43AA917C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019C0C4E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5A90C009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7E23FFD8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461B0053" w14:textId="77777777" w:rsidR="0025645D" w:rsidRDefault="0025645D"/>
        </w:tc>
      </w:tr>
      <w:tr w:rsidR="0025645D" w14:paraId="40A28074" w14:textId="77777777">
        <w:trPr>
          <w:jc w:val="center"/>
        </w:trPr>
        <w:tc>
          <w:tcPr>
            <w:tcW w:w="1728" w:type="dxa"/>
            <w:vAlign w:val="center"/>
          </w:tcPr>
          <w:p w14:paraId="2BA846C3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8</w:t>
            </w:r>
          </w:p>
        </w:tc>
        <w:tc>
          <w:tcPr>
            <w:tcW w:w="1728" w:type="dxa"/>
            <w:vAlign w:val="center"/>
          </w:tcPr>
          <w:p w14:paraId="71AF6A33" w14:textId="77777777" w:rsidR="0025645D" w:rsidRDefault="0025645D"/>
        </w:tc>
        <w:tc>
          <w:tcPr>
            <w:tcW w:w="1728" w:type="dxa"/>
            <w:vAlign w:val="center"/>
          </w:tcPr>
          <w:p w14:paraId="718A0BAE" w14:textId="77777777" w:rsidR="0025645D" w:rsidRDefault="0025645D"/>
        </w:tc>
        <w:tc>
          <w:tcPr>
            <w:tcW w:w="1728" w:type="dxa"/>
            <w:vAlign w:val="center"/>
          </w:tcPr>
          <w:p w14:paraId="57EEF471" w14:textId="77777777" w:rsidR="0025645D" w:rsidRDefault="0025645D"/>
        </w:tc>
        <w:tc>
          <w:tcPr>
            <w:tcW w:w="1728" w:type="dxa"/>
            <w:vAlign w:val="center"/>
          </w:tcPr>
          <w:p w14:paraId="052471FD" w14:textId="77777777" w:rsidR="0025645D" w:rsidRDefault="0025645D"/>
        </w:tc>
        <w:tc>
          <w:tcPr>
            <w:tcW w:w="1728" w:type="dxa"/>
            <w:vAlign w:val="center"/>
          </w:tcPr>
          <w:p w14:paraId="6235AFB4" w14:textId="77777777" w:rsidR="0025645D" w:rsidRDefault="0025645D"/>
        </w:tc>
      </w:tr>
      <w:tr w:rsidR="0025645D" w14:paraId="782FA8A0" w14:textId="77777777">
        <w:trPr>
          <w:jc w:val="center"/>
        </w:trPr>
        <w:tc>
          <w:tcPr>
            <w:tcW w:w="1728" w:type="dxa"/>
            <w:shd w:val="clear" w:color="auto" w:fill="F5F7F6"/>
            <w:vAlign w:val="center"/>
          </w:tcPr>
          <w:p w14:paraId="3526C9D8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9</w:t>
            </w:r>
          </w:p>
        </w:tc>
        <w:tc>
          <w:tcPr>
            <w:tcW w:w="1728" w:type="dxa"/>
            <w:shd w:val="clear" w:color="auto" w:fill="F5F7F6"/>
            <w:vAlign w:val="center"/>
          </w:tcPr>
          <w:p w14:paraId="2C1A25EF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022DF9BA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38D1F504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69B166E1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55C4C112" w14:textId="77777777" w:rsidR="0025645D" w:rsidRDefault="0025645D"/>
        </w:tc>
      </w:tr>
      <w:tr w:rsidR="0025645D" w14:paraId="2447AA06" w14:textId="77777777">
        <w:trPr>
          <w:jc w:val="center"/>
        </w:trPr>
        <w:tc>
          <w:tcPr>
            <w:tcW w:w="1728" w:type="dxa"/>
            <w:vAlign w:val="center"/>
          </w:tcPr>
          <w:p w14:paraId="57650134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10</w:t>
            </w:r>
          </w:p>
        </w:tc>
        <w:tc>
          <w:tcPr>
            <w:tcW w:w="1728" w:type="dxa"/>
            <w:vAlign w:val="center"/>
          </w:tcPr>
          <w:p w14:paraId="58EC0420" w14:textId="77777777" w:rsidR="0025645D" w:rsidRDefault="0025645D"/>
        </w:tc>
        <w:tc>
          <w:tcPr>
            <w:tcW w:w="1728" w:type="dxa"/>
            <w:vAlign w:val="center"/>
          </w:tcPr>
          <w:p w14:paraId="71673077" w14:textId="77777777" w:rsidR="0025645D" w:rsidRDefault="0025645D"/>
        </w:tc>
        <w:tc>
          <w:tcPr>
            <w:tcW w:w="1728" w:type="dxa"/>
            <w:vAlign w:val="center"/>
          </w:tcPr>
          <w:p w14:paraId="1EBB3434" w14:textId="77777777" w:rsidR="0025645D" w:rsidRDefault="0025645D"/>
        </w:tc>
        <w:tc>
          <w:tcPr>
            <w:tcW w:w="1728" w:type="dxa"/>
            <w:vAlign w:val="center"/>
          </w:tcPr>
          <w:p w14:paraId="0ECE62D2" w14:textId="77777777" w:rsidR="0025645D" w:rsidRDefault="0025645D"/>
        </w:tc>
        <w:tc>
          <w:tcPr>
            <w:tcW w:w="1728" w:type="dxa"/>
            <w:vAlign w:val="center"/>
          </w:tcPr>
          <w:p w14:paraId="1EB1C10C" w14:textId="77777777" w:rsidR="0025645D" w:rsidRDefault="0025645D"/>
        </w:tc>
      </w:tr>
      <w:tr w:rsidR="0025645D" w14:paraId="3F9DCECC" w14:textId="77777777">
        <w:trPr>
          <w:jc w:val="center"/>
        </w:trPr>
        <w:tc>
          <w:tcPr>
            <w:tcW w:w="1728" w:type="dxa"/>
            <w:shd w:val="clear" w:color="auto" w:fill="F5F7F6"/>
            <w:vAlign w:val="center"/>
          </w:tcPr>
          <w:p w14:paraId="6C5278A6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11</w:t>
            </w:r>
          </w:p>
        </w:tc>
        <w:tc>
          <w:tcPr>
            <w:tcW w:w="1728" w:type="dxa"/>
            <w:shd w:val="clear" w:color="auto" w:fill="F5F7F6"/>
            <w:vAlign w:val="center"/>
          </w:tcPr>
          <w:p w14:paraId="32EB7BA8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0EF39F8C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333C6439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2EDDB88C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0AFDA489" w14:textId="77777777" w:rsidR="0025645D" w:rsidRDefault="0025645D"/>
        </w:tc>
      </w:tr>
      <w:tr w:rsidR="0025645D" w14:paraId="38F89109" w14:textId="77777777">
        <w:trPr>
          <w:jc w:val="center"/>
        </w:trPr>
        <w:tc>
          <w:tcPr>
            <w:tcW w:w="1728" w:type="dxa"/>
            <w:vAlign w:val="center"/>
          </w:tcPr>
          <w:p w14:paraId="24133656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12</w:t>
            </w:r>
          </w:p>
        </w:tc>
        <w:tc>
          <w:tcPr>
            <w:tcW w:w="1728" w:type="dxa"/>
            <w:vAlign w:val="center"/>
          </w:tcPr>
          <w:p w14:paraId="10184CFF" w14:textId="77777777" w:rsidR="0025645D" w:rsidRDefault="0025645D"/>
        </w:tc>
        <w:tc>
          <w:tcPr>
            <w:tcW w:w="1728" w:type="dxa"/>
            <w:vAlign w:val="center"/>
          </w:tcPr>
          <w:p w14:paraId="0F4E9E9E" w14:textId="77777777" w:rsidR="0025645D" w:rsidRDefault="0025645D"/>
        </w:tc>
        <w:tc>
          <w:tcPr>
            <w:tcW w:w="1728" w:type="dxa"/>
            <w:vAlign w:val="center"/>
          </w:tcPr>
          <w:p w14:paraId="5627CDEB" w14:textId="77777777" w:rsidR="0025645D" w:rsidRDefault="0025645D"/>
        </w:tc>
        <w:tc>
          <w:tcPr>
            <w:tcW w:w="1728" w:type="dxa"/>
            <w:vAlign w:val="center"/>
          </w:tcPr>
          <w:p w14:paraId="501384E4" w14:textId="77777777" w:rsidR="0025645D" w:rsidRDefault="0025645D"/>
        </w:tc>
        <w:tc>
          <w:tcPr>
            <w:tcW w:w="1728" w:type="dxa"/>
            <w:vAlign w:val="center"/>
          </w:tcPr>
          <w:p w14:paraId="17DDF479" w14:textId="77777777" w:rsidR="0025645D" w:rsidRDefault="0025645D"/>
        </w:tc>
      </w:tr>
      <w:tr w:rsidR="0025645D" w14:paraId="0027E563" w14:textId="77777777">
        <w:trPr>
          <w:jc w:val="center"/>
        </w:trPr>
        <w:tc>
          <w:tcPr>
            <w:tcW w:w="1728" w:type="dxa"/>
            <w:shd w:val="clear" w:color="auto" w:fill="F5F7F6"/>
            <w:vAlign w:val="center"/>
          </w:tcPr>
          <w:p w14:paraId="32E0E042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13</w:t>
            </w:r>
          </w:p>
        </w:tc>
        <w:tc>
          <w:tcPr>
            <w:tcW w:w="1728" w:type="dxa"/>
            <w:shd w:val="clear" w:color="auto" w:fill="F5F7F6"/>
            <w:vAlign w:val="center"/>
          </w:tcPr>
          <w:p w14:paraId="78082395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6B4A02A3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11541CA1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62DB183D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0A3DCE81" w14:textId="77777777" w:rsidR="0025645D" w:rsidRDefault="0025645D"/>
        </w:tc>
      </w:tr>
      <w:tr w:rsidR="0025645D" w14:paraId="302C7793" w14:textId="77777777">
        <w:trPr>
          <w:jc w:val="center"/>
        </w:trPr>
        <w:tc>
          <w:tcPr>
            <w:tcW w:w="1728" w:type="dxa"/>
            <w:vAlign w:val="center"/>
          </w:tcPr>
          <w:p w14:paraId="1597B520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14</w:t>
            </w:r>
          </w:p>
        </w:tc>
        <w:tc>
          <w:tcPr>
            <w:tcW w:w="1728" w:type="dxa"/>
            <w:vAlign w:val="center"/>
          </w:tcPr>
          <w:p w14:paraId="780C3BE7" w14:textId="77777777" w:rsidR="0025645D" w:rsidRDefault="0025645D"/>
        </w:tc>
        <w:tc>
          <w:tcPr>
            <w:tcW w:w="1728" w:type="dxa"/>
            <w:vAlign w:val="center"/>
          </w:tcPr>
          <w:p w14:paraId="08630CBB" w14:textId="77777777" w:rsidR="0025645D" w:rsidRDefault="0025645D"/>
        </w:tc>
        <w:tc>
          <w:tcPr>
            <w:tcW w:w="1728" w:type="dxa"/>
            <w:vAlign w:val="center"/>
          </w:tcPr>
          <w:p w14:paraId="5AEC18B4" w14:textId="77777777" w:rsidR="0025645D" w:rsidRDefault="0025645D"/>
        </w:tc>
        <w:tc>
          <w:tcPr>
            <w:tcW w:w="1728" w:type="dxa"/>
            <w:vAlign w:val="center"/>
          </w:tcPr>
          <w:p w14:paraId="2E7CA921" w14:textId="77777777" w:rsidR="0025645D" w:rsidRDefault="0025645D"/>
        </w:tc>
        <w:tc>
          <w:tcPr>
            <w:tcW w:w="1728" w:type="dxa"/>
            <w:vAlign w:val="center"/>
          </w:tcPr>
          <w:p w14:paraId="7F711480" w14:textId="77777777" w:rsidR="0025645D" w:rsidRDefault="0025645D"/>
        </w:tc>
      </w:tr>
      <w:tr w:rsidR="0025645D" w14:paraId="41F60A2C" w14:textId="77777777">
        <w:trPr>
          <w:jc w:val="center"/>
        </w:trPr>
        <w:tc>
          <w:tcPr>
            <w:tcW w:w="1728" w:type="dxa"/>
            <w:shd w:val="clear" w:color="auto" w:fill="F5F7F6"/>
            <w:vAlign w:val="center"/>
          </w:tcPr>
          <w:p w14:paraId="34F40CA8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15</w:t>
            </w:r>
          </w:p>
        </w:tc>
        <w:tc>
          <w:tcPr>
            <w:tcW w:w="1728" w:type="dxa"/>
            <w:shd w:val="clear" w:color="auto" w:fill="F5F7F6"/>
            <w:vAlign w:val="center"/>
          </w:tcPr>
          <w:p w14:paraId="11966319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5164764B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161B0EA3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270D5291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452545DD" w14:textId="77777777" w:rsidR="0025645D" w:rsidRDefault="0025645D"/>
        </w:tc>
      </w:tr>
    </w:tbl>
    <w:p w14:paraId="16F1207D" w14:textId="77777777" w:rsidR="0025645D" w:rsidRDefault="0025645D">
      <w:pPr>
        <w:spacing w:after="20"/>
      </w:pPr>
    </w:p>
    <w:p w14:paraId="3B782178" w14:textId="77777777" w:rsidR="0025645D" w:rsidRDefault="00000000">
      <w:r>
        <w:br w:type="page"/>
      </w:r>
    </w:p>
    <w:p w14:paraId="0AA8CC11" w14:textId="77777777" w:rsidR="0025645D" w:rsidRDefault="00000000">
      <w:pPr>
        <w:spacing w:before="160" w:after="80"/>
      </w:pPr>
      <w:r>
        <w:rPr>
          <w:rFonts w:ascii="Aptos Display" w:hAnsi="Aptos Display"/>
          <w:b/>
          <w:color w:val="334E68"/>
          <w:sz w:val="24"/>
        </w:rPr>
        <w:lastRenderedPageBreak/>
        <w:t>I. RESEP STANDAR – NASI BAKAR HIJAU IKAN TERI PETE</w:t>
      </w:r>
    </w:p>
    <w:tbl>
      <w:tblPr>
        <w:tblW w:w="0" w:type="auto"/>
        <w:jc w:val="center"/>
        <w:tblBorders>
          <w:top w:val="single" w:sz="6" w:space="0" w:color="B8C7C0"/>
          <w:left w:val="single" w:sz="6" w:space="0" w:color="B8C7C0"/>
          <w:bottom w:val="single" w:sz="6" w:space="0" w:color="B8C7C0"/>
          <w:right w:val="single" w:sz="6" w:space="0" w:color="B8C7C0"/>
          <w:insideH w:val="single" w:sz="6" w:space="0" w:color="B8C7C0"/>
          <w:insideV w:val="single" w:sz="6" w:space="0" w:color="B8C7C0"/>
        </w:tblBorders>
        <w:tblLook w:val="04A0" w:firstRow="1" w:lastRow="0" w:firstColumn="1" w:lastColumn="0" w:noHBand="0" w:noVBand="1"/>
      </w:tblPr>
      <w:tblGrid>
        <w:gridCol w:w="3450"/>
        <w:gridCol w:w="3451"/>
        <w:gridCol w:w="3451"/>
      </w:tblGrid>
      <w:tr w:rsidR="0025645D" w14:paraId="7ACB41F3" w14:textId="77777777">
        <w:trPr>
          <w:jc w:val="center"/>
        </w:trPr>
        <w:tc>
          <w:tcPr>
            <w:tcW w:w="3456" w:type="dxa"/>
            <w:shd w:val="clear" w:color="auto" w:fill="334E68"/>
            <w:vAlign w:val="center"/>
          </w:tcPr>
          <w:p w14:paraId="08A968FE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Kelompok</w:t>
            </w:r>
          </w:p>
        </w:tc>
        <w:tc>
          <w:tcPr>
            <w:tcW w:w="3456" w:type="dxa"/>
            <w:shd w:val="clear" w:color="auto" w:fill="334E68"/>
            <w:vAlign w:val="center"/>
          </w:tcPr>
          <w:p w14:paraId="662D9051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Bahan</w:t>
            </w:r>
          </w:p>
        </w:tc>
        <w:tc>
          <w:tcPr>
            <w:tcW w:w="3456" w:type="dxa"/>
            <w:shd w:val="clear" w:color="auto" w:fill="334E68"/>
            <w:vAlign w:val="center"/>
          </w:tcPr>
          <w:p w14:paraId="7D066E88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Jumlah</w:t>
            </w:r>
          </w:p>
        </w:tc>
      </w:tr>
      <w:tr w:rsidR="0025645D" w14:paraId="0B6281B8" w14:textId="77777777">
        <w:trPr>
          <w:jc w:val="center"/>
        </w:trPr>
        <w:tc>
          <w:tcPr>
            <w:tcW w:w="3456" w:type="dxa"/>
            <w:shd w:val="clear" w:color="auto" w:fill="F5F7F6"/>
            <w:vAlign w:val="center"/>
          </w:tcPr>
          <w:p w14:paraId="62AE12DE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Bumbu dasar</w:t>
            </w:r>
          </w:p>
        </w:tc>
        <w:tc>
          <w:tcPr>
            <w:tcW w:w="3456" w:type="dxa"/>
            <w:shd w:val="clear" w:color="auto" w:fill="F5F7F6"/>
            <w:vAlign w:val="center"/>
          </w:tcPr>
          <w:p w14:paraId="4B16B7C6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Bawang merah</w:t>
            </w:r>
          </w:p>
        </w:tc>
        <w:tc>
          <w:tcPr>
            <w:tcW w:w="3456" w:type="dxa"/>
            <w:shd w:val="clear" w:color="auto" w:fill="F5F7F6"/>
            <w:vAlign w:val="center"/>
          </w:tcPr>
          <w:p w14:paraId="4194FAB3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5 siung</w:t>
            </w:r>
          </w:p>
        </w:tc>
      </w:tr>
      <w:tr w:rsidR="0025645D" w14:paraId="23692BF7" w14:textId="77777777">
        <w:trPr>
          <w:jc w:val="center"/>
        </w:trPr>
        <w:tc>
          <w:tcPr>
            <w:tcW w:w="3456" w:type="dxa"/>
            <w:vAlign w:val="center"/>
          </w:tcPr>
          <w:p w14:paraId="5D171768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Bumbu dasar</w:t>
            </w:r>
          </w:p>
        </w:tc>
        <w:tc>
          <w:tcPr>
            <w:tcW w:w="3456" w:type="dxa"/>
            <w:vAlign w:val="center"/>
          </w:tcPr>
          <w:p w14:paraId="59E9C706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Bawang putih</w:t>
            </w:r>
          </w:p>
        </w:tc>
        <w:tc>
          <w:tcPr>
            <w:tcW w:w="3456" w:type="dxa"/>
            <w:vAlign w:val="center"/>
          </w:tcPr>
          <w:p w14:paraId="78850DA3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4 siung</w:t>
            </w:r>
          </w:p>
        </w:tc>
      </w:tr>
      <w:tr w:rsidR="0025645D" w14:paraId="504C4A90" w14:textId="77777777">
        <w:trPr>
          <w:jc w:val="center"/>
        </w:trPr>
        <w:tc>
          <w:tcPr>
            <w:tcW w:w="3456" w:type="dxa"/>
            <w:shd w:val="clear" w:color="auto" w:fill="F5F7F6"/>
            <w:vAlign w:val="center"/>
          </w:tcPr>
          <w:p w14:paraId="14C85F0D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Bumbu dasar</w:t>
            </w:r>
          </w:p>
        </w:tc>
        <w:tc>
          <w:tcPr>
            <w:tcW w:w="3456" w:type="dxa"/>
            <w:shd w:val="clear" w:color="auto" w:fill="F5F7F6"/>
            <w:vAlign w:val="center"/>
          </w:tcPr>
          <w:p w14:paraId="65F331AA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Cabai hijau keriting</w:t>
            </w:r>
          </w:p>
        </w:tc>
        <w:tc>
          <w:tcPr>
            <w:tcW w:w="3456" w:type="dxa"/>
            <w:shd w:val="clear" w:color="auto" w:fill="F5F7F6"/>
            <w:vAlign w:val="center"/>
          </w:tcPr>
          <w:p w14:paraId="3DC52C96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120 gr</w:t>
            </w:r>
          </w:p>
        </w:tc>
      </w:tr>
      <w:tr w:rsidR="0025645D" w14:paraId="11B34FAF" w14:textId="77777777">
        <w:trPr>
          <w:jc w:val="center"/>
        </w:trPr>
        <w:tc>
          <w:tcPr>
            <w:tcW w:w="3456" w:type="dxa"/>
            <w:vAlign w:val="center"/>
          </w:tcPr>
          <w:p w14:paraId="19D54883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Bumbu dasar</w:t>
            </w:r>
          </w:p>
        </w:tc>
        <w:tc>
          <w:tcPr>
            <w:tcW w:w="3456" w:type="dxa"/>
            <w:vAlign w:val="center"/>
          </w:tcPr>
          <w:p w14:paraId="264B8708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Cabai rawit hijau</w:t>
            </w:r>
          </w:p>
        </w:tc>
        <w:tc>
          <w:tcPr>
            <w:tcW w:w="3456" w:type="dxa"/>
            <w:vAlign w:val="center"/>
          </w:tcPr>
          <w:p w14:paraId="3A8815A6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20 buah</w:t>
            </w:r>
          </w:p>
        </w:tc>
      </w:tr>
      <w:tr w:rsidR="0025645D" w14:paraId="366CE386" w14:textId="77777777">
        <w:trPr>
          <w:jc w:val="center"/>
        </w:trPr>
        <w:tc>
          <w:tcPr>
            <w:tcW w:w="3456" w:type="dxa"/>
            <w:shd w:val="clear" w:color="auto" w:fill="F5F7F6"/>
            <w:vAlign w:val="center"/>
          </w:tcPr>
          <w:p w14:paraId="27049FE7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Bumbu dasar</w:t>
            </w:r>
          </w:p>
        </w:tc>
        <w:tc>
          <w:tcPr>
            <w:tcW w:w="3456" w:type="dxa"/>
            <w:shd w:val="clear" w:color="auto" w:fill="F5F7F6"/>
            <w:vAlign w:val="center"/>
          </w:tcPr>
          <w:p w14:paraId="777724A6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Daun jeruk</w:t>
            </w:r>
          </w:p>
        </w:tc>
        <w:tc>
          <w:tcPr>
            <w:tcW w:w="3456" w:type="dxa"/>
            <w:shd w:val="clear" w:color="auto" w:fill="F5F7F6"/>
            <w:vAlign w:val="center"/>
          </w:tcPr>
          <w:p w14:paraId="30C5FC4D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5 lembar</w:t>
            </w:r>
          </w:p>
        </w:tc>
      </w:tr>
      <w:tr w:rsidR="0025645D" w14:paraId="06B6CF00" w14:textId="77777777">
        <w:trPr>
          <w:jc w:val="center"/>
        </w:trPr>
        <w:tc>
          <w:tcPr>
            <w:tcW w:w="3456" w:type="dxa"/>
            <w:vAlign w:val="center"/>
          </w:tcPr>
          <w:p w14:paraId="0A616573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Bahan utama</w:t>
            </w:r>
          </w:p>
        </w:tc>
        <w:tc>
          <w:tcPr>
            <w:tcW w:w="3456" w:type="dxa"/>
            <w:vAlign w:val="center"/>
          </w:tcPr>
          <w:p w14:paraId="557D911E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Ikan teri nasi</w:t>
            </w:r>
          </w:p>
        </w:tc>
        <w:tc>
          <w:tcPr>
            <w:tcW w:w="3456" w:type="dxa"/>
            <w:vAlign w:val="center"/>
          </w:tcPr>
          <w:p w14:paraId="4D350969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50 gr</w:t>
            </w:r>
          </w:p>
        </w:tc>
      </w:tr>
      <w:tr w:rsidR="0025645D" w14:paraId="06B1DF66" w14:textId="77777777">
        <w:trPr>
          <w:jc w:val="center"/>
        </w:trPr>
        <w:tc>
          <w:tcPr>
            <w:tcW w:w="3456" w:type="dxa"/>
            <w:shd w:val="clear" w:color="auto" w:fill="F5F7F6"/>
            <w:vAlign w:val="center"/>
          </w:tcPr>
          <w:p w14:paraId="2E2FDBEA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Bahan utama</w:t>
            </w:r>
          </w:p>
        </w:tc>
        <w:tc>
          <w:tcPr>
            <w:tcW w:w="3456" w:type="dxa"/>
            <w:shd w:val="clear" w:color="auto" w:fill="F5F7F6"/>
            <w:vAlign w:val="center"/>
          </w:tcPr>
          <w:p w14:paraId="7D145A39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Pete</w:t>
            </w:r>
          </w:p>
        </w:tc>
        <w:tc>
          <w:tcPr>
            <w:tcW w:w="3456" w:type="dxa"/>
            <w:shd w:val="clear" w:color="auto" w:fill="F5F7F6"/>
            <w:vAlign w:val="center"/>
          </w:tcPr>
          <w:p w14:paraId="10D64215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50 gr</w:t>
            </w:r>
          </w:p>
        </w:tc>
      </w:tr>
      <w:tr w:rsidR="0025645D" w14:paraId="5B5E5D20" w14:textId="77777777">
        <w:trPr>
          <w:jc w:val="center"/>
        </w:trPr>
        <w:tc>
          <w:tcPr>
            <w:tcW w:w="3456" w:type="dxa"/>
            <w:vAlign w:val="center"/>
          </w:tcPr>
          <w:p w14:paraId="70D3EF45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Bahan utama</w:t>
            </w:r>
          </w:p>
        </w:tc>
        <w:tc>
          <w:tcPr>
            <w:tcW w:w="3456" w:type="dxa"/>
            <w:vAlign w:val="center"/>
          </w:tcPr>
          <w:p w14:paraId="0D8F1225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Daun bawang</w:t>
            </w:r>
          </w:p>
        </w:tc>
        <w:tc>
          <w:tcPr>
            <w:tcW w:w="3456" w:type="dxa"/>
            <w:vAlign w:val="center"/>
          </w:tcPr>
          <w:p w14:paraId="44B7D475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2 batang</w:t>
            </w:r>
          </w:p>
        </w:tc>
      </w:tr>
      <w:tr w:rsidR="0025645D" w14:paraId="3B4BCA28" w14:textId="77777777">
        <w:trPr>
          <w:jc w:val="center"/>
        </w:trPr>
        <w:tc>
          <w:tcPr>
            <w:tcW w:w="3456" w:type="dxa"/>
            <w:shd w:val="clear" w:color="auto" w:fill="F5F7F6"/>
            <w:vAlign w:val="center"/>
          </w:tcPr>
          <w:p w14:paraId="4E277F8C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Bahan utama</w:t>
            </w:r>
          </w:p>
        </w:tc>
        <w:tc>
          <w:tcPr>
            <w:tcW w:w="3456" w:type="dxa"/>
            <w:shd w:val="clear" w:color="auto" w:fill="F5F7F6"/>
            <w:vAlign w:val="center"/>
          </w:tcPr>
          <w:p w14:paraId="5C54FF6A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Telur</w:t>
            </w:r>
          </w:p>
        </w:tc>
        <w:tc>
          <w:tcPr>
            <w:tcW w:w="3456" w:type="dxa"/>
            <w:shd w:val="clear" w:color="auto" w:fill="F5F7F6"/>
            <w:vAlign w:val="center"/>
          </w:tcPr>
          <w:p w14:paraId="43D77261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2 butir</w:t>
            </w:r>
          </w:p>
        </w:tc>
      </w:tr>
      <w:tr w:rsidR="0025645D" w14:paraId="12B8F8B7" w14:textId="77777777">
        <w:trPr>
          <w:jc w:val="center"/>
        </w:trPr>
        <w:tc>
          <w:tcPr>
            <w:tcW w:w="3456" w:type="dxa"/>
            <w:vAlign w:val="center"/>
          </w:tcPr>
          <w:p w14:paraId="65972EFB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Bahan utama</w:t>
            </w:r>
          </w:p>
        </w:tc>
        <w:tc>
          <w:tcPr>
            <w:tcW w:w="3456" w:type="dxa"/>
            <w:vAlign w:val="center"/>
          </w:tcPr>
          <w:p w14:paraId="73F233D7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Nasi</w:t>
            </w:r>
          </w:p>
        </w:tc>
        <w:tc>
          <w:tcPr>
            <w:tcW w:w="3456" w:type="dxa"/>
            <w:vAlign w:val="center"/>
          </w:tcPr>
          <w:p w14:paraId="2DBBA516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600 gr</w:t>
            </w:r>
          </w:p>
        </w:tc>
      </w:tr>
      <w:tr w:rsidR="0025645D" w14:paraId="362D7342" w14:textId="77777777">
        <w:trPr>
          <w:jc w:val="center"/>
        </w:trPr>
        <w:tc>
          <w:tcPr>
            <w:tcW w:w="3456" w:type="dxa"/>
            <w:shd w:val="clear" w:color="auto" w:fill="F5F7F6"/>
            <w:vAlign w:val="center"/>
          </w:tcPr>
          <w:p w14:paraId="5D2A2F0A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Bumbu</w:t>
            </w:r>
          </w:p>
        </w:tc>
        <w:tc>
          <w:tcPr>
            <w:tcW w:w="3456" w:type="dxa"/>
            <w:shd w:val="clear" w:color="auto" w:fill="F5F7F6"/>
            <w:vAlign w:val="center"/>
          </w:tcPr>
          <w:p w14:paraId="365B7311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Garam</w:t>
            </w:r>
          </w:p>
        </w:tc>
        <w:tc>
          <w:tcPr>
            <w:tcW w:w="3456" w:type="dxa"/>
            <w:shd w:val="clear" w:color="auto" w:fill="F5F7F6"/>
            <w:vAlign w:val="center"/>
          </w:tcPr>
          <w:p w14:paraId="6D5A243F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½ sdm</w:t>
            </w:r>
          </w:p>
        </w:tc>
      </w:tr>
      <w:tr w:rsidR="0025645D" w14:paraId="5C2E4DDB" w14:textId="77777777">
        <w:trPr>
          <w:jc w:val="center"/>
        </w:trPr>
        <w:tc>
          <w:tcPr>
            <w:tcW w:w="3456" w:type="dxa"/>
            <w:vAlign w:val="center"/>
          </w:tcPr>
          <w:p w14:paraId="08AB73E3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Bumbu</w:t>
            </w:r>
          </w:p>
        </w:tc>
        <w:tc>
          <w:tcPr>
            <w:tcW w:w="3456" w:type="dxa"/>
            <w:vAlign w:val="center"/>
          </w:tcPr>
          <w:p w14:paraId="348974D4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Penyedap</w:t>
            </w:r>
          </w:p>
        </w:tc>
        <w:tc>
          <w:tcPr>
            <w:tcW w:w="3456" w:type="dxa"/>
            <w:vAlign w:val="center"/>
          </w:tcPr>
          <w:p w14:paraId="1853A6AF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½ sdm</w:t>
            </w:r>
          </w:p>
        </w:tc>
      </w:tr>
      <w:tr w:rsidR="0025645D" w14:paraId="1BA7E8EE" w14:textId="77777777">
        <w:trPr>
          <w:jc w:val="center"/>
        </w:trPr>
        <w:tc>
          <w:tcPr>
            <w:tcW w:w="3456" w:type="dxa"/>
            <w:shd w:val="clear" w:color="auto" w:fill="F5F7F6"/>
            <w:vAlign w:val="center"/>
          </w:tcPr>
          <w:p w14:paraId="776DB2EE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Bumbu</w:t>
            </w:r>
          </w:p>
        </w:tc>
        <w:tc>
          <w:tcPr>
            <w:tcW w:w="3456" w:type="dxa"/>
            <w:shd w:val="clear" w:color="auto" w:fill="F5F7F6"/>
            <w:vAlign w:val="center"/>
          </w:tcPr>
          <w:p w14:paraId="467655A3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Merica</w:t>
            </w:r>
          </w:p>
        </w:tc>
        <w:tc>
          <w:tcPr>
            <w:tcW w:w="3456" w:type="dxa"/>
            <w:shd w:val="clear" w:color="auto" w:fill="F5F7F6"/>
            <w:vAlign w:val="center"/>
          </w:tcPr>
          <w:p w14:paraId="44C02DC0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⅛ sdt</w:t>
            </w:r>
          </w:p>
        </w:tc>
      </w:tr>
      <w:tr w:rsidR="0025645D" w14:paraId="668B2EEE" w14:textId="77777777">
        <w:trPr>
          <w:jc w:val="center"/>
        </w:trPr>
        <w:tc>
          <w:tcPr>
            <w:tcW w:w="3456" w:type="dxa"/>
            <w:vAlign w:val="center"/>
          </w:tcPr>
          <w:p w14:paraId="139FC58F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Bumbu</w:t>
            </w:r>
          </w:p>
        </w:tc>
        <w:tc>
          <w:tcPr>
            <w:tcW w:w="3456" w:type="dxa"/>
            <w:vAlign w:val="center"/>
          </w:tcPr>
          <w:p w14:paraId="736AC348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Minyak</w:t>
            </w:r>
          </w:p>
        </w:tc>
        <w:tc>
          <w:tcPr>
            <w:tcW w:w="3456" w:type="dxa"/>
            <w:vAlign w:val="center"/>
          </w:tcPr>
          <w:p w14:paraId="61D2942B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4 sdm</w:t>
            </w:r>
          </w:p>
        </w:tc>
      </w:tr>
      <w:tr w:rsidR="0025645D" w14:paraId="64B5BF03" w14:textId="77777777">
        <w:trPr>
          <w:jc w:val="center"/>
        </w:trPr>
        <w:tc>
          <w:tcPr>
            <w:tcW w:w="3456" w:type="dxa"/>
            <w:shd w:val="clear" w:color="auto" w:fill="F5F7F6"/>
            <w:vAlign w:val="center"/>
          </w:tcPr>
          <w:p w14:paraId="04943D3A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Pelengkap</w:t>
            </w:r>
          </w:p>
        </w:tc>
        <w:tc>
          <w:tcPr>
            <w:tcW w:w="3456" w:type="dxa"/>
            <w:shd w:val="clear" w:color="auto" w:fill="F5F7F6"/>
            <w:vAlign w:val="center"/>
          </w:tcPr>
          <w:p w14:paraId="45FD889A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Telur mata sapi, kerupuk, bawang merah goreng, ketimun, tomat</w:t>
            </w:r>
          </w:p>
        </w:tc>
        <w:tc>
          <w:tcPr>
            <w:tcW w:w="3456" w:type="dxa"/>
            <w:shd w:val="clear" w:color="auto" w:fill="F5F7F6"/>
            <w:vAlign w:val="center"/>
          </w:tcPr>
          <w:p w14:paraId="2A6E4E12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Secukupnya</w:t>
            </w:r>
          </w:p>
        </w:tc>
      </w:tr>
    </w:tbl>
    <w:p w14:paraId="2B6DB1F4" w14:textId="77777777" w:rsidR="0025645D" w:rsidRDefault="0025645D">
      <w:pPr>
        <w:spacing w:after="20"/>
      </w:pPr>
    </w:p>
    <w:p w14:paraId="2A50ABA5" w14:textId="77777777" w:rsidR="0025645D" w:rsidRDefault="00000000">
      <w:pPr>
        <w:spacing w:before="160" w:after="80"/>
      </w:pPr>
      <w:r>
        <w:rPr>
          <w:rFonts w:ascii="Aptos Display" w:hAnsi="Aptos Display"/>
          <w:b/>
          <w:color w:val="334E68"/>
          <w:sz w:val="24"/>
        </w:rPr>
        <w:t>J. LANGKAH KERJA TERSTRUKTUR</w:t>
      </w:r>
    </w:p>
    <w:p w14:paraId="73D58FC9" w14:textId="77777777" w:rsidR="0025645D" w:rsidRDefault="00000000">
      <w:pPr>
        <w:pStyle w:val="ListBullet"/>
        <w:spacing w:after="20"/>
        <w:ind w:left="288"/>
      </w:pPr>
      <w:r>
        <w:rPr>
          <w:rFonts w:ascii="Aptos" w:hAnsi="Aptos"/>
          <w:sz w:val="18"/>
        </w:rPr>
        <w:t>1. Siapkan dan cek seluruh alat serta bahan sesuai daftar.</w:t>
      </w:r>
    </w:p>
    <w:p w14:paraId="62FA10B9" w14:textId="77777777" w:rsidR="0025645D" w:rsidRDefault="00000000">
      <w:pPr>
        <w:pStyle w:val="ListBullet"/>
        <w:spacing w:after="20"/>
        <w:ind w:left="288"/>
      </w:pPr>
      <w:r>
        <w:rPr>
          <w:rFonts w:ascii="Aptos" w:hAnsi="Aptos"/>
          <w:sz w:val="18"/>
        </w:rPr>
        <w:t>2. Didihkan air; rebus cabai hijau keriting selama ±3 menit, tiriskan lalu haluskan.</w:t>
      </w:r>
    </w:p>
    <w:p w14:paraId="2E60690B" w14:textId="77777777" w:rsidR="0025645D" w:rsidRDefault="00000000">
      <w:pPr>
        <w:pStyle w:val="ListBullet"/>
        <w:spacing w:after="20"/>
        <w:ind w:left="288"/>
      </w:pPr>
      <w:r>
        <w:rPr>
          <w:rFonts w:ascii="Aptos" w:hAnsi="Aptos"/>
          <w:sz w:val="18"/>
        </w:rPr>
        <w:t>3. Cincang bawang putih dan bawang merah; iris daun bawang, cabai rawit hijau, pete, dan daun jeruk; cuci ikan teri.</w:t>
      </w:r>
    </w:p>
    <w:p w14:paraId="43AA8AAF" w14:textId="77777777" w:rsidR="0025645D" w:rsidRDefault="00000000">
      <w:pPr>
        <w:pStyle w:val="ListBullet"/>
        <w:spacing w:after="20"/>
        <w:ind w:left="288"/>
      </w:pPr>
      <w:r>
        <w:rPr>
          <w:rFonts w:ascii="Aptos" w:hAnsi="Aptos"/>
          <w:sz w:val="18"/>
        </w:rPr>
        <w:t>4. Panaskan sedikit minyak, tumis bawang putih dan bawang merah hingga harum.</w:t>
      </w:r>
    </w:p>
    <w:p w14:paraId="0097448E" w14:textId="77777777" w:rsidR="0025645D" w:rsidRDefault="00000000">
      <w:pPr>
        <w:pStyle w:val="ListBullet"/>
        <w:spacing w:after="20"/>
        <w:ind w:left="288"/>
      </w:pPr>
      <w:r>
        <w:rPr>
          <w:rFonts w:ascii="Aptos" w:hAnsi="Aptos"/>
          <w:sz w:val="18"/>
        </w:rPr>
        <w:t>5. Masukkan telur dan aduk rata. Tambahkan pete, cabai rawit hijau, daun jeruk, cabai hijau yang dihaluskan, lalu nasi.</w:t>
      </w:r>
    </w:p>
    <w:p w14:paraId="462D9B0E" w14:textId="77777777" w:rsidR="0025645D" w:rsidRDefault="00000000">
      <w:pPr>
        <w:pStyle w:val="ListBullet"/>
        <w:spacing w:after="20"/>
        <w:ind w:left="288"/>
      </w:pPr>
      <w:r>
        <w:rPr>
          <w:rFonts w:ascii="Aptos" w:hAnsi="Aptos"/>
          <w:sz w:val="18"/>
        </w:rPr>
        <w:t>6. Bumbui dengan garam, penyedap, merica, dan daun bawang. Masak sesaat dengan api besar.</w:t>
      </w:r>
    </w:p>
    <w:p w14:paraId="5EA24D04" w14:textId="77777777" w:rsidR="0025645D" w:rsidRDefault="00000000">
      <w:pPr>
        <w:pStyle w:val="ListBullet"/>
        <w:spacing w:after="20"/>
        <w:ind w:left="288"/>
      </w:pPr>
      <w:r>
        <w:rPr>
          <w:rFonts w:ascii="Aptos" w:hAnsi="Aptos"/>
          <w:sz w:val="18"/>
        </w:rPr>
        <w:t>7. Bungkus nasi menggunakan daun pisang kemudian bakar hingga matang dan beraroma khas.</w:t>
      </w:r>
    </w:p>
    <w:p w14:paraId="13716B19" w14:textId="77777777" w:rsidR="0025645D" w:rsidRDefault="00000000">
      <w:pPr>
        <w:pStyle w:val="ListBullet"/>
        <w:spacing w:after="20"/>
        <w:ind w:left="288"/>
      </w:pPr>
      <w:r>
        <w:rPr>
          <w:rFonts w:ascii="Aptos" w:hAnsi="Aptos"/>
          <w:sz w:val="18"/>
        </w:rPr>
        <w:t>8. Sajikan dengan pelengkap secara rapi dan proporsional.</w:t>
      </w:r>
    </w:p>
    <w:p w14:paraId="50928989" w14:textId="77777777" w:rsidR="00BB5E4B" w:rsidRDefault="00BB5E4B">
      <w:pPr>
        <w:spacing w:before="160" w:after="80"/>
        <w:rPr>
          <w:rFonts w:ascii="Aptos Display" w:hAnsi="Aptos Display"/>
          <w:b/>
          <w:color w:val="334E68"/>
          <w:sz w:val="24"/>
        </w:rPr>
      </w:pPr>
    </w:p>
    <w:p w14:paraId="13F3FF50" w14:textId="77777777" w:rsidR="00BB5E4B" w:rsidRDefault="00BB5E4B">
      <w:pPr>
        <w:spacing w:before="160" w:after="80"/>
        <w:rPr>
          <w:rFonts w:ascii="Aptos Display" w:hAnsi="Aptos Display"/>
          <w:b/>
          <w:color w:val="334E68"/>
          <w:sz w:val="24"/>
        </w:rPr>
      </w:pPr>
    </w:p>
    <w:p w14:paraId="01264CFE" w14:textId="20B32736" w:rsidR="0025645D" w:rsidRDefault="00000000">
      <w:pPr>
        <w:spacing w:before="160" w:after="80"/>
      </w:pPr>
      <w:r>
        <w:rPr>
          <w:rFonts w:ascii="Aptos Display" w:hAnsi="Aptos Display"/>
          <w:b/>
          <w:color w:val="334E68"/>
          <w:sz w:val="24"/>
        </w:rPr>
        <w:t>K. CHECKPOINT PROSES</w:t>
      </w:r>
    </w:p>
    <w:tbl>
      <w:tblPr>
        <w:tblW w:w="0" w:type="auto"/>
        <w:jc w:val="center"/>
        <w:tblBorders>
          <w:top w:val="single" w:sz="6" w:space="0" w:color="B8C7C0"/>
          <w:left w:val="single" w:sz="6" w:space="0" w:color="B8C7C0"/>
          <w:bottom w:val="single" w:sz="6" w:space="0" w:color="B8C7C0"/>
          <w:right w:val="single" w:sz="6" w:space="0" w:color="B8C7C0"/>
          <w:insideH w:val="single" w:sz="6" w:space="0" w:color="B8C7C0"/>
          <w:insideV w:val="single" w:sz="6" w:space="0" w:color="B8C7C0"/>
        </w:tblBorders>
        <w:tblLook w:val="04A0" w:firstRow="1" w:lastRow="0" w:firstColumn="1" w:lastColumn="0" w:noHBand="0" w:noVBand="1"/>
      </w:tblPr>
      <w:tblGrid>
        <w:gridCol w:w="2589"/>
        <w:gridCol w:w="2589"/>
        <w:gridCol w:w="2587"/>
        <w:gridCol w:w="2587"/>
      </w:tblGrid>
      <w:tr w:rsidR="0025645D" w14:paraId="77A3D271" w14:textId="77777777">
        <w:trPr>
          <w:jc w:val="center"/>
        </w:trPr>
        <w:tc>
          <w:tcPr>
            <w:tcW w:w="2592" w:type="dxa"/>
            <w:shd w:val="clear" w:color="auto" w:fill="334E68"/>
            <w:vAlign w:val="center"/>
          </w:tcPr>
          <w:p w14:paraId="35645483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Tahap</w:t>
            </w:r>
          </w:p>
        </w:tc>
        <w:tc>
          <w:tcPr>
            <w:tcW w:w="2592" w:type="dxa"/>
            <w:shd w:val="clear" w:color="auto" w:fill="334E68"/>
            <w:vAlign w:val="center"/>
          </w:tcPr>
          <w:p w14:paraId="650AEDD2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Target/Indikator</w:t>
            </w:r>
          </w:p>
        </w:tc>
        <w:tc>
          <w:tcPr>
            <w:tcW w:w="2592" w:type="dxa"/>
            <w:shd w:val="clear" w:color="auto" w:fill="334E68"/>
            <w:vAlign w:val="center"/>
          </w:tcPr>
          <w:p w14:paraId="6F527A7C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Waktu Aktual</w:t>
            </w:r>
          </w:p>
        </w:tc>
        <w:tc>
          <w:tcPr>
            <w:tcW w:w="2592" w:type="dxa"/>
            <w:shd w:val="clear" w:color="auto" w:fill="334E68"/>
            <w:vAlign w:val="center"/>
          </w:tcPr>
          <w:p w14:paraId="4A31E826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Paraf QC</w:t>
            </w:r>
          </w:p>
        </w:tc>
      </w:tr>
      <w:tr w:rsidR="0025645D" w14:paraId="2ED44267" w14:textId="77777777">
        <w:trPr>
          <w:jc w:val="center"/>
        </w:trPr>
        <w:tc>
          <w:tcPr>
            <w:tcW w:w="2592" w:type="dxa"/>
            <w:shd w:val="clear" w:color="auto" w:fill="F5F7F6"/>
            <w:vAlign w:val="center"/>
          </w:tcPr>
          <w:p w14:paraId="62CD34AE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Mise en place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756AEC52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Semua bahan ditimbang, dicuci dan dipotong sesuai kebutuhan.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21F90252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________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68DAD96E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</w:t>
            </w:r>
          </w:p>
        </w:tc>
      </w:tr>
      <w:tr w:rsidR="0025645D" w14:paraId="41607478" w14:textId="77777777">
        <w:trPr>
          <w:jc w:val="center"/>
        </w:trPr>
        <w:tc>
          <w:tcPr>
            <w:tcW w:w="2592" w:type="dxa"/>
            <w:vAlign w:val="center"/>
          </w:tcPr>
          <w:p w14:paraId="20044369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Pengolahan bumbu</w:t>
            </w:r>
          </w:p>
        </w:tc>
        <w:tc>
          <w:tcPr>
            <w:tcW w:w="2592" w:type="dxa"/>
            <w:vAlign w:val="center"/>
          </w:tcPr>
          <w:p w14:paraId="5E9ACC63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Bumbu matang, harum, tidak gosong.</w:t>
            </w:r>
          </w:p>
        </w:tc>
        <w:tc>
          <w:tcPr>
            <w:tcW w:w="2592" w:type="dxa"/>
            <w:vAlign w:val="center"/>
          </w:tcPr>
          <w:p w14:paraId="739FE979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________</w:t>
            </w:r>
          </w:p>
        </w:tc>
        <w:tc>
          <w:tcPr>
            <w:tcW w:w="2592" w:type="dxa"/>
            <w:vAlign w:val="center"/>
          </w:tcPr>
          <w:p w14:paraId="58CCBC4B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</w:t>
            </w:r>
          </w:p>
        </w:tc>
      </w:tr>
      <w:tr w:rsidR="0025645D" w14:paraId="37FC7AAB" w14:textId="77777777">
        <w:trPr>
          <w:jc w:val="center"/>
        </w:trPr>
        <w:tc>
          <w:tcPr>
            <w:tcW w:w="2592" w:type="dxa"/>
            <w:shd w:val="clear" w:color="auto" w:fill="F5F7F6"/>
            <w:vAlign w:val="center"/>
          </w:tcPr>
          <w:p w14:paraId="2C60F6A9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lastRenderedPageBreak/>
              <w:t>Pengolahan nasi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1EE38DC9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Bumbu merata, nasi tidak hancur/lembek.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1AC30A13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________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47663B44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</w:t>
            </w:r>
          </w:p>
        </w:tc>
      </w:tr>
      <w:tr w:rsidR="0025645D" w14:paraId="40D27A49" w14:textId="77777777">
        <w:trPr>
          <w:jc w:val="center"/>
        </w:trPr>
        <w:tc>
          <w:tcPr>
            <w:tcW w:w="2592" w:type="dxa"/>
            <w:vAlign w:val="center"/>
          </w:tcPr>
          <w:p w14:paraId="6BFAB93A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Pembungkusan</w:t>
            </w:r>
          </w:p>
        </w:tc>
        <w:tc>
          <w:tcPr>
            <w:tcW w:w="2592" w:type="dxa"/>
            <w:vAlign w:val="center"/>
          </w:tcPr>
          <w:p w14:paraId="0CA0CE60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Daun pisang bersih, lipatan rapi dan aman.</w:t>
            </w:r>
          </w:p>
        </w:tc>
        <w:tc>
          <w:tcPr>
            <w:tcW w:w="2592" w:type="dxa"/>
            <w:vAlign w:val="center"/>
          </w:tcPr>
          <w:p w14:paraId="1019E65C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________</w:t>
            </w:r>
          </w:p>
        </w:tc>
        <w:tc>
          <w:tcPr>
            <w:tcW w:w="2592" w:type="dxa"/>
            <w:vAlign w:val="center"/>
          </w:tcPr>
          <w:p w14:paraId="4CA714B6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</w:t>
            </w:r>
          </w:p>
        </w:tc>
      </w:tr>
      <w:tr w:rsidR="0025645D" w14:paraId="4E1A4CF1" w14:textId="77777777">
        <w:trPr>
          <w:jc w:val="center"/>
        </w:trPr>
        <w:tc>
          <w:tcPr>
            <w:tcW w:w="2592" w:type="dxa"/>
            <w:shd w:val="clear" w:color="auto" w:fill="F5F7F6"/>
            <w:vAlign w:val="center"/>
          </w:tcPr>
          <w:p w14:paraId="65AA1922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Pembakaran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49932CA8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Produk panas, aroma baik, tidak gosong berlebihan.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2E24F3D0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________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5AAA30AD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</w:t>
            </w:r>
          </w:p>
        </w:tc>
      </w:tr>
      <w:tr w:rsidR="0025645D" w14:paraId="460D7528" w14:textId="77777777">
        <w:trPr>
          <w:jc w:val="center"/>
        </w:trPr>
        <w:tc>
          <w:tcPr>
            <w:tcW w:w="2592" w:type="dxa"/>
            <w:vAlign w:val="center"/>
          </w:tcPr>
          <w:p w14:paraId="62068933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Plating</w:t>
            </w:r>
          </w:p>
        </w:tc>
        <w:tc>
          <w:tcPr>
            <w:tcW w:w="2592" w:type="dxa"/>
            <w:vAlign w:val="center"/>
          </w:tcPr>
          <w:p w14:paraId="2FCA4697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Porsi dan pelengkap tertata menarik.</w:t>
            </w:r>
          </w:p>
        </w:tc>
        <w:tc>
          <w:tcPr>
            <w:tcW w:w="2592" w:type="dxa"/>
            <w:vAlign w:val="center"/>
          </w:tcPr>
          <w:p w14:paraId="7E02D941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________</w:t>
            </w:r>
          </w:p>
        </w:tc>
        <w:tc>
          <w:tcPr>
            <w:tcW w:w="2592" w:type="dxa"/>
            <w:vAlign w:val="center"/>
          </w:tcPr>
          <w:p w14:paraId="4E55A0FA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</w:t>
            </w:r>
          </w:p>
        </w:tc>
      </w:tr>
      <w:tr w:rsidR="0025645D" w14:paraId="0A5F0BDA" w14:textId="77777777">
        <w:trPr>
          <w:jc w:val="center"/>
        </w:trPr>
        <w:tc>
          <w:tcPr>
            <w:tcW w:w="2592" w:type="dxa"/>
            <w:shd w:val="clear" w:color="auto" w:fill="F5F7F6"/>
            <w:vAlign w:val="center"/>
          </w:tcPr>
          <w:p w14:paraId="0D544D4F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QC akhir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76269801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Memenuhi standar rasa, tekstur, warna, bentuk dan kebersihan.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41A24311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________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08F3C1D0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</w:t>
            </w:r>
          </w:p>
        </w:tc>
      </w:tr>
    </w:tbl>
    <w:p w14:paraId="3BFB19A8" w14:textId="5C4E8667" w:rsidR="0025645D" w:rsidRDefault="0025645D"/>
    <w:p w14:paraId="2B141295" w14:textId="77777777" w:rsidR="0025645D" w:rsidRDefault="00000000">
      <w:pPr>
        <w:spacing w:before="160" w:after="80"/>
      </w:pPr>
      <w:r>
        <w:rPr>
          <w:rFonts w:ascii="Aptos Display" w:hAnsi="Aptos Display"/>
          <w:b/>
          <w:color w:val="334E68"/>
          <w:sz w:val="24"/>
        </w:rPr>
        <w:t>L. RUBRIK PENILAIAN PRAKTIK – TERUKUR</w:t>
      </w:r>
    </w:p>
    <w:p w14:paraId="3C199BB8" w14:textId="77777777" w:rsidR="0025645D" w:rsidRDefault="00000000">
      <w:r>
        <w:rPr>
          <w:sz w:val="17"/>
        </w:rPr>
        <w:t>Skala setiap indikator: 4 = Sangat Baik, 3 = Baik, 2 = Cukup, 1 = Perlu Bimbingan. Skor aspek = (skor diperoleh ÷ skor maksimal) × bobot.</w:t>
      </w:r>
    </w:p>
    <w:tbl>
      <w:tblPr>
        <w:tblW w:w="0" w:type="auto"/>
        <w:jc w:val="center"/>
        <w:tblBorders>
          <w:top w:val="single" w:sz="6" w:space="0" w:color="B8C7C0"/>
          <w:left w:val="single" w:sz="6" w:space="0" w:color="B8C7C0"/>
          <w:bottom w:val="single" w:sz="6" w:space="0" w:color="B8C7C0"/>
          <w:right w:val="single" w:sz="6" w:space="0" w:color="B8C7C0"/>
          <w:insideH w:val="single" w:sz="6" w:space="0" w:color="B8C7C0"/>
          <w:insideV w:val="single" w:sz="6" w:space="0" w:color="B8C7C0"/>
        </w:tblBorders>
        <w:tblLook w:val="04A0" w:firstRow="1" w:lastRow="0" w:firstColumn="1" w:lastColumn="0" w:noHBand="0" w:noVBand="1"/>
      </w:tblPr>
      <w:tblGrid>
        <w:gridCol w:w="2588"/>
        <w:gridCol w:w="2588"/>
        <w:gridCol w:w="2589"/>
        <w:gridCol w:w="2587"/>
      </w:tblGrid>
      <w:tr w:rsidR="0025645D" w14:paraId="483CDDDF" w14:textId="77777777">
        <w:trPr>
          <w:jc w:val="center"/>
        </w:trPr>
        <w:tc>
          <w:tcPr>
            <w:tcW w:w="2592" w:type="dxa"/>
            <w:shd w:val="clear" w:color="auto" w:fill="334E68"/>
            <w:vAlign w:val="center"/>
          </w:tcPr>
          <w:p w14:paraId="3D77C786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4"/>
              </w:rPr>
              <w:t>No</w:t>
            </w:r>
          </w:p>
        </w:tc>
        <w:tc>
          <w:tcPr>
            <w:tcW w:w="2592" w:type="dxa"/>
            <w:shd w:val="clear" w:color="auto" w:fill="334E68"/>
            <w:vAlign w:val="center"/>
          </w:tcPr>
          <w:p w14:paraId="372E25D0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4"/>
              </w:rPr>
              <w:t>Aspek</w:t>
            </w:r>
          </w:p>
        </w:tc>
        <w:tc>
          <w:tcPr>
            <w:tcW w:w="2592" w:type="dxa"/>
            <w:shd w:val="clear" w:color="auto" w:fill="334E68"/>
            <w:vAlign w:val="center"/>
          </w:tcPr>
          <w:p w14:paraId="006D7701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4"/>
              </w:rPr>
              <w:t>Indikator Terukur</w:t>
            </w:r>
          </w:p>
        </w:tc>
        <w:tc>
          <w:tcPr>
            <w:tcW w:w="2592" w:type="dxa"/>
            <w:shd w:val="clear" w:color="auto" w:fill="334E68"/>
            <w:vAlign w:val="center"/>
          </w:tcPr>
          <w:p w14:paraId="027B1E0F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4"/>
              </w:rPr>
              <w:t>Bobot</w:t>
            </w:r>
          </w:p>
        </w:tc>
      </w:tr>
      <w:tr w:rsidR="0025645D" w14:paraId="7C05313B" w14:textId="77777777">
        <w:trPr>
          <w:jc w:val="center"/>
        </w:trPr>
        <w:tc>
          <w:tcPr>
            <w:tcW w:w="2592" w:type="dxa"/>
            <w:shd w:val="clear" w:color="auto" w:fill="F5F7F6"/>
            <w:vAlign w:val="center"/>
          </w:tcPr>
          <w:p w14:paraId="621890BB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4"/>
              </w:rPr>
              <w:t>1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637549EC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Persiapan alat &amp; bahan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25A1C378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Alat lengkap, bersih, berfungsi; bahan lengkap, ditimbang tepat dan tertata.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49D4992D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10</w:t>
            </w:r>
          </w:p>
        </w:tc>
      </w:tr>
      <w:tr w:rsidR="0025645D" w14:paraId="15D1713B" w14:textId="77777777">
        <w:trPr>
          <w:jc w:val="center"/>
        </w:trPr>
        <w:tc>
          <w:tcPr>
            <w:tcW w:w="2592" w:type="dxa"/>
            <w:vAlign w:val="center"/>
          </w:tcPr>
          <w:p w14:paraId="6E3E9520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4"/>
              </w:rPr>
              <w:t>2</w:t>
            </w:r>
          </w:p>
        </w:tc>
        <w:tc>
          <w:tcPr>
            <w:tcW w:w="2592" w:type="dxa"/>
            <w:vAlign w:val="center"/>
          </w:tcPr>
          <w:p w14:paraId="71EBCDA8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Hygiene, sanitasi &amp; K3</w:t>
            </w:r>
          </w:p>
        </w:tc>
        <w:tc>
          <w:tcPr>
            <w:tcW w:w="2592" w:type="dxa"/>
            <w:vAlign w:val="center"/>
          </w:tcPr>
          <w:p w14:paraId="7E3D888F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Seragam lengkap, cuci tangan, area bersih, penggunaan pisau/gas/listrik aman, tidak ada tindakan berisiko.</w:t>
            </w:r>
          </w:p>
        </w:tc>
        <w:tc>
          <w:tcPr>
            <w:tcW w:w="2592" w:type="dxa"/>
            <w:vAlign w:val="center"/>
          </w:tcPr>
          <w:p w14:paraId="19ACD0C2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10</w:t>
            </w:r>
          </w:p>
        </w:tc>
      </w:tr>
      <w:tr w:rsidR="0025645D" w14:paraId="1C86D9D8" w14:textId="77777777">
        <w:trPr>
          <w:jc w:val="center"/>
        </w:trPr>
        <w:tc>
          <w:tcPr>
            <w:tcW w:w="2592" w:type="dxa"/>
            <w:shd w:val="clear" w:color="auto" w:fill="F5F7F6"/>
            <w:vAlign w:val="center"/>
          </w:tcPr>
          <w:p w14:paraId="1EF1943D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4"/>
              </w:rPr>
              <w:t>3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34D0BDA8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Pembagian kerja &amp; disiplin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4708932C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Jobdesk jelas, aktif sesuai tugas, komunikasi baik, hadir/siap tepat waktu.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2F02E137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10</w:t>
            </w:r>
          </w:p>
        </w:tc>
      </w:tr>
      <w:tr w:rsidR="0025645D" w14:paraId="35F8B627" w14:textId="77777777">
        <w:trPr>
          <w:jc w:val="center"/>
        </w:trPr>
        <w:tc>
          <w:tcPr>
            <w:tcW w:w="2592" w:type="dxa"/>
            <w:vAlign w:val="center"/>
          </w:tcPr>
          <w:p w14:paraId="7C5FE54B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4"/>
              </w:rPr>
              <w:t>4</w:t>
            </w:r>
          </w:p>
        </w:tc>
        <w:tc>
          <w:tcPr>
            <w:tcW w:w="2592" w:type="dxa"/>
            <w:vAlign w:val="center"/>
          </w:tcPr>
          <w:p w14:paraId="05EC666F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Ketepatan teknik</w:t>
            </w:r>
          </w:p>
        </w:tc>
        <w:tc>
          <w:tcPr>
            <w:tcW w:w="2592" w:type="dxa"/>
            <w:vAlign w:val="center"/>
          </w:tcPr>
          <w:p w14:paraId="59227149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Menerapkan urutan, suhu/api, waktu dan teknik rebus–haluskan–tumis–bakar dengan tepat.</w:t>
            </w:r>
          </w:p>
        </w:tc>
        <w:tc>
          <w:tcPr>
            <w:tcW w:w="2592" w:type="dxa"/>
            <w:vAlign w:val="center"/>
          </w:tcPr>
          <w:p w14:paraId="1960E9DE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15</w:t>
            </w:r>
          </w:p>
        </w:tc>
      </w:tr>
      <w:tr w:rsidR="0025645D" w14:paraId="4919F632" w14:textId="77777777">
        <w:trPr>
          <w:jc w:val="center"/>
        </w:trPr>
        <w:tc>
          <w:tcPr>
            <w:tcW w:w="2592" w:type="dxa"/>
            <w:shd w:val="clear" w:color="auto" w:fill="F5F7F6"/>
            <w:vAlign w:val="center"/>
          </w:tcPr>
          <w:p w14:paraId="2170BB1B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4"/>
              </w:rPr>
              <w:t>5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7CC6B27A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Ketepatan waktu &amp; efisiensi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6DB9F0F2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Target 3 porsi selesai sesuai alokasi; alur kerja efektif dan minim waktu terbuang.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115D7338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10</w:t>
            </w:r>
          </w:p>
        </w:tc>
      </w:tr>
      <w:tr w:rsidR="0025645D" w14:paraId="0B4F004F" w14:textId="77777777">
        <w:trPr>
          <w:jc w:val="center"/>
        </w:trPr>
        <w:tc>
          <w:tcPr>
            <w:tcW w:w="2592" w:type="dxa"/>
            <w:vAlign w:val="center"/>
          </w:tcPr>
          <w:p w14:paraId="0406C79D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4"/>
              </w:rPr>
              <w:t>6</w:t>
            </w:r>
          </w:p>
        </w:tc>
        <w:tc>
          <w:tcPr>
            <w:tcW w:w="2592" w:type="dxa"/>
            <w:vAlign w:val="center"/>
          </w:tcPr>
          <w:p w14:paraId="132497A6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Kualitas rasa</w:t>
            </w:r>
          </w:p>
        </w:tc>
        <w:tc>
          <w:tcPr>
            <w:tcW w:w="2592" w:type="dxa"/>
            <w:vAlign w:val="center"/>
          </w:tcPr>
          <w:p w14:paraId="7DDA64F6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Rasa gurih, pedas dan bumbu seimbang; aroma baik; tidak terlalu asin/mentah/gosong.</w:t>
            </w:r>
          </w:p>
        </w:tc>
        <w:tc>
          <w:tcPr>
            <w:tcW w:w="2592" w:type="dxa"/>
            <w:vAlign w:val="center"/>
          </w:tcPr>
          <w:p w14:paraId="3E603145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10</w:t>
            </w:r>
          </w:p>
        </w:tc>
      </w:tr>
      <w:tr w:rsidR="0025645D" w14:paraId="4EB22BAF" w14:textId="77777777">
        <w:trPr>
          <w:jc w:val="center"/>
        </w:trPr>
        <w:tc>
          <w:tcPr>
            <w:tcW w:w="2592" w:type="dxa"/>
            <w:shd w:val="clear" w:color="auto" w:fill="F5F7F6"/>
            <w:vAlign w:val="center"/>
          </w:tcPr>
          <w:p w14:paraId="70CB7AD0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4"/>
              </w:rPr>
              <w:t>7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49336C88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Tekstur &amp; kematangan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54D777B2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Nasi tidak lembek, bahan matang merata, ikan teri dan pelengkap sesuai karakter.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6917BCC8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10</w:t>
            </w:r>
          </w:p>
        </w:tc>
      </w:tr>
      <w:tr w:rsidR="0025645D" w14:paraId="4647741D" w14:textId="77777777">
        <w:trPr>
          <w:jc w:val="center"/>
        </w:trPr>
        <w:tc>
          <w:tcPr>
            <w:tcW w:w="2592" w:type="dxa"/>
            <w:vAlign w:val="center"/>
          </w:tcPr>
          <w:p w14:paraId="2442A90D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4"/>
              </w:rPr>
              <w:t>8</w:t>
            </w:r>
          </w:p>
        </w:tc>
        <w:tc>
          <w:tcPr>
            <w:tcW w:w="2592" w:type="dxa"/>
            <w:vAlign w:val="center"/>
          </w:tcPr>
          <w:p w14:paraId="2C5C0E59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Bentuk, warna &amp; kerapian</w:t>
            </w:r>
          </w:p>
        </w:tc>
        <w:tc>
          <w:tcPr>
            <w:tcW w:w="2592" w:type="dxa"/>
            <w:vAlign w:val="center"/>
          </w:tcPr>
          <w:p w14:paraId="629F2FC4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Bungkus rapi, bentuk konsisten, warna menarik, tidak rusak/terlalu gosong.</w:t>
            </w:r>
          </w:p>
        </w:tc>
        <w:tc>
          <w:tcPr>
            <w:tcW w:w="2592" w:type="dxa"/>
            <w:vAlign w:val="center"/>
          </w:tcPr>
          <w:p w14:paraId="0FF85E54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10</w:t>
            </w:r>
          </w:p>
        </w:tc>
      </w:tr>
      <w:tr w:rsidR="0025645D" w14:paraId="0E5C6AF5" w14:textId="77777777">
        <w:trPr>
          <w:jc w:val="center"/>
        </w:trPr>
        <w:tc>
          <w:tcPr>
            <w:tcW w:w="2592" w:type="dxa"/>
            <w:shd w:val="clear" w:color="auto" w:fill="F5F7F6"/>
            <w:vAlign w:val="center"/>
          </w:tcPr>
          <w:p w14:paraId="3E3E4DD5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4"/>
              </w:rPr>
              <w:t>9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773CC149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Plating &amp; penyajian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70D016B6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Porsi proporsional, pelengkap lengkap, bersih, menarik dan siap disajikan.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7A04346E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5</w:t>
            </w:r>
          </w:p>
        </w:tc>
      </w:tr>
      <w:tr w:rsidR="0025645D" w14:paraId="46324DC9" w14:textId="77777777">
        <w:trPr>
          <w:jc w:val="center"/>
        </w:trPr>
        <w:tc>
          <w:tcPr>
            <w:tcW w:w="2592" w:type="dxa"/>
            <w:vAlign w:val="center"/>
          </w:tcPr>
          <w:p w14:paraId="0A7FEA63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4"/>
              </w:rPr>
              <w:t>10</w:t>
            </w:r>
          </w:p>
        </w:tc>
        <w:tc>
          <w:tcPr>
            <w:tcW w:w="2592" w:type="dxa"/>
            <w:vAlign w:val="center"/>
          </w:tcPr>
          <w:p w14:paraId="684F7FF9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Inventaris &amp; sanitasi akhir</w:t>
            </w:r>
          </w:p>
        </w:tc>
        <w:tc>
          <w:tcPr>
            <w:tcW w:w="2592" w:type="dxa"/>
            <w:vAlign w:val="center"/>
          </w:tcPr>
          <w:p w14:paraId="4CED7382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Alat kembali lengkap, area dicuci, disapu/dipel, sampah tertangani, meja bersih.</w:t>
            </w:r>
          </w:p>
        </w:tc>
        <w:tc>
          <w:tcPr>
            <w:tcW w:w="2592" w:type="dxa"/>
            <w:vAlign w:val="center"/>
          </w:tcPr>
          <w:p w14:paraId="4C752C53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10</w:t>
            </w:r>
          </w:p>
        </w:tc>
      </w:tr>
    </w:tbl>
    <w:p w14:paraId="12DEE580" w14:textId="77777777" w:rsidR="0025645D" w:rsidRDefault="0025645D">
      <w:pPr>
        <w:spacing w:after="20"/>
      </w:pPr>
    </w:p>
    <w:p w14:paraId="17D06239" w14:textId="77777777" w:rsidR="00BB5E4B" w:rsidRDefault="00BB5E4B">
      <w:pPr>
        <w:spacing w:before="160" w:after="80"/>
        <w:rPr>
          <w:rFonts w:ascii="Aptos Display" w:hAnsi="Aptos Display"/>
          <w:b/>
          <w:color w:val="334E68"/>
          <w:sz w:val="24"/>
        </w:rPr>
      </w:pPr>
    </w:p>
    <w:p w14:paraId="446618AF" w14:textId="77777777" w:rsidR="00BB5E4B" w:rsidRDefault="00BB5E4B">
      <w:pPr>
        <w:spacing w:before="160" w:after="80"/>
        <w:rPr>
          <w:rFonts w:ascii="Aptos Display" w:hAnsi="Aptos Display"/>
          <w:b/>
          <w:color w:val="334E68"/>
          <w:sz w:val="24"/>
        </w:rPr>
      </w:pPr>
    </w:p>
    <w:p w14:paraId="3F272885" w14:textId="77777777" w:rsidR="00BB5E4B" w:rsidRDefault="00BB5E4B">
      <w:pPr>
        <w:spacing w:before="160" w:after="80"/>
        <w:rPr>
          <w:rFonts w:ascii="Aptos Display" w:hAnsi="Aptos Display"/>
          <w:b/>
          <w:color w:val="334E68"/>
          <w:sz w:val="24"/>
        </w:rPr>
      </w:pPr>
    </w:p>
    <w:p w14:paraId="284B5337" w14:textId="77777777" w:rsidR="00BB5E4B" w:rsidRDefault="00BB5E4B">
      <w:pPr>
        <w:spacing w:before="160" w:after="80"/>
        <w:rPr>
          <w:rFonts w:ascii="Aptos Display" w:hAnsi="Aptos Display"/>
          <w:b/>
          <w:color w:val="334E68"/>
          <w:sz w:val="24"/>
        </w:rPr>
      </w:pPr>
    </w:p>
    <w:p w14:paraId="3E65FE93" w14:textId="77777777" w:rsidR="00BB5E4B" w:rsidRDefault="00BB5E4B">
      <w:pPr>
        <w:spacing w:before="160" w:after="80"/>
        <w:rPr>
          <w:rFonts w:ascii="Aptos Display" w:hAnsi="Aptos Display"/>
          <w:b/>
          <w:color w:val="334E68"/>
          <w:sz w:val="24"/>
        </w:rPr>
      </w:pPr>
    </w:p>
    <w:p w14:paraId="0C170BF0" w14:textId="6CC4365A" w:rsidR="0025645D" w:rsidRDefault="00000000">
      <w:pPr>
        <w:spacing w:before="160" w:after="80"/>
      </w:pPr>
      <w:r>
        <w:rPr>
          <w:rFonts w:ascii="Aptos Display" w:hAnsi="Aptos Display"/>
          <w:b/>
          <w:color w:val="334E68"/>
          <w:sz w:val="24"/>
        </w:rPr>
        <w:t>M. DESKRIPTOR LEVEL KINERJA</w:t>
      </w:r>
    </w:p>
    <w:tbl>
      <w:tblPr>
        <w:tblW w:w="0" w:type="auto"/>
        <w:jc w:val="center"/>
        <w:tblBorders>
          <w:top w:val="single" w:sz="6" w:space="0" w:color="B8C7C0"/>
          <w:left w:val="single" w:sz="6" w:space="0" w:color="B8C7C0"/>
          <w:bottom w:val="single" w:sz="6" w:space="0" w:color="B8C7C0"/>
          <w:right w:val="single" w:sz="6" w:space="0" w:color="B8C7C0"/>
          <w:insideH w:val="single" w:sz="6" w:space="0" w:color="B8C7C0"/>
          <w:insideV w:val="single" w:sz="6" w:space="0" w:color="B8C7C0"/>
        </w:tblBorders>
        <w:tblLook w:val="04A0" w:firstRow="1" w:lastRow="0" w:firstColumn="1" w:lastColumn="0" w:noHBand="0" w:noVBand="1"/>
      </w:tblPr>
      <w:tblGrid>
        <w:gridCol w:w="3450"/>
        <w:gridCol w:w="3451"/>
        <w:gridCol w:w="3451"/>
      </w:tblGrid>
      <w:tr w:rsidR="0025645D" w14:paraId="25012DFD" w14:textId="77777777">
        <w:trPr>
          <w:jc w:val="center"/>
        </w:trPr>
        <w:tc>
          <w:tcPr>
            <w:tcW w:w="3456" w:type="dxa"/>
            <w:shd w:val="clear" w:color="auto" w:fill="334E68"/>
            <w:vAlign w:val="center"/>
          </w:tcPr>
          <w:p w14:paraId="6B319EA5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Skor</w:t>
            </w:r>
          </w:p>
        </w:tc>
        <w:tc>
          <w:tcPr>
            <w:tcW w:w="3456" w:type="dxa"/>
            <w:shd w:val="clear" w:color="auto" w:fill="334E68"/>
            <w:vAlign w:val="center"/>
          </w:tcPr>
          <w:p w14:paraId="69A02370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Kriteria Umum</w:t>
            </w:r>
          </w:p>
        </w:tc>
        <w:tc>
          <w:tcPr>
            <w:tcW w:w="3456" w:type="dxa"/>
            <w:shd w:val="clear" w:color="auto" w:fill="334E68"/>
            <w:vAlign w:val="center"/>
          </w:tcPr>
          <w:p w14:paraId="3F7C7780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Deskripsi</w:t>
            </w:r>
          </w:p>
        </w:tc>
      </w:tr>
      <w:tr w:rsidR="0025645D" w14:paraId="35C485A3" w14:textId="77777777">
        <w:trPr>
          <w:jc w:val="center"/>
        </w:trPr>
        <w:tc>
          <w:tcPr>
            <w:tcW w:w="3456" w:type="dxa"/>
            <w:shd w:val="clear" w:color="auto" w:fill="F5F7F6"/>
            <w:vAlign w:val="center"/>
          </w:tcPr>
          <w:p w14:paraId="394DF723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4</w:t>
            </w:r>
          </w:p>
        </w:tc>
        <w:tc>
          <w:tcPr>
            <w:tcW w:w="3456" w:type="dxa"/>
            <w:shd w:val="clear" w:color="auto" w:fill="F5F7F6"/>
            <w:vAlign w:val="center"/>
          </w:tcPr>
          <w:p w14:paraId="7F0EC457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Sangat Baik</w:t>
            </w:r>
          </w:p>
        </w:tc>
        <w:tc>
          <w:tcPr>
            <w:tcW w:w="3456" w:type="dxa"/>
            <w:shd w:val="clear" w:color="auto" w:fill="F5F7F6"/>
            <w:vAlign w:val="center"/>
          </w:tcPr>
          <w:p w14:paraId="748F3A82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Mandiri, tepat, konsisten, aman, rapi, memenuhi standar tanpa koreksi berarti.</w:t>
            </w:r>
          </w:p>
        </w:tc>
      </w:tr>
      <w:tr w:rsidR="0025645D" w14:paraId="2167D955" w14:textId="77777777">
        <w:trPr>
          <w:jc w:val="center"/>
        </w:trPr>
        <w:tc>
          <w:tcPr>
            <w:tcW w:w="3456" w:type="dxa"/>
            <w:vAlign w:val="center"/>
          </w:tcPr>
          <w:p w14:paraId="4F479428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3</w:t>
            </w:r>
          </w:p>
        </w:tc>
        <w:tc>
          <w:tcPr>
            <w:tcW w:w="3456" w:type="dxa"/>
            <w:vAlign w:val="center"/>
          </w:tcPr>
          <w:p w14:paraId="080BA97D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Baik</w:t>
            </w:r>
          </w:p>
        </w:tc>
        <w:tc>
          <w:tcPr>
            <w:tcW w:w="3456" w:type="dxa"/>
            <w:vAlign w:val="center"/>
          </w:tcPr>
          <w:p w14:paraId="4271C38D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Sebagian besar tepat dan aman; terdapat kesalahan kecil namun segera diperbaiki.</w:t>
            </w:r>
          </w:p>
        </w:tc>
      </w:tr>
      <w:tr w:rsidR="0025645D" w14:paraId="788CD88D" w14:textId="77777777">
        <w:trPr>
          <w:jc w:val="center"/>
        </w:trPr>
        <w:tc>
          <w:tcPr>
            <w:tcW w:w="3456" w:type="dxa"/>
            <w:shd w:val="clear" w:color="auto" w:fill="F5F7F6"/>
            <w:vAlign w:val="center"/>
          </w:tcPr>
          <w:p w14:paraId="280954F1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2</w:t>
            </w:r>
          </w:p>
        </w:tc>
        <w:tc>
          <w:tcPr>
            <w:tcW w:w="3456" w:type="dxa"/>
            <w:shd w:val="clear" w:color="auto" w:fill="F5F7F6"/>
            <w:vAlign w:val="center"/>
          </w:tcPr>
          <w:p w14:paraId="090C6AD6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Cukup</w:t>
            </w:r>
          </w:p>
        </w:tc>
        <w:tc>
          <w:tcPr>
            <w:tcW w:w="3456" w:type="dxa"/>
            <w:shd w:val="clear" w:color="auto" w:fill="F5F7F6"/>
            <w:vAlign w:val="center"/>
          </w:tcPr>
          <w:p w14:paraId="3C6B3995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Masih membutuhkan arahan; beberapa indikator belum konsisten dan memengaruhi proses/hasil.</w:t>
            </w:r>
          </w:p>
        </w:tc>
      </w:tr>
      <w:tr w:rsidR="0025645D" w14:paraId="2A9CDCC5" w14:textId="77777777">
        <w:trPr>
          <w:jc w:val="center"/>
        </w:trPr>
        <w:tc>
          <w:tcPr>
            <w:tcW w:w="3456" w:type="dxa"/>
            <w:vAlign w:val="center"/>
          </w:tcPr>
          <w:p w14:paraId="4E5C87BE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1</w:t>
            </w:r>
          </w:p>
        </w:tc>
        <w:tc>
          <w:tcPr>
            <w:tcW w:w="3456" w:type="dxa"/>
            <w:vAlign w:val="center"/>
          </w:tcPr>
          <w:p w14:paraId="4ED05ADD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Perlu Bimbingan</w:t>
            </w:r>
          </w:p>
        </w:tc>
        <w:tc>
          <w:tcPr>
            <w:tcW w:w="3456" w:type="dxa"/>
            <w:vAlign w:val="center"/>
          </w:tcPr>
          <w:p w14:paraId="2A3ABE22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Belum menguasai indikator, sering salah/tidak aman, dan memerlukan pendampingan intensif.</w:t>
            </w:r>
          </w:p>
        </w:tc>
      </w:tr>
    </w:tbl>
    <w:p w14:paraId="5ECE30CE" w14:textId="77777777" w:rsidR="0025645D" w:rsidRDefault="0025645D">
      <w:pPr>
        <w:spacing w:after="20"/>
      </w:pPr>
    </w:p>
    <w:p w14:paraId="2733345E" w14:textId="77777777" w:rsidR="0025645D" w:rsidRDefault="00000000">
      <w:pPr>
        <w:spacing w:before="160" w:after="80"/>
      </w:pPr>
      <w:r>
        <w:rPr>
          <w:rFonts w:ascii="Aptos Display" w:hAnsi="Aptos Display"/>
          <w:b/>
          <w:color w:val="334E68"/>
          <w:sz w:val="24"/>
        </w:rPr>
        <w:t>N. LEMBAR SKOR GURU</w:t>
      </w:r>
    </w:p>
    <w:tbl>
      <w:tblPr>
        <w:tblW w:w="0" w:type="auto"/>
        <w:jc w:val="center"/>
        <w:tblBorders>
          <w:top w:val="single" w:sz="6" w:space="0" w:color="B8C7C0"/>
          <w:left w:val="single" w:sz="6" w:space="0" w:color="B8C7C0"/>
          <w:bottom w:val="single" w:sz="6" w:space="0" w:color="B8C7C0"/>
          <w:right w:val="single" w:sz="6" w:space="0" w:color="B8C7C0"/>
          <w:insideH w:val="single" w:sz="6" w:space="0" w:color="B8C7C0"/>
          <w:insideV w:val="single" w:sz="6" w:space="0" w:color="B8C7C0"/>
        </w:tblBorders>
        <w:tblLook w:val="04A0" w:firstRow="1" w:lastRow="0" w:firstColumn="1" w:lastColumn="0" w:noHBand="0" w:noVBand="1"/>
      </w:tblPr>
      <w:tblGrid>
        <w:gridCol w:w="1725"/>
        <w:gridCol w:w="1726"/>
        <w:gridCol w:w="1725"/>
        <w:gridCol w:w="1725"/>
        <w:gridCol w:w="1725"/>
        <w:gridCol w:w="1726"/>
      </w:tblGrid>
      <w:tr w:rsidR="0025645D" w14:paraId="2A5E1DF9" w14:textId="77777777">
        <w:trPr>
          <w:jc w:val="center"/>
        </w:trPr>
        <w:tc>
          <w:tcPr>
            <w:tcW w:w="1728" w:type="dxa"/>
            <w:shd w:val="clear" w:color="auto" w:fill="334E68"/>
            <w:vAlign w:val="center"/>
          </w:tcPr>
          <w:p w14:paraId="726CB258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4"/>
              </w:rPr>
              <w:t>No</w:t>
            </w:r>
          </w:p>
        </w:tc>
        <w:tc>
          <w:tcPr>
            <w:tcW w:w="1728" w:type="dxa"/>
            <w:shd w:val="clear" w:color="auto" w:fill="334E68"/>
            <w:vAlign w:val="center"/>
          </w:tcPr>
          <w:p w14:paraId="4F02BCA6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4"/>
              </w:rPr>
              <w:t>Aspek</w:t>
            </w:r>
          </w:p>
        </w:tc>
        <w:tc>
          <w:tcPr>
            <w:tcW w:w="1728" w:type="dxa"/>
            <w:shd w:val="clear" w:color="auto" w:fill="334E68"/>
            <w:vAlign w:val="center"/>
          </w:tcPr>
          <w:p w14:paraId="370C0EB0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4"/>
              </w:rPr>
              <w:t>Bobot</w:t>
            </w:r>
          </w:p>
        </w:tc>
        <w:tc>
          <w:tcPr>
            <w:tcW w:w="1728" w:type="dxa"/>
            <w:shd w:val="clear" w:color="auto" w:fill="334E68"/>
            <w:vAlign w:val="center"/>
          </w:tcPr>
          <w:p w14:paraId="649C3C5E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4"/>
              </w:rPr>
              <w:t>Skor 1–4</w:t>
            </w:r>
          </w:p>
        </w:tc>
        <w:tc>
          <w:tcPr>
            <w:tcW w:w="1728" w:type="dxa"/>
            <w:shd w:val="clear" w:color="auto" w:fill="334E68"/>
            <w:vAlign w:val="center"/>
          </w:tcPr>
          <w:p w14:paraId="58C4D876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4"/>
              </w:rPr>
              <w:t>Nilai Bobot</w:t>
            </w:r>
          </w:p>
        </w:tc>
        <w:tc>
          <w:tcPr>
            <w:tcW w:w="1728" w:type="dxa"/>
            <w:shd w:val="clear" w:color="auto" w:fill="334E68"/>
            <w:vAlign w:val="center"/>
          </w:tcPr>
          <w:p w14:paraId="12B0F971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4"/>
              </w:rPr>
              <w:t>Catatan Bukti</w:t>
            </w:r>
          </w:p>
        </w:tc>
      </w:tr>
      <w:tr w:rsidR="0025645D" w14:paraId="7F779A67" w14:textId="77777777">
        <w:trPr>
          <w:jc w:val="center"/>
        </w:trPr>
        <w:tc>
          <w:tcPr>
            <w:tcW w:w="1728" w:type="dxa"/>
            <w:shd w:val="clear" w:color="auto" w:fill="F5F7F6"/>
            <w:vAlign w:val="center"/>
          </w:tcPr>
          <w:p w14:paraId="77B09C97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4"/>
              </w:rPr>
              <w:t>1</w:t>
            </w:r>
          </w:p>
        </w:tc>
        <w:tc>
          <w:tcPr>
            <w:tcW w:w="1728" w:type="dxa"/>
            <w:shd w:val="clear" w:color="auto" w:fill="F5F7F6"/>
            <w:vAlign w:val="center"/>
          </w:tcPr>
          <w:p w14:paraId="4D744377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Persiapan alat &amp; bahan</w:t>
            </w:r>
          </w:p>
        </w:tc>
        <w:tc>
          <w:tcPr>
            <w:tcW w:w="1728" w:type="dxa"/>
            <w:shd w:val="clear" w:color="auto" w:fill="F5F7F6"/>
            <w:vAlign w:val="center"/>
          </w:tcPr>
          <w:p w14:paraId="004D1AC1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10</w:t>
            </w:r>
          </w:p>
        </w:tc>
        <w:tc>
          <w:tcPr>
            <w:tcW w:w="1728" w:type="dxa"/>
            <w:shd w:val="clear" w:color="auto" w:fill="F5F7F6"/>
            <w:vAlign w:val="center"/>
          </w:tcPr>
          <w:p w14:paraId="29080E85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3521C4D5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6B88F04D" w14:textId="77777777" w:rsidR="0025645D" w:rsidRDefault="0025645D"/>
        </w:tc>
      </w:tr>
      <w:tr w:rsidR="0025645D" w14:paraId="04D3922C" w14:textId="77777777">
        <w:trPr>
          <w:jc w:val="center"/>
        </w:trPr>
        <w:tc>
          <w:tcPr>
            <w:tcW w:w="1728" w:type="dxa"/>
            <w:vAlign w:val="center"/>
          </w:tcPr>
          <w:p w14:paraId="2A6B58EE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4"/>
              </w:rPr>
              <w:t>2</w:t>
            </w:r>
          </w:p>
        </w:tc>
        <w:tc>
          <w:tcPr>
            <w:tcW w:w="1728" w:type="dxa"/>
            <w:vAlign w:val="center"/>
          </w:tcPr>
          <w:p w14:paraId="733F7182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Hygiene, sanitasi &amp; K3</w:t>
            </w:r>
          </w:p>
        </w:tc>
        <w:tc>
          <w:tcPr>
            <w:tcW w:w="1728" w:type="dxa"/>
            <w:vAlign w:val="center"/>
          </w:tcPr>
          <w:p w14:paraId="63F27A44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10</w:t>
            </w:r>
          </w:p>
        </w:tc>
        <w:tc>
          <w:tcPr>
            <w:tcW w:w="1728" w:type="dxa"/>
            <w:vAlign w:val="center"/>
          </w:tcPr>
          <w:p w14:paraId="68496E39" w14:textId="77777777" w:rsidR="0025645D" w:rsidRDefault="0025645D"/>
        </w:tc>
        <w:tc>
          <w:tcPr>
            <w:tcW w:w="1728" w:type="dxa"/>
            <w:vAlign w:val="center"/>
          </w:tcPr>
          <w:p w14:paraId="641673A5" w14:textId="77777777" w:rsidR="0025645D" w:rsidRDefault="0025645D"/>
        </w:tc>
        <w:tc>
          <w:tcPr>
            <w:tcW w:w="1728" w:type="dxa"/>
            <w:vAlign w:val="center"/>
          </w:tcPr>
          <w:p w14:paraId="4C5F7335" w14:textId="77777777" w:rsidR="0025645D" w:rsidRDefault="0025645D"/>
        </w:tc>
      </w:tr>
      <w:tr w:rsidR="0025645D" w14:paraId="38703E4C" w14:textId="77777777">
        <w:trPr>
          <w:jc w:val="center"/>
        </w:trPr>
        <w:tc>
          <w:tcPr>
            <w:tcW w:w="1728" w:type="dxa"/>
            <w:shd w:val="clear" w:color="auto" w:fill="F5F7F6"/>
            <w:vAlign w:val="center"/>
          </w:tcPr>
          <w:p w14:paraId="439B5443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4"/>
              </w:rPr>
              <w:t>3</w:t>
            </w:r>
          </w:p>
        </w:tc>
        <w:tc>
          <w:tcPr>
            <w:tcW w:w="1728" w:type="dxa"/>
            <w:shd w:val="clear" w:color="auto" w:fill="F5F7F6"/>
            <w:vAlign w:val="center"/>
          </w:tcPr>
          <w:p w14:paraId="38FC639C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Pembagian kerja &amp; disiplin</w:t>
            </w:r>
          </w:p>
        </w:tc>
        <w:tc>
          <w:tcPr>
            <w:tcW w:w="1728" w:type="dxa"/>
            <w:shd w:val="clear" w:color="auto" w:fill="F5F7F6"/>
            <w:vAlign w:val="center"/>
          </w:tcPr>
          <w:p w14:paraId="45862646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10</w:t>
            </w:r>
          </w:p>
        </w:tc>
        <w:tc>
          <w:tcPr>
            <w:tcW w:w="1728" w:type="dxa"/>
            <w:shd w:val="clear" w:color="auto" w:fill="F5F7F6"/>
            <w:vAlign w:val="center"/>
          </w:tcPr>
          <w:p w14:paraId="467713A9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613A1821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0CBC8CBF" w14:textId="77777777" w:rsidR="0025645D" w:rsidRDefault="0025645D"/>
        </w:tc>
      </w:tr>
      <w:tr w:rsidR="0025645D" w14:paraId="5A4FFF19" w14:textId="77777777">
        <w:trPr>
          <w:jc w:val="center"/>
        </w:trPr>
        <w:tc>
          <w:tcPr>
            <w:tcW w:w="1728" w:type="dxa"/>
            <w:vAlign w:val="center"/>
          </w:tcPr>
          <w:p w14:paraId="4512CB51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4"/>
              </w:rPr>
              <w:t>4</w:t>
            </w:r>
          </w:p>
        </w:tc>
        <w:tc>
          <w:tcPr>
            <w:tcW w:w="1728" w:type="dxa"/>
            <w:vAlign w:val="center"/>
          </w:tcPr>
          <w:p w14:paraId="7D0EB6DE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Ketepatan teknik</w:t>
            </w:r>
          </w:p>
        </w:tc>
        <w:tc>
          <w:tcPr>
            <w:tcW w:w="1728" w:type="dxa"/>
            <w:vAlign w:val="center"/>
          </w:tcPr>
          <w:p w14:paraId="388A57B0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15</w:t>
            </w:r>
          </w:p>
        </w:tc>
        <w:tc>
          <w:tcPr>
            <w:tcW w:w="1728" w:type="dxa"/>
            <w:vAlign w:val="center"/>
          </w:tcPr>
          <w:p w14:paraId="2E52CA4A" w14:textId="77777777" w:rsidR="0025645D" w:rsidRDefault="0025645D"/>
        </w:tc>
        <w:tc>
          <w:tcPr>
            <w:tcW w:w="1728" w:type="dxa"/>
            <w:vAlign w:val="center"/>
          </w:tcPr>
          <w:p w14:paraId="39273A12" w14:textId="77777777" w:rsidR="0025645D" w:rsidRDefault="0025645D"/>
        </w:tc>
        <w:tc>
          <w:tcPr>
            <w:tcW w:w="1728" w:type="dxa"/>
            <w:vAlign w:val="center"/>
          </w:tcPr>
          <w:p w14:paraId="30EB9F6E" w14:textId="77777777" w:rsidR="0025645D" w:rsidRDefault="0025645D"/>
        </w:tc>
      </w:tr>
      <w:tr w:rsidR="0025645D" w14:paraId="23ABA878" w14:textId="77777777">
        <w:trPr>
          <w:jc w:val="center"/>
        </w:trPr>
        <w:tc>
          <w:tcPr>
            <w:tcW w:w="1728" w:type="dxa"/>
            <w:shd w:val="clear" w:color="auto" w:fill="F5F7F6"/>
            <w:vAlign w:val="center"/>
          </w:tcPr>
          <w:p w14:paraId="49FA4E81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4"/>
              </w:rPr>
              <w:t>5</w:t>
            </w:r>
          </w:p>
        </w:tc>
        <w:tc>
          <w:tcPr>
            <w:tcW w:w="1728" w:type="dxa"/>
            <w:shd w:val="clear" w:color="auto" w:fill="F5F7F6"/>
            <w:vAlign w:val="center"/>
          </w:tcPr>
          <w:p w14:paraId="22A27E56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Ketepatan waktu &amp; efisiensi</w:t>
            </w:r>
          </w:p>
        </w:tc>
        <w:tc>
          <w:tcPr>
            <w:tcW w:w="1728" w:type="dxa"/>
            <w:shd w:val="clear" w:color="auto" w:fill="F5F7F6"/>
            <w:vAlign w:val="center"/>
          </w:tcPr>
          <w:p w14:paraId="4ED56A0E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10</w:t>
            </w:r>
          </w:p>
        </w:tc>
        <w:tc>
          <w:tcPr>
            <w:tcW w:w="1728" w:type="dxa"/>
            <w:shd w:val="clear" w:color="auto" w:fill="F5F7F6"/>
            <w:vAlign w:val="center"/>
          </w:tcPr>
          <w:p w14:paraId="6C52797E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330BD1E2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677F8F5C" w14:textId="77777777" w:rsidR="0025645D" w:rsidRDefault="0025645D"/>
        </w:tc>
      </w:tr>
      <w:tr w:rsidR="0025645D" w14:paraId="56C35237" w14:textId="77777777">
        <w:trPr>
          <w:jc w:val="center"/>
        </w:trPr>
        <w:tc>
          <w:tcPr>
            <w:tcW w:w="1728" w:type="dxa"/>
            <w:vAlign w:val="center"/>
          </w:tcPr>
          <w:p w14:paraId="0B6ADA97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4"/>
              </w:rPr>
              <w:t>6</w:t>
            </w:r>
          </w:p>
        </w:tc>
        <w:tc>
          <w:tcPr>
            <w:tcW w:w="1728" w:type="dxa"/>
            <w:vAlign w:val="center"/>
          </w:tcPr>
          <w:p w14:paraId="1D5081EA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Kualitas rasa</w:t>
            </w:r>
          </w:p>
        </w:tc>
        <w:tc>
          <w:tcPr>
            <w:tcW w:w="1728" w:type="dxa"/>
            <w:vAlign w:val="center"/>
          </w:tcPr>
          <w:p w14:paraId="3494A42F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10</w:t>
            </w:r>
          </w:p>
        </w:tc>
        <w:tc>
          <w:tcPr>
            <w:tcW w:w="1728" w:type="dxa"/>
            <w:vAlign w:val="center"/>
          </w:tcPr>
          <w:p w14:paraId="456B5F10" w14:textId="77777777" w:rsidR="0025645D" w:rsidRDefault="0025645D"/>
        </w:tc>
        <w:tc>
          <w:tcPr>
            <w:tcW w:w="1728" w:type="dxa"/>
            <w:vAlign w:val="center"/>
          </w:tcPr>
          <w:p w14:paraId="432AC74C" w14:textId="77777777" w:rsidR="0025645D" w:rsidRDefault="0025645D"/>
        </w:tc>
        <w:tc>
          <w:tcPr>
            <w:tcW w:w="1728" w:type="dxa"/>
            <w:vAlign w:val="center"/>
          </w:tcPr>
          <w:p w14:paraId="5B2C8A52" w14:textId="77777777" w:rsidR="0025645D" w:rsidRDefault="0025645D"/>
        </w:tc>
      </w:tr>
      <w:tr w:rsidR="0025645D" w14:paraId="1640CD70" w14:textId="77777777">
        <w:trPr>
          <w:jc w:val="center"/>
        </w:trPr>
        <w:tc>
          <w:tcPr>
            <w:tcW w:w="1728" w:type="dxa"/>
            <w:shd w:val="clear" w:color="auto" w:fill="F5F7F6"/>
            <w:vAlign w:val="center"/>
          </w:tcPr>
          <w:p w14:paraId="1E35ED70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4"/>
              </w:rPr>
              <w:t>7</w:t>
            </w:r>
          </w:p>
        </w:tc>
        <w:tc>
          <w:tcPr>
            <w:tcW w:w="1728" w:type="dxa"/>
            <w:shd w:val="clear" w:color="auto" w:fill="F5F7F6"/>
            <w:vAlign w:val="center"/>
          </w:tcPr>
          <w:p w14:paraId="15E292EB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Tekstur &amp; kematangan</w:t>
            </w:r>
          </w:p>
        </w:tc>
        <w:tc>
          <w:tcPr>
            <w:tcW w:w="1728" w:type="dxa"/>
            <w:shd w:val="clear" w:color="auto" w:fill="F5F7F6"/>
            <w:vAlign w:val="center"/>
          </w:tcPr>
          <w:p w14:paraId="302B01D0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10</w:t>
            </w:r>
          </w:p>
        </w:tc>
        <w:tc>
          <w:tcPr>
            <w:tcW w:w="1728" w:type="dxa"/>
            <w:shd w:val="clear" w:color="auto" w:fill="F5F7F6"/>
            <w:vAlign w:val="center"/>
          </w:tcPr>
          <w:p w14:paraId="7CF14421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4ECF8F56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0BBABF12" w14:textId="77777777" w:rsidR="0025645D" w:rsidRDefault="0025645D"/>
        </w:tc>
      </w:tr>
      <w:tr w:rsidR="0025645D" w14:paraId="1DE5C133" w14:textId="77777777">
        <w:trPr>
          <w:jc w:val="center"/>
        </w:trPr>
        <w:tc>
          <w:tcPr>
            <w:tcW w:w="1728" w:type="dxa"/>
            <w:vAlign w:val="center"/>
          </w:tcPr>
          <w:p w14:paraId="4F16087F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4"/>
              </w:rPr>
              <w:t>8</w:t>
            </w:r>
          </w:p>
        </w:tc>
        <w:tc>
          <w:tcPr>
            <w:tcW w:w="1728" w:type="dxa"/>
            <w:vAlign w:val="center"/>
          </w:tcPr>
          <w:p w14:paraId="1B50BC91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Bentuk, warna &amp; kerapian</w:t>
            </w:r>
          </w:p>
        </w:tc>
        <w:tc>
          <w:tcPr>
            <w:tcW w:w="1728" w:type="dxa"/>
            <w:vAlign w:val="center"/>
          </w:tcPr>
          <w:p w14:paraId="035EC4A5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10</w:t>
            </w:r>
          </w:p>
        </w:tc>
        <w:tc>
          <w:tcPr>
            <w:tcW w:w="1728" w:type="dxa"/>
            <w:vAlign w:val="center"/>
          </w:tcPr>
          <w:p w14:paraId="65AAA9BB" w14:textId="77777777" w:rsidR="0025645D" w:rsidRDefault="0025645D"/>
        </w:tc>
        <w:tc>
          <w:tcPr>
            <w:tcW w:w="1728" w:type="dxa"/>
            <w:vAlign w:val="center"/>
          </w:tcPr>
          <w:p w14:paraId="5F3E6930" w14:textId="77777777" w:rsidR="0025645D" w:rsidRDefault="0025645D"/>
        </w:tc>
        <w:tc>
          <w:tcPr>
            <w:tcW w:w="1728" w:type="dxa"/>
            <w:vAlign w:val="center"/>
          </w:tcPr>
          <w:p w14:paraId="785632BF" w14:textId="77777777" w:rsidR="0025645D" w:rsidRDefault="0025645D"/>
        </w:tc>
      </w:tr>
      <w:tr w:rsidR="0025645D" w14:paraId="55B8688F" w14:textId="77777777">
        <w:trPr>
          <w:jc w:val="center"/>
        </w:trPr>
        <w:tc>
          <w:tcPr>
            <w:tcW w:w="1728" w:type="dxa"/>
            <w:shd w:val="clear" w:color="auto" w:fill="F5F7F6"/>
            <w:vAlign w:val="center"/>
          </w:tcPr>
          <w:p w14:paraId="12318617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4"/>
              </w:rPr>
              <w:t>9</w:t>
            </w:r>
          </w:p>
        </w:tc>
        <w:tc>
          <w:tcPr>
            <w:tcW w:w="1728" w:type="dxa"/>
            <w:shd w:val="clear" w:color="auto" w:fill="F5F7F6"/>
            <w:vAlign w:val="center"/>
          </w:tcPr>
          <w:p w14:paraId="10F1DB8D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Plating &amp; penyajian</w:t>
            </w:r>
          </w:p>
        </w:tc>
        <w:tc>
          <w:tcPr>
            <w:tcW w:w="1728" w:type="dxa"/>
            <w:shd w:val="clear" w:color="auto" w:fill="F5F7F6"/>
            <w:vAlign w:val="center"/>
          </w:tcPr>
          <w:p w14:paraId="298076BB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5</w:t>
            </w:r>
          </w:p>
        </w:tc>
        <w:tc>
          <w:tcPr>
            <w:tcW w:w="1728" w:type="dxa"/>
            <w:shd w:val="clear" w:color="auto" w:fill="F5F7F6"/>
            <w:vAlign w:val="center"/>
          </w:tcPr>
          <w:p w14:paraId="4057BADA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00A80BA6" w14:textId="77777777" w:rsidR="0025645D" w:rsidRDefault="0025645D"/>
        </w:tc>
        <w:tc>
          <w:tcPr>
            <w:tcW w:w="1728" w:type="dxa"/>
            <w:shd w:val="clear" w:color="auto" w:fill="F5F7F6"/>
            <w:vAlign w:val="center"/>
          </w:tcPr>
          <w:p w14:paraId="49D39999" w14:textId="77777777" w:rsidR="0025645D" w:rsidRDefault="0025645D"/>
        </w:tc>
      </w:tr>
      <w:tr w:rsidR="0025645D" w14:paraId="57E75B70" w14:textId="77777777">
        <w:trPr>
          <w:jc w:val="center"/>
        </w:trPr>
        <w:tc>
          <w:tcPr>
            <w:tcW w:w="1728" w:type="dxa"/>
            <w:vAlign w:val="center"/>
          </w:tcPr>
          <w:p w14:paraId="1E90236C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4"/>
              </w:rPr>
              <w:t>10</w:t>
            </w:r>
          </w:p>
        </w:tc>
        <w:tc>
          <w:tcPr>
            <w:tcW w:w="1728" w:type="dxa"/>
            <w:vAlign w:val="center"/>
          </w:tcPr>
          <w:p w14:paraId="1AABA82D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Inventaris &amp; sanitasi akhir</w:t>
            </w:r>
          </w:p>
        </w:tc>
        <w:tc>
          <w:tcPr>
            <w:tcW w:w="1728" w:type="dxa"/>
            <w:vAlign w:val="center"/>
          </w:tcPr>
          <w:p w14:paraId="465F73D4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10</w:t>
            </w:r>
          </w:p>
        </w:tc>
        <w:tc>
          <w:tcPr>
            <w:tcW w:w="1728" w:type="dxa"/>
            <w:vAlign w:val="center"/>
          </w:tcPr>
          <w:p w14:paraId="56EB6FAB" w14:textId="77777777" w:rsidR="0025645D" w:rsidRDefault="0025645D"/>
        </w:tc>
        <w:tc>
          <w:tcPr>
            <w:tcW w:w="1728" w:type="dxa"/>
            <w:vAlign w:val="center"/>
          </w:tcPr>
          <w:p w14:paraId="2127E34A" w14:textId="77777777" w:rsidR="0025645D" w:rsidRDefault="0025645D"/>
        </w:tc>
        <w:tc>
          <w:tcPr>
            <w:tcW w:w="1728" w:type="dxa"/>
            <w:vAlign w:val="center"/>
          </w:tcPr>
          <w:p w14:paraId="12476481" w14:textId="77777777" w:rsidR="0025645D" w:rsidRDefault="0025645D"/>
        </w:tc>
      </w:tr>
    </w:tbl>
    <w:p w14:paraId="61ABC8D4" w14:textId="77777777" w:rsidR="0025645D" w:rsidRDefault="0025645D">
      <w:pPr>
        <w:spacing w:after="20"/>
      </w:pPr>
    </w:p>
    <w:p w14:paraId="1644517F" w14:textId="77777777" w:rsidR="0025645D" w:rsidRDefault="00000000">
      <w:r>
        <w:rPr>
          <w:b/>
        </w:rPr>
        <w:t>Nilai Akhir = jumlah seluruh nilai bobot = __________ / 100</w:t>
      </w:r>
      <w:r>
        <w:br/>
        <w:t>Predikat: 90–100 Sangat Baik | 80–89 Baik | 75–79 Cukup/Kompeten | &lt;75 Belum Kompeten</w:t>
      </w:r>
    </w:p>
    <w:p w14:paraId="55F73EDD" w14:textId="77777777" w:rsidR="0025645D" w:rsidRDefault="00000000">
      <w:r>
        <w:br w:type="page"/>
      </w:r>
    </w:p>
    <w:p w14:paraId="09339A4D" w14:textId="77777777" w:rsidR="0025645D" w:rsidRDefault="00000000">
      <w:pPr>
        <w:spacing w:before="160" w:after="80"/>
      </w:pPr>
      <w:r>
        <w:rPr>
          <w:rFonts w:ascii="Aptos Display" w:hAnsi="Aptos Display"/>
          <w:b/>
          <w:color w:val="334E68"/>
          <w:sz w:val="24"/>
        </w:rPr>
        <w:lastRenderedPageBreak/>
        <w:t>O. PENILAIAN INDIVIDUAL ANGGOTA KELOMPOK</w:t>
      </w:r>
    </w:p>
    <w:tbl>
      <w:tblPr>
        <w:tblW w:w="0" w:type="auto"/>
        <w:jc w:val="center"/>
        <w:tblBorders>
          <w:top w:val="single" w:sz="6" w:space="0" w:color="B8C7C0"/>
          <w:left w:val="single" w:sz="6" w:space="0" w:color="B8C7C0"/>
          <w:bottom w:val="single" w:sz="6" w:space="0" w:color="B8C7C0"/>
          <w:right w:val="single" w:sz="6" w:space="0" w:color="B8C7C0"/>
          <w:insideH w:val="single" w:sz="6" w:space="0" w:color="B8C7C0"/>
          <w:insideV w:val="single" w:sz="6" w:space="0" w:color="B8C7C0"/>
        </w:tblBorders>
        <w:tblLook w:val="04A0" w:firstRow="1" w:lastRow="0" w:firstColumn="1" w:lastColumn="0" w:noHBand="0" w:noVBand="1"/>
      </w:tblPr>
      <w:tblGrid>
        <w:gridCol w:w="1376"/>
        <w:gridCol w:w="1294"/>
        <w:gridCol w:w="1290"/>
        <w:gridCol w:w="1281"/>
        <w:gridCol w:w="1275"/>
        <w:gridCol w:w="1285"/>
        <w:gridCol w:w="1278"/>
        <w:gridCol w:w="1273"/>
      </w:tblGrid>
      <w:tr w:rsidR="0025645D" w14:paraId="13F2DD8A" w14:textId="77777777">
        <w:trPr>
          <w:jc w:val="center"/>
        </w:trPr>
        <w:tc>
          <w:tcPr>
            <w:tcW w:w="1296" w:type="dxa"/>
            <w:shd w:val="clear" w:color="auto" w:fill="334E68"/>
            <w:vAlign w:val="center"/>
          </w:tcPr>
          <w:p w14:paraId="1BB332AC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4"/>
              </w:rPr>
              <w:t>Nama</w:t>
            </w:r>
          </w:p>
        </w:tc>
        <w:tc>
          <w:tcPr>
            <w:tcW w:w="1296" w:type="dxa"/>
            <w:shd w:val="clear" w:color="auto" w:fill="334E68"/>
            <w:vAlign w:val="center"/>
          </w:tcPr>
          <w:p w14:paraId="44ABBAE3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4"/>
              </w:rPr>
              <w:t>Jobdesk</w:t>
            </w:r>
          </w:p>
        </w:tc>
        <w:tc>
          <w:tcPr>
            <w:tcW w:w="1296" w:type="dxa"/>
            <w:shd w:val="clear" w:color="auto" w:fill="334E68"/>
            <w:vAlign w:val="center"/>
          </w:tcPr>
          <w:p w14:paraId="0B2D7E78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4"/>
              </w:rPr>
              <w:t>Keterampilan (40)</w:t>
            </w:r>
          </w:p>
        </w:tc>
        <w:tc>
          <w:tcPr>
            <w:tcW w:w="1296" w:type="dxa"/>
            <w:shd w:val="clear" w:color="auto" w:fill="334E68"/>
            <w:vAlign w:val="center"/>
          </w:tcPr>
          <w:p w14:paraId="6B597990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4"/>
              </w:rPr>
              <w:t>Sikap/K3 (20)</w:t>
            </w:r>
          </w:p>
        </w:tc>
        <w:tc>
          <w:tcPr>
            <w:tcW w:w="1296" w:type="dxa"/>
            <w:shd w:val="clear" w:color="auto" w:fill="334E68"/>
            <w:vAlign w:val="center"/>
          </w:tcPr>
          <w:p w14:paraId="62997D73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4"/>
              </w:rPr>
              <w:t>Kerja Sama (15)</w:t>
            </w:r>
          </w:p>
        </w:tc>
        <w:tc>
          <w:tcPr>
            <w:tcW w:w="1296" w:type="dxa"/>
            <w:shd w:val="clear" w:color="auto" w:fill="334E68"/>
            <w:vAlign w:val="center"/>
          </w:tcPr>
          <w:p w14:paraId="356E9399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4"/>
              </w:rPr>
              <w:t>Produk/QC (15)</w:t>
            </w:r>
          </w:p>
        </w:tc>
        <w:tc>
          <w:tcPr>
            <w:tcW w:w="1296" w:type="dxa"/>
            <w:shd w:val="clear" w:color="auto" w:fill="334E68"/>
            <w:vAlign w:val="center"/>
          </w:tcPr>
          <w:p w14:paraId="6E2120DB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4"/>
              </w:rPr>
              <w:t>Disiplin (10)</w:t>
            </w:r>
          </w:p>
        </w:tc>
        <w:tc>
          <w:tcPr>
            <w:tcW w:w="1296" w:type="dxa"/>
            <w:shd w:val="clear" w:color="auto" w:fill="334E68"/>
            <w:vAlign w:val="center"/>
          </w:tcPr>
          <w:p w14:paraId="07F66E51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4"/>
              </w:rPr>
              <w:t>Total</w:t>
            </w:r>
          </w:p>
        </w:tc>
      </w:tr>
      <w:tr w:rsidR="0025645D" w14:paraId="1EBEB262" w14:textId="77777777">
        <w:trPr>
          <w:jc w:val="center"/>
        </w:trPr>
        <w:tc>
          <w:tcPr>
            <w:tcW w:w="1296" w:type="dxa"/>
            <w:shd w:val="clear" w:color="auto" w:fill="F5F7F6"/>
            <w:vAlign w:val="center"/>
          </w:tcPr>
          <w:p w14:paraId="6729AEE1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4"/>
              </w:rPr>
              <w:t>1. __________________</w:t>
            </w:r>
          </w:p>
        </w:tc>
        <w:tc>
          <w:tcPr>
            <w:tcW w:w="1296" w:type="dxa"/>
            <w:shd w:val="clear" w:color="auto" w:fill="F5F7F6"/>
            <w:vAlign w:val="center"/>
          </w:tcPr>
          <w:p w14:paraId="4526CCF9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________________</w:t>
            </w:r>
          </w:p>
        </w:tc>
        <w:tc>
          <w:tcPr>
            <w:tcW w:w="1296" w:type="dxa"/>
            <w:shd w:val="clear" w:color="auto" w:fill="F5F7F6"/>
            <w:vAlign w:val="center"/>
          </w:tcPr>
          <w:p w14:paraId="7C92411F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____</w:t>
            </w:r>
          </w:p>
        </w:tc>
        <w:tc>
          <w:tcPr>
            <w:tcW w:w="1296" w:type="dxa"/>
            <w:shd w:val="clear" w:color="auto" w:fill="F5F7F6"/>
            <w:vAlign w:val="center"/>
          </w:tcPr>
          <w:p w14:paraId="11D94C35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____</w:t>
            </w:r>
          </w:p>
        </w:tc>
        <w:tc>
          <w:tcPr>
            <w:tcW w:w="1296" w:type="dxa"/>
            <w:shd w:val="clear" w:color="auto" w:fill="F5F7F6"/>
            <w:vAlign w:val="center"/>
          </w:tcPr>
          <w:p w14:paraId="584D502A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____</w:t>
            </w:r>
          </w:p>
        </w:tc>
        <w:tc>
          <w:tcPr>
            <w:tcW w:w="1296" w:type="dxa"/>
            <w:shd w:val="clear" w:color="auto" w:fill="F5F7F6"/>
            <w:vAlign w:val="center"/>
          </w:tcPr>
          <w:p w14:paraId="29093CF7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____</w:t>
            </w:r>
          </w:p>
        </w:tc>
        <w:tc>
          <w:tcPr>
            <w:tcW w:w="1296" w:type="dxa"/>
            <w:shd w:val="clear" w:color="auto" w:fill="F5F7F6"/>
            <w:vAlign w:val="center"/>
          </w:tcPr>
          <w:p w14:paraId="6274A42C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____</w:t>
            </w:r>
          </w:p>
        </w:tc>
        <w:tc>
          <w:tcPr>
            <w:tcW w:w="1296" w:type="dxa"/>
            <w:shd w:val="clear" w:color="auto" w:fill="F5F7F6"/>
            <w:vAlign w:val="center"/>
          </w:tcPr>
          <w:p w14:paraId="2FCB2106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____</w:t>
            </w:r>
          </w:p>
        </w:tc>
      </w:tr>
      <w:tr w:rsidR="0025645D" w14:paraId="7BCD967F" w14:textId="77777777">
        <w:trPr>
          <w:jc w:val="center"/>
        </w:trPr>
        <w:tc>
          <w:tcPr>
            <w:tcW w:w="1296" w:type="dxa"/>
            <w:vAlign w:val="center"/>
          </w:tcPr>
          <w:p w14:paraId="14CE0CDB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4"/>
              </w:rPr>
              <w:t>2. __________________</w:t>
            </w:r>
          </w:p>
        </w:tc>
        <w:tc>
          <w:tcPr>
            <w:tcW w:w="1296" w:type="dxa"/>
            <w:vAlign w:val="center"/>
          </w:tcPr>
          <w:p w14:paraId="3FCFEA53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________________</w:t>
            </w:r>
          </w:p>
        </w:tc>
        <w:tc>
          <w:tcPr>
            <w:tcW w:w="1296" w:type="dxa"/>
            <w:vAlign w:val="center"/>
          </w:tcPr>
          <w:p w14:paraId="265D57E8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____</w:t>
            </w:r>
          </w:p>
        </w:tc>
        <w:tc>
          <w:tcPr>
            <w:tcW w:w="1296" w:type="dxa"/>
            <w:vAlign w:val="center"/>
          </w:tcPr>
          <w:p w14:paraId="66022C61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____</w:t>
            </w:r>
          </w:p>
        </w:tc>
        <w:tc>
          <w:tcPr>
            <w:tcW w:w="1296" w:type="dxa"/>
            <w:vAlign w:val="center"/>
          </w:tcPr>
          <w:p w14:paraId="7C6D81EA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____</w:t>
            </w:r>
          </w:p>
        </w:tc>
        <w:tc>
          <w:tcPr>
            <w:tcW w:w="1296" w:type="dxa"/>
            <w:vAlign w:val="center"/>
          </w:tcPr>
          <w:p w14:paraId="101DF7CE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____</w:t>
            </w:r>
          </w:p>
        </w:tc>
        <w:tc>
          <w:tcPr>
            <w:tcW w:w="1296" w:type="dxa"/>
            <w:vAlign w:val="center"/>
          </w:tcPr>
          <w:p w14:paraId="68B84ECF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____</w:t>
            </w:r>
          </w:p>
        </w:tc>
        <w:tc>
          <w:tcPr>
            <w:tcW w:w="1296" w:type="dxa"/>
            <w:vAlign w:val="center"/>
          </w:tcPr>
          <w:p w14:paraId="01B44527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____</w:t>
            </w:r>
          </w:p>
        </w:tc>
      </w:tr>
      <w:tr w:rsidR="0025645D" w14:paraId="7CD15692" w14:textId="77777777">
        <w:trPr>
          <w:jc w:val="center"/>
        </w:trPr>
        <w:tc>
          <w:tcPr>
            <w:tcW w:w="1296" w:type="dxa"/>
            <w:shd w:val="clear" w:color="auto" w:fill="F5F7F6"/>
            <w:vAlign w:val="center"/>
          </w:tcPr>
          <w:p w14:paraId="19138239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4"/>
              </w:rPr>
              <w:t>3. __________________</w:t>
            </w:r>
          </w:p>
        </w:tc>
        <w:tc>
          <w:tcPr>
            <w:tcW w:w="1296" w:type="dxa"/>
            <w:shd w:val="clear" w:color="auto" w:fill="F5F7F6"/>
            <w:vAlign w:val="center"/>
          </w:tcPr>
          <w:p w14:paraId="1C778778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________________</w:t>
            </w:r>
          </w:p>
        </w:tc>
        <w:tc>
          <w:tcPr>
            <w:tcW w:w="1296" w:type="dxa"/>
            <w:shd w:val="clear" w:color="auto" w:fill="F5F7F6"/>
            <w:vAlign w:val="center"/>
          </w:tcPr>
          <w:p w14:paraId="3094DA5D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____</w:t>
            </w:r>
          </w:p>
        </w:tc>
        <w:tc>
          <w:tcPr>
            <w:tcW w:w="1296" w:type="dxa"/>
            <w:shd w:val="clear" w:color="auto" w:fill="F5F7F6"/>
            <w:vAlign w:val="center"/>
          </w:tcPr>
          <w:p w14:paraId="5989FE78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____</w:t>
            </w:r>
          </w:p>
        </w:tc>
        <w:tc>
          <w:tcPr>
            <w:tcW w:w="1296" w:type="dxa"/>
            <w:shd w:val="clear" w:color="auto" w:fill="F5F7F6"/>
            <w:vAlign w:val="center"/>
          </w:tcPr>
          <w:p w14:paraId="1DF435E3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____</w:t>
            </w:r>
          </w:p>
        </w:tc>
        <w:tc>
          <w:tcPr>
            <w:tcW w:w="1296" w:type="dxa"/>
            <w:shd w:val="clear" w:color="auto" w:fill="F5F7F6"/>
            <w:vAlign w:val="center"/>
          </w:tcPr>
          <w:p w14:paraId="3CC3F558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____</w:t>
            </w:r>
          </w:p>
        </w:tc>
        <w:tc>
          <w:tcPr>
            <w:tcW w:w="1296" w:type="dxa"/>
            <w:shd w:val="clear" w:color="auto" w:fill="F5F7F6"/>
            <w:vAlign w:val="center"/>
          </w:tcPr>
          <w:p w14:paraId="44A80D6E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____</w:t>
            </w:r>
          </w:p>
        </w:tc>
        <w:tc>
          <w:tcPr>
            <w:tcW w:w="1296" w:type="dxa"/>
            <w:shd w:val="clear" w:color="auto" w:fill="F5F7F6"/>
            <w:vAlign w:val="center"/>
          </w:tcPr>
          <w:p w14:paraId="7E181457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____</w:t>
            </w:r>
          </w:p>
        </w:tc>
      </w:tr>
      <w:tr w:rsidR="0025645D" w14:paraId="5F2D5B4B" w14:textId="77777777">
        <w:trPr>
          <w:jc w:val="center"/>
        </w:trPr>
        <w:tc>
          <w:tcPr>
            <w:tcW w:w="1296" w:type="dxa"/>
            <w:vAlign w:val="center"/>
          </w:tcPr>
          <w:p w14:paraId="05F320BE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4"/>
              </w:rPr>
              <w:t>4. __________________</w:t>
            </w:r>
          </w:p>
        </w:tc>
        <w:tc>
          <w:tcPr>
            <w:tcW w:w="1296" w:type="dxa"/>
            <w:vAlign w:val="center"/>
          </w:tcPr>
          <w:p w14:paraId="5B3BDCAF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________________</w:t>
            </w:r>
          </w:p>
        </w:tc>
        <w:tc>
          <w:tcPr>
            <w:tcW w:w="1296" w:type="dxa"/>
            <w:vAlign w:val="center"/>
          </w:tcPr>
          <w:p w14:paraId="228E003D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____</w:t>
            </w:r>
          </w:p>
        </w:tc>
        <w:tc>
          <w:tcPr>
            <w:tcW w:w="1296" w:type="dxa"/>
            <w:vAlign w:val="center"/>
          </w:tcPr>
          <w:p w14:paraId="3CABF5C2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____</w:t>
            </w:r>
          </w:p>
        </w:tc>
        <w:tc>
          <w:tcPr>
            <w:tcW w:w="1296" w:type="dxa"/>
            <w:vAlign w:val="center"/>
          </w:tcPr>
          <w:p w14:paraId="2BFFE5E6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____</w:t>
            </w:r>
          </w:p>
        </w:tc>
        <w:tc>
          <w:tcPr>
            <w:tcW w:w="1296" w:type="dxa"/>
            <w:vAlign w:val="center"/>
          </w:tcPr>
          <w:p w14:paraId="13237AE7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____</w:t>
            </w:r>
          </w:p>
        </w:tc>
        <w:tc>
          <w:tcPr>
            <w:tcW w:w="1296" w:type="dxa"/>
            <w:vAlign w:val="center"/>
          </w:tcPr>
          <w:p w14:paraId="532EBB4C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____</w:t>
            </w:r>
          </w:p>
        </w:tc>
        <w:tc>
          <w:tcPr>
            <w:tcW w:w="1296" w:type="dxa"/>
            <w:vAlign w:val="center"/>
          </w:tcPr>
          <w:p w14:paraId="42D4221C" w14:textId="77777777" w:rsidR="0025645D" w:rsidRDefault="00000000">
            <w:r>
              <w:rPr>
                <w:rFonts w:ascii="Aptos" w:hAnsi="Aptos"/>
                <w:color w:val="263238"/>
                <w:sz w:val="14"/>
              </w:rPr>
              <w:t>____</w:t>
            </w:r>
          </w:p>
        </w:tc>
      </w:tr>
    </w:tbl>
    <w:p w14:paraId="6A144541" w14:textId="77777777" w:rsidR="0025645D" w:rsidRDefault="0025645D">
      <w:pPr>
        <w:spacing w:after="20"/>
      </w:pPr>
    </w:p>
    <w:p w14:paraId="26B1B5DE" w14:textId="77777777" w:rsidR="0025645D" w:rsidRDefault="00000000">
      <w:pPr>
        <w:spacing w:before="160" w:after="80"/>
      </w:pPr>
      <w:r>
        <w:rPr>
          <w:rFonts w:ascii="Aptos Display" w:hAnsi="Aptos Display"/>
          <w:b/>
          <w:color w:val="334E68"/>
          <w:sz w:val="24"/>
        </w:rPr>
        <w:t>P. CHECKLIST OBSERVASI INDIVIDUAL</w:t>
      </w:r>
    </w:p>
    <w:tbl>
      <w:tblPr>
        <w:tblW w:w="0" w:type="auto"/>
        <w:jc w:val="center"/>
        <w:tblBorders>
          <w:top w:val="single" w:sz="6" w:space="0" w:color="B8C7C0"/>
          <w:left w:val="single" w:sz="6" w:space="0" w:color="B8C7C0"/>
          <w:bottom w:val="single" w:sz="6" w:space="0" w:color="B8C7C0"/>
          <w:right w:val="single" w:sz="6" w:space="0" w:color="B8C7C0"/>
          <w:insideH w:val="single" w:sz="6" w:space="0" w:color="B8C7C0"/>
          <w:insideV w:val="single" w:sz="6" w:space="0" w:color="B8C7C0"/>
        </w:tblBorders>
        <w:tblLook w:val="04A0" w:firstRow="1" w:lastRow="0" w:firstColumn="1" w:lastColumn="0" w:noHBand="0" w:noVBand="1"/>
      </w:tblPr>
      <w:tblGrid>
        <w:gridCol w:w="2072"/>
        <w:gridCol w:w="2069"/>
        <w:gridCol w:w="2071"/>
        <w:gridCol w:w="2070"/>
        <w:gridCol w:w="2070"/>
      </w:tblGrid>
      <w:tr w:rsidR="0025645D" w14:paraId="3E1A610F" w14:textId="77777777">
        <w:trPr>
          <w:jc w:val="center"/>
        </w:trPr>
        <w:tc>
          <w:tcPr>
            <w:tcW w:w="2074" w:type="dxa"/>
            <w:shd w:val="clear" w:color="auto" w:fill="334E68"/>
            <w:vAlign w:val="center"/>
          </w:tcPr>
          <w:p w14:paraId="0A9AC4AB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Indikator</w:t>
            </w:r>
          </w:p>
        </w:tc>
        <w:tc>
          <w:tcPr>
            <w:tcW w:w="2074" w:type="dxa"/>
            <w:shd w:val="clear" w:color="auto" w:fill="334E68"/>
            <w:vAlign w:val="center"/>
          </w:tcPr>
          <w:p w14:paraId="6E777E61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Ya</w:t>
            </w:r>
          </w:p>
        </w:tc>
        <w:tc>
          <w:tcPr>
            <w:tcW w:w="2074" w:type="dxa"/>
            <w:shd w:val="clear" w:color="auto" w:fill="334E68"/>
            <w:vAlign w:val="center"/>
          </w:tcPr>
          <w:p w14:paraId="79383A28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Sebagian</w:t>
            </w:r>
          </w:p>
        </w:tc>
        <w:tc>
          <w:tcPr>
            <w:tcW w:w="2074" w:type="dxa"/>
            <w:shd w:val="clear" w:color="auto" w:fill="334E68"/>
            <w:vAlign w:val="center"/>
          </w:tcPr>
          <w:p w14:paraId="7D1C1886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Belum</w:t>
            </w:r>
          </w:p>
        </w:tc>
        <w:tc>
          <w:tcPr>
            <w:tcW w:w="2074" w:type="dxa"/>
            <w:shd w:val="clear" w:color="auto" w:fill="334E68"/>
            <w:vAlign w:val="center"/>
          </w:tcPr>
          <w:p w14:paraId="39E5C098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Catatan</w:t>
            </w:r>
          </w:p>
        </w:tc>
      </w:tr>
      <w:tr w:rsidR="0025645D" w14:paraId="0C0DB2B7" w14:textId="77777777">
        <w:trPr>
          <w:jc w:val="center"/>
        </w:trPr>
        <w:tc>
          <w:tcPr>
            <w:tcW w:w="2074" w:type="dxa"/>
            <w:shd w:val="clear" w:color="auto" w:fill="F5F7F6"/>
            <w:vAlign w:val="center"/>
          </w:tcPr>
          <w:p w14:paraId="150A4E20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7"/>
              </w:rPr>
              <w:t>Mengikuti jobdesk yang disepakati</w:t>
            </w:r>
          </w:p>
        </w:tc>
        <w:tc>
          <w:tcPr>
            <w:tcW w:w="2074" w:type="dxa"/>
            <w:shd w:val="clear" w:color="auto" w:fill="F5F7F6"/>
            <w:vAlign w:val="center"/>
          </w:tcPr>
          <w:p w14:paraId="4763D4A7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☐</w:t>
            </w:r>
          </w:p>
        </w:tc>
        <w:tc>
          <w:tcPr>
            <w:tcW w:w="2074" w:type="dxa"/>
            <w:shd w:val="clear" w:color="auto" w:fill="F5F7F6"/>
            <w:vAlign w:val="center"/>
          </w:tcPr>
          <w:p w14:paraId="5BE1D8E4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☐</w:t>
            </w:r>
          </w:p>
        </w:tc>
        <w:tc>
          <w:tcPr>
            <w:tcW w:w="2074" w:type="dxa"/>
            <w:shd w:val="clear" w:color="auto" w:fill="F5F7F6"/>
            <w:vAlign w:val="center"/>
          </w:tcPr>
          <w:p w14:paraId="024A94F3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☐</w:t>
            </w:r>
          </w:p>
        </w:tc>
        <w:tc>
          <w:tcPr>
            <w:tcW w:w="2074" w:type="dxa"/>
            <w:shd w:val="clear" w:color="auto" w:fill="F5F7F6"/>
            <w:vAlign w:val="center"/>
          </w:tcPr>
          <w:p w14:paraId="0240D3E5" w14:textId="77777777" w:rsidR="0025645D" w:rsidRDefault="0025645D"/>
        </w:tc>
      </w:tr>
      <w:tr w:rsidR="0025645D" w14:paraId="2D0D958C" w14:textId="77777777">
        <w:trPr>
          <w:jc w:val="center"/>
        </w:trPr>
        <w:tc>
          <w:tcPr>
            <w:tcW w:w="2074" w:type="dxa"/>
            <w:vAlign w:val="center"/>
          </w:tcPr>
          <w:p w14:paraId="048DDBA3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7"/>
              </w:rPr>
              <w:t>Menggunakan seragam dan APD lengkap</w:t>
            </w:r>
          </w:p>
        </w:tc>
        <w:tc>
          <w:tcPr>
            <w:tcW w:w="2074" w:type="dxa"/>
            <w:vAlign w:val="center"/>
          </w:tcPr>
          <w:p w14:paraId="512FC12B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☐</w:t>
            </w:r>
          </w:p>
        </w:tc>
        <w:tc>
          <w:tcPr>
            <w:tcW w:w="2074" w:type="dxa"/>
            <w:vAlign w:val="center"/>
          </w:tcPr>
          <w:p w14:paraId="301264CF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☐</w:t>
            </w:r>
          </w:p>
        </w:tc>
        <w:tc>
          <w:tcPr>
            <w:tcW w:w="2074" w:type="dxa"/>
            <w:vAlign w:val="center"/>
          </w:tcPr>
          <w:p w14:paraId="4CB226D3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☐</w:t>
            </w:r>
          </w:p>
        </w:tc>
        <w:tc>
          <w:tcPr>
            <w:tcW w:w="2074" w:type="dxa"/>
            <w:vAlign w:val="center"/>
          </w:tcPr>
          <w:p w14:paraId="69884D62" w14:textId="77777777" w:rsidR="0025645D" w:rsidRDefault="0025645D"/>
        </w:tc>
      </w:tr>
      <w:tr w:rsidR="0025645D" w14:paraId="7680FCAA" w14:textId="77777777">
        <w:trPr>
          <w:jc w:val="center"/>
        </w:trPr>
        <w:tc>
          <w:tcPr>
            <w:tcW w:w="2074" w:type="dxa"/>
            <w:shd w:val="clear" w:color="auto" w:fill="F5F7F6"/>
            <w:vAlign w:val="center"/>
          </w:tcPr>
          <w:p w14:paraId="7D2EF9BE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7"/>
              </w:rPr>
              <w:t>Menerapkan cuci tangan/hygiene</w:t>
            </w:r>
          </w:p>
        </w:tc>
        <w:tc>
          <w:tcPr>
            <w:tcW w:w="2074" w:type="dxa"/>
            <w:shd w:val="clear" w:color="auto" w:fill="F5F7F6"/>
            <w:vAlign w:val="center"/>
          </w:tcPr>
          <w:p w14:paraId="0E2FDEB8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☐</w:t>
            </w:r>
          </w:p>
        </w:tc>
        <w:tc>
          <w:tcPr>
            <w:tcW w:w="2074" w:type="dxa"/>
            <w:shd w:val="clear" w:color="auto" w:fill="F5F7F6"/>
            <w:vAlign w:val="center"/>
          </w:tcPr>
          <w:p w14:paraId="5D7FF383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☐</w:t>
            </w:r>
          </w:p>
        </w:tc>
        <w:tc>
          <w:tcPr>
            <w:tcW w:w="2074" w:type="dxa"/>
            <w:shd w:val="clear" w:color="auto" w:fill="F5F7F6"/>
            <w:vAlign w:val="center"/>
          </w:tcPr>
          <w:p w14:paraId="10ADCB0D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☐</w:t>
            </w:r>
          </w:p>
        </w:tc>
        <w:tc>
          <w:tcPr>
            <w:tcW w:w="2074" w:type="dxa"/>
            <w:shd w:val="clear" w:color="auto" w:fill="F5F7F6"/>
            <w:vAlign w:val="center"/>
          </w:tcPr>
          <w:p w14:paraId="765358C2" w14:textId="77777777" w:rsidR="0025645D" w:rsidRDefault="0025645D"/>
        </w:tc>
      </w:tr>
      <w:tr w:rsidR="0025645D" w14:paraId="4685C181" w14:textId="77777777">
        <w:trPr>
          <w:jc w:val="center"/>
        </w:trPr>
        <w:tc>
          <w:tcPr>
            <w:tcW w:w="2074" w:type="dxa"/>
            <w:vAlign w:val="center"/>
          </w:tcPr>
          <w:p w14:paraId="4D69FF11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7"/>
              </w:rPr>
              <w:t>Menggunakan alat dengan aman</w:t>
            </w:r>
          </w:p>
        </w:tc>
        <w:tc>
          <w:tcPr>
            <w:tcW w:w="2074" w:type="dxa"/>
            <w:vAlign w:val="center"/>
          </w:tcPr>
          <w:p w14:paraId="766B0C02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☐</w:t>
            </w:r>
          </w:p>
        </w:tc>
        <w:tc>
          <w:tcPr>
            <w:tcW w:w="2074" w:type="dxa"/>
            <w:vAlign w:val="center"/>
          </w:tcPr>
          <w:p w14:paraId="03B8AAF5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☐</w:t>
            </w:r>
          </w:p>
        </w:tc>
        <w:tc>
          <w:tcPr>
            <w:tcW w:w="2074" w:type="dxa"/>
            <w:vAlign w:val="center"/>
          </w:tcPr>
          <w:p w14:paraId="5E8320CA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☐</w:t>
            </w:r>
          </w:p>
        </w:tc>
        <w:tc>
          <w:tcPr>
            <w:tcW w:w="2074" w:type="dxa"/>
            <w:vAlign w:val="center"/>
          </w:tcPr>
          <w:p w14:paraId="678DD087" w14:textId="77777777" w:rsidR="0025645D" w:rsidRDefault="0025645D"/>
        </w:tc>
      </w:tr>
      <w:tr w:rsidR="0025645D" w14:paraId="0F387D52" w14:textId="77777777">
        <w:trPr>
          <w:jc w:val="center"/>
        </w:trPr>
        <w:tc>
          <w:tcPr>
            <w:tcW w:w="2074" w:type="dxa"/>
            <w:shd w:val="clear" w:color="auto" w:fill="F5F7F6"/>
            <w:vAlign w:val="center"/>
          </w:tcPr>
          <w:p w14:paraId="145D5260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7"/>
              </w:rPr>
              <w:t>Melaksanakan teknik sesuai prosedur</w:t>
            </w:r>
          </w:p>
        </w:tc>
        <w:tc>
          <w:tcPr>
            <w:tcW w:w="2074" w:type="dxa"/>
            <w:shd w:val="clear" w:color="auto" w:fill="F5F7F6"/>
            <w:vAlign w:val="center"/>
          </w:tcPr>
          <w:p w14:paraId="5B2DDE8D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☐</w:t>
            </w:r>
          </w:p>
        </w:tc>
        <w:tc>
          <w:tcPr>
            <w:tcW w:w="2074" w:type="dxa"/>
            <w:shd w:val="clear" w:color="auto" w:fill="F5F7F6"/>
            <w:vAlign w:val="center"/>
          </w:tcPr>
          <w:p w14:paraId="09BFB17A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☐</w:t>
            </w:r>
          </w:p>
        </w:tc>
        <w:tc>
          <w:tcPr>
            <w:tcW w:w="2074" w:type="dxa"/>
            <w:shd w:val="clear" w:color="auto" w:fill="F5F7F6"/>
            <w:vAlign w:val="center"/>
          </w:tcPr>
          <w:p w14:paraId="1A08382A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☐</w:t>
            </w:r>
          </w:p>
        </w:tc>
        <w:tc>
          <w:tcPr>
            <w:tcW w:w="2074" w:type="dxa"/>
            <w:shd w:val="clear" w:color="auto" w:fill="F5F7F6"/>
            <w:vAlign w:val="center"/>
          </w:tcPr>
          <w:p w14:paraId="485F687E" w14:textId="77777777" w:rsidR="0025645D" w:rsidRDefault="0025645D"/>
        </w:tc>
      </w:tr>
      <w:tr w:rsidR="0025645D" w14:paraId="2D09659B" w14:textId="77777777">
        <w:trPr>
          <w:jc w:val="center"/>
        </w:trPr>
        <w:tc>
          <w:tcPr>
            <w:tcW w:w="2074" w:type="dxa"/>
            <w:vAlign w:val="center"/>
          </w:tcPr>
          <w:p w14:paraId="052C7A93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7"/>
              </w:rPr>
              <w:t>Berkomunikasi dan membantu anggota lain</w:t>
            </w:r>
          </w:p>
        </w:tc>
        <w:tc>
          <w:tcPr>
            <w:tcW w:w="2074" w:type="dxa"/>
            <w:vAlign w:val="center"/>
          </w:tcPr>
          <w:p w14:paraId="16670D55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☐</w:t>
            </w:r>
          </w:p>
        </w:tc>
        <w:tc>
          <w:tcPr>
            <w:tcW w:w="2074" w:type="dxa"/>
            <w:vAlign w:val="center"/>
          </w:tcPr>
          <w:p w14:paraId="0A7724A3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☐</w:t>
            </w:r>
          </w:p>
        </w:tc>
        <w:tc>
          <w:tcPr>
            <w:tcW w:w="2074" w:type="dxa"/>
            <w:vAlign w:val="center"/>
          </w:tcPr>
          <w:p w14:paraId="17C541E1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☐</w:t>
            </w:r>
          </w:p>
        </w:tc>
        <w:tc>
          <w:tcPr>
            <w:tcW w:w="2074" w:type="dxa"/>
            <w:vAlign w:val="center"/>
          </w:tcPr>
          <w:p w14:paraId="057D2537" w14:textId="77777777" w:rsidR="0025645D" w:rsidRDefault="0025645D"/>
        </w:tc>
      </w:tr>
      <w:tr w:rsidR="0025645D" w14:paraId="227A0FF1" w14:textId="77777777">
        <w:trPr>
          <w:jc w:val="center"/>
        </w:trPr>
        <w:tc>
          <w:tcPr>
            <w:tcW w:w="2074" w:type="dxa"/>
            <w:shd w:val="clear" w:color="auto" w:fill="F5F7F6"/>
            <w:vAlign w:val="center"/>
          </w:tcPr>
          <w:p w14:paraId="5C8BAEBE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7"/>
              </w:rPr>
              <w:t>Menjaga kebersihan area kerja</w:t>
            </w:r>
          </w:p>
        </w:tc>
        <w:tc>
          <w:tcPr>
            <w:tcW w:w="2074" w:type="dxa"/>
            <w:shd w:val="clear" w:color="auto" w:fill="F5F7F6"/>
            <w:vAlign w:val="center"/>
          </w:tcPr>
          <w:p w14:paraId="75BB9B24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☐</w:t>
            </w:r>
          </w:p>
        </w:tc>
        <w:tc>
          <w:tcPr>
            <w:tcW w:w="2074" w:type="dxa"/>
            <w:shd w:val="clear" w:color="auto" w:fill="F5F7F6"/>
            <w:vAlign w:val="center"/>
          </w:tcPr>
          <w:p w14:paraId="393BB867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☐</w:t>
            </w:r>
          </w:p>
        </w:tc>
        <w:tc>
          <w:tcPr>
            <w:tcW w:w="2074" w:type="dxa"/>
            <w:shd w:val="clear" w:color="auto" w:fill="F5F7F6"/>
            <w:vAlign w:val="center"/>
          </w:tcPr>
          <w:p w14:paraId="431E18DD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☐</w:t>
            </w:r>
          </w:p>
        </w:tc>
        <w:tc>
          <w:tcPr>
            <w:tcW w:w="2074" w:type="dxa"/>
            <w:shd w:val="clear" w:color="auto" w:fill="F5F7F6"/>
            <w:vAlign w:val="center"/>
          </w:tcPr>
          <w:p w14:paraId="74ACC121" w14:textId="77777777" w:rsidR="0025645D" w:rsidRDefault="0025645D"/>
        </w:tc>
      </w:tr>
      <w:tr w:rsidR="0025645D" w14:paraId="3DC1187B" w14:textId="77777777">
        <w:trPr>
          <w:jc w:val="center"/>
        </w:trPr>
        <w:tc>
          <w:tcPr>
            <w:tcW w:w="2074" w:type="dxa"/>
            <w:vAlign w:val="center"/>
          </w:tcPr>
          <w:p w14:paraId="3FC25B41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7"/>
              </w:rPr>
              <w:t>Mengembalikan alat/inventaris</w:t>
            </w:r>
          </w:p>
        </w:tc>
        <w:tc>
          <w:tcPr>
            <w:tcW w:w="2074" w:type="dxa"/>
            <w:vAlign w:val="center"/>
          </w:tcPr>
          <w:p w14:paraId="1E33AA20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☐</w:t>
            </w:r>
          </w:p>
        </w:tc>
        <w:tc>
          <w:tcPr>
            <w:tcW w:w="2074" w:type="dxa"/>
            <w:vAlign w:val="center"/>
          </w:tcPr>
          <w:p w14:paraId="3F125B7A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☐</w:t>
            </w:r>
          </w:p>
        </w:tc>
        <w:tc>
          <w:tcPr>
            <w:tcW w:w="2074" w:type="dxa"/>
            <w:vAlign w:val="center"/>
          </w:tcPr>
          <w:p w14:paraId="3E4C2698" w14:textId="77777777" w:rsidR="0025645D" w:rsidRDefault="00000000">
            <w:r>
              <w:rPr>
                <w:rFonts w:ascii="Aptos" w:hAnsi="Aptos"/>
                <w:color w:val="263238"/>
                <w:sz w:val="17"/>
              </w:rPr>
              <w:t>☐</w:t>
            </w:r>
          </w:p>
        </w:tc>
        <w:tc>
          <w:tcPr>
            <w:tcW w:w="2074" w:type="dxa"/>
            <w:vAlign w:val="center"/>
          </w:tcPr>
          <w:p w14:paraId="0A7175CE" w14:textId="77777777" w:rsidR="0025645D" w:rsidRDefault="0025645D"/>
        </w:tc>
      </w:tr>
    </w:tbl>
    <w:p w14:paraId="33D50CD0" w14:textId="77777777" w:rsidR="0025645D" w:rsidRDefault="0025645D">
      <w:pPr>
        <w:spacing w:after="20"/>
      </w:pPr>
    </w:p>
    <w:p w14:paraId="0F595125" w14:textId="77777777" w:rsidR="0025645D" w:rsidRDefault="00000000">
      <w:pPr>
        <w:spacing w:before="160" w:after="80"/>
      </w:pPr>
      <w:r>
        <w:rPr>
          <w:rFonts w:ascii="Aptos Display" w:hAnsi="Aptos Display"/>
          <w:b/>
          <w:color w:val="334E68"/>
          <w:sz w:val="24"/>
        </w:rPr>
        <w:t>Q. LAPORAN HASIL PRAKTIK &amp; BUKTI FOTO</w:t>
      </w:r>
    </w:p>
    <w:tbl>
      <w:tblPr>
        <w:tblW w:w="0" w:type="auto"/>
        <w:jc w:val="center"/>
        <w:tblBorders>
          <w:top w:val="single" w:sz="6" w:space="0" w:color="B8C7C0"/>
          <w:left w:val="single" w:sz="6" w:space="0" w:color="B8C7C0"/>
          <w:bottom w:val="single" w:sz="6" w:space="0" w:color="B8C7C0"/>
          <w:right w:val="single" w:sz="6" w:space="0" w:color="B8C7C0"/>
          <w:insideH w:val="single" w:sz="6" w:space="0" w:color="B8C7C0"/>
          <w:insideV w:val="single" w:sz="6" w:space="0" w:color="B8C7C0"/>
        </w:tblBorders>
        <w:tblLook w:val="04A0" w:firstRow="1" w:lastRow="0" w:firstColumn="1" w:lastColumn="0" w:noHBand="0" w:noVBand="1"/>
      </w:tblPr>
      <w:tblGrid>
        <w:gridCol w:w="2207"/>
        <w:gridCol w:w="2284"/>
        <w:gridCol w:w="3528"/>
        <w:gridCol w:w="2333"/>
      </w:tblGrid>
      <w:tr w:rsidR="0025645D" w14:paraId="32F60EAA" w14:textId="77777777">
        <w:trPr>
          <w:jc w:val="center"/>
        </w:trPr>
        <w:tc>
          <w:tcPr>
            <w:tcW w:w="2592" w:type="dxa"/>
            <w:shd w:val="clear" w:color="auto" w:fill="334E68"/>
            <w:vAlign w:val="center"/>
          </w:tcPr>
          <w:p w14:paraId="708ABA27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No</w:t>
            </w:r>
          </w:p>
        </w:tc>
        <w:tc>
          <w:tcPr>
            <w:tcW w:w="2592" w:type="dxa"/>
            <w:shd w:val="clear" w:color="auto" w:fill="334E68"/>
            <w:vAlign w:val="center"/>
          </w:tcPr>
          <w:p w14:paraId="15144F79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Aspek yang Diamati</w:t>
            </w:r>
          </w:p>
        </w:tc>
        <w:tc>
          <w:tcPr>
            <w:tcW w:w="2592" w:type="dxa"/>
            <w:shd w:val="clear" w:color="auto" w:fill="334E68"/>
            <w:vAlign w:val="center"/>
          </w:tcPr>
          <w:p w14:paraId="47399E9D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Deskripsi Hasil</w:t>
            </w:r>
          </w:p>
        </w:tc>
        <w:tc>
          <w:tcPr>
            <w:tcW w:w="2592" w:type="dxa"/>
            <w:shd w:val="clear" w:color="auto" w:fill="334E68"/>
            <w:vAlign w:val="center"/>
          </w:tcPr>
          <w:p w14:paraId="0886B5B8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Bukti Foto</w:t>
            </w:r>
          </w:p>
        </w:tc>
      </w:tr>
      <w:tr w:rsidR="0025645D" w14:paraId="3B6290C0" w14:textId="77777777">
        <w:trPr>
          <w:jc w:val="center"/>
        </w:trPr>
        <w:tc>
          <w:tcPr>
            <w:tcW w:w="2592" w:type="dxa"/>
            <w:shd w:val="clear" w:color="auto" w:fill="F5F7F6"/>
            <w:vAlign w:val="center"/>
          </w:tcPr>
          <w:p w14:paraId="249D59CA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1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438A5F8B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Bentuk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2E802413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________________________________________________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717FFEA8" w14:textId="77777777" w:rsidR="0025645D" w:rsidRDefault="00000000">
            <w:pPr>
              <w:rPr>
                <w:rFonts w:ascii="Aptos" w:hAnsi="Aptos"/>
                <w:color w:val="263238"/>
                <w:sz w:val="15"/>
              </w:rPr>
            </w:pPr>
            <w:r>
              <w:rPr>
                <w:rFonts w:ascii="Aptos" w:hAnsi="Aptos"/>
                <w:color w:val="263238"/>
                <w:sz w:val="15"/>
              </w:rPr>
              <w:t>Tempel/Insert Foto</w:t>
            </w:r>
          </w:p>
          <w:p w14:paraId="40111D45" w14:textId="77777777" w:rsidR="00BB5E4B" w:rsidRDefault="00BB5E4B">
            <w:pPr>
              <w:rPr>
                <w:sz w:val="15"/>
              </w:rPr>
            </w:pPr>
          </w:p>
          <w:p w14:paraId="752D7B1E" w14:textId="77777777" w:rsidR="00BB5E4B" w:rsidRDefault="00BB5E4B">
            <w:pPr>
              <w:rPr>
                <w:sz w:val="15"/>
              </w:rPr>
            </w:pPr>
          </w:p>
          <w:p w14:paraId="5F71D3BB" w14:textId="77777777" w:rsidR="00BB5E4B" w:rsidRDefault="00BB5E4B">
            <w:pPr>
              <w:rPr>
                <w:sz w:val="15"/>
              </w:rPr>
            </w:pPr>
          </w:p>
          <w:p w14:paraId="04F4B8CF" w14:textId="77777777" w:rsidR="00BB5E4B" w:rsidRDefault="00BB5E4B"/>
        </w:tc>
      </w:tr>
      <w:tr w:rsidR="0025645D" w14:paraId="44DA13F1" w14:textId="77777777">
        <w:trPr>
          <w:jc w:val="center"/>
        </w:trPr>
        <w:tc>
          <w:tcPr>
            <w:tcW w:w="2592" w:type="dxa"/>
            <w:vAlign w:val="center"/>
          </w:tcPr>
          <w:p w14:paraId="4F57EE64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lastRenderedPageBreak/>
              <w:t>2</w:t>
            </w:r>
          </w:p>
        </w:tc>
        <w:tc>
          <w:tcPr>
            <w:tcW w:w="2592" w:type="dxa"/>
            <w:vAlign w:val="center"/>
          </w:tcPr>
          <w:p w14:paraId="7B614798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Warna</w:t>
            </w:r>
          </w:p>
        </w:tc>
        <w:tc>
          <w:tcPr>
            <w:tcW w:w="2592" w:type="dxa"/>
            <w:vAlign w:val="center"/>
          </w:tcPr>
          <w:p w14:paraId="5E04872E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________________________________________________</w:t>
            </w:r>
          </w:p>
        </w:tc>
        <w:tc>
          <w:tcPr>
            <w:tcW w:w="2592" w:type="dxa"/>
            <w:vAlign w:val="center"/>
          </w:tcPr>
          <w:p w14:paraId="71515F71" w14:textId="77777777" w:rsidR="0025645D" w:rsidRDefault="00000000">
            <w:pPr>
              <w:rPr>
                <w:rFonts w:ascii="Aptos" w:hAnsi="Aptos"/>
                <w:color w:val="263238"/>
                <w:sz w:val="15"/>
              </w:rPr>
            </w:pPr>
            <w:r>
              <w:rPr>
                <w:rFonts w:ascii="Aptos" w:hAnsi="Aptos"/>
                <w:color w:val="263238"/>
                <w:sz w:val="15"/>
              </w:rPr>
              <w:t>Tempel/Insert Foto</w:t>
            </w:r>
          </w:p>
          <w:p w14:paraId="52D6009A" w14:textId="77777777" w:rsidR="00BB5E4B" w:rsidRDefault="00BB5E4B">
            <w:pPr>
              <w:rPr>
                <w:sz w:val="15"/>
              </w:rPr>
            </w:pPr>
          </w:p>
          <w:p w14:paraId="557D1D68" w14:textId="77777777" w:rsidR="00BB5E4B" w:rsidRDefault="00BB5E4B">
            <w:pPr>
              <w:rPr>
                <w:sz w:val="15"/>
              </w:rPr>
            </w:pPr>
          </w:p>
          <w:p w14:paraId="6EC2DE61" w14:textId="77777777" w:rsidR="00BB5E4B" w:rsidRDefault="00BB5E4B"/>
        </w:tc>
      </w:tr>
      <w:tr w:rsidR="0025645D" w14:paraId="57F4A59B" w14:textId="77777777">
        <w:trPr>
          <w:jc w:val="center"/>
        </w:trPr>
        <w:tc>
          <w:tcPr>
            <w:tcW w:w="2592" w:type="dxa"/>
            <w:shd w:val="clear" w:color="auto" w:fill="F5F7F6"/>
            <w:vAlign w:val="center"/>
          </w:tcPr>
          <w:p w14:paraId="7D3BE32F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3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7D876BB8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Rasa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4F3C768B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________________________________________________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4C5B8BA9" w14:textId="77777777" w:rsidR="0025645D" w:rsidRDefault="00000000">
            <w:pPr>
              <w:rPr>
                <w:rFonts w:ascii="Aptos" w:hAnsi="Aptos"/>
                <w:color w:val="263238"/>
                <w:sz w:val="15"/>
              </w:rPr>
            </w:pPr>
            <w:r>
              <w:rPr>
                <w:rFonts w:ascii="Aptos" w:hAnsi="Aptos"/>
                <w:color w:val="263238"/>
                <w:sz w:val="15"/>
              </w:rPr>
              <w:t>Tempel/Insert Foto</w:t>
            </w:r>
          </w:p>
          <w:p w14:paraId="6001D866" w14:textId="77777777" w:rsidR="00BB5E4B" w:rsidRDefault="00BB5E4B">
            <w:pPr>
              <w:rPr>
                <w:sz w:val="15"/>
              </w:rPr>
            </w:pPr>
          </w:p>
          <w:p w14:paraId="0B96E43E" w14:textId="77777777" w:rsidR="00BB5E4B" w:rsidRDefault="00BB5E4B">
            <w:pPr>
              <w:rPr>
                <w:sz w:val="15"/>
              </w:rPr>
            </w:pPr>
          </w:p>
          <w:p w14:paraId="5D9C8058" w14:textId="77777777" w:rsidR="00BB5E4B" w:rsidRDefault="00BB5E4B"/>
        </w:tc>
      </w:tr>
      <w:tr w:rsidR="0025645D" w14:paraId="05D883EF" w14:textId="77777777">
        <w:trPr>
          <w:jc w:val="center"/>
        </w:trPr>
        <w:tc>
          <w:tcPr>
            <w:tcW w:w="2592" w:type="dxa"/>
            <w:vAlign w:val="center"/>
          </w:tcPr>
          <w:p w14:paraId="5F820BE4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4</w:t>
            </w:r>
          </w:p>
        </w:tc>
        <w:tc>
          <w:tcPr>
            <w:tcW w:w="2592" w:type="dxa"/>
            <w:vAlign w:val="center"/>
          </w:tcPr>
          <w:p w14:paraId="1B0F08D7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Tekstur</w:t>
            </w:r>
          </w:p>
        </w:tc>
        <w:tc>
          <w:tcPr>
            <w:tcW w:w="2592" w:type="dxa"/>
            <w:vAlign w:val="center"/>
          </w:tcPr>
          <w:p w14:paraId="2AD2DFDF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________________________________________________</w:t>
            </w:r>
          </w:p>
        </w:tc>
        <w:tc>
          <w:tcPr>
            <w:tcW w:w="2592" w:type="dxa"/>
            <w:vAlign w:val="center"/>
          </w:tcPr>
          <w:p w14:paraId="4F3AF650" w14:textId="77777777" w:rsidR="0025645D" w:rsidRDefault="00000000">
            <w:pPr>
              <w:rPr>
                <w:rFonts w:ascii="Aptos" w:hAnsi="Aptos"/>
                <w:color w:val="263238"/>
                <w:sz w:val="15"/>
              </w:rPr>
            </w:pPr>
            <w:r>
              <w:rPr>
                <w:rFonts w:ascii="Aptos" w:hAnsi="Aptos"/>
                <w:color w:val="263238"/>
                <w:sz w:val="15"/>
              </w:rPr>
              <w:t>Tempel/Insert Foto</w:t>
            </w:r>
          </w:p>
          <w:p w14:paraId="6A8ECBD4" w14:textId="77777777" w:rsidR="00BB5E4B" w:rsidRDefault="00BB5E4B">
            <w:pPr>
              <w:rPr>
                <w:sz w:val="15"/>
              </w:rPr>
            </w:pPr>
          </w:p>
          <w:p w14:paraId="27F28848" w14:textId="77777777" w:rsidR="00BB5E4B" w:rsidRDefault="00BB5E4B">
            <w:pPr>
              <w:rPr>
                <w:sz w:val="15"/>
              </w:rPr>
            </w:pPr>
          </w:p>
          <w:p w14:paraId="76E33797" w14:textId="77777777" w:rsidR="00BB5E4B" w:rsidRDefault="00BB5E4B"/>
        </w:tc>
      </w:tr>
      <w:tr w:rsidR="0025645D" w14:paraId="30B22263" w14:textId="77777777">
        <w:trPr>
          <w:jc w:val="center"/>
        </w:trPr>
        <w:tc>
          <w:tcPr>
            <w:tcW w:w="2592" w:type="dxa"/>
            <w:shd w:val="clear" w:color="auto" w:fill="F5F7F6"/>
            <w:vAlign w:val="center"/>
          </w:tcPr>
          <w:p w14:paraId="5E4A26D6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5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5DC0D6BA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Kerapian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49FA887E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________________________________________________</w:t>
            </w:r>
          </w:p>
        </w:tc>
        <w:tc>
          <w:tcPr>
            <w:tcW w:w="2592" w:type="dxa"/>
            <w:shd w:val="clear" w:color="auto" w:fill="F5F7F6"/>
            <w:vAlign w:val="center"/>
          </w:tcPr>
          <w:p w14:paraId="53C85840" w14:textId="77777777" w:rsidR="0025645D" w:rsidRDefault="00000000">
            <w:pPr>
              <w:rPr>
                <w:rFonts w:ascii="Aptos" w:hAnsi="Aptos"/>
                <w:color w:val="263238"/>
                <w:sz w:val="15"/>
              </w:rPr>
            </w:pPr>
            <w:r>
              <w:rPr>
                <w:rFonts w:ascii="Aptos" w:hAnsi="Aptos"/>
                <w:color w:val="263238"/>
                <w:sz w:val="15"/>
              </w:rPr>
              <w:t>Tempel/Insert Foto</w:t>
            </w:r>
          </w:p>
          <w:p w14:paraId="1F8D512D" w14:textId="77777777" w:rsidR="00BB5E4B" w:rsidRDefault="00BB5E4B">
            <w:pPr>
              <w:rPr>
                <w:sz w:val="15"/>
              </w:rPr>
            </w:pPr>
          </w:p>
          <w:p w14:paraId="621C8446" w14:textId="77777777" w:rsidR="00BB5E4B" w:rsidRDefault="00BB5E4B">
            <w:pPr>
              <w:rPr>
                <w:sz w:val="15"/>
              </w:rPr>
            </w:pPr>
          </w:p>
          <w:p w14:paraId="2B532B55" w14:textId="77777777" w:rsidR="00BB5E4B" w:rsidRDefault="00BB5E4B"/>
        </w:tc>
      </w:tr>
      <w:tr w:rsidR="0025645D" w14:paraId="15CB627D" w14:textId="77777777">
        <w:trPr>
          <w:jc w:val="center"/>
        </w:trPr>
        <w:tc>
          <w:tcPr>
            <w:tcW w:w="2592" w:type="dxa"/>
            <w:vAlign w:val="center"/>
          </w:tcPr>
          <w:p w14:paraId="3CDE06E2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6</w:t>
            </w:r>
          </w:p>
        </w:tc>
        <w:tc>
          <w:tcPr>
            <w:tcW w:w="2592" w:type="dxa"/>
            <w:vAlign w:val="center"/>
          </w:tcPr>
          <w:p w14:paraId="2CBADA8E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Penyajian</w:t>
            </w:r>
          </w:p>
        </w:tc>
        <w:tc>
          <w:tcPr>
            <w:tcW w:w="2592" w:type="dxa"/>
            <w:vAlign w:val="center"/>
          </w:tcPr>
          <w:p w14:paraId="175F33E2" w14:textId="77777777" w:rsidR="0025645D" w:rsidRDefault="00000000">
            <w:r>
              <w:rPr>
                <w:rFonts w:ascii="Aptos" w:hAnsi="Aptos"/>
                <w:color w:val="263238"/>
                <w:sz w:val="15"/>
              </w:rPr>
              <w:t>________________________________________________</w:t>
            </w:r>
          </w:p>
        </w:tc>
        <w:tc>
          <w:tcPr>
            <w:tcW w:w="2592" w:type="dxa"/>
            <w:vAlign w:val="center"/>
          </w:tcPr>
          <w:p w14:paraId="7DB7AC30" w14:textId="77777777" w:rsidR="0025645D" w:rsidRDefault="00000000">
            <w:pPr>
              <w:rPr>
                <w:rFonts w:ascii="Aptos" w:hAnsi="Aptos"/>
                <w:color w:val="263238"/>
                <w:sz w:val="15"/>
              </w:rPr>
            </w:pPr>
            <w:r>
              <w:rPr>
                <w:rFonts w:ascii="Aptos" w:hAnsi="Aptos"/>
                <w:color w:val="263238"/>
                <w:sz w:val="15"/>
              </w:rPr>
              <w:t>Tempel/Insert Foto</w:t>
            </w:r>
          </w:p>
          <w:p w14:paraId="14943716" w14:textId="77777777" w:rsidR="00BB5E4B" w:rsidRDefault="00BB5E4B">
            <w:pPr>
              <w:rPr>
                <w:sz w:val="15"/>
              </w:rPr>
            </w:pPr>
          </w:p>
          <w:p w14:paraId="6EA5B50C" w14:textId="77777777" w:rsidR="00BB5E4B" w:rsidRDefault="00BB5E4B">
            <w:pPr>
              <w:rPr>
                <w:sz w:val="15"/>
              </w:rPr>
            </w:pPr>
          </w:p>
          <w:p w14:paraId="3A5624B7" w14:textId="77777777" w:rsidR="00BB5E4B" w:rsidRDefault="00BB5E4B"/>
        </w:tc>
      </w:tr>
    </w:tbl>
    <w:p w14:paraId="368E1F5E" w14:textId="77777777" w:rsidR="0025645D" w:rsidRDefault="0025645D">
      <w:pPr>
        <w:spacing w:after="20"/>
      </w:pPr>
    </w:p>
    <w:p w14:paraId="05561758" w14:textId="77777777" w:rsidR="0025645D" w:rsidRDefault="00000000">
      <w:r>
        <w:br w:type="page"/>
      </w:r>
    </w:p>
    <w:p w14:paraId="52CA354D" w14:textId="77777777" w:rsidR="0025645D" w:rsidRDefault="00000000">
      <w:pPr>
        <w:spacing w:before="160" w:after="80"/>
      </w:pPr>
      <w:r>
        <w:rPr>
          <w:rFonts w:ascii="Aptos Display" w:hAnsi="Aptos Display"/>
          <w:b/>
          <w:color w:val="334E68"/>
          <w:sz w:val="24"/>
        </w:rPr>
        <w:lastRenderedPageBreak/>
        <w:t>R. REFLEKSI PESERTA DIDIK</w:t>
      </w:r>
    </w:p>
    <w:tbl>
      <w:tblPr>
        <w:tblW w:w="0" w:type="auto"/>
        <w:jc w:val="center"/>
        <w:tblBorders>
          <w:top w:val="single" w:sz="6" w:space="0" w:color="B8C7C0"/>
          <w:left w:val="single" w:sz="6" w:space="0" w:color="B8C7C0"/>
          <w:bottom w:val="single" w:sz="6" w:space="0" w:color="B8C7C0"/>
          <w:right w:val="single" w:sz="6" w:space="0" w:color="B8C7C0"/>
          <w:insideH w:val="single" w:sz="6" w:space="0" w:color="B8C7C0"/>
          <w:insideV w:val="single" w:sz="6" w:space="0" w:color="B8C7C0"/>
        </w:tblBorders>
        <w:tblLook w:val="04A0" w:firstRow="1" w:lastRow="0" w:firstColumn="1" w:lastColumn="0" w:noHBand="0" w:noVBand="1"/>
      </w:tblPr>
      <w:tblGrid>
        <w:gridCol w:w="5176"/>
        <w:gridCol w:w="5176"/>
      </w:tblGrid>
      <w:tr w:rsidR="0025645D" w14:paraId="32814B17" w14:textId="77777777">
        <w:trPr>
          <w:jc w:val="center"/>
        </w:trPr>
        <w:tc>
          <w:tcPr>
            <w:tcW w:w="5184" w:type="dxa"/>
            <w:shd w:val="clear" w:color="auto" w:fill="334E68"/>
            <w:vAlign w:val="center"/>
          </w:tcPr>
          <w:p w14:paraId="326BBCDD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Pertanyaan Refleksi</w:t>
            </w:r>
          </w:p>
        </w:tc>
        <w:tc>
          <w:tcPr>
            <w:tcW w:w="5184" w:type="dxa"/>
            <w:shd w:val="clear" w:color="auto" w:fill="334E68"/>
            <w:vAlign w:val="center"/>
          </w:tcPr>
          <w:p w14:paraId="6A3947B8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Jawaban</w:t>
            </w:r>
          </w:p>
        </w:tc>
      </w:tr>
      <w:tr w:rsidR="0025645D" w14:paraId="35A62E89" w14:textId="77777777">
        <w:trPr>
          <w:jc w:val="center"/>
        </w:trPr>
        <w:tc>
          <w:tcPr>
            <w:tcW w:w="5184" w:type="dxa"/>
            <w:shd w:val="clear" w:color="auto" w:fill="F5F7F6"/>
            <w:vAlign w:val="center"/>
          </w:tcPr>
          <w:p w14:paraId="252A84C1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Apa teknik yang paling berhasil?</w:t>
            </w:r>
          </w:p>
        </w:tc>
        <w:tc>
          <w:tcPr>
            <w:tcW w:w="5184" w:type="dxa"/>
            <w:shd w:val="clear" w:color="auto" w:fill="F5F7F6"/>
            <w:vAlign w:val="center"/>
          </w:tcPr>
          <w:p w14:paraId="3355706C" w14:textId="77777777" w:rsidR="0025645D" w:rsidRDefault="0025645D"/>
          <w:p w14:paraId="33C595F3" w14:textId="77777777" w:rsidR="00BB5E4B" w:rsidRDefault="00BB5E4B"/>
          <w:p w14:paraId="79BF5DC3" w14:textId="77777777" w:rsidR="00BB5E4B" w:rsidRDefault="00BB5E4B"/>
          <w:p w14:paraId="7C5A590E" w14:textId="77777777" w:rsidR="00BB5E4B" w:rsidRDefault="00BB5E4B"/>
          <w:p w14:paraId="6B3399F5" w14:textId="3CE8AADC" w:rsidR="00BB5E4B" w:rsidRDefault="00BB5E4B"/>
        </w:tc>
      </w:tr>
      <w:tr w:rsidR="0025645D" w14:paraId="6DDF7A3A" w14:textId="77777777">
        <w:trPr>
          <w:jc w:val="center"/>
        </w:trPr>
        <w:tc>
          <w:tcPr>
            <w:tcW w:w="5184" w:type="dxa"/>
            <w:vAlign w:val="center"/>
          </w:tcPr>
          <w:p w14:paraId="43541237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Kesulitan apa yang muncul?</w:t>
            </w:r>
          </w:p>
        </w:tc>
        <w:tc>
          <w:tcPr>
            <w:tcW w:w="5184" w:type="dxa"/>
            <w:vAlign w:val="center"/>
          </w:tcPr>
          <w:p w14:paraId="60FC238E" w14:textId="77777777" w:rsidR="0025645D" w:rsidRDefault="0025645D"/>
          <w:p w14:paraId="7140135E" w14:textId="77777777" w:rsidR="00BB5E4B" w:rsidRDefault="00BB5E4B"/>
          <w:p w14:paraId="60267075" w14:textId="77777777" w:rsidR="00BB5E4B" w:rsidRDefault="00BB5E4B"/>
          <w:p w14:paraId="68ACD332" w14:textId="77777777" w:rsidR="00BB5E4B" w:rsidRDefault="00BB5E4B"/>
          <w:p w14:paraId="0B4B96A9" w14:textId="3D25FADD" w:rsidR="00BB5E4B" w:rsidRDefault="00BB5E4B"/>
        </w:tc>
      </w:tr>
      <w:tr w:rsidR="0025645D" w14:paraId="3ED18F2A" w14:textId="77777777">
        <w:trPr>
          <w:jc w:val="center"/>
        </w:trPr>
        <w:tc>
          <w:tcPr>
            <w:tcW w:w="5184" w:type="dxa"/>
            <w:shd w:val="clear" w:color="auto" w:fill="F5F7F6"/>
            <w:vAlign w:val="center"/>
          </w:tcPr>
          <w:p w14:paraId="3161030D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Bagaimana kontribusi saya dalam kelompok?</w:t>
            </w:r>
          </w:p>
        </w:tc>
        <w:tc>
          <w:tcPr>
            <w:tcW w:w="5184" w:type="dxa"/>
            <w:shd w:val="clear" w:color="auto" w:fill="F5F7F6"/>
            <w:vAlign w:val="center"/>
          </w:tcPr>
          <w:p w14:paraId="727384B0" w14:textId="77777777" w:rsidR="0025645D" w:rsidRDefault="0025645D"/>
          <w:p w14:paraId="6F3A381B" w14:textId="77777777" w:rsidR="00BB5E4B" w:rsidRDefault="00BB5E4B"/>
          <w:p w14:paraId="0C79E26E" w14:textId="77777777" w:rsidR="00BB5E4B" w:rsidRDefault="00BB5E4B"/>
          <w:p w14:paraId="71BEC67D" w14:textId="59D20487" w:rsidR="00BB5E4B" w:rsidRDefault="00BB5E4B"/>
        </w:tc>
      </w:tr>
      <w:tr w:rsidR="0025645D" w14:paraId="55816FDF" w14:textId="77777777">
        <w:trPr>
          <w:jc w:val="center"/>
        </w:trPr>
        <w:tc>
          <w:tcPr>
            <w:tcW w:w="5184" w:type="dxa"/>
            <w:vAlign w:val="center"/>
          </w:tcPr>
          <w:p w14:paraId="086E0B83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Apa yang perlu diperbaiki pada praktik berikutnya?</w:t>
            </w:r>
          </w:p>
        </w:tc>
        <w:tc>
          <w:tcPr>
            <w:tcW w:w="5184" w:type="dxa"/>
            <w:vAlign w:val="center"/>
          </w:tcPr>
          <w:p w14:paraId="6DA8FBA2" w14:textId="77777777" w:rsidR="0025645D" w:rsidRDefault="0025645D"/>
          <w:p w14:paraId="20BB01DA" w14:textId="77777777" w:rsidR="00BB5E4B" w:rsidRDefault="00BB5E4B"/>
          <w:p w14:paraId="3A45CEB7" w14:textId="77777777" w:rsidR="00BB5E4B" w:rsidRDefault="00BB5E4B"/>
          <w:p w14:paraId="6D347C48" w14:textId="77777777" w:rsidR="00BB5E4B" w:rsidRDefault="00BB5E4B"/>
          <w:p w14:paraId="4AF90A04" w14:textId="77777777" w:rsidR="00BB5E4B" w:rsidRDefault="00BB5E4B"/>
          <w:p w14:paraId="00BC5E7C" w14:textId="57989BB2" w:rsidR="00BB5E4B" w:rsidRDefault="00BB5E4B"/>
        </w:tc>
      </w:tr>
      <w:tr w:rsidR="0025645D" w14:paraId="3D948415" w14:textId="77777777">
        <w:trPr>
          <w:jc w:val="center"/>
        </w:trPr>
        <w:tc>
          <w:tcPr>
            <w:tcW w:w="5184" w:type="dxa"/>
            <w:shd w:val="clear" w:color="auto" w:fill="F5F7F6"/>
            <w:vAlign w:val="center"/>
          </w:tcPr>
          <w:p w14:paraId="61AD9A06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5"/>
              </w:rPr>
              <w:t>Bagaimana produk dapat ditingkatkan agar layak dijual/industri?</w:t>
            </w:r>
          </w:p>
        </w:tc>
        <w:tc>
          <w:tcPr>
            <w:tcW w:w="5184" w:type="dxa"/>
            <w:shd w:val="clear" w:color="auto" w:fill="F5F7F6"/>
            <w:vAlign w:val="center"/>
          </w:tcPr>
          <w:p w14:paraId="6ED3743D" w14:textId="77777777" w:rsidR="0025645D" w:rsidRDefault="0025645D"/>
          <w:p w14:paraId="67A3AF7B" w14:textId="77777777" w:rsidR="00BB5E4B" w:rsidRDefault="00BB5E4B"/>
          <w:p w14:paraId="63894DFA" w14:textId="77777777" w:rsidR="00BB5E4B" w:rsidRDefault="00BB5E4B"/>
          <w:p w14:paraId="6A997DB9" w14:textId="77777777" w:rsidR="00BB5E4B" w:rsidRDefault="00BB5E4B"/>
          <w:p w14:paraId="70ED10C6" w14:textId="77777777" w:rsidR="00BB5E4B" w:rsidRDefault="00BB5E4B"/>
          <w:p w14:paraId="5BFABF94" w14:textId="025299FC" w:rsidR="00BB5E4B" w:rsidRDefault="00BB5E4B"/>
        </w:tc>
      </w:tr>
    </w:tbl>
    <w:p w14:paraId="059BE203" w14:textId="77777777" w:rsidR="0025645D" w:rsidRDefault="0025645D">
      <w:pPr>
        <w:spacing w:after="20"/>
      </w:pPr>
    </w:p>
    <w:p w14:paraId="483A5266" w14:textId="77777777" w:rsidR="0025645D" w:rsidRDefault="00000000">
      <w:pPr>
        <w:spacing w:before="160" w:after="80"/>
      </w:pPr>
      <w:r>
        <w:rPr>
          <w:rFonts w:ascii="Aptos Display" w:hAnsi="Aptos Display"/>
          <w:b/>
          <w:color w:val="334E68"/>
          <w:sz w:val="24"/>
        </w:rPr>
        <w:lastRenderedPageBreak/>
        <w:t>S. CATATAN GURU / FEEDBACK</w:t>
      </w:r>
    </w:p>
    <w:p w14:paraId="0077ED93" w14:textId="77777777" w:rsidR="0025645D" w:rsidRDefault="00000000">
      <w:pPr>
        <w:spacing w:after="100"/>
      </w:pPr>
      <w:r>
        <w:t>________________________________________________________________________________</w:t>
      </w:r>
    </w:p>
    <w:p w14:paraId="13E1BDB4" w14:textId="77777777" w:rsidR="0025645D" w:rsidRDefault="00000000">
      <w:pPr>
        <w:spacing w:after="100"/>
      </w:pPr>
      <w:r>
        <w:t>________________________________________________________________________________</w:t>
      </w:r>
    </w:p>
    <w:p w14:paraId="563756B1" w14:textId="77777777" w:rsidR="0025645D" w:rsidRDefault="00000000">
      <w:pPr>
        <w:spacing w:after="100"/>
      </w:pPr>
      <w:r>
        <w:t>________________________________________________________________________________</w:t>
      </w:r>
    </w:p>
    <w:p w14:paraId="2405A167" w14:textId="77777777" w:rsidR="0025645D" w:rsidRDefault="00000000">
      <w:pPr>
        <w:spacing w:after="100"/>
      </w:pPr>
      <w:r>
        <w:t>________________________________________________________________________________</w:t>
      </w:r>
    </w:p>
    <w:p w14:paraId="070DA72A" w14:textId="77777777" w:rsidR="0025645D" w:rsidRDefault="00000000">
      <w:pPr>
        <w:spacing w:after="100"/>
      </w:pPr>
      <w:r>
        <w:t>________________________________________________________________________________</w:t>
      </w:r>
    </w:p>
    <w:p w14:paraId="31D2B952" w14:textId="77777777" w:rsidR="0025645D" w:rsidRDefault="00000000">
      <w:pPr>
        <w:spacing w:before="160" w:after="80"/>
      </w:pPr>
      <w:r>
        <w:rPr>
          <w:rFonts w:ascii="Aptos Display" w:hAnsi="Aptos Display"/>
          <w:b/>
          <w:color w:val="334E68"/>
          <w:sz w:val="24"/>
        </w:rPr>
        <w:t>T. PENGESAHAN</w:t>
      </w:r>
    </w:p>
    <w:tbl>
      <w:tblPr>
        <w:tblW w:w="0" w:type="auto"/>
        <w:jc w:val="center"/>
        <w:tblBorders>
          <w:top w:val="single" w:sz="6" w:space="0" w:color="B8C7C0"/>
          <w:left w:val="single" w:sz="6" w:space="0" w:color="B8C7C0"/>
          <w:bottom w:val="single" w:sz="6" w:space="0" w:color="B8C7C0"/>
          <w:right w:val="single" w:sz="6" w:space="0" w:color="B8C7C0"/>
          <w:insideH w:val="single" w:sz="6" w:space="0" w:color="B8C7C0"/>
          <w:insideV w:val="single" w:sz="6" w:space="0" w:color="B8C7C0"/>
        </w:tblBorders>
        <w:tblLook w:val="04A0" w:firstRow="1" w:lastRow="0" w:firstColumn="1" w:lastColumn="0" w:noHBand="0" w:noVBand="1"/>
      </w:tblPr>
      <w:tblGrid>
        <w:gridCol w:w="3448"/>
        <w:gridCol w:w="3452"/>
        <w:gridCol w:w="3452"/>
      </w:tblGrid>
      <w:tr w:rsidR="0025645D" w14:paraId="27CD61CE" w14:textId="77777777">
        <w:trPr>
          <w:jc w:val="center"/>
        </w:trPr>
        <w:tc>
          <w:tcPr>
            <w:tcW w:w="3456" w:type="dxa"/>
            <w:shd w:val="clear" w:color="auto" w:fill="334E68"/>
            <w:vAlign w:val="center"/>
          </w:tcPr>
          <w:p w14:paraId="7C1C4811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Guru Mata Pelajaran</w:t>
            </w:r>
          </w:p>
        </w:tc>
        <w:tc>
          <w:tcPr>
            <w:tcW w:w="3456" w:type="dxa"/>
            <w:shd w:val="clear" w:color="auto" w:fill="334E68"/>
            <w:vAlign w:val="center"/>
          </w:tcPr>
          <w:p w14:paraId="6405A6BD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Ketua Kelompok</w:t>
            </w:r>
          </w:p>
        </w:tc>
        <w:tc>
          <w:tcPr>
            <w:tcW w:w="3456" w:type="dxa"/>
            <w:shd w:val="clear" w:color="auto" w:fill="334E68"/>
            <w:vAlign w:val="center"/>
          </w:tcPr>
          <w:p w14:paraId="47DA9686" w14:textId="77777777" w:rsidR="0025645D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Peserta Didik</w:t>
            </w:r>
          </w:p>
        </w:tc>
      </w:tr>
      <w:tr w:rsidR="0025645D" w14:paraId="5CFB1C83" w14:textId="77777777">
        <w:trPr>
          <w:jc w:val="center"/>
        </w:trPr>
        <w:tc>
          <w:tcPr>
            <w:tcW w:w="3456" w:type="dxa"/>
            <w:shd w:val="clear" w:color="auto" w:fill="F5F7F6"/>
            <w:vAlign w:val="center"/>
          </w:tcPr>
          <w:p w14:paraId="0D2DEE7C" w14:textId="77777777" w:rsidR="0025645D" w:rsidRDefault="00000000">
            <w:pPr>
              <w:jc w:val="center"/>
            </w:pPr>
            <w:r>
              <w:rPr>
                <w:rFonts w:ascii="Aptos" w:hAnsi="Aptos"/>
                <w:color w:val="263238"/>
                <w:sz w:val="17"/>
              </w:rPr>
              <w:br/>
            </w:r>
            <w:r>
              <w:rPr>
                <w:rFonts w:ascii="Aptos" w:hAnsi="Aptos"/>
                <w:color w:val="263238"/>
                <w:sz w:val="17"/>
              </w:rPr>
              <w:br/>
            </w:r>
            <w:r>
              <w:rPr>
                <w:rFonts w:ascii="Aptos" w:hAnsi="Aptos"/>
                <w:color w:val="263238"/>
                <w:sz w:val="17"/>
              </w:rPr>
              <w:br/>
              <w:t>(ANGGI ZENITHALYA, S.Pd)</w:t>
            </w:r>
          </w:p>
        </w:tc>
        <w:tc>
          <w:tcPr>
            <w:tcW w:w="3456" w:type="dxa"/>
            <w:shd w:val="clear" w:color="auto" w:fill="F5F7F6"/>
            <w:vAlign w:val="center"/>
          </w:tcPr>
          <w:p w14:paraId="3622CBF0" w14:textId="55064A1E" w:rsidR="0025645D" w:rsidRDefault="00000000">
            <w:r>
              <w:rPr>
                <w:rFonts w:ascii="Aptos" w:hAnsi="Aptos"/>
                <w:color w:val="263238"/>
                <w:sz w:val="17"/>
              </w:rPr>
              <w:br/>
            </w:r>
            <w:r>
              <w:rPr>
                <w:rFonts w:ascii="Aptos" w:hAnsi="Aptos"/>
                <w:color w:val="263238"/>
                <w:sz w:val="17"/>
              </w:rPr>
              <w:br/>
            </w:r>
            <w:r>
              <w:rPr>
                <w:rFonts w:ascii="Aptos" w:hAnsi="Aptos"/>
                <w:color w:val="263238"/>
                <w:sz w:val="17"/>
              </w:rPr>
              <w:br/>
            </w:r>
            <w:r w:rsidR="00BB5E4B">
              <w:rPr>
                <w:rFonts w:ascii="Aptos" w:hAnsi="Aptos"/>
                <w:color w:val="263238"/>
                <w:sz w:val="17"/>
              </w:rPr>
              <w:t xml:space="preserve">                   </w:t>
            </w:r>
            <w:r>
              <w:rPr>
                <w:rFonts w:ascii="Aptos" w:hAnsi="Aptos"/>
                <w:color w:val="263238"/>
                <w:sz w:val="17"/>
              </w:rPr>
              <w:t>________________________</w:t>
            </w:r>
          </w:p>
        </w:tc>
        <w:tc>
          <w:tcPr>
            <w:tcW w:w="3456" w:type="dxa"/>
            <w:shd w:val="clear" w:color="auto" w:fill="F5F7F6"/>
            <w:vAlign w:val="center"/>
          </w:tcPr>
          <w:p w14:paraId="6FF67533" w14:textId="38454A2A" w:rsidR="0025645D" w:rsidRDefault="00000000">
            <w:r>
              <w:rPr>
                <w:rFonts w:ascii="Aptos" w:hAnsi="Aptos"/>
                <w:color w:val="263238"/>
                <w:sz w:val="17"/>
              </w:rPr>
              <w:br/>
            </w:r>
            <w:r>
              <w:rPr>
                <w:rFonts w:ascii="Aptos" w:hAnsi="Aptos"/>
                <w:color w:val="263238"/>
                <w:sz w:val="17"/>
              </w:rPr>
              <w:br/>
            </w:r>
            <w:r>
              <w:rPr>
                <w:rFonts w:ascii="Aptos" w:hAnsi="Aptos"/>
                <w:color w:val="263238"/>
                <w:sz w:val="17"/>
              </w:rPr>
              <w:br/>
            </w:r>
            <w:r w:rsidR="00BB5E4B">
              <w:rPr>
                <w:rFonts w:ascii="Aptos" w:hAnsi="Aptos"/>
                <w:color w:val="263238"/>
                <w:sz w:val="17"/>
              </w:rPr>
              <w:t xml:space="preserve">                    </w:t>
            </w:r>
            <w:r>
              <w:rPr>
                <w:rFonts w:ascii="Aptos" w:hAnsi="Aptos"/>
                <w:color w:val="263238"/>
                <w:sz w:val="17"/>
              </w:rPr>
              <w:t>________________________</w:t>
            </w:r>
          </w:p>
        </w:tc>
      </w:tr>
    </w:tbl>
    <w:p w14:paraId="2881B884" w14:textId="77777777" w:rsidR="0025645D" w:rsidRDefault="0025645D">
      <w:pPr>
        <w:spacing w:after="20"/>
      </w:pPr>
    </w:p>
    <w:p w14:paraId="13905B26" w14:textId="77777777" w:rsidR="0025645D" w:rsidRDefault="00000000">
      <w:pPr>
        <w:jc w:val="center"/>
      </w:pPr>
      <w:r>
        <w:rPr>
          <w:b/>
          <w:color w:val="6B8E7A"/>
          <w:sz w:val="16"/>
        </w:rPr>
        <w:t>SMK NEGERI 2 SIMPANG KIRI • KOMPETENSI KEAHLIAN KULINER • TAHUN AJARAN 2026/2027</w:t>
      </w:r>
    </w:p>
    <w:sectPr w:rsidR="0025645D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E7733" w14:textId="77777777" w:rsidR="00B00440" w:rsidRDefault="00B00440">
      <w:pPr>
        <w:spacing w:after="0" w:line="240" w:lineRule="auto"/>
      </w:pPr>
      <w:r>
        <w:separator/>
      </w:r>
    </w:p>
  </w:endnote>
  <w:endnote w:type="continuationSeparator" w:id="0">
    <w:p w14:paraId="63D2DC9E" w14:textId="77777777" w:rsidR="00B00440" w:rsidRDefault="00B00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1F8DE" w14:textId="77777777" w:rsidR="0025645D" w:rsidRDefault="00000000">
    <w:pPr>
      <w:pStyle w:val="Footer"/>
      <w:jc w:val="center"/>
    </w:pPr>
    <w:r>
      <w:rPr>
        <w:color w:val="6B8E7A"/>
        <w:sz w:val="16"/>
      </w:rPr>
      <w:t xml:space="preserve">Job Sheet </w:t>
    </w:r>
    <w:proofErr w:type="spellStart"/>
    <w:r>
      <w:rPr>
        <w:color w:val="6B8E7A"/>
        <w:sz w:val="16"/>
      </w:rPr>
      <w:t>Praktik</w:t>
    </w:r>
    <w:proofErr w:type="spellEnd"/>
    <w:r>
      <w:rPr>
        <w:color w:val="6B8E7A"/>
        <w:sz w:val="16"/>
      </w:rPr>
      <w:t xml:space="preserve"> Dasar-Dasar </w:t>
    </w:r>
    <w:proofErr w:type="spellStart"/>
    <w:r>
      <w:rPr>
        <w:color w:val="6B8E7A"/>
        <w:sz w:val="16"/>
      </w:rPr>
      <w:t>Kuliner</w:t>
    </w:r>
    <w:proofErr w:type="spellEnd"/>
    <w:r>
      <w:rPr>
        <w:color w:val="6B8E7A"/>
        <w:sz w:val="16"/>
      </w:rPr>
      <w:t xml:space="preserve"> • </w:t>
    </w:r>
    <w:r>
      <w:rPr>
        <w:color w:val="6B8E7A"/>
        <w:sz w:val="16"/>
      </w:rPr>
      <w:fldChar w:fldCharType="begin"/>
    </w:r>
    <w:r>
      <w:rPr>
        <w:color w:val="6B8E7A"/>
        <w:sz w:val="16"/>
      </w:rPr>
      <w:instrText>PAGE</w:instrText>
    </w:r>
    <w:r w:rsidR="00BB5E4B">
      <w:rPr>
        <w:color w:val="6B8E7A"/>
        <w:sz w:val="16"/>
      </w:rPr>
      <w:fldChar w:fldCharType="separate"/>
    </w:r>
    <w:r w:rsidR="00BB5E4B">
      <w:rPr>
        <w:noProof/>
        <w:color w:val="6B8E7A"/>
        <w:sz w:val="16"/>
      </w:rPr>
      <w:t>1</w:t>
    </w:r>
    <w:r>
      <w:rPr>
        <w:color w:val="6B8E7A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E1053" w14:textId="77777777" w:rsidR="00B00440" w:rsidRDefault="00B00440">
      <w:pPr>
        <w:spacing w:after="0" w:line="240" w:lineRule="auto"/>
      </w:pPr>
      <w:r>
        <w:separator/>
      </w:r>
    </w:p>
  </w:footnote>
  <w:footnote w:type="continuationSeparator" w:id="0">
    <w:p w14:paraId="157D83D3" w14:textId="77777777" w:rsidR="00B00440" w:rsidRDefault="00B004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6691159">
    <w:abstractNumId w:val="8"/>
  </w:num>
  <w:num w:numId="2" w16cid:durableId="497503824">
    <w:abstractNumId w:val="6"/>
  </w:num>
  <w:num w:numId="3" w16cid:durableId="820124066">
    <w:abstractNumId w:val="5"/>
  </w:num>
  <w:num w:numId="4" w16cid:durableId="1463037623">
    <w:abstractNumId w:val="4"/>
  </w:num>
  <w:num w:numId="5" w16cid:durableId="1315067902">
    <w:abstractNumId w:val="7"/>
  </w:num>
  <w:num w:numId="6" w16cid:durableId="1820221721">
    <w:abstractNumId w:val="3"/>
  </w:num>
  <w:num w:numId="7" w16cid:durableId="1442142067">
    <w:abstractNumId w:val="2"/>
  </w:num>
  <w:num w:numId="8" w16cid:durableId="1457261177">
    <w:abstractNumId w:val="1"/>
  </w:num>
  <w:num w:numId="9" w16cid:durableId="624847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645D"/>
    <w:rsid w:val="0029639D"/>
    <w:rsid w:val="00326F90"/>
    <w:rsid w:val="00366075"/>
    <w:rsid w:val="00385F3E"/>
    <w:rsid w:val="00AA1D8D"/>
    <w:rsid w:val="00B00440"/>
    <w:rsid w:val="00B47730"/>
    <w:rsid w:val="00BB5E4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6D5539"/>
  <w14:defaultImageDpi w14:val="300"/>
  <w15:docId w15:val="{B558D54E-57D3-4443-90F3-CC58FFD1F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1660</Words>
  <Characters>9463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Digitalisasi</cp:lastModifiedBy>
  <cp:revision>2</cp:revision>
  <dcterms:created xsi:type="dcterms:W3CDTF">2026-08-21T04:34:00Z</dcterms:created>
  <dcterms:modified xsi:type="dcterms:W3CDTF">2026-08-21T04:34:00Z</dcterms:modified>
  <cp:category/>
</cp:coreProperties>
</file>