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D8B91" w14:textId="77777777" w:rsidR="00C7493E" w:rsidRDefault="00613D55">
      <w:proofErr w:type="spellStart"/>
      <w:r>
        <w:rPr>
          <w:b/>
          <w:sz w:val="20"/>
        </w:rPr>
        <w:t>Soal</w:t>
      </w:r>
      <w:proofErr w:type="spellEnd"/>
      <w:r>
        <w:rPr>
          <w:b/>
          <w:sz w:val="20"/>
        </w:rPr>
        <w:t>:</w:t>
      </w:r>
    </w:p>
    <w:p w14:paraId="02613F3F" w14:textId="2228A654" w:rsidR="00465ACA" w:rsidRDefault="00297382" w:rsidP="00465ACA">
      <w:r>
        <w:rPr>
          <w:noProof/>
        </w:rPr>
        <w:t xml:space="preserve"> </w:t>
      </w:r>
      <w:r w:rsidR="00465ACA">
        <w:rPr>
          <w:noProof/>
        </w:rPr>
        <w:drawing>
          <wp:inline distT="0" distB="0" distL="0" distR="0" wp14:anchorId="7C15AC87" wp14:editId="35076EDB">
            <wp:extent cx="4095750" cy="2359972"/>
            <wp:effectExtent l="0" t="0" r="0" b="0"/>
            <wp:docPr id="663082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08242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01570" cy="236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A9874" w14:textId="3230DAE0" w:rsidR="00465ACA" w:rsidRDefault="00465ACA" w:rsidP="00465ACA">
      <w:r>
        <w:rPr>
          <w:noProof/>
        </w:rPr>
        <w:drawing>
          <wp:anchor distT="0" distB="0" distL="114300" distR="114300" simplePos="0" relativeHeight="251654656" behindDoc="0" locked="0" layoutInCell="1" allowOverlap="1" wp14:anchorId="040430EA" wp14:editId="115C0C24">
            <wp:simplePos x="0" y="0"/>
            <wp:positionH relativeFrom="column">
              <wp:posOffset>3619500</wp:posOffset>
            </wp:positionH>
            <wp:positionV relativeFrom="paragraph">
              <wp:posOffset>209550</wp:posOffset>
            </wp:positionV>
            <wp:extent cx="2620344" cy="1443990"/>
            <wp:effectExtent l="0" t="0" r="8890" b="3810"/>
            <wp:wrapNone/>
            <wp:docPr id="4038757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87573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20344" cy="1443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560" behindDoc="0" locked="0" layoutInCell="1" allowOverlap="1" wp14:anchorId="25DF3E27" wp14:editId="37F33F6D">
            <wp:simplePos x="0" y="0"/>
            <wp:positionH relativeFrom="column">
              <wp:posOffset>285750</wp:posOffset>
            </wp:positionH>
            <wp:positionV relativeFrom="paragraph">
              <wp:posOffset>203200</wp:posOffset>
            </wp:positionV>
            <wp:extent cx="2604770" cy="1418341"/>
            <wp:effectExtent l="0" t="0" r="5080" b="0"/>
            <wp:wrapNone/>
            <wp:docPr id="1623898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89863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1418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C3F800" w14:textId="3C52814D" w:rsidR="00465ACA" w:rsidRDefault="00465ACA" w:rsidP="00465ACA">
      <w:pPr>
        <w:tabs>
          <w:tab w:val="center" w:pos="5270"/>
        </w:tabs>
      </w:pPr>
      <w:r>
        <w:t>A.</w:t>
      </w:r>
      <w:r>
        <w:tab/>
        <w:t>B.</w:t>
      </w:r>
    </w:p>
    <w:p w14:paraId="640E06F8" w14:textId="4EBCFE24" w:rsidR="00465ACA" w:rsidRDefault="00465ACA" w:rsidP="00465ACA"/>
    <w:p w14:paraId="092E4950" w14:textId="2A34E692" w:rsidR="00465ACA" w:rsidRDefault="00465ACA" w:rsidP="00465ACA"/>
    <w:p w14:paraId="4FBF4725" w14:textId="7449F837" w:rsidR="00465ACA" w:rsidRDefault="00465ACA" w:rsidP="00465ACA"/>
    <w:p w14:paraId="7A9D6121" w14:textId="5CC44EE0" w:rsidR="00465ACA" w:rsidRDefault="00465ACA" w:rsidP="00465ACA">
      <w:r>
        <w:rPr>
          <w:noProof/>
        </w:rPr>
        <w:drawing>
          <wp:anchor distT="0" distB="0" distL="114300" distR="114300" simplePos="0" relativeHeight="251661824" behindDoc="0" locked="0" layoutInCell="1" allowOverlap="1" wp14:anchorId="192BBC33" wp14:editId="20F70694">
            <wp:simplePos x="0" y="0"/>
            <wp:positionH relativeFrom="column">
              <wp:posOffset>3625850</wp:posOffset>
            </wp:positionH>
            <wp:positionV relativeFrom="paragraph">
              <wp:posOffset>313055</wp:posOffset>
            </wp:positionV>
            <wp:extent cx="2639939" cy="1624054"/>
            <wp:effectExtent l="0" t="0" r="8255" b="0"/>
            <wp:wrapNone/>
            <wp:docPr id="26004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0466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39939" cy="1624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94269" w14:textId="17741E8A" w:rsidR="00465ACA" w:rsidRDefault="00465ACA" w:rsidP="00465ACA">
      <w:pPr>
        <w:tabs>
          <w:tab w:val="center" w:pos="5270"/>
        </w:tabs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159B872" wp14:editId="4329B9B4">
            <wp:simplePos x="0" y="0"/>
            <wp:positionH relativeFrom="column">
              <wp:posOffset>292100</wp:posOffset>
            </wp:positionH>
            <wp:positionV relativeFrom="paragraph">
              <wp:posOffset>4445</wp:posOffset>
            </wp:positionV>
            <wp:extent cx="2639695" cy="1571739"/>
            <wp:effectExtent l="0" t="0" r="8255" b="9525"/>
            <wp:wrapNone/>
            <wp:docPr id="11192890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2890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39695" cy="15717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C.</w:t>
      </w:r>
      <w:r>
        <w:tab/>
        <w:t xml:space="preserve">D. </w:t>
      </w:r>
    </w:p>
    <w:p w14:paraId="4B8B054F" w14:textId="11788751" w:rsidR="00465ACA" w:rsidRDefault="00465ACA" w:rsidP="00465ACA"/>
    <w:p w14:paraId="4DCBDD61" w14:textId="77777777" w:rsidR="00465ACA" w:rsidRDefault="00465ACA" w:rsidP="00465ACA"/>
    <w:p w14:paraId="7E44B490" w14:textId="77777777" w:rsidR="00465ACA" w:rsidRDefault="00465ACA" w:rsidP="00465ACA"/>
    <w:p w14:paraId="435DBC2D" w14:textId="77777777" w:rsidR="00465ACA" w:rsidRDefault="00465ACA" w:rsidP="00465ACA"/>
    <w:p w14:paraId="38855BD3" w14:textId="77777777" w:rsidR="00465ACA" w:rsidRDefault="00465ACA" w:rsidP="00465ACA"/>
    <w:p w14:paraId="4A182B31" w14:textId="77777777" w:rsidR="00465ACA" w:rsidRDefault="00465ACA" w:rsidP="00465ACA"/>
    <w:p w14:paraId="0B5FEAE8" w14:textId="77777777" w:rsidR="00465ACA" w:rsidRDefault="00465ACA" w:rsidP="00465ACA"/>
    <w:p w14:paraId="56E111C0" w14:textId="68C150E5" w:rsidR="00465ACA" w:rsidRDefault="00465ACA" w:rsidP="00465ACA">
      <w:r>
        <w:rPr>
          <w:noProof/>
        </w:rPr>
        <w:drawing>
          <wp:anchor distT="0" distB="0" distL="114300" distR="114300" simplePos="0" relativeHeight="251665920" behindDoc="0" locked="0" layoutInCell="1" allowOverlap="1" wp14:anchorId="49BE83C9" wp14:editId="48CDCDDB">
            <wp:simplePos x="0" y="0"/>
            <wp:positionH relativeFrom="column">
              <wp:posOffset>184150</wp:posOffset>
            </wp:positionH>
            <wp:positionV relativeFrom="paragraph">
              <wp:posOffset>31750</wp:posOffset>
            </wp:positionV>
            <wp:extent cx="2639695" cy="1421765"/>
            <wp:effectExtent l="0" t="0" r="8255" b="6985"/>
            <wp:wrapNone/>
            <wp:docPr id="17365276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52766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39695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E. </w:t>
      </w:r>
    </w:p>
    <w:p w14:paraId="39D9E398" w14:textId="542D6E73" w:rsidR="00465ACA" w:rsidRDefault="00465ACA" w:rsidP="00465ACA"/>
    <w:p w14:paraId="62AE35DE" w14:textId="77777777" w:rsidR="00465ACA" w:rsidRDefault="00465ACA" w:rsidP="00465ACA"/>
    <w:p w14:paraId="28D11560" w14:textId="77777777" w:rsidR="00465ACA" w:rsidRDefault="00465ACA" w:rsidP="00465ACA"/>
    <w:p w14:paraId="4CCA9A49" w14:textId="77777777" w:rsidR="00465ACA" w:rsidRDefault="00465ACA" w:rsidP="00465ACA"/>
    <w:p w14:paraId="3E8E71F5" w14:textId="77777777" w:rsidR="00465ACA" w:rsidRDefault="00465ACA" w:rsidP="00465ACA"/>
    <w:p w14:paraId="0B8331BC" w14:textId="77777777" w:rsidR="00613D55" w:rsidRDefault="00613D55" w:rsidP="00613D55">
      <w:proofErr w:type="spellStart"/>
      <w:r>
        <w:rPr>
          <w:b/>
          <w:sz w:val="20"/>
        </w:rPr>
        <w:lastRenderedPageBreak/>
        <w:t>Soal</w:t>
      </w:r>
      <w:proofErr w:type="spellEnd"/>
      <w:r>
        <w:rPr>
          <w:b/>
          <w:sz w:val="20"/>
        </w:rPr>
        <w:t>:</w:t>
      </w:r>
    </w:p>
    <w:p w14:paraId="4317A7E8" w14:textId="77777777" w:rsidR="00613D55" w:rsidRDefault="00613D55" w:rsidP="00613D55">
      <w:pPr>
        <w:spacing w:after="80" w:line="240" w:lineRule="auto"/>
      </w:pPr>
      <w:r>
        <w:rPr>
          <w:sz w:val="20"/>
        </w:rPr>
        <w:t xml:space="preserve">Que </w:t>
      </w:r>
      <w:proofErr w:type="spellStart"/>
      <w:r>
        <w:rPr>
          <w:sz w:val="20"/>
        </w:rPr>
        <w:t>signifie</w:t>
      </w:r>
      <w:proofErr w:type="spellEnd"/>
      <w:r>
        <w:rPr>
          <w:sz w:val="20"/>
        </w:rPr>
        <w:t xml:space="preserve"> le mot « école » dans la phrase « Je </w:t>
      </w:r>
      <w:proofErr w:type="spellStart"/>
      <w:r>
        <w:rPr>
          <w:sz w:val="20"/>
        </w:rPr>
        <w:t>vais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l'école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tous</w:t>
      </w:r>
      <w:proofErr w:type="spellEnd"/>
      <w:r>
        <w:rPr>
          <w:sz w:val="20"/>
        </w:rPr>
        <w:t xml:space="preserve"> les </w:t>
      </w:r>
      <w:proofErr w:type="spellStart"/>
      <w:r>
        <w:rPr>
          <w:sz w:val="20"/>
        </w:rPr>
        <w:t>jours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» ?</w:t>
      </w:r>
      <w:proofErr w:type="gramEnd"/>
    </w:p>
    <w:p w14:paraId="7D9138FF" w14:textId="77777777" w:rsidR="00613D55" w:rsidRDefault="00613D55" w:rsidP="00613D55">
      <w:pPr>
        <w:spacing w:line="240" w:lineRule="auto"/>
        <w:ind w:left="283"/>
      </w:pPr>
      <w:r>
        <w:rPr>
          <w:sz w:val="20"/>
        </w:rPr>
        <w:t xml:space="preserve">A. </w:t>
      </w:r>
      <w:proofErr w:type="spellStart"/>
      <w:r>
        <w:rPr>
          <w:sz w:val="20"/>
        </w:rPr>
        <w:t>Rumah</w:t>
      </w:r>
      <w:proofErr w:type="spellEnd"/>
    </w:p>
    <w:p w14:paraId="47449BBA" w14:textId="77777777" w:rsidR="00613D55" w:rsidRDefault="00613D55" w:rsidP="00613D55">
      <w:pPr>
        <w:spacing w:line="240" w:lineRule="auto"/>
        <w:ind w:left="283"/>
      </w:pPr>
      <w:r>
        <w:rPr>
          <w:sz w:val="20"/>
        </w:rPr>
        <w:t xml:space="preserve">B. </w:t>
      </w:r>
      <w:proofErr w:type="spellStart"/>
      <w:r>
        <w:rPr>
          <w:sz w:val="20"/>
        </w:rPr>
        <w:t>Sekolah</w:t>
      </w:r>
      <w:proofErr w:type="spellEnd"/>
    </w:p>
    <w:p w14:paraId="2E17099C" w14:textId="77777777" w:rsidR="00613D55" w:rsidRDefault="00613D55" w:rsidP="00613D55">
      <w:pPr>
        <w:spacing w:line="240" w:lineRule="auto"/>
        <w:ind w:left="283"/>
      </w:pPr>
      <w:r>
        <w:rPr>
          <w:sz w:val="20"/>
        </w:rPr>
        <w:t>C. Pasar</w:t>
      </w:r>
    </w:p>
    <w:p w14:paraId="44D873BF" w14:textId="77777777" w:rsidR="00613D55" w:rsidRDefault="00613D55" w:rsidP="00613D55">
      <w:pPr>
        <w:spacing w:line="240" w:lineRule="auto"/>
        <w:ind w:left="283"/>
      </w:pPr>
      <w:r>
        <w:rPr>
          <w:sz w:val="20"/>
        </w:rPr>
        <w:t>D. Kantor</w:t>
      </w:r>
    </w:p>
    <w:p w14:paraId="3EDD4A91" w14:textId="77777777" w:rsidR="00613D55" w:rsidRDefault="00613D55" w:rsidP="00613D55">
      <w:pPr>
        <w:spacing w:line="240" w:lineRule="auto"/>
        <w:ind w:left="283"/>
      </w:pPr>
      <w:r>
        <w:rPr>
          <w:sz w:val="20"/>
        </w:rPr>
        <w:t xml:space="preserve">E. </w:t>
      </w:r>
      <w:proofErr w:type="spellStart"/>
      <w:r>
        <w:rPr>
          <w:sz w:val="20"/>
        </w:rPr>
        <w:t>Perpustakaan</w:t>
      </w:r>
      <w:proofErr w:type="spellEnd"/>
    </w:p>
    <w:p w14:paraId="4A8270E5" w14:textId="77777777" w:rsidR="00613D55" w:rsidRDefault="00613D55" w:rsidP="00613D55"/>
    <w:p w14:paraId="0931E154" w14:textId="77777777" w:rsidR="00613D55" w:rsidRDefault="00613D55" w:rsidP="00613D55"/>
    <w:p w14:paraId="599E08B7" w14:textId="77777777" w:rsidR="00613D55" w:rsidRDefault="00613D55" w:rsidP="00613D55">
      <w:proofErr w:type="spellStart"/>
      <w:r>
        <w:rPr>
          <w:b/>
          <w:sz w:val="20"/>
        </w:rPr>
        <w:t>Soal</w:t>
      </w:r>
      <w:proofErr w:type="spellEnd"/>
      <w:r>
        <w:rPr>
          <w:b/>
          <w:sz w:val="20"/>
        </w:rPr>
        <w:t>:</w:t>
      </w:r>
    </w:p>
    <w:p w14:paraId="1EC12CF9" w14:textId="77777777" w:rsidR="00613D55" w:rsidRDefault="00613D55" w:rsidP="00613D55">
      <w:pPr>
        <w:spacing w:after="80"/>
      </w:pPr>
      <w:proofErr w:type="spellStart"/>
      <w:r>
        <w:rPr>
          <w:sz w:val="20"/>
        </w:rPr>
        <w:t>Quel</w:t>
      </w:r>
      <w:proofErr w:type="spellEnd"/>
      <w:r>
        <w:rPr>
          <w:sz w:val="20"/>
        </w:rPr>
        <w:t xml:space="preserve"> monument </w:t>
      </w:r>
      <w:proofErr w:type="spellStart"/>
      <w:r>
        <w:rPr>
          <w:sz w:val="20"/>
        </w:rPr>
        <w:t>est</w:t>
      </w:r>
      <w:proofErr w:type="spellEnd"/>
      <w:r>
        <w:rPr>
          <w:sz w:val="20"/>
        </w:rPr>
        <w:t xml:space="preserve"> un </w:t>
      </w:r>
      <w:proofErr w:type="spellStart"/>
      <w:r>
        <w:rPr>
          <w:sz w:val="20"/>
        </w:rPr>
        <w:t>symbole</w:t>
      </w:r>
      <w:proofErr w:type="spellEnd"/>
      <w:r>
        <w:rPr>
          <w:sz w:val="20"/>
        </w:rPr>
        <w:t xml:space="preserve"> célèbre de la </w:t>
      </w:r>
      <w:proofErr w:type="gramStart"/>
      <w:r>
        <w:rPr>
          <w:sz w:val="20"/>
        </w:rPr>
        <w:t>France ?</w:t>
      </w:r>
      <w:proofErr w:type="gramEnd"/>
    </w:p>
    <w:p w14:paraId="73E713C9" w14:textId="77777777" w:rsidR="00613D55" w:rsidRDefault="00613D55" w:rsidP="00613D55">
      <w:pPr>
        <w:ind w:left="283"/>
      </w:pPr>
      <w:r>
        <w:rPr>
          <w:sz w:val="20"/>
        </w:rPr>
        <w:t xml:space="preserve">A. Le </w:t>
      </w:r>
      <w:proofErr w:type="spellStart"/>
      <w:r>
        <w:rPr>
          <w:sz w:val="20"/>
        </w:rPr>
        <w:t>Colisée</w:t>
      </w:r>
      <w:proofErr w:type="spellEnd"/>
    </w:p>
    <w:p w14:paraId="02EF033B" w14:textId="77777777" w:rsidR="00613D55" w:rsidRDefault="00613D55" w:rsidP="00613D55">
      <w:pPr>
        <w:ind w:left="283"/>
      </w:pPr>
      <w:r>
        <w:rPr>
          <w:sz w:val="20"/>
        </w:rPr>
        <w:t>B. La Tour Eiffel</w:t>
      </w:r>
    </w:p>
    <w:p w14:paraId="265B8FA1" w14:textId="77777777" w:rsidR="00613D55" w:rsidRDefault="00613D55" w:rsidP="00613D55">
      <w:pPr>
        <w:ind w:left="283"/>
      </w:pPr>
      <w:r>
        <w:rPr>
          <w:sz w:val="20"/>
        </w:rPr>
        <w:t>C. Le Taj Mahal</w:t>
      </w:r>
    </w:p>
    <w:p w14:paraId="21A1D8E0" w14:textId="77777777" w:rsidR="00613D55" w:rsidRDefault="00613D55" w:rsidP="00613D55">
      <w:pPr>
        <w:ind w:left="283"/>
      </w:pPr>
      <w:r>
        <w:rPr>
          <w:sz w:val="20"/>
        </w:rPr>
        <w:t xml:space="preserve">D. La Statue de la </w:t>
      </w:r>
      <w:proofErr w:type="spellStart"/>
      <w:r>
        <w:rPr>
          <w:sz w:val="20"/>
        </w:rPr>
        <w:t>Liberté</w:t>
      </w:r>
      <w:proofErr w:type="spellEnd"/>
    </w:p>
    <w:p w14:paraId="5909DB7F" w14:textId="77777777" w:rsidR="00613D55" w:rsidRDefault="00613D55" w:rsidP="00613D55">
      <w:pPr>
        <w:ind w:left="283"/>
      </w:pPr>
      <w:r>
        <w:rPr>
          <w:sz w:val="20"/>
        </w:rPr>
        <w:t>E. Le Big Ben</w:t>
      </w:r>
    </w:p>
    <w:p w14:paraId="454FF853" w14:textId="3C08F94A" w:rsidR="00C7493E" w:rsidRDefault="00C7493E"/>
    <w:p w14:paraId="1EB79CD7" w14:textId="77777777" w:rsidR="00613D55" w:rsidRDefault="00613D55" w:rsidP="00613D55">
      <w:r>
        <w:rPr>
          <w:b/>
          <w:sz w:val="20"/>
          <w:lang w:val="id-ID"/>
        </w:rPr>
        <w:t>S</w:t>
      </w:r>
      <w:proofErr w:type="spellStart"/>
      <w:r>
        <w:rPr>
          <w:b/>
          <w:sz w:val="20"/>
        </w:rPr>
        <w:t>oal</w:t>
      </w:r>
      <w:proofErr w:type="spellEnd"/>
      <w:r>
        <w:rPr>
          <w:b/>
          <w:sz w:val="20"/>
        </w:rPr>
        <w:t>:</w:t>
      </w:r>
    </w:p>
    <w:p w14:paraId="0508A991" w14:textId="77777777" w:rsidR="00613D55" w:rsidRDefault="00613D55" w:rsidP="00613D55">
      <w:pPr>
        <w:spacing w:after="80"/>
      </w:pPr>
      <w:proofErr w:type="spellStart"/>
      <w:r>
        <w:rPr>
          <w:sz w:val="20"/>
        </w:rPr>
        <w:t>Lisez</w:t>
      </w:r>
      <w:proofErr w:type="spellEnd"/>
      <w:r>
        <w:rPr>
          <w:sz w:val="20"/>
        </w:rPr>
        <w:t xml:space="preserve"> le </w:t>
      </w:r>
      <w:proofErr w:type="spellStart"/>
      <w:proofErr w:type="gramStart"/>
      <w:r>
        <w:rPr>
          <w:sz w:val="20"/>
        </w:rPr>
        <w:t>texte</w:t>
      </w:r>
      <w:proofErr w:type="spellEnd"/>
      <w:r>
        <w:rPr>
          <w:sz w:val="20"/>
        </w:rPr>
        <w:t xml:space="preserve"> !</w:t>
      </w:r>
      <w:proofErr w:type="gramEnd"/>
      <w:r>
        <w:rPr>
          <w:sz w:val="20"/>
        </w:rPr>
        <w:br/>
        <w:t xml:space="preserve">« </w:t>
      </w:r>
      <w:proofErr w:type="spellStart"/>
      <w:r>
        <w:rPr>
          <w:sz w:val="20"/>
        </w:rPr>
        <w:t>Chaque</w:t>
      </w:r>
      <w:proofErr w:type="spellEnd"/>
      <w:r>
        <w:rPr>
          <w:sz w:val="20"/>
        </w:rPr>
        <w:t xml:space="preserve"> matin, Marie se </w:t>
      </w:r>
      <w:proofErr w:type="spellStart"/>
      <w:r>
        <w:rPr>
          <w:sz w:val="20"/>
        </w:rPr>
        <w:t>réveille</w:t>
      </w:r>
      <w:proofErr w:type="spellEnd"/>
      <w:r>
        <w:rPr>
          <w:sz w:val="20"/>
        </w:rPr>
        <w:t xml:space="preserve"> à six </w:t>
      </w:r>
      <w:proofErr w:type="spellStart"/>
      <w:r>
        <w:rPr>
          <w:sz w:val="20"/>
        </w:rPr>
        <w:t>heures</w:t>
      </w:r>
      <w:proofErr w:type="spellEnd"/>
      <w:r>
        <w:rPr>
          <w:sz w:val="20"/>
        </w:rPr>
        <w:t xml:space="preserve">. Elle </w:t>
      </w:r>
      <w:proofErr w:type="spellStart"/>
      <w:r>
        <w:rPr>
          <w:sz w:val="20"/>
        </w:rPr>
        <w:t>prend</w:t>
      </w:r>
      <w:proofErr w:type="spellEnd"/>
      <w:r>
        <w:rPr>
          <w:sz w:val="20"/>
        </w:rPr>
        <w:t xml:space="preserve"> son petit-déjeuner à six </w:t>
      </w:r>
      <w:proofErr w:type="spellStart"/>
      <w:r>
        <w:rPr>
          <w:sz w:val="20"/>
        </w:rPr>
        <w:t>heures</w:t>
      </w:r>
      <w:proofErr w:type="spellEnd"/>
      <w:r>
        <w:rPr>
          <w:sz w:val="20"/>
        </w:rPr>
        <w:t xml:space="preserve"> et </w:t>
      </w:r>
      <w:proofErr w:type="spellStart"/>
      <w:r>
        <w:rPr>
          <w:sz w:val="20"/>
        </w:rPr>
        <w:t>demie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puis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</w:t>
      </w:r>
      <w:proofErr w:type="spellEnd"/>
      <w:r>
        <w:rPr>
          <w:sz w:val="20"/>
        </w:rPr>
        <w:t xml:space="preserve"> au lycée à sept </w:t>
      </w:r>
      <w:proofErr w:type="spellStart"/>
      <w:r>
        <w:rPr>
          <w:sz w:val="20"/>
        </w:rPr>
        <w:t>heures</w:t>
      </w:r>
      <w:proofErr w:type="spellEnd"/>
      <w:r>
        <w:rPr>
          <w:sz w:val="20"/>
        </w:rPr>
        <w:t>. »</w:t>
      </w:r>
      <w:r>
        <w:rPr>
          <w:sz w:val="20"/>
        </w:rPr>
        <w:br/>
        <w:t xml:space="preserve">À quelle </w:t>
      </w:r>
      <w:proofErr w:type="spellStart"/>
      <w:r>
        <w:rPr>
          <w:sz w:val="20"/>
        </w:rPr>
        <w:t>heure</w:t>
      </w:r>
      <w:proofErr w:type="spellEnd"/>
      <w:r>
        <w:rPr>
          <w:sz w:val="20"/>
        </w:rPr>
        <w:t xml:space="preserve"> Marie </w:t>
      </w:r>
      <w:proofErr w:type="spellStart"/>
      <w:r>
        <w:rPr>
          <w:sz w:val="20"/>
        </w:rPr>
        <w:t>va</w:t>
      </w:r>
      <w:proofErr w:type="spellEnd"/>
      <w:r>
        <w:rPr>
          <w:sz w:val="20"/>
        </w:rPr>
        <w:t>-t-</w:t>
      </w:r>
      <w:proofErr w:type="spellStart"/>
      <w:r>
        <w:rPr>
          <w:sz w:val="20"/>
        </w:rPr>
        <w:t>elle</w:t>
      </w:r>
      <w:proofErr w:type="spellEnd"/>
      <w:r>
        <w:rPr>
          <w:sz w:val="20"/>
        </w:rPr>
        <w:t xml:space="preserve"> au </w:t>
      </w:r>
      <w:proofErr w:type="gramStart"/>
      <w:r>
        <w:rPr>
          <w:sz w:val="20"/>
        </w:rPr>
        <w:t>lycée ?</w:t>
      </w:r>
      <w:proofErr w:type="gramEnd"/>
    </w:p>
    <w:p w14:paraId="385DE1C3" w14:textId="77777777" w:rsidR="00613D55" w:rsidRDefault="00613D55" w:rsidP="00613D55">
      <w:pPr>
        <w:ind w:left="283"/>
      </w:pPr>
      <w:r>
        <w:rPr>
          <w:sz w:val="20"/>
        </w:rPr>
        <w:t xml:space="preserve">A. À six </w:t>
      </w:r>
      <w:proofErr w:type="spellStart"/>
      <w:r>
        <w:rPr>
          <w:sz w:val="20"/>
        </w:rPr>
        <w:t>heures</w:t>
      </w:r>
      <w:proofErr w:type="spellEnd"/>
    </w:p>
    <w:p w14:paraId="04AAD7A0" w14:textId="77777777" w:rsidR="00613D55" w:rsidRDefault="00613D55" w:rsidP="00613D55">
      <w:pPr>
        <w:ind w:left="283"/>
      </w:pPr>
      <w:r>
        <w:rPr>
          <w:sz w:val="20"/>
        </w:rPr>
        <w:t xml:space="preserve">B. À six </w:t>
      </w:r>
      <w:proofErr w:type="spellStart"/>
      <w:r>
        <w:rPr>
          <w:sz w:val="20"/>
        </w:rPr>
        <w:t>heures</w:t>
      </w:r>
      <w:proofErr w:type="spellEnd"/>
      <w:r>
        <w:rPr>
          <w:sz w:val="20"/>
        </w:rPr>
        <w:t xml:space="preserve"> et </w:t>
      </w:r>
      <w:proofErr w:type="spellStart"/>
      <w:r>
        <w:rPr>
          <w:sz w:val="20"/>
        </w:rPr>
        <w:t>demie</w:t>
      </w:r>
      <w:proofErr w:type="spellEnd"/>
    </w:p>
    <w:p w14:paraId="291ECA2D" w14:textId="77777777" w:rsidR="00613D55" w:rsidRDefault="00613D55" w:rsidP="00613D55">
      <w:pPr>
        <w:ind w:left="283"/>
      </w:pPr>
      <w:r>
        <w:rPr>
          <w:sz w:val="20"/>
        </w:rPr>
        <w:t xml:space="preserve">C. À sept </w:t>
      </w:r>
      <w:proofErr w:type="spellStart"/>
      <w:r>
        <w:rPr>
          <w:sz w:val="20"/>
        </w:rPr>
        <w:t>heures</w:t>
      </w:r>
      <w:proofErr w:type="spellEnd"/>
    </w:p>
    <w:p w14:paraId="1D3EEAE7" w14:textId="77777777" w:rsidR="00613D55" w:rsidRDefault="00613D55" w:rsidP="00613D55">
      <w:pPr>
        <w:ind w:left="283"/>
      </w:pPr>
      <w:r>
        <w:rPr>
          <w:sz w:val="20"/>
        </w:rPr>
        <w:t xml:space="preserve">D. À </w:t>
      </w:r>
      <w:proofErr w:type="spellStart"/>
      <w:r>
        <w:rPr>
          <w:sz w:val="20"/>
        </w:rPr>
        <w:t>huit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heures</w:t>
      </w:r>
      <w:proofErr w:type="spellEnd"/>
    </w:p>
    <w:p w14:paraId="11C66F7F" w14:textId="77777777" w:rsidR="00613D55" w:rsidRDefault="00613D55" w:rsidP="00613D55">
      <w:pPr>
        <w:ind w:left="283"/>
      </w:pPr>
      <w:r>
        <w:rPr>
          <w:sz w:val="20"/>
        </w:rPr>
        <w:t xml:space="preserve">E. À </w:t>
      </w:r>
      <w:proofErr w:type="spellStart"/>
      <w:r>
        <w:rPr>
          <w:sz w:val="20"/>
        </w:rPr>
        <w:t>neuf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heures</w:t>
      </w:r>
      <w:proofErr w:type="spellEnd"/>
    </w:p>
    <w:p w14:paraId="27F65029" w14:textId="60744D2B" w:rsidR="00C7493E" w:rsidRDefault="00C7493E"/>
    <w:p w14:paraId="2F6DFDBA" w14:textId="77777777" w:rsidR="00C7493E" w:rsidRDefault="00613D55">
      <w:r>
        <w:br w:type="page"/>
      </w:r>
    </w:p>
    <w:p w14:paraId="27A92B53" w14:textId="77777777" w:rsidR="00C7493E" w:rsidRDefault="00C7493E"/>
    <w:p w14:paraId="0E5A4D9F" w14:textId="77777777" w:rsidR="00C7493E" w:rsidRDefault="00C7493E"/>
    <w:p w14:paraId="396086FB" w14:textId="77777777" w:rsidR="00C7493E" w:rsidRDefault="00613D55">
      <w:r>
        <w:rPr>
          <w:b/>
          <w:sz w:val="20"/>
        </w:rPr>
        <w:t>Soal:</w:t>
      </w:r>
    </w:p>
    <w:p w14:paraId="47272A31" w14:textId="77777777" w:rsidR="00C7493E" w:rsidRDefault="00613D55">
      <w:pPr>
        <w:spacing w:after="80"/>
      </w:pPr>
      <w:r>
        <w:rPr>
          <w:sz w:val="20"/>
        </w:rPr>
        <w:t>Quelle expression signifie « membaca buku » en français ?</w:t>
      </w:r>
    </w:p>
    <w:p w14:paraId="448A7FEE" w14:textId="77777777" w:rsidR="00C7493E" w:rsidRDefault="00613D55">
      <w:pPr>
        <w:ind w:left="283"/>
      </w:pPr>
      <w:r>
        <w:rPr>
          <w:sz w:val="20"/>
        </w:rPr>
        <w:t>A. Écouter de la musique</w:t>
      </w:r>
    </w:p>
    <w:p w14:paraId="105A970B" w14:textId="77777777" w:rsidR="00C7493E" w:rsidRDefault="00613D55">
      <w:pPr>
        <w:ind w:left="283"/>
      </w:pPr>
      <w:r>
        <w:rPr>
          <w:sz w:val="20"/>
        </w:rPr>
        <w:t>B. Lire un livre</w:t>
      </w:r>
    </w:p>
    <w:p w14:paraId="7E6142B4" w14:textId="77777777" w:rsidR="00C7493E" w:rsidRDefault="00613D55">
      <w:pPr>
        <w:ind w:left="283"/>
      </w:pPr>
      <w:r>
        <w:rPr>
          <w:sz w:val="20"/>
        </w:rPr>
        <w:t>C. Regarder la télévision</w:t>
      </w:r>
    </w:p>
    <w:p w14:paraId="7448FF0E" w14:textId="77777777" w:rsidR="00C7493E" w:rsidRDefault="00613D55">
      <w:pPr>
        <w:ind w:left="283"/>
      </w:pPr>
      <w:r>
        <w:rPr>
          <w:sz w:val="20"/>
        </w:rPr>
        <w:t>D. Faire du sport</w:t>
      </w:r>
    </w:p>
    <w:p w14:paraId="2F6DAC1B" w14:textId="77777777" w:rsidR="00C7493E" w:rsidRDefault="00613D55">
      <w:pPr>
        <w:ind w:left="283"/>
      </w:pPr>
      <w:r>
        <w:rPr>
          <w:sz w:val="20"/>
        </w:rPr>
        <w:t xml:space="preserve">E. Jouer au </w:t>
      </w:r>
      <w:r>
        <w:rPr>
          <w:sz w:val="20"/>
        </w:rPr>
        <w:t>football</w:t>
      </w:r>
    </w:p>
    <w:p w14:paraId="78CF8C76" w14:textId="77777777" w:rsidR="00C7493E" w:rsidRDefault="00C7493E"/>
    <w:p w14:paraId="654134B3" w14:textId="77777777" w:rsidR="00613D55" w:rsidRDefault="00613D55" w:rsidP="00613D55">
      <w:proofErr w:type="spellStart"/>
      <w:r>
        <w:rPr>
          <w:b/>
          <w:sz w:val="20"/>
        </w:rPr>
        <w:t>Soal</w:t>
      </w:r>
      <w:proofErr w:type="spellEnd"/>
      <w:r>
        <w:rPr>
          <w:b/>
          <w:sz w:val="20"/>
        </w:rPr>
        <w:t>:</w:t>
      </w:r>
    </w:p>
    <w:p w14:paraId="118FA58D" w14:textId="77777777" w:rsidR="00613D55" w:rsidRDefault="00613D55" w:rsidP="00613D55">
      <w:pPr>
        <w:spacing w:after="80"/>
      </w:pPr>
      <w:r>
        <w:rPr>
          <w:sz w:val="20"/>
        </w:rPr>
        <w:t xml:space="preserve">A: Tu </w:t>
      </w:r>
      <w:proofErr w:type="spellStart"/>
      <w:r>
        <w:rPr>
          <w:sz w:val="20"/>
        </w:rPr>
        <w:t>aimes</w:t>
      </w:r>
      <w:proofErr w:type="spellEnd"/>
      <w:r>
        <w:rPr>
          <w:sz w:val="20"/>
        </w:rPr>
        <w:t xml:space="preserve"> le </w:t>
      </w:r>
      <w:proofErr w:type="spellStart"/>
      <w:proofErr w:type="gramStart"/>
      <w:r>
        <w:rPr>
          <w:sz w:val="20"/>
        </w:rPr>
        <w:t>chocolat</w:t>
      </w:r>
      <w:proofErr w:type="spellEnd"/>
      <w:r>
        <w:rPr>
          <w:sz w:val="20"/>
        </w:rPr>
        <w:t xml:space="preserve"> ?</w:t>
      </w:r>
      <w:proofErr w:type="gramEnd"/>
      <w:r>
        <w:rPr>
          <w:sz w:val="20"/>
        </w:rPr>
        <w:br/>
        <w:t xml:space="preserve">B: </w:t>
      </w:r>
      <w:proofErr w:type="spellStart"/>
      <w:r>
        <w:rPr>
          <w:sz w:val="20"/>
        </w:rPr>
        <w:t>Oui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j'adore</w:t>
      </w:r>
      <w:proofErr w:type="spellEnd"/>
      <w:r>
        <w:rPr>
          <w:sz w:val="20"/>
        </w:rPr>
        <w:t xml:space="preserve"> le </w:t>
      </w:r>
      <w:proofErr w:type="spellStart"/>
      <w:r>
        <w:rPr>
          <w:sz w:val="20"/>
        </w:rPr>
        <w:t>chocolat</w:t>
      </w:r>
      <w:proofErr w:type="spellEnd"/>
      <w:r>
        <w:rPr>
          <w:sz w:val="20"/>
        </w:rPr>
        <w:t>.</w:t>
      </w:r>
      <w:r>
        <w:rPr>
          <w:sz w:val="20"/>
        </w:rPr>
        <w:br/>
        <w:t xml:space="preserve">Que </w:t>
      </w:r>
      <w:proofErr w:type="spellStart"/>
      <w:r>
        <w:rPr>
          <w:sz w:val="20"/>
        </w:rPr>
        <w:t>signifie</w:t>
      </w:r>
      <w:proofErr w:type="spellEnd"/>
      <w:r>
        <w:rPr>
          <w:sz w:val="20"/>
        </w:rPr>
        <w:t xml:space="preserve"> « </w:t>
      </w:r>
      <w:proofErr w:type="spellStart"/>
      <w:r>
        <w:rPr>
          <w:sz w:val="20"/>
        </w:rPr>
        <w:t>j'adore</w:t>
      </w:r>
      <w:proofErr w:type="spellEnd"/>
      <w:r>
        <w:rPr>
          <w:sz w:val="20"/>
        </w:rPr>
        <w:t xml:space="preserve"> » ?</w:t>
      </w:r>
    </w:p>
    <w:p w14:paraId="4ECEC2A0" w14:textId="77777777" w:rsidR="00613D55" w:rsidRDefault="00613D55" w:rsidP="00613D55">
      <w:pPr>
        <w:ind w:left="283"/>
      </w:pPr>
      <w:r>
        <w:rPr>
          <w:sz w:val="20"/>
        </w:rPr>
        <w:t xml:space="preserve">A. Saya </w:t>
      </w:r>
      <w:proofErr w:type="spellStart"/>
      <w:r>
        <w:rPr>
          <w:sz w:val="20"/>
        </w:rPr>
        <w:t>tidak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suka</w:t>
      </w:r>
      <w:proofErr w:type="spellEnd"/>
    </w:p>
    <w:p w14:paraId="6D0D5B00" w14:textId="77777777" w:rsidR="00613D55" w:rsidRDefault="00613D55" w:rsidP="00613D55">
      <w:pPr>
        <w:ind w:left="283"/>
      </w:pPr>
      <w:r>
        <w:rPr>
          <w:sz w:val="20"/>
        </w:rPr>
        <w:t xml:space="preserve">B. Saya sangat </w:t>
      </w:r>
      <w:proofErr w:type="spellStart"/>
      <w:r>
        <w:rPr>
          <w:sz w:val="20"/>
        </w:rPr>
        <w:t>suka</w:t>
      </w:r>
      <w:proofErr w:type="spellEnd"/>
    </w:p>
    <w:p w14:paraId="3468F7E7" w14:textId="77777777" w:rsidR="00613D55" w:rsidRDefault="00613D55" w:rsidP="00613D55">
      <w:pPr>
        <w:ind w:left="283"/>
      </w:pPr>
      <w:r>
        <w:rPr>
          <w:sz w:val="20"/>
        </w:rPr>
        <w:t xml:space="preserve">C. Saya </w:t>
      </w:r>
      <w:proofErr w:type="spellStart"/>
      <w:r>
        <w:rPr>
          <w:sz w:val="20"/>
        </w:rPr>
        <w:t>membenci</w:t>
      </w:r>
      <w:proofErr w:type="spellEnd"/>
    </w:p>
    <w:p w14:paraId="39FB17C9" w14:textId="77777777" w:rsidR="00613D55" w:rsidRDefault="00613D55" w:rsidP="00613D55">
      <w:pPr>
        <w:ind w:left="283"/>
      </w:pPr>
      <w:r>
        <w:rPr>
          <w:sz w:val="20"/>
        </w:rPr>
        <w:t xml:space="preserve">D. Saya </w:t>
      </w:r>
      <w:proofErr w:type="spellStart"/>
      <w:r>
        <w:rPr>
          <w:sz w:val="20"/>
        </w:rPr>
        <w:t>tidak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tahu</w:t>
      </w:r>
      <w:proofErr w:type="spellEnd"/>
    </w:p>
    <w:p w14:paraId="70CC3CB4" w14:textId="77777777" w:rsidR="00613D55" w:rsidRDefault="00613D55" w:rsidP="00613D55">
      <w:pPr>
        <w:ind w:left="283"/>
      </w:pPr>
      <w:r>
        <w:rPr>
          <w:sz w:val="20"/>
        </w:rPr>
        <w:t xml:space="preserve">E. Saya </w:t>
      </w:r>
      <w:proofErr w:type="spellStart"/>
      <w:r>
        <w:rPr>
          <w:sz w:val="20"/>
        </w:rPr>
        <w:t>lebih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memilih</w:t>
      </w:r>
      <w:proofErr w:type="spellEnd"/>
    </w:p>
    <w:p w14:paraId="3CB03740" w14:textId="77777777" w:rsidR="00613D55" w:rsidRDefault="00613D55" w:rsidP="00613D55"/>
    <w:p w14:paraId="4F445B01" w14:textId="77777777" w:rsidR="00613D55" w:rsidRDefault="00613D55" w:rsidP="00613D55">
      <w:proofErr w:type="spellStart"/>
      <w:r>
        <w:rPr>
          <w:b/>
          <w:sz w:val="20"/>
        </w:rPr>
        <w:t>Soal</w:t>
      </w:r>
      <w:proofErr w:type="spellEnd"/>
      <w:r>
        <w:rPr>
          <w:b/>
          <w:sz w:val="20"/>
        </w:rPr>
        <w:t>:</w:t>
      </w:r>
    </w:p>
    <w:p w14:paraId="0C641D84" w14:textId="77777777" w:rsidR="00613D55" w:rsidRDefault="00613D55" w:rsidP="00613D55">
      <w:pPr>
        <w:spacing w:after="80" w:line="240" w:lineRule="auto"/>
      </w:pPr>
      <w:proofErr w:type="spellStart"/>
      <w:r>
        <w:rPr>
          <w:sz w:val="20"/>
        </w:rPr>
        <w:t>Complétez</w:t>
      </w:r>
      <w:proofErr w:type="spellEnd"/>
      <w:r>
        <w:rPr>
          <w:sz w:val="20"/>
        </w:rPr>
        <w:t xml:space="preserve"> la </w:t>
      </w:r>
      <w:proofErr w:type="gramStart"/>
      <w:r>
        <w:rPr>
          <w:sz w:val="20"/>
        </w:rPr>
        <w:t>phrase :</w:t>
      </w:r>
      <w:proofErr w:type="gramEnd"/>
      <w:r>
        <w:rPr>
          <w:sz w:val="20"/>
        </w:rPr>
        <w:br/>
        <w:t xml:space="preserve">« Nous _____ </w:t>
      </w:r>
      <w:proofErr w:type="spellStart"/>
      <w:r>
        <w:rPr>
          <w:sz w:val="20"/>
        </w:rPr>
        <w:t>français</w:t>
      </w:r>
      <w:proofErr w:type="spellEnd"/>
      <w:r>
        <w:rPr>
          <w:sz w:val="20"/>
        </w:rPr>
        <w:t xml:space="preserve"> à </w:t>
      </w:r>
      <w:proofErr w:type="spellStart"/>
      <w:r>
        <w:rPr>
          <w:sz w:val="20"/>
        </w:rPr>
        <w:t>l'école</w:t>
      </w:r>
      <w:proofErr w:type="spellEnd"/>
      <w:r>
        <w:rPr>
          <w:sz w:val="20"/>
        </w:rPr>
        <w:t>. »</w:t>
      </w:r>
    </w:p>
    <w:p w14:paraId="77CD16DC" w14:textId="77777777" w:rsidR="00613D55" w:rsidRDefault="00613D55" w:rsidP="00613D55">
      <w:pPr>
        <w:spacing w:line="240" w:lineRule="auto"/>
        <w:ind w:left="283"/>
      </w:pPr>
      <w:r>
        <w:rPr>
          <w:sz w:val="20"/>
        </w:rPr>
        <w:t>A. parle</w:t>
      </w:r>
    </w:p>
    <w:p w14:paraId="11F2E1D2" w14:textId="77777777" w:rsidR="00613D55" w:rsidRDefault="00613D55" w:rsidP="00613D55">
      <w:pPr>
        <w:spacing w:line="240" w:lineRule="auto"/>
        <w:ind w:left="283"/>
      </w:pPr>
      <w:r>
        <w:rPr>
          <w:sz w:val="20"/>
        </w:rPr>
        <w:t>B. parles</w:t>
      </w:r>
    </w:p>
    <w:p w14:paraId="2DCDFE58" w14:textId="77777777" w:rsidR="00613D55" w:rsidRDefault="00613D55" w:rsidP="00613D55">
      <w:pPr>
        <w:spacing w:line="240" w:lineRule="auto"/>
        <w:ind w:left="283"/>
      </w:pPr>
      <w:r>
        <w:rPr>
          <w:sz w:val="20"/>
        </w:rPr>
        <w:t xml:space="preserve">C. </w:t>
      </w:r>
      <w:proofErr w:type="spellStart"/>
      <w:r>
        <w:rPr>
          <w:sz w:val="20"/>
        </w:rPr>
        <w:t>parlons</w:t>
      </w:r>
      <w:proofErr w:type="spellEnd"/>
    </w:p>
    <w:p w14:paraId="52A353A1" w14:textId="77777777" w:rsidR="00613D55" w:rsidRDefault="00613D55" w:rsidP="00613D55">
      <w:pPr>
        <w:spacing w:line="240" w:lineRule="auto"/>
        <w:ind w:left="283"/>
      </w:pPr>
      <w:r>
        <w:rPr>
          <w:sz w:val="20"/>
        </w:rPr>
        <w:t xml:space="preserve">D. </w:t>
      </w:r>
      <w:proofErr w:type="spellStart"/>
      <w:r>
        <w:rPr>
          <w:sz w:val="20"/>
        </w:rPr>
        <w:t>parlez</w:t>
      </w:r>
      <w:proofErr w:type="spellEnd"/>
    </w:p>
    <w:p w14:paraId="5ECC2346" w14:textId="77777777" w:rsidR="00613D55" w:rsidRDefault="00613D55" w:rsidP="00613D55">
      <w:pPr>
        <w:spacing w:before="240" w:line="240" w:lineRule="auto"/>
        <w:ind w:left="283"/>
      </w:pPr>
      <w:r>
        <w:rPr>
          <w:sz w:val="20"/>
        </w:rPr>
        <w:t xml:space="preserve">E. </w:t>
      </w:r>
      <w:proofErr w:type="spellStart"/>
      <w:r>
        <w:rPr>
          <w:sz w:val="20"/>
        </w:rPr>
        <w:t>parlent</w:t>
      </w:r>
      <w:proofErr w:type="spellEnd"/>
    </w:p>
    <w:p w14:paraId="587221D3" w14:textId="77777777" w:rsidR="00613D55" w:rsidRDefault="00613D55" w:rsidP="00613D55">
      <w:r>
        <w:br w:type="page"/>
      </w:r>
    </w:p>
    <w:p w14:paraId="4D4C7723" w14:textId="77777777" w:rsidR="00C7493E" w:rsidRDefault="00613D55">
      <w:r>
        <w:lastRenderedPageBreak/>
        <w:br w:type="page"/>
      </w:r>
    </w:p>
    <w:p w14:paraId="33671146" w14:textId="77777777" w:rsidR="00C52FAA" w:rsidRDefault="00C52FAA"/>
    <w:p w14:paraId="28DD3BFD" w14:textId="77777777" w:rsidR="00C7493E" w:rsidRDefault="00C7493E"/>
    <w:p w14:paraId="0F7B1DDF" w14:textId="50301865" w:rsidR="00C7493E" w:rsidRDefault="00613D55">
      <w:r>
        <w:br w:type="page"/>
      </w:r>
    </w:p>
    <w:p w14:paraId="51B9A860" w14:textId="77777777" w:rsidR="00C7493E" w:rsidRDefault="00C7493E"/>
    <w:p w14:paraId="5A7D5AF7" w14:textId="77777777" w:rsidR="00C7493E" w:rsidRDefault="00613D55">
      <w:r>
        <w:br w:type="page"/>
      </w:r>
    </w:p>
    <w:p w14:paraId="1A0E45C4" w14:textId="77777777" w:rsidR="00C7493E" w:rsidRDefault="00C7493E"/>
    <w:sectPr w:rsidR="00C7493E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B27D6C"/>
    <w:multiLevelType w:val="multilevel"/>
    <w:tmpl w:val="F3EAD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464FF8"/>
    <w:multiLevelType w:val="multilevel"/>
    <w:tmpl w:val="553C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3B1D1F"/>
    <w:multiLevelType w:val="multilevel"/>
    <w:tmpl w:val="A704C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724BD3"/>
    <w:multiLevelType w:val="multilevel"/>
    <w:tmpl w:val="682E1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BB3C86"/>
    <w:multiLevelType w:val="multilevel"/>
    <w:tmpl w:val="1E40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C52DDA"/>
    <w:multiLevelType w:val="multilevel"/>
    <w:tmpl w:val="98881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F075A7"/>
    <w:multiLevelType w:val="multilevel"/>
    <w:tmpl w:val="C742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2D60BC"/>
    <w:multiLevelType w:val="multilevel"/>
    <w:tmpl w:val="C89A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2230B6"/>
    <w:multiLevelType w:val="multilevel"/>
    <w:tmpl w:val="D534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826A62"/>
    <w:multiLevelType w:val="multilevel"/>
    <w:tmpl w:val="EB18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14"/>
  </w:num>
  <w:num w:numId="12">
    <w:abstractNumId w:val="18"/>
  </w:num>
  <w:num w:numId="13">
    <w:abstractNumId w:val="9"/>
  </w:num>
  <w:num w:numId="14">
    <w:abstractNumId w:val="16"/>
  </w:num>
  <w:num w:numId="15">
    <w:abstractNumId w:val="13"/>
  </w:num>
  <w:num w:numId="16">
    <w:abstractNumId w:val="15"/>
  </w:num>
  <w:num w:numId="17">
    <w:abstractNumId w:val="17"/>
  </w:num>
  <w:num w:numId="18">
    <w:abstractNumId w:val="1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97382"/>
    <w:rsid w:val="00326F90"/>
    <w:rsid w:val="00465ACA"/>
    <w:rsid w:val="00613D55"/>
    <w:rsid w:val="00A70165"/>
    <w:rsid w:val="00AA1D8D"/>
    <w:rsid w:val="00AC5A06"/>
    <w:rsid w:val="00B47730"/>
    <w:rsid w:val="00C52FAA"/>
    <w:rsid w:val="00C7493E"/>
    <w:rsid w:val="00CB0664"/>
    <w:rsid w:val="00E418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3644E"/>
  <w14:defaultImageDpi w14:val="300"/>
  <w15:docId w15:val="{CFCB1793-B17A-41C6-B145-EE004D26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MADAM_TINA</cp:lastModifiedBy>
  <cp:revision>4</cp:revision>
  <dcterms:created xsi:type="dcterms:W3CDTF">2013-12-23T23:15:00Z</dcterms:created>
  <dcterms:modified xsi:type="dcterms:W3CDTF">2026-09-26T03:26:00Z</dcterms:modified>
  <cp:category/>
</cp:coreProperties>
</file>