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2383DE" w14:textId="64C22C1C" w:rsidR="004672C1" w:rsidRPr="007147BB" w:rsidRDefault="00C776E0">
      <w:pPr>
        <w:spacing w:after="40"/>
        <w:rPr>
          <w:sz w:val="14"/>
          <w:szCs w:val="14"/>
        </w:rPr>
      </w:pPr>
      <w:r w:rsidRPr="007147BB">
        <w:rPr>
          <w:b/>
          <w:color w:val="1B365D"/>
          <w:sz w:val="28"/>
          <w:szCs w:val="14"/>
        </w:rPr>
        <w:t>SOLUSI DAN PEMBAHASAN SOAL MODEL PISA KONTEKSTUAL</w:t>
      </w:r>
    </w:p>
    <w:p w14:paraId="5686E4D7" w14:textId="77777777" w:rsidR="004672C1" w:rsidRPr="007147BB" w:rsidRDefault="00C776E0">
      <w:pPr>
        <w:spacing w:after="280"/>
        <w:rPr>
          <w:sz w:val="18"/>
          <w:szCs w:val="18"/>
        </w:rPr>
      </w:pPr>
      <w:r w:rsidRPr="007147BB">
        <w:rPr>
          <w:i/>
          <w:color w:val="4A5568"/>
          <w:sz w:val="20"/>
          <w:szCs w:val="18"/>
        </w:rPr>
        <w:t>Paket Soal Matematika PISA Banda Aceh (Level 1-6) | Pendekatan Solusi Formal vs. Intuitif &amp; Non-Formal</w:t>
      </w:r>
    </w:p>
    <w:p w14:paraId="50B19FCA" w14:textId="741DCB3C" w:rsidR="004672C1" w:rsidRDefault="00C776E0">
      <w:r>
        <w:t xml:space="preserve">Dokumen ini menyajikan panduan solusi lengkap untuk </w:t>
      </w:r>
      <w:r w:rsidR="004859A5">
        <w:rPr>
          <w:lang w:val="id-ID"/>
        </w:rPr>
        <w:t xml:space="preserve">contoh </w:t>
      </w:r>
      <w:r>
        <w:t xml:space="preserve">Soal Model PISA (Programme for International Student Assessment) Literasi Matematika berbasis konteks lokal Kota Banda Aceh. Pembahasan mencakup Soal Berbasis Data Kompleks (Bagian A) dan Paket 10 Soal PISA </w:t>
      </w:r>
      <w:r w:rsidR="004859A5">
        <w:rPr>
          <w:lang w:val="id-ID"/>
        </w:rPr>
        <w:t xml:space="preserve">tambahan </w:t>
      </w:r>
      <w:r>
        <w:t>Level 1 hingga Level 6 (Bagian B). Seluruh soal diselesaikan melalui dua sudut pandang: Metode Formal dan Metode Intuitif &amp; Non-Formal (dengan arahan pedagogis dan catatan pengecualian).</w:t>
      </w:r>
    </w:p>
    <w:p w14:paraId="494BD915" w14:textId="7A0C3005" w:rsidR="004672C1" w:rsidRDefault="00C776E0">
      <w:pPr>
        <w:keepNext/>
        <w:pBdr>
          <w:bottom w:val="single" w:sz="6" w:space="1" w:color="2B6CB0"/>
        </w:pBdr>
        <w:spacing w:before="320"/>
      </w:pPr>
      <w:r>
        <w:rPr>
          <w:b/>
          <w:color w:val="1B365D"/>
          <w:sz w:val="32"/>
        </w:rPr>
        <w:t xml:space="preserve">BAGIAN A: </w:t>
      </w:r>
      <w:r w:rsidR="00F81656">
        <w:rPr>
          <w:b/>
          <w:color w:val="1B365D"/>
          <w:sz w:val="32"/>
          <w:lang w:val="id-ID"/>
        </w:rPr>
        <w:t xml:space="preserve">3 </w:t>
      </w:r>
      <w:r>
        <w:rPr>
          <w:b/>
          <w:color w:val="1B365D"/>
          <w:sz w:val="32"/>
        </w:rPr>
        <w:t>SOAL UTAMA PISA KONTEKS BANDA ACEH</w:t>
      </w:r>
    </w:p>
    <w:p w14:paraId="7DD3C627" w14:textId="77777777" w:rsidR="004672C1" w:rsidRDefault="00C776E0">
      <w:pPr>
        <w:keepNext/>
        <w:spacing w:before="280" w:after="80"/>
      </w:pPr>
      <w:r>
        <w:rPr>
          <w:b/>
          <w:color w:val="2B6CB0"/>
          <w:sz w:val="26"/>
        </w:rPr>
        <w:t>Soal Utama 1: Data Ekonomi Pasar Tradisional Banda Aceh (Cabai Merah)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4672C1" w14:paraId="58503451" w14:textId="77777777">
        <w:trPr>
          <w:jc w:val="center"/>
        </w:trPr>
        <w:tc>
          <w:tcPr>
            <w:tcW w:w="9360" w:type="dxa"/>
            <w:tcBorders>
              <w:left w:val="single" w:sz="24" w:space="0" w:color="2B6CB0"/>
            </w:tcBorders>
            <w:shd w:val="clear" w:color="auto" w:fill="F7FAFC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1C01F60E" w14:textId="77777777" w:rsidR="004672C1" w:rsidRDefault="00C776E0">
            <w:pPr>
              <w:spacing w:before="20" w:after="60"/>
            </w:pPr>
            <w:r>
              <w:rPr>
                <w:color w:val="2D3748"/>
                <w:sz w:val="20"/>
              </w:rPr>
              <w:t>Data penjualan cabai merah di pasar tradisional Banda Aceh selama 5 hari:</w:t>
            </w:r>
          </w:p>
          <w:p w14:paraId="12492B17" w14:textId="77777777" w:rsidR="004672C1" w:rsidRDefault="00C776E0">
            <w:pPr>
              <w:spacing w:before="20" w:after="60"/>
            </w:pPr>
            <w:r>
              <w:rPr>
                <w:color w:val="2D3748"/>
                <w:sz w:val="20"/>
              </w:rPr>
              <w:t>• Senin  : Harga Rp32.000/kg | Terjual 120 kg</w:t>
            </w:r>
          </w:p>
          <w:p w14:paraId="1C06C715" w14:textId="77777777" w:rsidR="004672C1" w:rsidRDefault="00C776E0">
            <w:pPr>
              <w:spacing w:before="20" w:after="60"/>
            </w:pPr>
            <w:r>
              <w:rPr>
                <w:color w:val="2D3748"/>
                <w:sz w:val="20"/>
              </w:rPr>
              <w:t>• Selasa : Harga Rp30.000/kg | Terjual 140 kg</w:t>
            </w:r>
          </w:p>
          <w:p w14:paraId="4B102D2C" w14:textId="77777777" w:rsidR="004672C1" w:rsidRDefault="00C776E0">
            <w:pPr>
              <w:spacing w:before="20" w:after="60"/>
            </w:pPr>
            <w:r>
              <w:rPr>
                <w:color w:val="2D3748"/>
                <w:sz w:val="20"/>
              </w:rPr>
              <w:t>• Rabu   : Harga Rp28.000/kg | Terjual 170 kg</w:t>
            </w:r>
          </w:p>
          <w:p w14:paraId="46A1C1D5" w14:textId="77777777" w:rsidR="004672C1" w:rsidRDefault="00C776E0">
            <w:pPr>
              <w:spacing w:before="20" w:after="60"/>
            </w:pPr>
            <w:r>
              <w:rPr>
                <w:color w:val="2D3748"/>
                <w:sz w:val="20"/>
              </w:rPr>
              <w:t>• Kamis  : Harga Rp35.000/kg | Terjual 90 kg</w:t>
            </w:r>
          </w:p>
          <w:p w14:paraId="4695E1D8" w14:textId="77777777" w:rsidR="004672C1" w:rsidRDefault="00C776E0">
            <w:pPr>
              <w:spacing w:before="20" w:after="60"/>
            </w:pPr>
            <w:r>
              <w:rPr>
                <w:color w:val="2D3748"/>
                <w:sz w:val="20"/>
              </w:rPr>
              <w:t>• Jumat  : Harga Rp33.000/kg | Terjual 110 kg</w:t>
            </w:r>
          </w:p>
          <w:p w14:paraId="7F05F0A9" w14:textId="77777777" w:rsidR="004672C1" w:rsidRDefault="00C776E0">
            <w:pPr>
              <w:spacing w:before="20" w:after="60"/>
            </w:pPr>
            <w:r>
              <w:rPr>
                <w:color w:val="2D3748"/>
                <w:sz w:val="20"/>
              </w:rPr>
              <w:t>Pertanyaan:</w:t>
            </w:r>
          </w:p>
          <w:p w14:paraId="21EE7164" w14:textId="77777777" w:rsidR="004672C1" w:rsidRDefault="00C776E0">
            <w:pPr>
              <w:spacing w:before="20" w:after="60"/>
            </w:pPr>
            <w:r>
              <w:rPr>
                <w:color w:val="2D3748"/>
                <w:sz w:val="20"/>
              </w:rPr>
              <w:t>a. Pada hari apa pedagang memperoleh pendapatan terbesar?</w:t>
            </w:r>
          </w:p>
          <w:p w14:paraId="5380D5AE" w14:textId="77777777" w:rsidR="004672C1" w:rsidRDefault="00C776E0">
            <w:pPr>
              <w:spacing w:before="20" w:after="60"/>
            </w:pPr>
            <w:r>
              <w:rPr>
                <w:color w:val="2D3748"/>
                <w:sz w:val="20"/>
              </w:rPr>
              <w:t>b. Jelaskan hubungan antara harga dan jumlah cabai terjual berdasarkan data tersebut!</w:t>
            </w:r>
          </w:p>
          <w:p w14:paraId="10925193" w14:textId="77777777" w:rsidR="004672C1" w:rsidRDefault="00C776E0">
            <w:pPr>
              <w:spacing w:before="20" w:after="60"/>
            </w:pPr>
            <w:r>
              <w:rPr>
                <w:color w:val="2D3748"/>
                <w:sz w:val="20"/>
              </w:rPr>
              <w:t>c. Jika harga diturunkan menjadi Rp27.000 dan pola hubungan tetap sama, perkirakan jumlah cabai yang mungkin terjual! Jelaskan alasanmu.</w:t>
            </w:r>
          </w:p>
        </w:tc>
      </w:tr>
    </w:tbl>
    <w:p w14:paraId="17F3DEF2" w14:textId="77777777" w:rsidR="004672C1" w:rsidRDefault="004672C1">
      <w:pPr>
        <w:spacing w:after="80"/>
      </w:pPr>
    </w:p>
    <w:p w14:paraId="01BCA363" w14:textId="77777777" w:rsidR="004672C1" w:rsidRDefault="00C776E0">
      <w:pPr>
        <w:keepNext/>
        <w:spacing w:before="200" w:after="60"/>
      </w:pPr>
      <w:r>
        <w:rPr>
          <w:b/>
          <w:color w:val="2D3748"/>
          <w:sz w:val="23"/>
        </w:rPr>
        <w:t>(1) Cara Formal Matematis Standard</w:t>
      </w:r>
    </w:p>
    <w:p w14:paraId="3CD4CCA8" w14:textId="77777777" w:rsidR="004672C1" w:rsidRDefault="00C776E0">
      <w:r>
        <w:rPr>
          <w:b/>
        </w:rPr>
        <w:t>a. Perhitungan Pendapatan Harian (Pendapatan = Harga × Jumlah Terjual):</w:t>
      </w:r>
      <w:r>
        <w:rPr>
          <w:b/>
        </w:rPr>
        <w:br/>
      </w:r>
      <w:r>
        <w:t>• Senin  : Rp32.000 × 120 = Rp3.840.000</w:t>
      </w:r>
      <w:r>
        <w:br/>
        <w:t>• Selasa : Rp30.000 × 140 = Rp4.200.000</w:t>
      </w:r>
      <w:r>
        <w:br/>
        <w:t>• Rabu   : Rp28.000 × 170 = Rp4.760.000  (TERBESAR)</w:t>
      </w:r>
      <w:r>
        <w:br/>
        <w:t>• Kamis  : Rp35.000 × 90  = Rp3.150.000</w:t>
      </w:r>
      <w:r>
        <w:br/>
        <w:t>• Jumat  : Rp33.000 × 110 = Rp3.630.000</w:t>
      </w:r>
      <w:r>
        <w:br/>
        <w:t>Pendapatan terbesar diperoleh pada hari RABU (Rp4.760.000).</w:t>
      </w:r>
      <w:r>
        <w:br/>
      </w:r>
      <w:r>
        <w:br/>
      </w:r>
      <w:r>
        <w:rPr>
          <w:b/>
        </w:rPr>
        <w:t>b. Analisis Korelasi (Hukum Permintaan):</w:t>
      </w:r>
      <w:r>
        <w:rPr>
          <w:b/>
        </w:rPr>
        <w:br/>
      </w:r>
      <w:r>
        <w:t>Hubungan berbanding terbalik (korelasi negatif). Saat harga naik (misal Kamis Rp35rb), jumlah penjualan turun (90 kg). Saat harga turun (misal Rabu Rp28rb), jumlah penjualan meningkat pesat (170 kg).</w:t>
      </w:r>
      <w:r>
        <w:br/>
      </w:r>
      <w:r>
        <w:br/>
      </w:r>
      <w:r>
        <w:rPr>
          <w:b/>
        </w:rPr>
        <w:t>c. Estimasi Berbasis Elastisitas Pola Data:</w:t>
      </w:r>
      <w:r>
        <w:rPr>
          <w:b/>
        </w:rPr>
        <w:br/>
      </w:r>
      <w:r>
        <w:lastRenderedPageBreak/>
        <w:t>Perhatikan perubahan dari Selasa (Rp30rb, 140kg) ke Rabu (Rp28rb, 170kg): Penurunan harga Rp2.000 meningkatkan penjualan sebesar 30 kg (laju ΔQ/ΔP = 15 kg per Rp1.000 penurunan harga).</w:t>
      </w:r>
      <w:r>
        <w:br/>
        <w:t>Jika harga dari Rabu (Rp28rb) turun Rp1.000 menjadi Rp27rb, estimasi kenaikan penjualan adalah 15 kg. Maka estimasi penjualan = 170 kg + 15 kg = 185 kg (Rentang realistis: 180 - 190 kg).</w:t>
      </w:r>
    </w:p>
    <w:p w14:paraId="4ABC0BA5" w14:textId="77777777" w:rsidR="004672C1" w:rsidRDefault="00C776E0">
      <w:pPr>
        <w:keepNext/>
        <w:spacing w:before="200" w:after="60"/>
      </w:pPr>
      <w:r>
        <w:rPr>
          <w:b/>
          <w:color w:val="2D3748"/>
          <w:sz w:val="23"/>
        </w:rPr>
        <w:t>(2) Cara Intuitif &amp; Non-Formal (Nalar Ekonomi Pasar)</w:t>
      </w:r>
    </w:p>
    <w:p w14:paraId="2B1795C7" w14:textId="77777777" w:rsidR="004672C1" w:rsidRDefault="00C776E0">
      <w:r>
        <w:rPr>
          <w:b/>
        </w:rPr>
        <w:t>a. Konsep Intuitif / Nalar Cepat:</w:t>
      </w:r>
      <w:r>
        <w:rPr>
          <w:b/>
        </w:rPr>
        <w:br/>
      </w:r>
      <w:r>
        <w:t>• Omset Hari Rabu: Walau harga per kilo paling murah (28rb), kuantitasnya 'meledak' (170 kg). Perkalian 28 × 17 = 476, jauh mengalahkan hari Kamis saat harga mahal tapi pembeli sepi (35 × 9 = 315).</w:t>
      </w:r>
      <w:r>
        <w:br/>
        <w:t>• Logika Pasar: 'Murah meriah, laku keras'. Setiap harga turun 2 ribu, pembeli borong 30 kg lebih banyak. Berarti tiap turun 1 ribu, penjualan naik sekitar 15 kg.</w:t>
      </w:r>
      <w:r>
        <w:br/>
      </w:r>
      <w:r>
        <w:br/>
      </w:r>
      <w:r>
        <w:rPr>
          <w:b/>
        </w:rPr>
        <w:t>b. Arahan Pembelajaran (Pedagogis):</w:t>
      </w:r>
      <w:r>
        <w:rPr>
          <w:b/>
        </w:rPr>
        <w:br/>
      </w:r>
      <w:r>
        <w:t>Ajak siswa melihat fenomena ekonomi nyata di Pasar Peunayong Banda Aceh. Diskusikan mengapa omset tidak selalu tertinggi saat harga barang paling mahal.</w:t>
      </w:r>
      <w:r>
        <w:br/>
      </w:r>
      <w:r>
        <w:br/>
      </w:r>
      <w:r>
        <w:rPr>
          <w:b/>
        </w:rPr>
        <w:t>c. Catatan Pengecualian &amp; Potensi Jebakan:</w:t>
      </w:r>
      <w:r>
        <w:rPr>
          <w:b/>
        </w:rPr>
        <w:br/>
      </w:r>
      <w:r>
        <w:t>• Pengecualian Kejenuhan Pasar: Ekstrapolasi linear ini tidak bisa berlaku terus-menerus. Jika harga digratiskan (Rp0), konsumsi warga Banda Aceh tetap terbatas pada batas kapasitas daya tampung dan daya simpan cabai harian.</w:t>
      </w:r>
    </w:p>
    <w:p w14:paraId="42D9CF28" w14:textId="77777777" w:rsidR="004672C1" w:rsidRDefault="00C776E0">
      <w:pPr>
        <w:keepNext/>
        <w:spacing w:before="280" w:after="80"/>
      </w:pPr>
      <w:r>
        <w:rPr>
          <w:b/>
          <w:color w:val="2B6CB0"/>
          <w:sz w:val="26"/>
        </w:rPr>
        <w:t>Soal Utama 2: Lingkungan Pesisir Pantai Ulee Lheue (Pasang Surut)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4672C1" w14:paraId="7767227F" w14:textId="77777777">
        <w:trPr>
          <w:jc w:val="center"/>
        </w:trPr>
        <w:tc>
          <w:tcPr>
            <w:tcW w:w="9360" w:type="dxa"/>
            <w:tcBorders>
              <w:left w:val="single" w:sz="24" w:space="0" w:color="2B6CB0"/>
            </w:tcBorders>
            <w:shd w:val="clear" w:color="auto" w:fill="F7FAFC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7713E19D" w14:textId="77777777" w:rsidR="004672C1" w:rsidRDefault="00C776E0">
            <w:pPr>
              <w:spacing w:before="20" w:after="60"/>
            </w:pPr>
            <w:r>
              <w:rPr>
                <w:color w:val="2D3748"/>
                <w:sz w:val="20"/>
              </w:rPr>
              <w:t>Pengukuran kenaikan tinggi air laut di Pantai Ulee Lheue Banda Aceh selama 4 jam:</w:t>
            </w:r>
          </w:p>
          <w:p w14:paraId="50C342BD" w14:textId="77777777" w:rsidR="004672C1" w:rsidRDefault="00C776E0">
            <w:pPr>
              <w:spacing w:before="20" w:after="60"/>
            </w:pPr>
            <w:r>
              <w:rPr>
                <w:color w:val="2D3748"/>
                <w:sz w:val="20"/>
              </w:rPr>
              <w:t>• Pukul 08.00: 120 cm    • Pukul 09.00: 135 cm    • Pukul 10.00: 150 cm</w:t>
            </w:r>
          </w:p>
          <w:p w14:paraId="6DE42C7E" w14:textId="77777777" w:rsidR="004672C1" w:rsidRDefault="00C776E0">
            <w:pPr>
              <w:spacing w:before="20" w:after="60"/>
            </w:pPr>
            <w:r>
              <w:rPr>
                <w:color w:val="2D3748"/>
                <w:sz w:val="20"/>
              </w:rPr>
              <w:t>• Pukul 11.00: 165 cm    • Pukul 12.00: 180 cm</w:t>
            </w:r>
          </w:p>
          <w:p w14:paraId="658BC3D3" w14:textId="77777777" w:rsidR="004672C1" w:rsidRDefault="00C776E0">
            <w:pPr>
              <w:spacing w:before="20" w:after="60"/>
            </w:pPr>
            <w:r>
              <w:rPr>
                <w:color w:val="2D3748"/>
                <w:sz w:val="20"/>
              </w:rPr>
              <w:t>Pertanyaan:</w:t>
            </w:r>
          </w:p>
          <w:p w14:paraId="3DE45EC7" w14:textId="77777777" w:rsidR="004672C1" w:rsidRDefault="00C776E0">
            <w:pPr>
              <w:spacing w:before="20" w:after="60"/>
            </w:pPr>
            <w:r>
              <w:rPr>
                <w:color w:val="2D3748"/>
                <w:sz w:val="20"/>
              </w:rPr>
              <w:t>a. Tentukan laju kenaikan rata-rata air laut per jam!</w:t>
            </w:r>
          </w:p>
          <w:p w14:paraId="7D14CC0F" w14:textId="77777777" w:rsidR="004672C1" w:rsidRDefault="00C776E0">
            <w:pPr>
              <w:spacing w:before="20" w:after="60"/>
            </w:pPr>
            <w:r>
              <w:rPr>
                <w:color w:val="2D3748"/>
                <w:sz w:val="20"/>
              </w:rPr>
              <w:t>b. Jika pola kenaikan tetap, pukul berapa ketinggian air mencapai 210 cm?</w:t>
            </w:r>
          </w:p>
          <w:p w14:paraId="21E55E80" w14:textId="77777777" w:rsidR="004672C1" w:rsidRDefault="00C776E0">
            <w:pPr>
              <w:spacing w:before="20" w:after="60"/>
            </w:pPr>
            <w:r>
              <w:rPr>
                <w:color w:val="2D3748"/>
                <w:sz w:val="20"/>
              </w:rPr>
              <w:t>c. Mengapa informasi seperti ini sangat penting bagi nelayan dan pengelola wisata pantai?</w:t>
            </w:r>
          </w:p>
        </w:tc>
      </w:tr>
    </w:tbl>
    <w:p w14:paraId="4AA365B6" w14:textId="77777777" w:rsidR="004672C1" w:rsidRDefault="004672C1">
      <w:pPr>
        <w:spacing w:after="80"/>
      </w:pPr>
    </w:p>
    <w:p w14:paraId="7981CF74" w14:textId="77777777" w:rsidR="004672C1" w:rsidRDefault="00C776E0">
      <w:pPr>
        <w:keepNext/>
        <w:spacing w:before="200" w:after="60"/>
      </w:pPr>
      <w:r>
        <w:rPr>
          <w:b/>
          <w:color w:val="2D3748"/>
          <w:sz w:val="23"/>
        </w:rPr>
        <w:t>(1) Cara Formal Matematis Standard</w:t>
      </w:r>
    </w:p>
    <w:p w14:paraId="04009B44" w14:textId="77777777" w:rsidR="004672C1" w:rsidRDefault="00C776E0">
      <w:r>
        <w:rPr>
          <w:b/>
        </w:rPr>
        <w:t>a. Laju Kenaikan (Gradien m):</w:t>
      </w:r>
      <w:r>
        <w:rPr>
          <w:b/>
        </w:rPr>
        <w:br/>
      </w:r>
      <w:r>
        <w:t>m = (H₂ - H₁) / (t₂ - t₁) = (180 - 120) / (12 - 8) = 60 / 4 = 15 cm/jam.</w:t>
      </w:r>
      <w:r>
        <w:br/>
      </w:r>
      <w:r>
        <w:br/>
      </w:r>
      <w:r>
        <w:rPr>
          <w:b/>
        </w:rPr>
        <w:t>b. Model Linear &amp; Prediksi Waktu:</w:t>
      </w:r>
      <w:r>
        <w:rPr>
          <w:b/>
        </w:rPr>
        <w:br/>
      </w:r>
      <w:r>
        <w:t>Persamaan Ketinggian H(t) = 120 + 15t (di mana t = selisih jam dari pukul 08.00).</w:t>
      </w:r>
      <w:r>
        <w:br/>
        <w:t>Set H(t) = 210 cm:</w:t>
      </w:r>
      <w:r>
        <w:br/>
        <w:t>120 + 15t = 210  =&gt;  15t = 90  =&gt;  t = 6 jam.</w:t>
      </w:r>
      <w:r>
        <w:br/>
        <w:t>Waktu pencapaian = 08.00 + 6 jam = Pukul 14.00 WIB.</w:t>
      </w:r>
      <w:r>
        <w:br/>
      </w:r>
      <w:r>
        <w:lastRenderedPageBreak/>
        <w:br/>
      </w:r>
      <w:r>
        <w:rPr>
          <w:b/>
        </w:rPr>
        <w:t>c. Konteks Interpretasi Nyata:</w:t>
      </w:r>
      <w:r>
        <w:rPr>
          <w:b/>
        </w:rPr>
        <w:br/>
      </w:r>
      <w:r>
        <w:t>1. Bagi Nelayan: Menentukan waktu aman menambatkan perahu di dermaga dan jadwal berangkat melaut tanpa terdampar di dangkal.</w:t>
      </w:r>
      <w:r>
        <w:br/>
        <w:t>2. Bagi Pengelola Wisata: Menyiapkan mitigasi keselamatan pengunjung pantai agar tidak berenang saat air pasang mencapai batas bahaya.</w:t>
      </w:r>
    </w:p>
    <w:p w14:paraId="26513893" w14:textId="77777777" w:rsidR="004672C1" w:rsidRDefault="00C776E0">
      <w:pPr>
        <w:keepNext/>
        <w:spacing w:before="200" w:after="60"/>
      </w:pPr>
      <w:r>
        <w:rPr>
          <w:b/>
          <w:color w:val="2D3748"/>
          <w:sz w:val="23"/>
        </w:rPr>
        <w:t>(2) Cara Intuitif &amp; Non-Formal (Loncat Jam Bertahap)</w:t>
      </w:r>
    </w:p>
    <w:p w14:paraId="14F43413" w14:textId="77777777" w:rsidR="004672C1" w:rsidRDefault="00C776E0">
      <w:r>
        <w:rPr>
          <w:b/>
        </w:rPr>
        <w:t>a. Konsep Intuitif / Nalar Cepat:</w:t>
      </w:r>
      <w:r>
        <w:rPr>
          <w:b/>
        </w:rPr>
        <w:br/>
      </w:r>
      <w:r>
        <w:t>• Lihat selisih per jam: 120 -&gt; 135 -&gt; 150 -&gt; 165 -&gt; 180 (pasti naik 15 cm tiap jam).</w:t>
      </w:r>
      <w:r>
        <w:br/>
        <w:t>• Dari 180 cm (pukul 12.00) mau ke 210 cm butuh naik 30 cm lagi.</w:t>
      </w:r>
      <w:r>
        <w:br/>
        <w:t>• Karena 1 jam naik 15 cm, maka butuh 2 jam lagi (15 + 15 = 30).</w:t>
      </w:r>
      <w:r>
        <w:br/>
        <w:t>• 12.00 + 2 jam = Pukul 14.00 WIB.</w:t>
      </w:r>
      <w:r>
        <w:br/>
      </w:r>
      <w:r>
        <w:br/>
      </w:r>
      <w:r>
        <w:rPr>
          <w:b/>
        </w:rPr>
        <w:t>b. Arahan Pembelajaran (Pedagogis):</w:t>
      </w:r>
      <w:r>
        <w:rPr>
          <w:b/>
        </w:rPr>
        <w:br/>
      </w:r>
      <w:r>
        <w:t>Gunakan pola deret aritmatika sederhana. Hubungkan keteraturan matematika dengan keteraturan fenomena alam ciptaan Tuhan.</w:t>
      </w:r>
      <w:r>
        <w:br/>
      </w:r>
      <w:r>
        <w:br/>
      </w:r>
      <w:r>
        <w:rPr>
          <w:b/>
        </w:rPr>
        <w:t>c. Catatan Pengecualian &amp; Potensi Jebakan:</w:t>
      </w:r>
      <w:r>
        <w:rPr>
          <w:b/>
        </w:rPr>
        <w:br/>
      </w:r>
      <w:r>
        <w:t>• Pengecualian Siklus Pasang Surut: Air laut tidak akan naik terus selamanya secara linier. Pasang surut air laut di Banda Aceh bersiklus sekitar 6 atau 12 jam (semidiurnal). Setelah mencapai puncak pasang (high tide), air akan balik melandai dan surut.</w:t>
      </w:r>
    </w:p>
    <w:p w14:paraId="777E7A1E" w14:textId="77777777" w:rsidR="004672C1" w:rsidRDefault="00C776E0">
      <w:pPr>
        <w:keepNext/>
        <w:spacing w:before="280" w:after="80"/>
      </w:pPr>
      <w:r>
        <w:rPr>
          <w:b/>
          <w:color w:val="2B6CB0"/>
          <w:sz w:val="26"/>
        </w:rPr>
        <w:t>Soal Utama 3: Transportasi Angkutan Umum Banda Aceh (Kelayakan Usaha)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4672C1" w14:paraId="5CD6A86B" w14:textId="77777777">
        <w:trPr>
          <w:jc w:val="center"/>
        </w:trPr>
        <w:tc>
          <w:tcPr>
            <w:tcW w:w="9360" w:type="dxa"/>
            <w:tcBorders>
              <w:left w:val="single" w:sz="24" w:space="0" w:color="2B6CB0"/>
            </w:tcBorders>
            <w:shd w:val="clear" w:color="auto" w:fill="F7FAFC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3E332BD2" w14:textId="77777777" w:rsidR="004672C1" w:rsidRDefault="00C776E0">
            <w:pPr>
              <w:spacing w:before="20" w:after="60"/>
            </w:pPr>
            <w:r>
              <w:rPr>
                <w:color w:val="2D3748"/>
                <w:sz w:val="20"/>
              </w:rPr>
              <w:t>Sebuah angkutan kota di Banda Aceh memiliki rute sepanjang 12 km. Biaya operasional harian terdiri dari:</w:t>
            </w:r>
          </w:p>
          <w:p w14:paraId="4C24EFDB" w14:textId="77777777" w:rsidR="004672C1" w:rsidRDefault="00C776E0">
            <w:pPr>
              <w:spacing w:before="20" w:after="60"/>
            </w:pPr>
            <w:r>
              <w:rPr>
                <w:color w:val="2D3748"/>
                <w:sz w:val="20"/>
              </w:rPr>
              <w:t>• BBM: Rp150.000 | Perawatan: Rp50.000 | Retribusi: Rp25.000</w:t>
            </w:r>
          </w:p>
          <w:p w14:paraId="401272DC" w14:textId="77777777" w:rsidR="004672C1" w:rsidRDefault="00C776E0">
            <w:pPr>
              <w:spacing w:before="20" w:after="60"/>
            </w:pPr>
            <w:r>
              <w:rPr>
                <w:color w:val="2D3748"/>
                <w:sz w:val="20"/>
              </w:rPr>
              <w:t>Tarif per penumpang Rp5.000. Rata-rata penumpang per perjalanan adalah 15 orang, dan kendaraan melakukan 10 perjalanan dalam sehari.</w:t>
            </w:r>
          </w:p>
          <w:p w14:paraId="1ECD34A5" w14:textId="77777777" w:rsidR="004672C1" w:rsidRDefault="00C776E0">
            <w:pPr>
              <w:spacing w:before="20" w:after="60"/>
            </w:pPr>
            <w:r>
              <w:rPr>
                <w:color w:val="2D3748"/>
                <w:sz w:val="20"/>
              </w:rPr>
              <w:t>Pertanyaan:</w:t>
            </w:r>
          </w:p>
          <w:p w14:paraId="416965CC" w14:textId="77777777" w:rsidR="004672C1" w:rsidRDefault="00C776E0">
            <w:pPr>
              <w:spacing w:before="20" w:after="60"/>
            </w:pPr>
            <w:r>
              <w:rPr>
                <w:color w:val="2D3748"/>
                <w:sz w:val="20"/>
              </w:rPr>
              <w:t>a. Hitung total pendapatan harian!</w:t>
            </w:r>
          </w:p>
          <w:p w14:paraId="0373245F" w14:textId="77777777" w:rsidR="004672C1" w:rsidRDefault="00C776E0">
            <w:pPr>
              <w:spacing w:before="20" w:after="60"/>
            </w:pPr>
            <w:r>
              <w:rPr>
                <w:color w:val="2D3748"/>
                <w:sz w:val="20"/>
              </w:rPr>
              <w:t>b. Hitung total biaya operasional harian!</w:t>
            </w:r>
          </w:p>
          <w:p w14:paraId="7346FB25" w14:textId="77777777" w:rsidR="004672C1" w:rsidRDefault="00C776E0">
            <w:pPr>
              <w:spacing w:before="20" w:after="60"/>
            </w:pPr>
            <w:r>
              <w:rPr>
                <w:color w:val="2D3748"/>
                <w:sz w:val="20"/>
              </w:rPr>
              <w:t>c. Apakah usaha tersebut menguntungkan? Jelaskan!</w:t>
            </w:r>
          </w:p>
          <w:p w14:paraId="051DA1D9" w14:textId="77777777" w:rsidR="004672C1" w:rsidRDefault="00C776E0">
            <w:pPr>
              <w:spacing w:before="20" w:after="60"/>
            </w:pPr>
            <w:r>
              <w:rPr>
                <w:color w:val="2D3748"/>
                <w:sz w:val="20"/>
              </w:rPr>
              <w:t>d. Jika jumlah penumpang turun 20%, apakah usaha masih menguntungkan? Tunjukkan perhitunganmu!</w:t>
            </w:r>
          </w:p>
        </w:tc>
      </w:tr>
    </w:tbl>
    <w:p w14:paraId="3207FF9E" w14:textId="77777777" w:rsidR="004672C1" w:rsidRDefault="004672C1">
      <w:pPr>
        <w:spacing w:after="80"/>
      </w:pPr>
    </w:p>
    <w:p w14:paraId="77E615B4" w14:textId="77777777" w:rsidR="004672C1" w:rsidRDefault="00C776E0">
      <w:pPr>
        <w:keepNext/>
        <w:spacing w:before="200" w:after="60"/>
      </w:pPr>
      <w:r>
        <w:rPr>
          <w:b/>
          <w:color w:val="2D3748"/>
          <w:sz w:val="23"/>
        </w:rPr>
        <w:t>(1) Cara Formal Matematis Standard</w:t>
      </w:r>
    </w:p>
    <w:p w14:paraId="50DB9B44" w14:textId="77777777" w:rsidR="004672C1" w:rsidRDefault="00C776E0">
      <w:r>
        <w:rPr>
          <w:b/>
        </w:rPr>
        <w:t>a. Total Pendapatan Harian (Bagian a):</w:t>
      </w:r>
      <w:r>
        <w:rPr>
          <w:b/>
        </w:rPr>
        <w:br/>
      </w:r>
      <w:r>
        <w:t>Pendapatan = Perjalanan × Penumpang/trip × Tarif</w:t>
      </w:r>
      <w:r>
        <w:br/>
        <w:t>Pendapatan = 10 × 15 × Rp5.000 = 150 penumpang × Rp5.000 = Rp750.000</w:t>
      </w:r>
      <w:r>
        <w:br/>
      </w:r>
      <w:r>
        <w:br/>
      </w:r>
      <w:r>
        <w:rPr>
          <w:b/>
        </w:rPr>
        <w:lastRenderedPageBreak/>
        <w:t>b. Total Biaya Operasional (Bagian b):</w:t>
      </w:r>
      <w:r>
        <w:rPr>
          <w:b/>
        </w:rPr>
        <w:br/>
      </w:r>
      <w:r>
        <w:t>Total Biaya = BBM + Perawatan + Retribusi = Rp150.000 + Rp50.000 + Rp25.000 = Rp225.000</w:t>
      </w:r>
      <w:r>
        <w:br/>
      </w:r>
      <w:r>
        <w:br/>
      </w:r>
      <w:r>
        <w:rPr>
          <w:b/>
        </w:rPr>
        <w:t>c. Keuntungan Bersih Normal (Bagian c):</w:t>
      </w:r>
      <w:r>
        <w:rPr>
          <w:b/>
        </w:rPr>
        <w:br/>
      </w:r>
      <w:r>
        <w:t>Untung = Pendapatan - Biaya = Rp750.000 - Rp225.000 = Rp525.000 / hari.</w:t>
      </w:r>
      <w:r>
        <w:br/>
        <w:t>Usaha SANGAT MENGUNTUNGKAN karena pendapatan 3,33 kali lipat dari total biaya.</w:t>
      </w:r>
      <w:r>
        <w:br/>
      </w:r>
      <w:r>
        <w:br/>
      </w:r>
      <w:r>
        <w:rPr>
          <w:b/>
        </w:rPr>
        <w:t>d. Simulasi Penurunan Penumpang 20% (Bagian d):</w:t>
      </w:r>
      <w:r>
        <w:rPr>
          <w:b/>
        </w:rPr>
        <w:br/>
      </w:r>
      <w:r>
        <w:t>• Penumpang Baru = 150 penumpang × (1 - 0,20) = 120 penumpang/hari.</w:t>
      </w:r>
      <w:r>
        <w:br/>
        <w:t>• Pendapatan Baru = 120 × Rp5.000 = Rp600.000.</w:t>
      </w:r>
      <w:r>
        <w:br/>
        <w:t>• Biaya Operasional (Tetap) = Rp225.000.</w:t>
      </w:r>
      <w:r>
        <w:br/>
        <w:t>• Keuntungan Baru = Rp600.000 - Rp225.000 = Rp375.000 / hari.</w:t>
      </w:r>
      <w:r>
        <w:br/>
        <w:t>Kesimpulan: Usaha MASIH MENGUNTUNGKAN dengan surplus Rp375.000/hari.</w:t>
      </w:r>
    </w:p>
    <w:p w14:paraId="13E069BB" w14:textId="77777777" w:rsidR="004672C1" w:rsidRDefault="00C776E0">
      <w:pPr>
        <w:keepNext/>
        <w:spacing w:before="200" w:after="60"/>
      </w:pPr>
      <w:r>
        <w:rPr>
          <w:b/>
          <w:color w:val="2D3748"/>
          <w:sz w:val="23"/>
        </w:rPr>
        <w:t>(2) Cara Intuitif &amp; Non-Formal (Nalar Sederhana Pengemudi)</w:t>
      </w:r>
    </w:p>
    <w:p w14:paraId="2344DF3C" w14:textId="77777777" w:rsidR="004672C1" w:rsidRDefault="00C776E0">
      <w:r>
        <w:rPr>
          <w:b/>
        </w:rPr>
        <w:t>a. Konsep Intuitif / Nalar Cepat:</w:t>
      </w:r>
      <w:r>
        <w:rPr>
          <w:b/>
        </w:rPr>
        <w:br/>
      </w:r>
      <w:r>
        <w:t>• Sekali jalan dapat: 15 orang × 5 rb = 75 ribu. 10 kali jalan = 750 ribu di kantong.</w:t>
      </w:r>
      <w:r>
        <w:br/>
        <w:t>• Modal harian yang disetor (setoran/BBM/sampingan) = 150 + 50 + 25 = 225 ribu.</w:t>
      </w:r>
      <w:r>
        <w:br/>
        <w:t>• Untung bersih harian = 750 - 225 = 525 ribu (Sangat cukup untuk bawa pulang ke rumah).</w:t>
      </w:r>
      <w:r>
        <w:br/>
        <w:t>• Kalau sepi 20% (hilang 1/5 penumpang), dari 750 rb hilang 150 rb -&gt; sisa omset 600 rb. Dikurangi biaya 225 rb -&gt; masih tersisa 375 rb untung bersih.</w:t>
      </w:r>
      <w:r>
        <w:br/>
      </w:r>
      <w:r>
        <w:br/>
      </w:r>
      <w:r>
        <w:rPr>
          <w:b/>
        </w:rPr>
        <w:t>b. Arahan Pembelajaran (Pedagogis):</w:t>
      </w:r>
      <w:r>
        <w:rPr>
          <w:b/>
        </w:rPr>
        <w:br/>
      </w:r>
      <w:r>
        <w:t>Latih siswa membayangkan arus kas harian (Inflow vs Outflow) dari profesi supir angkot.</w:t>
      </w:r>
      <w:r>
        <w:br/>
      </w:r>
      <w:r>
        <w:br/>
      </w:r>
      <w:r>
        <w:rPr>
          <w:b/>
        </w:rPr>
        <w:t>c. Catatan Pengecualian &amp; Potensi Jebakan:</w:t>
      </w:r>
      <w:r>
        <w:rPr>
          <w:b/>
        </w:rPr>
        <w:br/>
      </w:r>
      <w:r>
        <w:t>• Pengecualian Biaya Variabel BBM: Soal mengasumsikan biaya BBM tetap Rp150.000. Jika jarak perjalanan berkurang saat sepi, biaya BBM bisa sedikit turun, namun biaya perawatan dan retribusi cenderung bersifat konstan.</w:t>
      </w:r>
    </w:p>
    <w:p w14:paraId="2434D265" w14:textId="77777777" w:rsidR="004672C1" w:rsidRDefault="00C776E0">
      <w:pPr>
        <w:keepNext/>
        <w:pBdr>
          <w:bottom w:val="single" w:sz="6" w:space="1" w:color="2B6CB0"/>
        </w:pBdr>
        <w:spacing w:before="320"/>
      </w:pPr>
      <w:r>
        <w:rPr>
          <w:b/>
          <w:color w:val="1B365D"/>
          <w:sz w:val="32"/>
        </w:rPr>
        <w:t>BAGIAN B: PAKET 10 SOAL PISA KONTEKSTUAL (LEVEL 1 - 6)</w:t>
      </w:r>
    </w:p>
    <w:p w14:paraId="19783F1D" w14:textId="77777777" w:rsidR="004672C1" w:rsidRDefault="00C776E0">
      <w:pPr>
        <w:keepNext/>
        <w:spacing w:before="280" w:after="80"/>
      </w:pPr>
      <w:r>
        <w:rPr>
          <w:b/>
          <w:color w:val="2B6CB0"/>
          <w:sz w:val="26"/>
        </w:rPr>
        <w:t>Soal PISA Level 1: Tarif Parkir Motor (Reproduksi - Informasi Langsung)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4672C1" w14:paraId="14B35234" w14:textId="77777777">
        <w:trPr>
          <w:jc w:val="center"/>
        </w:trPr>
        <w:tc>
          <w:tcPr>
            <w:tcW w:w="9360" w:type="dxa"/>
            <w:tcBorders>
              <w:left w:val="single" w:sz="24" w:space="0" w:color="2B6CB0"/>
            </w:tcBorders>
            <w:shd w:val="clear" w:color="auto" w:fill="F7FAFC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4393627B" w14:textId="77777777" w:rsidR="004672C1" w:rsidRDefault="00C776E0">
            <w:pPr>
              <w:spacing w:before="20" w:after="60"/>
            </w:pPr>
            <w:r>
              <w:rPr>
                <w:color w:val="2D3748"/>
                <w:sz w:val="20"/>
              </w:rPr>
              <w:t>Tarif parkir motor di pusat kota Banda Aceh adalah Rp2.000 untuk 1 jam pertama dan Rp1.000 untuk setiap jam berikutnya. Andi memarkir motor selama 3 jam.</w:t>
            </w:r>
          </w:p>
          <w:p w14:paraId="0835D830" w14:textId="77777777" w:rsidR="004672C1" w:rsidRDefault="00C776E0">
            <w:pPr>
              <w:spacing w:before="20" w:after="60"/>
            </w:pPr>
            <w:r>
              <w:rPr>
                <w:color w:val="2D3748"/>
                <w:sz w:val="20"/>
              </w:rPr>
              <w:t>Berapa biaya parkir yang harus dibayar Andi?</w:t>
            </w:r>
          </w:p>
        </w:tc>
      </w:tr>
    </w:tbl>
    <w:p w14:paraId="3E65412C" w14:textId="77777777" w:rsidR="004672C1" w:rsidRDefault="004672C1">
      <w:pPr>
        <w:spacing w:after="80"/>
      </w:pPr>
    </w:p>
    <w:p w14:paraId="4D821C3C" w14:textId="77777777" w:rsidR="004672C1" w:rsidRDefault="00C776E0">
      <w:pPr>
        <w:keepNext/>
        <w:spacing w:before="200" w:after="60"/>
      </w:pPr>
      <w:r>
        <w:rPr>
          <w:b/>
          <w:color w:val="2D3748"/>
          <w:sz w:val="23"/>
        </w:rPr>
        <w:lastRenderedPageBreak/>
        <w:t>Solusi Formal vs Intuitif &amp; Pengecualian</w:t>
      </w:r>
    </w:p>
    <w:p w14:paraId="13820F2E" w14:textId="77777777" w:rsidR="004672C1" w:rsidRDefault="00C776E0">
      <w:r>
        <w:rPr>
          <w:b/>
        </w:rPr>
        <w:t xml:space="preserve">• Formal: </w:t>
      </w:r>
      <w:r>
        <w:t>Biaya = T₁ + (t - 1) × T_sisa = Rp2.000 + (3 - 1) × Rp1.000 = Rp2.000 + Rp2.000 = Rp4.000.</w:t>
      </w:r>
      <w:r>
        <w:br/>
      </w:r>
      <w:r>
        <w:rPr>
          <w:b/>
        </w:rPr>
        <w:t xml:space="preserve">• Intuitif: </w:t>
      </w:r>
      <w:r>
        <w:t>Jam pertama 2rb, jam kedua 1rb, jam ketiga 1rb. Tinggal jumlahkan 2 + 1 + 1 = 4 ribu rupiah.</w:t>
      </w:r>
      <w:r>
        <w:br/>
      </w:r>
      <w:r>
        <w:rPr>
          <w:b/>
        </w:rPr>
        <w:t xml:space="preserve">• Arahan &amp; Pengecualian: </w:t>
      </w:r>
      <w:r>
        <w:t>Level 1 PISA menguji penarikan informasi langsung. Jebakan utama adalah langsung mengalikan 3 × Rp2.000 = Rp6.000.</w:t>
      </w:r>
    </w:p>
    <w:p w14:paraId="7F8D01F8" w14:textId="77777777" w:rsidR="004672C1" w:rsidRDefault="00C776E0">
      <w:pPr>
        <w:keepNext/>
        <w:spacing w:before="280" w:after="80"/>
      </w:pPr>
      <w:r>
        <w:rPr>
          <w:b/>
          <w:color w:val="2B6CB0"/>
          <w:sz w:val="26"/>
        </w:rPr>
        <w:t>Soal PISA Level 2: Penjualan Kopi Aceh (Interpretasi Data Sederhana)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4672C1" w14:paraId="0BF0BB28" w14:textId="77777777">
        <w:trPr>
          <w:jc w:val="center"/>
        </w:trPr>
        <w:tc>
          <w:tcPr>
            <w:tcW w:w="9360" w:type="dxa"/>
            <w:tcBorders>
              <w:left w:val="single" w:sz="24" w:space="0" w:color="2B6CB0"/>
            </w:tcBorders>
            <w:shd w:val="clear" w:color="auto" w:fill="F7FAFC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69CFE515" w14:textId="77777777" w:rsidR="004672C1" w:rsidRDefault="00C776E0">
            <w:pPr>
              <w:spacing w:before="20" w:after="60"/>
            </w:pPr>
            <w:r>
              <w:rPr>
                <w:color w:val="2D3748"/>
                <w:sz w:val="20"/>
              </w:rPr>
              <w:t>Sebuah kedai kopi di Banda Aceh mencatat penjualan kopi per hari:</w:t>
            </w:r>
          </w:p>
          <w:p w14:paraId="67944A77" w14:textId="77777777" w:rsidR="004672C1" w:rsidRDefault="00C776E0">
            <w:pPr>
              <w:spacing w:before="20" w:after="60"/>
            </w:pPr>
            <w:r>
              <w:rPr>
                <w:color w:val="2D3748"/>
                <w:sz w:val="20"/>
              </w:rPr>
              <w:t>• Senin: 80 gelas | Selasa: 95 gelas | Rabu: 100 gelas | Kamis: 90 gelas</w:t>
            </w:r>
          </w:p>
          <w:p w14:paraId="3EF9B064" w14:textId="77777777" w:rsidR="004672C1" w:rsidRDefault="00C776E0">
            <w:pPr>
              <w:spacing w:before="20" w:after="60"/>
            </w:pPr>
            <w:r>
              <w:rPr>
                <w:color w:val="2D3748"/>
                <w:sz w:val="20"/>
              </w:rPr>
              <w:t>Pertanyaan: a. Berapa rata-rata penjualan per hari?  b. Pada hari apa penjualan tertinggi?</w:t>
            </w:r>
          </w:p>
        </w:tc>
      </w:tr>
    </w:tbl>
    <w:p w14:paraId="2D48A44E" w14:textId="77777777" w:rsidR="004672C1" w:rsidRDefault="004672C1">
      <w:pPr>
        <w:spacing w:after="80"/>
      </w:pPr>
    </w:p>
    <w:p w14:paraId="56D415B5" w14:textId="77777777" w:rsidR="004672C1" w:rsidRDefault="00C776E0">
      <w:pPr>
        <w:keepNext/>
        <w:spacing w:before="200" w:after="60"/>
      </w:pPr>
      <w:r>
        <w:rPr>
          <w:b/>
          <w:color w:val="2D3748"/>
          <w:sz w:val="23"/>
        </w:rPr>
        <w:t>Solusi Formal vs Intuitif &amp; Pengecualian</w:t>
      </w:r>
    </w:p>
    <w:p w14:paraId="2151A4A3" w14:textId="77777777" w:rsidR="004672C1" w:rsidRDefault="00C776E0">
      <w:r>
        <w:rPr>
          <w:b/>
        </w:rPr>
        <w:t xml:space="preserve">• Formal: </w:t>
      </w:r>
      <w:r>
        <w:t>a. x̄ = (80 + 95 + 100 + 90) / 4 = 365 / 4 = 91,25 gelas/hari.  b. Penjualan tertinggi pada hari RABU (100 gelas).</w:t>
      </w:r>
      <w:r>
        <w:br/>
      </w:r>
      <w:r>
        <w:rPr>
          <w:b/>
        </w:rPr>
        <w:t xml:space="preserve">• Intuitif: </w:t>
      </w:r>
      <w:r>
        <w:t>Gunakan pivot 90: Senin (-10), Selasa (+5), Rabu (+10), Kamis (0). Total selisih +5. Bagi 4 hari = +1,25. Maka rata-rata = 90 + 1,25 = 91,25 gelas.</w:t>
      </w:r>
      <w:r>
        <w:br/>
      </w:r>
      <w:r>
        <w:rPr>
          <w:b/>
        </w:rPr>
        <w:t xml:space="preserve">• Arahan &amp; Pengecualian: </w:t>
      </w:r>
      <w:r>
        <w:t>Siswa sering membulatkan 91,25 menjadi 91. Dalam statistik deskriptif rata-rata, nilai desimal dibiarkan persis kecuali diminta pembulatan fisik porsi.</w:t>
      </w:r>
    </w:p>
    <w:p w14:paraId="5425B98F" w14:textId="77777777" w:rsidR="004672C1" w:rsidRDefault="00C776E0">
      <w:pPr>
        <w:keepNext/>
        <w:spacing w:before="280" w:after="80"/>
      </w:pPr>
      <w:r>
        <w:rPr>
          <w:b/>
          <w:color w:val="2B6CB0"/>
          <w:sz w:val="26"/>
        </w:rPr>
        <w:t>Soal PISA Level 3: Transportasi Kota (Prosedural Multi-Langkah)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4672C1" w14:paraId="183B4CC9" w14:textId="77777777">
        <w:trPr>
          <w:jc w:val="center"/>
        </w:trPr>
        <w:tc>
          <w:tcPr>
            <w:tcW w:w="9360" w:type="dxa"/>
            <w:tcBorders>
              <w:left w:val="single" w:sz="24" w:space="0" w:color="2B6CB0"/>
            </w:tcBorders>
            <w:shd w:val="clear" w:color="auto" w:fill="F7FAFC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02C5FBBE" w14:textId="77777777" w:rsidR="004672C1" w:rsidRDefault="00C776E0">
            <w:pPr>
              <w:spacing w:before="20" w:after="60"/>
            </w:pPr>
            <w:r>
              <w:rPr>
                <w:color w:val="2D3748"/>
                <w:sz w:val="20"/>
              </w:rPr>
              <w:t>Angkutan kota di Banda Aceh mengenakan tarif Rp5.000 per penumpang.</w:t>
            </w:r>
          </w:p>
          <w:p w14:paraId="0057683E" w14:textId="77777777" w:rsidR="004672C1" w:rsidRDefault="00C776E0">
            <w:pPr>
              <w:spacing w:before="20" w:after="60"/>
            </w:pPr>
            <w:r>
              <w:rPr>
                <w:color w:val="2D3748"/>
                <w:sz w:val="20"/>
              </w:rPr>
              <w:t>Dalam sehari terdapat 8 perjalanan dengan rata-rata 12 penumpang per perjalanan. Biaya operasional harian Rp300.000.</w:t>
            </w:r>
          </w:p>
          <w:p w14:paraId="3446B931" w14:textId="77777777" w:rsidR="004672C1" w:rsidRDefault="00C776E0">
            <w:pPr>
              <w:spacing w:before="20" w:after="60"/>
            </w:pPr>
            <w:r>
              <w:rPr>
                <w:color w:val="2D3748"/>
                <w:sz w:val="20"/>
              </w:rPr>
              <w:t>Pertanyaan: a. Hitung total pendapatan harian!  b. Apakah usaha tersebut untung atau rugi?</w:t>
            </w:r>
          </w:p>
        </w:tc>
      </w:tr>
    </w:tbl>
    <w:p w14:paraId="35FD893F" w14:textId="77777777" w:rsidR="004672C1" w:rsidRDefault="004672C1">
      <w:pPr>
        <w:spacing w:after="80"/>
      </w:pPr>
    </w:p>
    <w:p w14:paraId="5A8701A3" w14:textId="77777777" w:rsidR="004672C1" w:rsidRDefault="00C776E0">
      <w:pPr>
        <w:keepNext/>
        <w:spacing w:before="200" w:after="60"/>
      </w:pPr>
      <w:r>
        <w:rPr>
          <w:b/>
          <w:color w:val="2D3748"/>
          <w:sz w:val="23"/>
        </w:rPr>
        <w:t>Solusi Formal vs Intuitif &amp; Pengecualian</w:t>
      </w:r>
    </w:p>
    <w:p w14:paraId="0856BC8F" w14:textId="77777777" w:rsidR="004672C1" w:rsidRDefault="00C776E0">
      <w:r>
        <w:rPr>
          <w:b/>
        </w:rPr>
        <w:t xml:space="preserve">• Formal: </w:t>
      </w:r>
      <w:r>
        <w:t>a. Pendapatan = 8 trip × 12 orang × Rp5.000 = 96 × Rp5.000 = Rp480.000.  b. Keuntungan = Rp480.000 - Rp300.000 = Rp180.000 (UNTUNG).</w:t>
      </w:r>
      <w:r>
        <w:br/>
      </w:r>
      <w:r>
        <w:rPr>
          <w:b/>
        </w:rPr>
        <w:t xml:space="preserve">• Intuitif: </w:t>
      </w:r>
      <w:r>
        <w:t>8 trip × 12 orang = 96 orang. Bayangakan 100 orang × 5 rb = 500 rb. Karena kurang 4 orang (4 × 5rb = 20rb), omset = 480 rb. Kurangi modal 300 rb -&gt; sisa untung 180 rb!</w:t>
      </w:r>
      <w:r>
        <w:br/>
      </w:r>
      <w:r>
        <w:rPr>
          <w:b/>
        </w:rPr>
        <w:t xml:space="preserve">• Arahan &amp; Pengecualian: </w:t>
      </w:r>
      <w:r>
        <w:t>Pastikan perkalian dilakukan bertahap (Perjalanan -&gt; Total Penumpang -&gt; Total Uang) agar tidak ada variabel terlewat.</w:t>
      </w:r>
    </w:p>
    <w:p w14:paraId="028C7479" w14:textId="65952526" w:rsidR="004672C1" w:rsidRDefault="00C776E0">
      <w:pPr>
        <w:keepNext/>
        <w:spacing w:before="280" w:after="80"/>
      </w:pPr>
      <w:r>
        <w:rPr>
          <w:b/>
          <w:color w:val="2B6CB0"/>
          <w:sz w:val="26"/>
        </w:rPr>
        <w:t xml:space="preserve">Soal PISA Level 4 (A): Pemodelan </w:t>
      </w:r>
      <w:r w:rsidR="004859A5">
        <w:rPr>
          <w:b/>
          <w:color w:val="2B6CB0"/>
          <w:sz w:val="26"/>
          <w:lang w:val="id-ID"/>
        </w:rPr>
        <w:t xml:space="preserve">Linear </w:t>
      </w:r>
      <w:r>
        <w:rPr>
          <w:b/>
          <w:color w:val="2B6CB0"/>
          <w:sz w:val="26"/>
        </w:rPr>
        <w:t>Kenaikan Air Laut Pantai Ulee Lheue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4672C1" w14:paraId="43A20CAB" w14:textId="77777777">
        <w:trPr>
          <w:jc w:val="center"/>
        </w:trPr>
        <w:tc>
          <w:tcPr>
            <w:tcW w:w="9360" w:type="dxa"/>
            <w:tcBorders>
              <w:left w:val="single" w:sz="24" w:space="0" w:color="2B6CB0"/>
            </w:tcBorders>
            <w:shd w:val="clear" w:color="auto" w:fill="F7FAFC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460DD22E" w14:textId="77777777" w:rsidR="004672C1" w:rsidRDefault="00C776E0">
            <w:pPr>
              <w:spacing w:before="20" w:after="60"/>
            </w:pPr>
            <w:r>
              <w:rPr>
                <w:color w:val="2D3748"/>
                <w:sz w:val="20"/>
              </w:rPr>
              <w:t>Data tinggi air laut: 08.00 (120 cm), 09.00 (135 cm), 10.00 (150 cm).</w:t>
            </w:r>
          </w:p>
          <w:p w14:paraId="1B4510CB" w14:textId="77777777" w:rsidR="004672C1" w:rsidRDefault="00C776E0">
            <w:pPr>
              <w:spacing w:before="20" w:after="60"/>
            </w:pPr>
            <w:r>
              <w:rPr>
                <w:color w:val="2D3748"/>
                <w:sz w:val="20"/>
              </w:rPr>
              <w:lastRenderedPageBreak/>
              <w:t>Pertanyaan: a. Tentukan pola kenaikan per jam!  b. Buat model linear sederhana (rumus)!  c. Prediksi tinggi air pukul 13.00!</w:t>
            </w:r>
          </w:p>
        </w:tc>
      </w:tr>
    </w:tbl>
    <w:p w14:paraId="3ACCDC8E" w14:textId="77777777" w:rsidR="004672C1" w:rsidRDefault="004672C1">
      <w:pPr>
        <w:spacing w:after="80"/>
      </w:pPr>
    </w:p>
    <w:p w14:paraId="603604A8" w14:textId="77777777" w:rsidR="004672C1" w:rsidRDefault="00C776E0">
      <w:pPr>
        <w:keepNext/>
        <w:spacing w:before="200" w:after="60"/>
      </w:pPr>
      <w:r>
        <w:rPr>
          <w:b/>
          <w:color w:val="2D3748"/>
          <w:sz w:val="23"/>
        </w:rPr>
        <w:t>Solusi Formal vs Intuitif &amp; Pengecualian</w:t>
      </w:r>
    </w:p>
    <w:p w14:paraId="135D8F67" w14:textId="77777777" w:rsidR="004672C1" w:rsidRDefault="00C776E0">
      <w:r>
        <w:rPr>
          <w:b/>
        </w:rPr>
        <w:t xml:space="preserve">• Formal: </w:t>
      </w:r>
      <w:r>
        <w:t>a. Pola = Kenaikan konstan 15 cm/jam.  b. Model H(t) = 120 + 15t (di mana t = jam setelah 08.00).  c. Pukul 13.00 -&gt; t = 5 jam =&gt; H(5) = 120 + 15(5) = 120 + 75 = 195 cm.</w:t>
      </w:r>
      <w:r>
        <w:br/>
      </w:r>
      <w:r>
        <w:rPr>
          <w:b/>
        </w:rPr>
        <w:t xml:space="preserve">• Intuitif: </w:t>
      </w:r>
      <w:r>
        <w:t>Dari 10.00 (150 cm) ke 13.00 ada selisih 3 jam. 3 jam × 15 cm = 45 cm. Tinggal tambahkan: 150 + 45 = 195 cm.</w:t>
      </w:r>
      <w:r>
        <w:br/>
      </w:r>
      <w:r>
        <w:rPr>
          <w:b/>
        </w:rPr>
        <w:t xml:space="preserve">• Arahan &amp; Pengecualian: </w:t>
      </w:r>
      <w:r>
        <w:t>Membantu siswa memahami konversi variabel waktu t sebagai 'selisih jam dari acuan awal' untuk menyederhanakan fungsi aljabar.</w:t>
      </w:r>
    </w:p>
    <w:p w14:paraId="07532B41" w14:textId="77777777" w:rsidR="004672C1" w:rsidRDefault="00C776E0">
      <w:pPr>
        <w:keepNext/>
        <w:spacing w:before="280" w:after="80"/>
      </w:pPr>
      <w:r>
        <w:rPr>
          <w:b/>
          <w:color w:val="2B6CB0"/>
          <w:sz w:val="26"/>
        </w:rPr>
        <w:t>Soal PISA Level 4 (B): Harga Cabai Pasar Peunayong (Interpretasi Trend)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4672C1" w14:paraId="112815D3" w14:textId="77777777">
        <w:trPr>
          <w:jc w:val="center"/>
        </w:trPr>
        <w:tc>
          <w:tcPr>
            <w:tcW w:w="9360" w:type="dxa"/>
            <w:tcBorders>
              <w:left w:val="single" w:sz="24" w:space="0" w:color="2B6CB0"/>
            </w:tcBorders>
            <w:shd w:val="clear" w:color="auto" w:fill="F7FAFC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0079B185" w14:textId="77777777" w:rsidR="004672C1" w:rsidRDefault="00C776E0">
            <w:pPr>
              <w:spacing w:before="20" w:after="60"/>
            </w:pPr>
            <w:r>
              <w:rPr>
                <w:color w:val="2D3748"/>
                <w:sz w:val="20"/>
              </w:rPr>
              <w:t>Harga cabai (Rp/kg) selama 5 hari: 30.000, 28.000, 35.000, 33.000, 40.000.</w:t>
            </w:r>
          </w:p>
          <w:p w14:paraId="579BDADC" w14:textId="77777777" w:rsidR="004672C1" w:rsidRDefault="00C776E0">
            <w:pPr>
              <w:spacing w:before="20" w:after="60"/>
            </w:pPr>
            <w:r>
              <w:rPr>
                <w:color w:val="2D3748"/>
                <w:sz w:val="20"/>
              </w:rPr>
              <w:t>Pertanyaan: a. Hitung rata-rata harga!  b. Jelaskan dampak kenaikan terhadap pembeli!  c. Jika tren kenaikan berlanjut 10% dari hari terakhir, berapa perkiraan harga berikutnya?</w:t>
            </w:r>
          </w:p>
        </w:tc>
      </w:tr>
    </w:tbl>
    <w:p w14:paraId="49D9EDCF" w14:textId="77777777" w:rsidR="004672C1" w:rsidRDefault="004672C1">
      <w:pPr>
        <w:spacing w:after="80"/>
      </w:pPr>
    </w:p>
    <w:p w14:paraId="4884F3D8" w14:textId="77777777" w:rsidR="004672C1" w:rsidRDefault="00C776E0">
      <w:pPr>
        <w:keepNext/>
        <w:spacing w:before="200" w:after="60"/>
      </w:pPr>
      <w:r>
        <w:rPr>
          <w:b/>
          <w:color w:val="2D3748"/>
          <w:sz w:val="23"/>
        </w:rPr>
        <w:t>Solusi Formal vs Intuitif &amp; Pengecualian</w:t>
      </w:r>
    </w:p>
    <w:p w14:paraId="2F8B708C" w14:textId="77777777" w:rsidR="004672C1" w:rsidRDefault="00C776E0">
      <w:r>
        <w:rPr>
          <w:b/>
        </w:rPr>
        <w:t xml:space="preserve">• Formal: </w:t>
      </w:r>
      <w:r>
        <w:t>a. Mean = (30 + 28 + 35 + 33 + 40)rb / 5 = 166rb / 5 = Rp33.200/kg.  b. Dampak: Menurunkan daya beli dan meningkatkan pengeluaran rumah tangga.  c. Prediksi = Rp40.000 + 10%(Rp40.000) = Rp44.000/kg.</w:t>
      </w:r>
      <w:r>
        <w:br/>
      </w:r>
      <w:r>
        <w:rPr>
          <w:b/>
        </w:rPr>
        <w:t xml:space="preserve">• Intuitif: </w:t>
      </w:r>
      <w:r>
        <w:t>a. Total 166 rb dibagi 5 = 33,2 ribu. c. 10% dari 40 rb itu 4 rb. Maka harga baru = 40 + 4 = 44 ribu rupiah.</w:t>
      </w:r>
      <w:r>
        <w:br/>
      </w:r>
      <w:r>
        <w:rPr>
          <w:b/>
        </w:rPr>
        <w:t xml:space="preserve">• Arahan &amp; Pengecualian: </w:t>
      </w:r>
      <w:r>
        <w:t>Penambahan 10% dihitung dari harga hari TERAKHIR (Rp40.000), bukan dari harga rata-rata.</w:t>
      </w:r>
    </w:p>
    <w:p w14:paraId="136984DA" w14:textId="77777777" w:rsidR="004672C1" w:rsidRDefault="00C776E0">
      <w:pPr>
        <w:keepNext/>
        <w:spacing w:before="280" w:after="80"/>
      </w:pPr>
      <w:r>
        <w:rPr>
          <w:b/>
          <w:color w:val="2B6CB0"/>
          <w:sz w:val="26"/>
        </w:rPr>
        <w:t>Soal PISA Level 5 (A): Program Diskon UMKM Toko Oleh-oleh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4672C1" w14:paraId="32FF5893" w14:textId="77777777">
        <w:trPr>
          <w:jc w:val="center"/>
        </w:trPr>
        <w:tc>
          <w:tcPr>
            <w:tcW w:w="9360" w:type="dxa"/>
            <w:tcBorders>
              <w:left w:val="single" w:sz="24" w:space="0" w:color="2B6CB0"/>
            </w:tcBorders>
            <w:shd w:val="clear" w:color="auto" w:fill="F7FAFC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521A5871" w14:textId="12F40DE3" w:rsidR="004672C1" w:rsidRDefault="00C776E0">
            <w:pPr>
              <w:spacing w:after="80"/>
            </w:pPr>
            <w:r>
              <w:rPr>
                <w:b/>
                <w:color w:val="1A365D"/>
              </w:rPr>
              <w:t>(Penalaran Aljabar</w:t>
            </w:r>
            <w:r w:rsidR="004859A5">
              <w:rPr>
                <w:b/>
                <w:color w:val="1A365D"/>
                <w:lang w:val="id-ID"/>
              </w:rPr>
              <w:t>-</w:t>
            </w:r>
            <w:r>
              <w:rPr>
                <w:b/>
                <w:color w:val="1A365D"/>
              </w:rPr>
              <w:t>Diskon):</w:t>
            </w:r>
          </w:p>
          <w:p w14:paraId="57BFB832" w14:textId="77777777" w:rsidR="004672C1" w:rsidRDefault="00C776E0">
            <w:pPr>
              <w:spacing w:before="20" w:after="60"/>
            </w:pPr>
            <w:r>
              <w:rPr>
                <w:color w:val="2D3748"/>
                <w:sz w:val="20"/>
              </w:rPr>
              <w:t>Sebuah toko oleh-oleh di Banda Aceh memberikan diskon 15% untuk pembelian di atas Rp200.000. Wisatawan membeli barang senilai Rp250.000.</w:t>
            </w:r>
          </w:p>
          <w:p w14:paraId="710A4B80" w14:textId="77777777" w:rsidR="004672C1" w:rsidRDefault="00C776E0">
            <w:pPr>
              <w:spacing w:before="20" w:after="60"/>
            </w:pPr>
            <w:r>
              <w:rPr>
                <w:color w:val="2D3748"/>
                <w:sz w:val="20"/>
              </w:rPr>
              <w:t>Pertanyaan: a. Berapa harga setelah diskon?  b. Jika toko ingin tetap memperoleh penerimaan minimal Rp220.000, berapa harga minimum sebelum diskon yang harus ditetapkan?</w:t>
            </w:r>
          </w:p>
        </w:tc>
      </w:tr>
    </w:tbl>
    <w:p w14:paraId="08F5C89C" w14:textId="77777777" w:rsidR="004672C1" w:rsidRDefault="004672C1">
      <w:pPr>
        <w:spacing w:after="80"/>
      </w:pPr>
    </w:p>
    <w:p w14:paraId="581DCDE8" w14:textId="77777777" w:rsidR="004672C1" w:rsidRDefault="00C776E0">
      <w:pPr>
        <w:keepNext/>
        <w:spacing w:before="200" w:after="60"/>
      </w:pPr>
      <w:r>
        <w:rPr>
          <w:b/>
          <w:color w:val="2D3748"/>
          <w:sz w:val="23"/>
        </w:rPr>
        <w:t>Solusi Formal vs Intuitif &amp; Pengecualian</w:t>
      </w:r>
    </w:p>
    <w:p w14:paraId="0A7110D4" w14:textId="77777777" w:rsidR="004672C1" w:rsidRDefault="00C776E0">
      <w:r>
        <w:rPr>
          <w:b/>
        </w:rPr>
        <w:t xml:space="preserve">• Formal: </w:t>
      </w:r>
      <w:r>
        <w:t xml:space="preserve">a. Harga Akhir = 85% × Rp250.000 = Rp212.500.  b. Persamaan: 0,85 × Harga_Awal = Rp220.000 =&gt; Harga_Awal = 220.000 / 0,85 = Rp258.823,53 (Dibulatkan menjadi Rp258.824 atau </w:t>
      </w:r>
      <w:r>
        <w:lastRenderedPageBreak/>
        <w:t>Rp259.000).</w:t>
      </w:r>
      <w:r>
        <w:br/>
      </w:r>
      <w:r>
        <w:rPr>
          <w:b/>
        </w:rPr>
        <w:t xml:space="preserve">• Intuitif: </w:t>
      </w:r>
      <w:r>
        <w:t>b. Toko menyimpan 85% dari tagihan. Jika 85% itu bernilai 220 rb, maka 100% tagihan pasti di atas 250 rb. Pembagian 220 / 0,85 memberikan batas presisi 258,8 ribu.</w:t>
      </w:r>
      <w:r>
        <w:br/>
      </w:r>
      <w:r>
        <w:rPr>
          <w:b/>
        </w:rPr>
        <w:t xml:space="preserve">• Arahan &amp; Pengecualian: </w:t>
      </w:r>
      <w:r>
        <w:t>Pada soal bagian b, pembulatan harus selalu KE ATAS ke rupiah utuh terdekat agar penerimaan toko tidak kurang dari Rp220.000.</w:t>
      </w:r>
    </w:p>
    <w:p w14:paraId="2E9F5CCC" w14:textId="646A63B3" w:rsidR="004672C1" w:rsidRPr="004859A5" w:rsidRDefault="00C776E0">
      <w:pPr>
        <w:keepNext/>
        <w:spacing w:before="280" w:after="80"/>
        <w:rPr>
          <w:lang w:val="id-ID"/>
        </w:rPr>
      </w:pPr>
      <w:r>
        <w:rPr>
          <w:b/>
          <w:color w:val="2B6CB0"/>
          <w:sz w:val="26"/>
        </w:rPr>
        <w:t xml:space="preserve">Soal PISA Level 5 (B): Probabilitas Cuaca &amp; </w:t>
      </w:r>
      <w:r w:rsidR="004859A5">
        <w:rPr>
          <w:b/>
          <w:color w:val="2B6CB0"/>
          <w:sz w:val="26"/>
          <w:lang w:val="id-ID"/>
        </w:rPr>
        <w:t xml:space="preserve">Pengambilan </w:t>
      </w:r>
      <w:r>
        <w:rPr>
          <w:b/>
          <w:color w:val="2B6CB0"/>
          <w:sz w:val="26"/>
        </w:rPr>
        <w:t xml:space="preserve">Keputusan </w:t>
      </w:r>
      <w:r w:rsidR="004859A5">
        <w:rPr>
          <w:b/>
          <w:color w:val="2B6CB0"/>
          <w:sz w:val="26"/>
          <w:lang w:val="id-ID"/>
        </w:rPr>
        <w:t>Berbasis Peluang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4672C1" w14:paraId="698D2C90" w14:textId="77777777">
        <w:trPr>
          <w:jc w:val="center"/>
        </w:trPr>
        <w:tc>
          <w:tcPr>
            <w:tcW w:w="9360" w:type="dxa"/>
            <w:tcBorders>
              <w:left w:val="single" w:sz="24" w:space="0" w:color="2B6CB0"/>
            </w:tcBorders>
            <w:shd w:val="clear" w:color="auto" w:fill="F7FAFC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51F5962C" w14:textId="77777777" w:rsidR="004672C1" w:rsidRDefault="00C776E0">
            <w:pPr>
              <w:spacing w:before="20" w:after="60"/>
            </w:pPr>
            <w:r>
              <w:rPr>
                <w:color w:val="2D3748"/>
                <w:sz w:val="20"/>
              </w:rPr>
              <w:t>Data 30 hari: 18 hari cerah, 9 hari berawan, 3 hari hujan.</w:t>
            </w:r>
          </w:p>
          <w:p w14:paraId="558EFD03" w14:textId="77777777" w:rsidR="004672C1" w:rsidRDefault="00C776E0">
            <w:pPr>
              <w:spacing w:before="20" w:after="60"/>
            </w:pPr>
            <w:r>
              <w:rPr>
                <w:color w:val="2D3748"/>
                <w:sz w:val="20"/>
              </w:rPr>
              <w:t>Pertanyaan: a. Berapa peluang hari cerah?  b. Jika besok nelayan hanya melaut saat peluang cerah &gt; 50%, apakah ia sebaiknya melaut?</w:t>
            </w:r>
          </w:p>
        </w:tc>
      </w:tr>
    </w:tbl>
    <w:p w14:paraId="67F36D4C" w14:textId="77777777" w:rsidR="004672C1" w:rsidRDefault="004672C1">
      <w:pPr>
        <w:spacing w:after="80"/>
      </w:pPr>
    </w:p>
    <w:p w14:paraId="00B4E66A" w14:textId="77777777" w:rsidR="004672C1" w:rsidRDefault="00C776E0">
      <w:pPr>
        <w:keepNext/>
        <w:spacing w:before="200" w:after="60"/>
      </w:pPr>
      <w:r>
        <w:rPr>
          <w:b/>
          <w:color w:val="2D3748"/>
          <w:sz w:val="23"/>
        </w:rPr>
        <w:t>Solusi Formal vs Intuitif &amp; Pengecualian</w:t>
      </w:r>
    </w:p>
    <w:p w14:paraId="36F80FE7" w14:textId="77777777" w:rsidR="004672C1" w:rsidRDefault="00C776E0">
      <w:r>
        <w:rPr>
          <w:b/>
        </w:rPr>
        <w:t xml:space="preserve">• Formal: </w:t>
      </w:r>
      <w:r>
        <w:t>a. P(Cerah) = 18 / 30 = 0,60 (60%).  b. Keputusan: SEBAIKNYA MELAUT, karena P(Cerah) = 60% &gt; 50% (memenuhi ambang batas toleransi).</w:t>
      </w:r>
      <w:r>
        <w:br/>
      </w:r>
      <w:r>
        <w:rPr>
          <w:b/>
        </w:rPr>
        <w:t xml:space="preserve">• Intuitif: </w:t>
      </w:r>
      <w:r>
        <w:t>18 dari 30 itu lebih dari separuh (15 hari). Berarti hari cerah mendominasi mayoritas waktu (60%). Nelayan aman melaut!</w:t>
      </w:r>
      <w:r>
        <w:br/>
      </w:r>
      <w:r>
        <w:rPr>
          <w:b/>
        </w:rPr>
        <w:t xml:space="preserve">• Arahan &amp; Pengecualian: </w:t>
      </w:r>
      <w:r>
        <w:t>Peluang historis memberikan estimasi probabilitas, namun keputusan melaut di lapangan tetap harus memperhatikan peringatan dini cuaca BMKG ter-update.</w:t>
      </w:r>
    </w:p>
    <w:p w14:paraId="6586EEE1" w14:textId="33944BB2" w:rsidR="004672C1" w:rsidRDefault="00C776E0">
      <w:pPr>
        <w:keepNext/>
        <w:spacing w:before="280" w:after="80"/>
      </w:pPr>
      <w:r>
        <w:rPr>
          <w:b/>
          <w:color w:val="2B6CB0"/>
          <w:sz w:val="26"/>
        </w:rPr>
        <w:t xml:space="preserve">Soal PISA Level 6 (A): Model </w:t>
      </w:r>
      <w:r w:rsidR="008E3FB3">
        <w:rPr>
          <w:b/>
          <w:color w:val="2B6CB0"/>
          <w:sz w:val="26"/>
          <w:lang w:val="id-ID"/>
        </w:rPr>
        <w:t xml:space="preserve">&amp; Target </w:t>
      </w:r>
      <w:r>
        <w:rPr>
          <w:b/>
          <w:color w:val="2B6CB0"/>
          <w:sz w:val="26"/>
        </w:rPr>
        <w:t>Keuntungan Usaha Kopi Keliling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4672C1" w14:paraId="1A583967" w14:textId="77777777">
        <w:trPr>
          <w:jc w:val="center"/>
        </w:trPr>
        <w:tc>
          <w:tcPr>
            <w:tcW w:w="9360" w:type="dxa"/>
            <w:tcBorders>
              <w:left w:val="single" w:sz="24" w:space="0" w:color="2B6CB0"/>
            </w:tcBorders>
            <w:shd w:val="clear" w:color="auto" w:fill="F7FAFC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4BAAA565" w14:textId="77777777" w:rsidR="004672C1" w:rsidRDefault="00C776E0">
            <w:pPr>
              <w:spacing w:before="20" w:after="60"/>
            </w:pPr>
            <w:r>
              <w:rPr>
                <w:color w:val="2D3748"/>
                <w:sz w:val="20"/>
              </w:rPr>
              <w:t>Seorang penjual kopi keliling memiliki: Biaya tetap harian = Rp100.000 | Biaya bahan/gelas = Rp3.000 | Harga jual = Rp8.000/gelas.</w:t>
            </w:r>
          </w:p>
          <w:p w14:paraId="6C97E5CF" w14:textId="77777777" w:rsidR="004672C1" w:rsidRDefault="00C776E0">
            <w:pPr>
              <w:spacing w:before="20" w:after="60"/>
            </w:pPr>
            <w:r>
              <w:rPr>
                <w:color w:val="2D3748"/>
                <w:sz w:val="20"/>
              </w:rPr>
              <w:t>Pertanyaan: a. Buat model fungsi keuntungan!  b. Tentukan jumlah minimal gelas agar impas!  c. Jika ingin untung Rp200.000, berapa gelas harus terjual?</w:t>
            </w:r>
          </w:p>
        </w:tc>
      </w:tr>
    </w:tbl>
    <w:p w14:paraId="459ED9FE" w14:textId="77777777" w:rsidR="004672C1" w:rsidRDefault="004672C1">
      <w:pPr>
        <w:spacing w:after="80"/>
      </w:pPr>
    </w:p>
    <w:p w14:paraId="7A1DBA3D" w14:textId="77777777" w:rsidR="004672C1" w:rsidRDefault="00C776E0">
      <w:pPr>
        <w:keepNext/>
        <w:spacing w:before="200" w:after="60"/>
      </w:pPr>
      <w:r>
        <w:rPr>
          <w:b/>
          <w:color w:val="2D3748"/>
          <w:sz w:val="23"/>
        </w:rPr>
        <w:t>Solusi Formal vs Intuitif &amp; Pengecualian</w:t>
      </w:r>
    </w:p>
    <w:p w14:paraId="617EB59D" w14:textId="77777777" w:rsidR="004672C1" w:rsidRDefault="00C776E0">
      <w:r>
        <w:rPr>
          <w:b/>
        </w:rPr>
        <w:t xml:space="preserve">• Formal: </w:t>
      </w:r>
      <w:r>
        <w:t>a. K(x) = 8.000x - (100.000 + 3.000x) = 5.000x - 100.000.</w:t>
      </w:r>
      <w:r>
        <w:br/>
        <w:t>b. K(x) = 0 =&gt; 5.000x = 100.000 =&gt; x = 20 gelas.</w:t>
      </w:r>
      <w:r>
        <w:br/>
        <w:t>c. K(x) = 200.000 =&gt; 5.000x - 100.000 = 200.000 =&gt; 5.000x = 300.000 =&gt; x = 60 gelas.</w:t>
      </w:r>
      <w:r>
        <w:br/>
      </w:r>
      <w:r>
        <w:rPr>
          <w:b/>
        </w:rPr>
        <w:t xml:space="preserve">• Intuitif: </w:t>
      </w:r>
      <w:r>
        <w:t>Untung kotor per gelas = 8 - 3 = 5 ribu. b. Tutup modal 100 rb butuh 100 / 5 = 20 gelas. c. Mau untung 200 rb + modal 100 rb = butuh total 300 rb / 5 ribu = 60 gelas!</w:t>
      </w:r>
      <w:r>
        <w:br/>
      </w:r>
      <w:r>
        <w:rPr>
          <w:b/>
        </w:rPr>
        <w:t xml:space="preserve">• Arahan &amp; Pengecualian: </w:t>
      </w:r>
      <w:r>
        <w:t>Memahami bahwa marjin kontribusi Rp5.000 per gelas bertindak sebagai mesin pengumpul uang untuk menutup modal tetap terlebih dahulu.</w:t>
      </w:r>
    </w:p>
    <w:p w14:paraId="550A20D3" w14:textId="77777777" w:rsidR="004672C1" w:rsidRDefault="00C776E0">
      <w:pPr>
        <w:keepNext/>
        <w:spacing w:before="280" w:after="80"/>
      </w:pPr>
      <w:r>
        <w:rPr>
          <w:b/>
          <w:color w:val="2B6CB0"/>
          <w:sz w:val="26"/>
        </w:rPr>
        <w:lastRenderedPageBreak/>
        <w:t>Soal PISA Level 6 (B): Sampah Plastik &amp; Ekstrapolasi Tren Linear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4672C1" w14:paraId="706F5AE8" w14:textId="77777777">
        <w:trPr>
          <w:jc w:val="center"/>
        </w:trPr>
        <w:tc>
          <w:tcPr>
            <w:tcW w:w="9360" w:type="dxa"/>
            <w:tcBorders>
              <w:left w:val="single" w:sz="24" w:space="0" w:color="2B6CB0"/>
            </w:tcBorders>
            <w:shd w:val="clear" w:color="auto" w:fill="F7FAFC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009A21DD" w14:textId="507D3C59" w:rsidR="004672C1" w:rsidRDefault="00C776E0">
            <w:pPr>
              <w:spacing w:after="80"/>
            </w:pPr>
            <w:r>
              <w:rPr>
                <w:b/>
                <w:color w:val="1A365D"/>
              </w:rPr>
              <w:t>(Analisis Tren &amp; Prediksi Lanjut):</w:t>
            </w:r>
          </w:p>
          <w:p w14:paraId="3411BB48" w14:textId="77777777" w:rsidR="004672C1" w:rsidRDefault="00C776E0">
            <w:pPr>
              <w:spacing w:before="20" w:after="60"/>
            </w:pPr>
            <w:r>
              <w:rPr>
                <w:color w:val="2D3748"/>
                <w:sz w:val="20"/>
              </w:rPr>
              <w:t>Data sampah plastik (kg): Minggu 1: 250 | Minggu 2: 220 | Minggu 3: 200 | Minggu 4: 170.</w:t>
            </w:r>
          </w:p>
          <w:p w14:paraId="274A8224" w14:textId="77777777" w:rsidR="004672C1" w:rsidRDefault="00C776E0">
            <w:pPr>
              <w:spacing w:before="20" w:after="60"/>
            </w:pPr>
            <w:r>
              <w:rPr>
                <w:color w:val="2D3748"/>
                <w:sz w:val="20"/>
              </w:rPr>
              <w:t>Pertanyaan: a. Hitung persentase penurunan M1 ke M4!  b. Evaluasi efektivitas program!  c. Prediksi berat sampah pada Minggu ke-6 jika tren berlanjut!</w:t>
            </w:r>
          </w:p>
        </w:tc>
      </w:tr>
    </w:tbl>
    <w:p w14:paraId="7AFF64D6" w14:textId="77777777" w:rsidR="004672C1" w:rsidRDefault="004672C1">
      <w:pPr>
        <w:spacing w:after="80"/>
      </w:pPr>
    </w:p>
    <w:p w14:paraId="32CC5337" w14:textId="77777777" w:rsidR="004672C1" w:rsidRDefault="00C776E0">
      <w:pPr>
        <w:keepNext/>
        <w:spacing w:before="200" w:after="60"/>
      </w:pPr>
      <w:r>
        <w:rPr>
          <w:b/>
          <w:color w:val="2D3748"/>
          <w:sz w:val="23"/>
        </w:rPr>
        <w:t>Solusi Formal vs Intuitif &amp; Pengecualian</w:t>
      </w:r>
    </w:p>
    <w:p w14:paraId="63A126FE" w14:textId="77777777" w:rsidR="004672C1" w:rsidRDefault="00C776E0">
      <w:r>
        <w:rPr>
          <w:b/>
        </w:rPr>
        <w:t xml:space="preserve">• Formal: </w:t>
      </w:r>
      <w:r>
        <w:t>a. % Penurunan = (250 - 170) / 250 × 100% = 32%.</w:t>
      </w:r>
      <w:r>
        <w:br/>
        <w:t>b. Efektif karena terjadi tren penurunan konsisten.</w:t>
      </w:r>
      <w:r>
        <w:br/>
        <w:t>c. Laju penurunan rata-rata = (250 - 170) / 3 interval = 80 / 3 = 26,67 kg/minggu.</w:t>
      </w:r>
      <w:r>
        <w:br/>
        <w:t>Prediksi M6 = M4 - 2(26,67) = 170 - 53,33 = 116,67 kg (dibulatkan ~117 kg).</w:t>
      </w:r>
      <w:r>
        <w:br/>
      </w:r>
      <w:r>
        <w:rPr>
          <w:b/>
        </w:rPr>
        <w:t xml:space="preserve">• Intuitif: </w:t>
      </w:r>
      <w:r>
        <w:t>Dalam 3 langkah minggu, sampah berkurang 80 kg (~26.7 kg per minggu). Dari M4 (170 kg) melompat 2 minggu lagi ke M6: berkurang sekitar 53 kg. 170 - 53 = 117 kg.</w:t>
      </w:r>
      <w:r>
        <w:br/>
      </w:r>
      <w:r>
        <w:rPr>
          <w:b/>
        </w:rPr>
        <w:t xml:space="preserve">• Arahan &amp; Pengecualian: </w:t>
      </w:r>
      <w:r>
        <w:t>Pembagi laju penurunan adalah jumlah INTERVAL MINGGU (3 interval: M1-M2, M2-M3, M3-M4), bukan jumlah titik data (4).</w:t>
      </w:r>
    </w:p>
    <w:p w14:paraId="3861B916" w14:textId="77777777" w:rsidR="004672C1" w:rsidRDefault="00C776E0">
      <w:pPr>
        <w:keepNext/>
        <w:spacing w:before="280" w:after="80"/>
      </w:pPr>
      <w:r>
        <w:rPr>
          <w:b/>
          <w:color w:val="2B6CB0"/>
          <w:sz w:val="26"/>
        </w:rPr>
        <w:t>Soal PISA Level 6 (C): Evaluasi Kebijakan Jalur Sepeda Kota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4672C1" w14:paraId="197A392C" w14:textId="77777777">
        <w:trPr>
          <w:jc w:val="center"/>
        </w:trPr>
        <w:tc>
          <w:tcPr>
            <w:tcW w:w="9360" w:type="dxa"/>
            <w:tcBorders>
              <w:left w:val="single" w:sz="24" w:space="0" w:color="2B6CB0"/>
            </w:tcBorders>
            <w:shd w:val="clear" w:color="auto" w:fill="F7FAFC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47B1E539" w14:textId="77777777" w:rsidR="004672C1" w:rsidRDefault="00C776E0">
            <w:pPr>
              <w:spacing w:before="20" w:after="60"/>
            </w:pPr>
            <w:r>
              <w:rPr>
                <w:color w:val="2D3748"/>
                <w:sz w:val="20"/>
              </w:rPr>
              <w:t>Pembangunan jalur sepeda 5 km. Biaya Rp2 M/km. Pengguna 2.000 warga/hari. Masa pakai 10 tahun.</w:t>
            </w:r>
          </w:p>
          <w:p w14:paraId="0EB38ECE" w14:textId="0E80DF13" w:rsidR="004672C1" w:rsidRDefault="00C776E0">
            <w:pPr>
              <w:spacing w:before="20" w:after="60"/>
            </w:pPr>
            <w:r>
              <w:rPr>
                <w:color w:val="2D3748"/>
                <w:sz w:val="20"/>
              </w:rPr>
              <w:t xml:space="preserve">Pertanyaan: a. </w:t>
            </w:r>
            <w:r w:rsidR="008E3FB3">
              <w:rPr>
                <w:color w:val="2D3748"/>
                <w:sz w:val="20"/>
                <w:lang w:val="id-ID"/>
              </w:rPr>
              <w:t xml:space="preserve">Berapa </w:t>
            </w:r>
            <w:r>
              <w:rPr>
                <w:color w:val="2D3748"/>
                <w:sz w:val="20"/>
              </w:rPr>
              <w:t>Total biaya</w:t>
            </w:r>
            <w:r w:rsidR="008E3FB3">
              <w:rPr>
                <w:color w:val="2D3748"/>
                <w:sz w:val="20"/>
                <w:lang w:val="id-ID"/>
              </w:rPr>
              <w:t xml:space="preserve"> yang dibutuhkan</w:t>
            </w:r>
            <w:r>
              <w:rPr>
                <w:color w:val="2D3748"/>
                <w:sz w:val="20"/>
              </w:rPr>
              <w:t xml:space="preserve">?  b. </w:t>
            </w:r>
            <w:r w:rsidR="008E3FB3">
              <w:rPr>
                <w:color w:val="2D3748"/>
                <w:sz w:val="20"/>
                <w:lang w:val="id-ID"/>
              </w:rPr>
              <w:t xml:space="preserve">Bagaimana </w:t>
            </w:r>
            <w:r>
              <w:rPr>
                <w:color w:val="2D3748"/>
                <w:sz w:val="20"/>
              </w:rPr>
              <w:t>Kelayakan</w:t>
            </w:r>
            <w:r w:rsidR="008E3FB3">
              <w:rPr>
                <w:color w:val="2D3748"/>
                <w:sz w:val="20"/>
                <w:lang w:val="id-ID"/>
              </w:rPr>
              <w:t>nya</w:t>
            </w:r>
            <w:r>
              <w:rPr>
                <w:color w:val="2D3748"/>
                <w:sz w:val="20"/>
              </w:rPr>
              <w:t xml:space="preserve"> jika syarat biaya &lt; Rp500.000/pengguna/tahun?  c. Pertimbangan non-matematis</w:t>
            </w:r>
            <w:r w:rsidR="008E3FB3">
              <w:rPr>
                <w:color w:val="2D3748"/>
                <w:sz w:val="20"/>
                <w:lang w:val="id-ID"/>
              </w:rPr>
              <w:t xml:space="preserve"> mana yang paling tepat</w:t>
            </w:r>
            <w:r>
              <w:rPr>
                <w:color w:val="2D3748"/>
                <w:sz w:val="20"/>
              </w:rPr>
              <w:t>?</w:t>
            </w:r>
          </w:p>
        </w:tc>
      </w:tr>
    </w:tbl>
    <w:p w14:paraId="00F019A4" w14:textId="77777777" w:rsidR="004672C1" w:rsidRDefault="004672C1">
      <w:pPr>
        <w:spacing w:after="80"/>
      </w:pPr>
    </w:p>
    <w:p w14:paraId="16145517" w14:textId="77777777" w:rsidR="004672C1" w:rsidRDefault="00C776E0">
      <w:pPr>
        <w:keepNext/>
        <w:spacing w:before="200" w:after="60"/>
      </w:pPr>
      <w:r>
        <w:rPr>
          <w:b/>
          <w:color w:val="2D3748"/>
          <w:sz w:val="23"/>
        </w:rPr>
        <w:t>Solusi Formal vs Intuitif &amp; Pengecualian</w:t>
      </w:r>
    </w:p>
    <w:p w14:paraId="251102CA" w14:textId="77777777" w:rsidR="004672C1" w:rsidRDefault="00C776E0">
      <w:r>
        <w:rPr>
          <w:b/>
        </w:rPr>
        <w:t xml:space="preserve">• Formal: </w:t>
      </w:r>
      <w:r>
        <w:t>a. Total Biaya = 5 × Rp2 M = Rp10 Miliar.</w:t>
      </w:r>
      <w:r>
        <w:br/>
        <w:t>b. Biaya/pengguna/tahun = (Rp10 Miliar / 10 tahun) / 2.000 warga = Rp1.000.000.000 / 2.000 = Rp500.000. Memenuhi syarat (LAYAK).</w:t>
      </w:r>
      <w:r>
        <w:br/>
        <w:t>c. Pertimbangan non-matematis: Mengurangi kemacetan kota, menurunkan tingkat polusi emisi karbon, dan mendorong gaya hidup sehat warga Banda Aceh.</w:t>
      </w:r>
      <w:r>
        <w:br/>
      </w:r>
      <w:r>
        <w:rPr>
          <w:b/>
        </w:rPr>
        <w:t xml:space="preserve">• Intuitif: </w:t>
      </w:r>
      <w:r>
        <w:t>10 Miliar untuk 10 tahun = 1 Miliar per tahun. Uang 1 Miliar ini melayani 2.000 warga aktif. Dibagi rata = 500 ribu per orang per tahun. Pas di ambang efisiensi anggaran!</w:t>
      </w:r>
      <w:r>
        <w:br/>
      </w:r>
      <w:r>
        <w:rPr>
          <w:b/>
        </w:rPr>
        <w:t xml:space="preserve">• Arahan &amp; Pengecualian: </w:t>
      </w:r>
      <w:r>
        <w:t>Level 6 PISA menuntut kemampuan menghubungkan perhitungan kuantitatif dengan argumen pembuatan keputusan (decision-making) di dunia nyata.</w:t>
      </w:r>
    </w:p>
    <w:sectPr w:rsidR="004672C1" w:rsidSect="00034616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9A43D9" w14:textId="77777777" w:rsidR="00F662D7" w:rsidRDefault="00F662D7">
      <w:pPr>
        <w:spacing w:after="0" w:line="240" w:lineRule="auto"/>
      </w:pPr>
      <w:r>
        <w:separator/>
      </w:r>
    </w:p>
  </w:endnote>
  <w:endnote w:type="continuationSeparator" w:id="0">
    <w:p w14:paraId="719E2878" w14:textId="77777777" w:rsidR="00F662D7" w:rsidRDefault="00F662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00000287" w:usb1="08070000" w:usb2="00000010" w:usb3="00000000" w:csb0="000200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495C9" w14:textId="7CC0A725" w:rsidR="004672C1" w:rsidRDefault="00C776E0" w:rsidP="007147BB">
    <w:pPr>
      <w:pStyle w:val="Footer"/>
      <w:pBdr>
        <w:top w:val="single" w:sz="4" w:space="1" w:color="auto"/>
      </w:pBdr>
      <w:jc w:val="right"/>
    </w:pPr>
    <w:r>
      <w:rPr>
        <w:color w:val="666666"/>
        <w:sz w:val="18"/>
      </w:rPr>
      <w:t xml:space="preserve">Dokumen Solusi &amp; Pembahasan </w:t>
    </w:r>
    <w:r w:rsidR="007147BB">
      <w:rPr>
        <w:color w:val="666666"/>
        <w:sz w:val="18"/>
        <w:lang w:val="id-ID"/>
      </w:rPr>
      <w:t xml:space="preserve">Soal </w:t>
    </w:r>
    <w:r>
      <w:rPr>
        <w:color w:val="666666"/>
        <w:sz w:val="18"/>
      </w:rPr>
      <w:t>Literasi-Numerasi</w:t>
    </w:r>
    <w:r w:rsidR="007147BB">
      <w:rPr>
        <w:color w:val="666666"/>
        <w:sz w:val="18"/>
        <w:lang w:val="id-ID"/>
      </w:rPr>
      <w:t xml:space="preserve"> versi PISA </w:t>
    </w:r>
    <w:r>
      <w:rPr>
        <w:color w:val="666666"/>
        <w:sz w:val="18"/>
      </w:rPr>
      <w:t xml:space="preserve"> — </w:t>
    </w:r>
    <w:r>
      <w:fldChar w:fldCharType="begin"/>
    </w:r>
    <w:r>
      <w:instrText>PAGE</w:instrText>
    </w:r>
    <w:r>
      <w:fldChar w:fldCharType="separate"/>
    </w:r>
    <w:r w:rsidR="007147BB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17DA2F" w14:textId="77777777" w:rsidR="00F662D7" w:rsidRDefault="00F662D7">
      <w:pPr>
        <w:spacing w:after="0" w:line="240" w:lineRule="auto"/>
      </w:pPr>
      <w:r>
        <w:separator/>
      </w:r>
    </w:p>
  </w:footnote>
  <w:footnote w:type="continuationSeparator" w:id="0">
    <w:p w14:paraId="6BB205EC" w14:textId="77777777" w:rsidR="00F662D7" w:rsidRDefault="00F662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05930" w14:textId="77777777" w:rsidR="007147BB" w:rsidRDefault="007147BB" w:rsidP="007147BB">
    <w:pPr>
      <w:pStyle w:val="Header"/>
      <w:pBdr>
        <w:bottom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B4495"/>
    <w:rsid w:val="00326F90"/>
    <w:rsid w:val="004672C1"/>
    <w:rsid w:val="004859A5"/>
    <w:rsid w:val="00671E8A"/>
    <w:rsid w:val="007147BB"/>
    <w:rsid w:val="008E3FB3"/>
    <w:rsid w:val="00AA1D8D"/>
    <w:rsid w:val="00B47730"/>
    <w:rsid w:val="00C776E0"/>
    <w:rsid w:val="00CB0664"/>
    <w:rsid w:val="00F662D7"/>
    <w:rsid w:val="00F8165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065CBA"/>
  <w14:defaultImageDpi w14:val="300"/>
  <w15:docId w15:val="{9E738EC3-BE44-4129-98CA-683C6F548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color w:val="2222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2417</Words>
  <Characters>13779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16164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abi alroqayaz</cp:lastModifiedBy>
  <cp:revision>3</cp:revision>
  <dcterms:created xsi:type="dcterms:W3CDTF">2026-09-26T12:15:00Z</dcterms:created>
  <dcterms:modified xsi:type="dcterms:W3CDTF">2026-09-26T12:39:00Z</dcterms:modified>
  <cp:category/>
</cp:coreProperties>
</file>