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FA288" w14:textId="1E407B2E" w:rsidR="008E0E5B" w:rsidRPr="008E0E5B" w:rsidRDefault="008E0E5B" w:rsidP="008E0E5B">
      <w:pPr>
        <w:jc w:val="center"/>
        <w:rPr>
          <w:b/>
          <w:bCs/>
        </w:rPr>
      </w:pPr>
      <w:r w:rsidRPr="008E0E5B">
        <w:rPr>
          <w:b/>
          <w:bCs/>
        </w:rPr>
        <w:t>Jadwal dan Rencana Kegiatan MGMP Matematika SMK Aceh Besar</w:t>
      </w:r>
    </w:p>
    <w:p w14:paraId="33B75C31" w14:textId="5981B027" w:rsidR="00C732B6" w:rsidRDefault="00C732B6" w:rsidP="008E0E5B">
      <w:pPr>
        <w:jc w:val="center"/>
        <w:rPr>
          <w:b/>
          <w:bCs/>
        </w:rPr>
      </w:pPr>
      <w:r w:rsidRPr="008E0E5B">
        <w:rPr>
          <w:b/>
          <w:bCs/>
        </w:rPr>
        <w:t>Ganjil Tahun Ajaran 202</w:t>
      </w:r>
      <w:r w:rsidR="000F01C8" w:rsidRPr="008E0E5B">
        <w:rPr>
          <w:b/>
          <w:bCs/>
        </w:rPr>
        <w:t>6/2027</w:t>
      </w:r>
    </w:p>
    <w:p w14:paraId="229CB7E4" w14:textId="77777777" w:rsidR="008E0E5B" w:rsidRPr="008E0E5B" w:rsidRDefault="008E0E5B" w:rsidP="008E0E5B">
      <w:pPr>
        <w:jc w:val="center"/>
        <w:rPr>
          <w:b/>
          <w:bCs/>
        </w:rPr>
      </w:pPr>
    </w:p>
    <w:tbl>
      <w:tblPr>
        <w:tblStyle w:val="TableGrid"/>
        <w:tblW w:w="10283" w:type="dxa"/>
        <w:tblInd w:w="-743" w:type="dxa"/>
        <w:tblLook w:val="04A0" w:firstRow="1" w:lastRow="0" w:firstColumn="1" w:lastColumn="0" w:noHBand="0" w:noVBand="1"/>
      </w:tblPr>
      <w:tblGrid>
        <w:gridCol w:w="491"/>
        <w:gridCol w:w="1239"/>
        <w:gridCol w:w="1326"/>
        <w:gridCol w:w="1514"/>
        <w:gridCol w:w="2213"/>
        <w:gridCol w:w="1722"/>
        <w:gridCol w:w="1778"/>
      </w:tblGrid>
      <w:tr w:rsidR="008E0E5B" w:rsidRPr="00786639" w14:paraId="3B3633C5" w14:textId="56D3F518" w:rsidTr="00BE76FE">
        <w:tc>
          <w:tcPr>
            <w:tcW w:w="491" w:type="dxa"/>
            <w:shd w:val="clear" w:color="auto" w:fill="DBE5F1" w:themeFill="accent1" w:themeFillTint="33"/>
            <w:vAlign w:val="center"/>
          </w:tcPr>
          <w:p w14:paraId="32B5BEDB" w14:textId="77777777" w:rsidR="008E0E5B" w:rsidRPr="00786639" w:rsidRDefault="008E0E5B" w:rsidP="008E0E5B">
            <w:pPr>
              <w:jc w:val="center"/>
              <w:rPr>
                <w:b/>
                <w:bCs/>
              </w:rPr>
            </w:pPr>
            <w:r w:rsidRPr="00786639">
              <w:rPr>
                <w:b/>
                <w:bCs/>
              </w:rPr>
              <w:t>No</w:t>
            </w:r>
          </w:p>
        </w:tc>
        <w:tc>
          <w:tcPr>
            <w:tcW w:w="1239" w:type="dxa"/>
            <w:shd w:val="clear" w:color="auto" w:fill="DBE5F1" w:themeFill="accent1" w:themeFillTint="33"/>
            <w:vAlign w:val="center"/>
          </w:tcPr>
          <w:p w14:paraId="0167B380" w14:textId="651EAD62" w:rsidR="008E0E5B" w:rsidRPr="00786639" w:rsidRDefault="008E0E5B" w:rsidP="008E0E5B">
            <w:pPr>
              <w:jc w:val="center"/>
              <w:rPr>
                <w:b/>
                <w:bCs/>
              </w:rPr>
            </w:pPr>
            <w:r w:rsidRPr="00786639">
              <w:rPr>
                <w:b/>
                <w:bCs/>
              </w:rPr>
              <w:t>Hari Tanggal</w:t>
            </w:r>
          </w:p>
        </w:tc>
        <w:tc>
          <w:tcPr>
            <w:tcW w:w="1326" w:type="dxa"/>
            <w:shd w:val="clear" w:color="auto" w:fill="DBE5F1" w:themeFill="accent1" w:themeFillTint="33"/>
            <w:vAlign w:val="center"/>
          </w:tcPr>
          <w:p w14:paraId="113F7B19" w14:textId="20B3CFB1" w:rsidR="008E0E5B" w:rsidRPr="00786639" w:rsidRDefault="008E0E5B" w:rsidP="008E0E5B">
            <w:pPr>
              <w:jc w:val="center"/>
              <w:rPr>
                <w:b/>
                <w:bCs/>
              </w:rPr>
            </w:pPr>
            <w:r w:rsidRPr="00786639">
              <w:rPr>
                <w:b/>
                <w:bCs/>
              </w:rPr>
              <w:t>Waktu</w:t>
            </w:r>
          </w:p>
        </w:tc>
        <w:tc>
          <w:tcPr>
            <w:tcW w:w="1514" w:type="dxa"/>
            <w:shd w:val="clear" w:color="auto" w:fill="DBE5F1" w:themeFill="accent1" w:themeFillTint="33"/>
            <w:vAlign w:val="center"/>
          </w:tcPr>
          <w:p w14:paraId="025DE41C" w14:textId="4DCECA9B" w:rsidR="008E0E5B" w:rsidRPr="00786639" w:rsidRDefault="008E0E5B" w:rsidP="008E0E5B">
            <w:pPr>
              <w:jc w:val="center"/>
              <w:rPr>
                <w:b/>
                <w:bCs/>
              </w:rPr>
            </w:pPr>
            <w:r w:rsidRPr="00786639">
              <w:rPr>
                <w:b/>
                <w:bCs/>
              </w:rPr>
              <w:t>Kegiatan</w:t>
            </w:r>
          </w:p>
        </w:tc>
        <w:tc>
          <w:tcPr>
            <w:tcW w:w="2213" w:type="dxa"/>
            <w:shd w:val="clear" w:color="auto" w:fill="DBE5F1" w:themeFill="accent1" w:themeFillTint="33"/>
            <w:vAlign w:val="center"/>
          </w:tcPr>
          <w:p w14:paraId="6704B8E6" w14:textId="0BB868E8" w:rsidR="008E0E5B" w:rsidRPr="00786639" w:rsidRDefault="008E0E5B" w:rsidP="008E0E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Target Kegiatan</w:t>
            </w:r>
          </w:p>
        </w:tc>
        <w:tc>
          <w:tcPr>
            <w:tcW w:w="1722" w:type="dxa"/>
            <w:shd w:val="clear" w:color="auto" w:fill="DBE5F1" w:themeFill="accent1" w:themeFillTint="33"/>
            <w:vAlign w:val="center"/>
          </w:tcPr>
          <w:p w14:paraId="19AC290E" w14:textId="51FDBE6C" w:rsidR="008E0E5B" w:rsidRDefault="008E0E5B" w:rsidP="008E0E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Fasilitator</w:t>
            </w:r>
          </w:p>
        </w:tc>
        <w:tc>
          <w:tcPr>
            <w:tcW w:w="1778" w:type="dxa"/>
            <w:shd w:val="clear" w:color="auto" w:fill="DBE5F1" w:themeFill="accent1" w:themeFillTint="33"/>
            <w:vAlign w:val="center"/>
          </w:tcPr>
          <w:p w14:paraId="1C6E6E2A" w14:textId="15F72469" w:rsidR="008E0E5B" w:rsidRDefault="008E0E5B" w:rsidP="008E0E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Output</w:t>
            </w:r>
          </w:p>
        </w:tc>
      </w:tr>
      <w:tr w:rsidR="008E0E5B" w14:paraId="784DCB73" w14:textId="53850FEF" w:rsidTr="00BE76FE">
        <w:tc>
          <w:tcPr>
            <w:tcW w:w="491" w:type="dxa"/>
          </w:tcPr>
          <w:p w14:paraId="296CE07D" w14:textId="77777777" w:rsidR="008E0E5B" w:rsidRDefault="008E0E5B">
            <w:r>
              <w:t>1</w:t>
            </w:r>
          </w:p>
        </w:tc>
        <w:tc>
          <w:tcPr>
            <w:tcW w:w="1239" w:type="dxa"/>
          </w:tcPr>
          <w:p w14:paraId="50ECDFAB" w14:textId="377FAAE8" w:rsidR="008E0E5B" w:rsidRDefault="008E0E5B">
            <w:r>
              <w:t>Kamis/ 21 Mai 2026</w:t>
            </w:r>
          </w:p>
        </w:tc>
        <w:tc>
          <w:tcPr>
            <w:tcW w:w="1326" w:type="dxa"/>
          </w:tcPr>
          <w:p w14:paraId="0D63AB7F" w14:textId="31FF8AEA" w:rsidR="008E0E5B" w:rsidRDefault="008E0E5B">
            <w:r>
              <w:t>09.00 – 12.00</w:t>
            </w:r>
          </w:p>
        </w:tc>
        <w:tc>
          <w:tcPr>
            <w:tcW w:w="1514" w:type="dxa"/>
          </w:tcPr>
          <w:p w14:paraId="2A4D8F2B" w14:textId="1D45E099" w:rsidR="008E0E5B" w:rsidRDefault="008E0E5B">
            <w:r>
              <w:t>Pertemuan Resmi Perdana MGMP SMK ABES</w:t>
            </w:r>
          </w:p>
        </w:tc>
        <w:tc>
          <w:tcPr>
            <w:tcW w:w="2213" w:type="dxa"/>
          </w:tcPr>
          <w:p w14:paraId="2FE071FB" w14:textId="77777777" w:rsidR="008E0E5B" w:rsidRDefault="008E0E5B" w:rsidP="00152A27">
            <w:pPr>
              <w:pStyle w:val="ListParagraph"/>
              <w:numPr>
                <w:ilvl w:val="0"/>
                <w:numId w:val="10"/>
              </w:numPr>
              <w:ind w:left="265" w:hanging="265"/>
            </w:pPr>
            <w:r>
              <w:t>Penyusunan pengurus baru</w:t>
            </w:r>
          </w:p>
          <w:p w14:paraId="2DF72184" w14:textId="6E849BAF" w:rsidR="008E0E5B" w:rsidRDefault="008E0E5B" w:rsidP="00152A27">
            <w:pPr>
              <w:pStyle w:val="ListParagraph"/>
              <w:numPr>
                <w:ilvl w:val="0"/>
                <w:numId w:val="10"/>
              </w:numPr>
              <w:ind w:left="265" w:hanging="265"/>
            </w:pPr>
            <w:r>
              <w:t>Kesepakatan jadwal dan tempat pelaksanaan MGMP</w:t>
            </w:r>
          </w:p>
          <w:p w14:paraId="4E2D40DF" w14:textId="77777777" w:rsidR="008E0E5B" w:rsidRDefault="008E0E5B" w:rsidP="00152A27">
            <w:pPr>
              <w:pStyle w:val="ListParagraph"/>
              <w:numPr>
                <w:ilvl w:val="0"/>
                <w:numId w:val="10"/>
              </w:numPr>
              <w:ind w:left="265" w:hanging="265"/>
            </w:pPr>
            <w:r>
              <w:t>Kesepakatan Kehadiran</w:t>
            </w:r>
          </w:p>
          <w:p w14:paraId="7C7A3B9C" w14:textId="1D324281" w:rsidR="008E0E5B" w:rsidRDefault="008E0E5B" w:rsidP="00152A27">
            <w:pPr>
              <w:pStyle w:val="ListParagraph"/>
              <w:numPr>
                <w:ilvl w:val="0"/>
                <w:numId w:val="10"/>
              </w:numPr>
              <w:ind w:left="265" w:hanging="265"/>
            </w:pPr>
            <w:r>
              <w:t>Program-program yang akan dilaksanakan selama satu semester ke depan</w:t>
            </w:r>
          </w:p>
        </w:tc>
        <w:tc>
          <w:tcPr>
            <w:tcW w:w="1722" w:type="dxa"/>
          </w:tcPr>
          <w:p w14:paraId="18B5BB1D" w14:textId="77777777" w:rsidR="008E0E5B" w:rsidRDefault="008E0E5B" w:rsidP="00152A27">
            <w:pPr>
              <w:pStyle w:val="ListParagraph"/>
              <w:numPr>
                <w:ilvl w:val="0"/>
                <w:numId w:val="11"/>
              </w:numPr>
              <w:ind w:left="316" w:hanging="283"/>
            </w:pPr>
            <w:r>
              <w:t>Ardinal, S. Pd</w:t>
            </w:r>
          </w:p>
          <w:p w14:paraId="7F662300" w14:textId="5FF3638B" w:rsidR="008E0E5B" w:rsidRDefault="008E0E5B" w:rsidP="00152A27">
            <w:pPr>
              <w:pStyle w:val="ListParagraph"/>
              <w:numPr>
                <w:ilvl w:val="0"/>
                <w:numId w:val="11"/>
              </w:numPr>
              <w:ind w:left="316" w:hanging="283"/>
            </w:pPr>
            <w:r>
              <w:t>Reva Sartia, S.Pd</w:t>
            </w:r>
          </w:p>
        </w:tc>
        <w:tc>
          <w:tcPr>
            <w:tcW w:w="1778" w:type="dxa"/>
          </w:tcPr>
          <w:p w14:paraId="32C11306" w14:textId="50D38841" w:rsidR="008E0E5B" w:rsidRDefault="008E0E5B" w:rsidP="008E0E5B">
            <w:pPr>
              <w:ind w:left="33"/>
            </w:pPr>
            <w:r>
              <w:t>SK, Program Kerja</w:t>
            </w:r>
          </w:p>
        </w:tc>
      </w:tr>
      <w:tr w:rsidR="008E0E5B" w14:paraId="3ADF99FE" w14:textId="3403A6CC" w:rsidTr="00BE76FE">
        <w:tc>
          <w:tcPr>
            <w:tcW w:w="491" w:type="dxa"/>
          </w:tcPr>
          <w:p w14:paraId="52B4D8F2" w14:textId="77777777" w:rsidR="008E0E5B" w:rsidRDefault="008E0E5B">
            <w:r>
              <w:t>4</w:t>
            </w:r>
          </w:p>
        </w:tc>
        <w:tc>
          <w:tcPr>
            <w:tcW w:w="1239" w:type="dxa"/>
          </w:tcPr>
          <w:p w14:paraId="7EF39F44" w14:textId="45B61290" w:rsidR="008E0E5B" w:rsidRDefault="008E0E5B">
            <w:r>
              <w:t>Kamis / 4 Juni 2026</w:t>
            </w:r>
          </w:p>
        </w:tc>
        <w:tc>
          <w:tcPr>
            <w:tcW w:w="1326" w:type="dxa"/>
          </w:tcPr>
          <w:p w14:paraId="47CD60FB" w14:textId="1DAB07A2" w:rsidR="008E0E5B" w:rsidRDefault="008E0E5B">
            <w:r>
              <w:t>09.00 – 12.00</w:t>
            </w:r>
          </w:p>
        </w:tc>
        <w:tc>
          <w:tcPr>
            <w:tcW w:w="1514" w:type="dxa"/>
          </w:tcPr>
          <w:p w14:paraId="6331EE5C" w14:textId="6B3B88BD" w:rsidR="008E0E5B" w:rsidRDefault="008E0E5B">
            <w:r>
              <w:t>Pengenalan papan interaktif dalam pembelajaran</w:t>
            </w:r>
          </w:p>
        </w:tc>
        <w:tc>
          <w:tcPr>
            <w:tcW w:w="2213" w:type="dxa"/>
          </w:tcPr>
          <w:p w14:paraId="105F455E" w14:textId="77777777" w:rsidR="008E0E5B" w:rsidRDefault="008E0E5B" w:rsidP="008A3DD6">
            <w:pPr>
              <w:pStyle w:val="ListParagraph"/>
              <w:numPr>
                <w:ilvl w:val="0"/>
                <w:numId w:val="12"/>
              </w:numPr>
              <w:ind w:left="222" w:hanging="222"/>
            </w:pPr>
            <w:r w:rsidRPr="00C3423D">
              <w:t>Guru memahami fungsi dan fitur papan interaktif.</w:t>
            </w:r>
          </w:p>
          <w:p w14:paraId="77002A75" w14:textId="77777777" w:rsidR="008E0E5B" w:rsidRDefault="008E0E5B" w:rsidP="008A3DD6">
            <w:pPr>
              <w:pStyle w:val="ListParagraph"/>
              <w:numPr>
                <w:ilvl w:val="0"/>
                <w:numId w:val="12"/>
              </w:numPr>
              <w:ind w:left="222" w:hanging="222"/>
            </w:pPr>
            <w:r w:rsidRPr="00C3423D">
              <w:t>Guru mampu mengoperasikan perangkat dasar</w:t>
            </w:r>
          </w:p>
          <w:p w14:paraId="1F1E084F" w14:textId="77777777" w:rsidR="008E0E5B" w:rsidRDefault="008E0E5B" w:rsidP="008A3DD6">
            <w:pPr>
              <w:pStyle w:val="ListParagraph"/>
              <w:numPr>
                <w:ilvl w:val="0"/>
                <w:numId w:val="12"/>
              </w:numPr>
              <w:ind w:left="222" w:hanging="222"/>
            </w:pPr>
            <w:r w:rsidRPr="00C3423D">
              <w:t>Guru dapat membuat media pembelajaran interaktif sederhana.</w:t>
            </w:r>
          </w:p>
          <w:p w14:paraId="0D92269A" w14:textId="01B530CE" w:rsidR="008E0E5B" w:rsidRDefault="008E0E5B" w:rsidP="008A3DD6">
            <w:pPr>
              <w:pStyle w:val="ListParagraph"/>
              <w:numPr>
                <w:ilvl w:val="0"/>
                <w:numId w:val="12"/>
              </w:numPr>
              <w:ind w:left="222" w:hanging="222"/>
            </w:pPr>
            <w:r w:rsidRPr="00C3423D">
              <w:t>Guru menerapkan papan interaktif pada pembelajaran Matematika SMK.</w:t>
            </w:r>
          </w:p>
        </w:tc>
        <w:tc>
          <w:tcPr>
            <w:tcW w:w="1722" w:type="dxa"/>
          </w:tcPr>
          <w:p w14:paraId="699F4E95" w14:textId="0012A4CA" w:rsidR="008E0E5B" w:rsidRDefault="008E0E5B">
            <w:r>
              <w:t>Muhaddis, S.Pd</w:t>
            </w:r>
          </w:p>
        </w:tc>
        <w:tc>
          <w:tcPr>
            <w:tcW w:w="1778" w:type="dxa"/>
          </w:tcPr>
          <w:p w14:paraId="0B229CE1" w14:textId="21DF7DD1" w:rsidR="008E0E5B" w:rsidRDefault="008E0E5B">
            <w:r>
              <w:t>Media interaktif</w:t>
            </w:r>
          </w:p>
        </w:tc>
      </w:tr>
      <w:tr w:rsidR="008E0E5B" w14:paraId="4BDD6B27" w14:textId="49E92321" w:rsidTr="00BE76FE">
        <w:tc>
          <w:tcPr>
            <w:tcW w:w="491" w:type="dxa"/>
          </w:tcPr>
          <w:p w14:paraId="2F237A05" w14:textId="77777777" w:rsidR="008E0E5B" w:rsidRDefault="008E0E5B">
            <w:r>
              <w:t>5</w:t>
            </w:r>
          </w:p>
        </w:tc>
        <w:tc>
          <w:tcPr>
            <w:tcW w:w="1239" w:type="dxa"/>
          </w:tcPr>
          <w:p w14:paraId="7F0CD5FF" w14:textId="151B5DC1" w:rsidR="008E0E5B" w:rsidRDefault="008E0E5B">
            <w:r>
              <w:t>Kamis / 16 Juli 2026</w:t>
            </w:r>
          </w:p>
        </w:tc>
        <w:tc>
          <w:tcPr>
            <w:tcW w:w="1326" w:type="dxa"/>
          </w:tcPr>
          <w:p w14:paraId="189DC4D5" w14:textId="455094D6" w:rsidR="008E0E5B" w:rsidRDefault="008E0E5B">
            <w:r>
              <w:t>09.00 – 12.00</w:t>
            </w:r>
          </w:p>
        </w:tc>
        <w:tc>
          <w:tcPr>
            <w:tcW w:w="1514" w:type="dxa"/>
          </w:tcPr>
          <w:p w14:paraId="2A7AA314" w14:textId="2B8D2FF0" w:rsidR="008E0E5B" w:rsidRDefault="008E0E5B">
            <w:r>
              <w:t>Pembahasan Soal TKA I</w:t>
            </w:r>
          </w:p>
        </w:tc>
        <w:tc>
          <w:tcPr>
            <w:tcW w:w="2213" w:type="dxa"/>
          </w:tcPr>
          <w:p w14:paraId="53BB28E6" w14:textId="77777777" w:rsidR="008E0E5B" w:rsidRDefault="008E0E5B" w:rsidP="008A3DD6">
            <w:pPr>
              <w:pStyle w:val="ListParagraph"/>
              <w:numPr>
                <w:ilvl w:val="0"/>
                <w:numId w:val="13"/>
              </w:numPr>
              <w:ind w:left="222" w:hanging="222"/>
            </w:pPr>
            <w:r w:rsidRPr="00C3423D">
              <w:t>Menelaah capaian pembelajaran yang diujikan.</w:t>
            </w:r>
          </w:p>
          <w:p w14:paraId="19A3C2E6" w14:textId="77777777" w:rsidR="008E0E5B" w:rsidRDefault="008E0E5B" w:rsidP="008A3DD6">
            <w:pPr>
              <w:pStyle w:val="ListParagraph"/>
              <w:numPr>
                <w:ilvl w:val="0"/>
                <w:numId w:val="13"/>
              </w:numPr>
              <w:ind w:left="222" w:hanging="222"/>
            </w:pPr>
            <w:r w:rsidRPr="00C3423D">
              <w:t>Menyusun kisi-kisi soal TKA.</w:t>
            </w:r>
          </w:p>
          <w:p w14:paraId="525A8E3D" w14:textId="77777777" w:rsidR="008E0E5B" w:rsidRDefault="008E0E5B" w:rsidP="008A3DD6">
            <w:pPr>
              <w:pStyle w:val="ListParagraph"/>
              <w:numPr>
                <w:ilvl w:val="0"/>
                <w:numId w:val="13"/>
              </w:numPr>
              <w:ind w:left="222" w:hanging="222"/>
            </w:pPr>
            <w:r w:rsidRPr="00C3423D">
              <w:t>Menyusun soal HOTS sesuai karakteristik SMK.</w:t>
            </w:r>
          </w:p>
          <w:p w14:paraId="3DCF1174" w14:textId="6F20A4AE" w:rsidR="008E0E5B" w:rsidRDefault="008E0E5B" w:rsidP="008A3DD6">
            <w:pPr>
              <w:pStyle w:val="ListParagraph"/>
              <w:numPr>
                <w:ilvl w:val="0"/>
                <w:numId w:val="13"/>
              </w:numPr>
              <w:ind w:left="222" w:hanging="222"/>
            </w:pPr>
            <w:r w:rsidRPr="00C3423D">
              <w:t xml:space="preserve">Menentukan pembagian tugas </w:t>
            </w:r>
            <w:r w:rsidRPr="00C3423D">
              <w:lastRenderedPageBreak/>
              <w:t>penyusun soal.</w:t>
            </w:r>
          </w:p>
        </w:tc>
        <w:tc>
          <w:tcPr>
            <w:tcW w:w="1722" w:type="dxa"/>
          </w:tcPr>
          <w:p w14:paraId="700EC7B3" w14:textId="37A39EF2" w:rsidR="008E0E5B" w:rsidRDefault="008E0E5B"/>
        </w:tc>
        <w:tc>
          <w:tcPr>
            <w:tcW w:w="1778" w:type="dxa"/>
          </w:tcPr>
          <w:p w14:paraId="0FF57618" w14:textId="7F696C26" w:rsidR="008E0E5B" w:rsidRDefault="008E0E5B">
            <w:r>
              <w:t>Bank Soal</w:t>
            </w:r>
            <w:r>
              <w:t xml:space="preserve"> dan video pembelajaran pembahasan soal TKA</w:t>
            </w:r>
          </w:p>
        </w:tc>
      </w:tr>
      <w:tr w:rsidR="008E0E5B" w14:paraId="7B9E0DA9" w14:textId="56C026AC" w:rsidTr="00BE76FE">
        <w:tc>
          <w:tcPr>
            <w:tcW w:w="491" w:type="dxa"/>
          </w:tcPr>
          <w:p w14:paraId="0864931C" w14:textId="77777777" w:rsidR="008E0E5B" w:rsidRDefault="008E0E5B">
            <w:r>
              <w:t>6</w:t>
            </w:r>
          </w:p>
        </w:tc>
        <w:tc>
          <w:tcPr>
            <w:tcW w:w="1239" w:type="dxa"/>
          </w:tcPr>
          <w:p w14:paraId="156C47C8" w14:textId="2B8CCFE0" w:rsidR="008E0E5B" w:rsidRDefault="008E0E5B">
            <w:r>
              <w:t xml:space="preserve">Kamis / </w:t>
            </w:r>
            <w:r>
              <w:t xml:space="preserve">13 Agustus </w:t>
            </w:r>
            <w:r>
              <w:t>2026</w:t>
            </w:r>
          </w:p>
        </w:tc>
        <w:tc>
          <w:tcPr>
            <w:tcW w:w="1326" w:type="dxa"/>
          </w:tcPr>
          <w:p w14:paraId="22F41289" w14:textId="3F6ABE6B" w:rsidR="008E0E5B" w:rsidRDefault="008E0E5B">
            <w:r>
              <w:t>09.00 – 12.00</w:t>
            </w:r>
          </w:p>
        </w:tc>
        <w:tc>
          <w:tcPr>
            <w:tcW w:w="1514" w:type="dxa"/>
          </w:tcPr>
          <w:p w14:paraId="760A7661" w14:textId="0D0C47E8" w:rsidR="008E0E5B" w:rsidRDefault="008E0E5B">
            <w:r>
              <w:t>Pembahasan Soal TKA</w:t>
            </w:r>
            <w:r>
              <w:t xml:space="preserve"> II</w:t>
            </w:r>
          </w:p>
        </w:tc>
        <w:tc>
          <w:tcPr>
            <w:tcW w:w="2213" w:type="dxa"/>
          </w:tcPr>
          <w:p w14:paraId="5CA4E809" w14:textId="77777777" w:rsidR="008E0E5B" w:rsidRDefault="008E0E5B" w:rsidP="008A3DD6">
            <w:pPr>
              <w:pStyle w:val="ListParagraph"/>
              <w:numPr>
                <w:ilvl w:val="0"/>
                <w:numId w:val="14"/>
              </w:numPr>
              <w:ind w:left="222" w:hanging="284"/>
            </w:pPr>
            <w:r w:rsidRPr="00C3423D">
              <w:t>Review soal yang telah disusun.</w:t>
            </w:r>
          </w:p>
          <w:p w14:paraId="2E0F7724" w14:textId="77777777" w:rsidR="008E0E5B" w:rsidRDefault="008E0E5B" w:rsidP="008A3DD6">
            <w:pPr>
              <w:pStyle w:val="ListParagraph"/>
              <w:numPr>
                <w:ilvl w:val="0"/>
                <w:numId w:val="14"/>
              </w:numPr>
              <w:ind w:left="222" w:hanging="284"/>
            </w:pPr>
            <w:r w:rsidRPr="00C3423D">
              <w:t>Analisis tingkat kesukaran dan daya pembeda.</w:t>
            </w:r>
          </w:p>
          <w:p w14:paraId="0A6C6652" w14:textId="41928BF1" w:rsidR="008E0E5B" w:rsidRDefault="008E0E5B" w:rsidP="008A3DD6">
            <w:pPr>
              <w:pStyle w:val="ListParagraph"/>
              <w:numPr>
                <w:ilvl w:val="0"/>
                <w:numId w:val="14"/>
              </w:numPr>
              <w:ind w:left="222" w:hanging="284"/>
            </w:pPr>
            <w:r w:rsidRPr="00C3423D">
              <w:t>Penyempurnaan soal berdasarkan hasil telaah.</w:t>
            </w:r>
          </w:p>
        </w:tc>
        <w:tc>
          <w:tcPr>
            <w:tcW w:w="1722" w:type="dxa"/>
          </w:tcPr>
          <w:p w14:paraId="3AE3E31E" w14:textId="77777777" w:rsidR="008E0E5B" w:rsidRDefault="008E0E5B"/>
        </w:tc>
        <w:tc>
          <w:tcPr>
            <w:tcW w:w="1778" w:type="dxa"/>
          </w:tcPr>
          <w:p w14:paraId="249877EB" w14:textId="559AEC6B" w:rsidR="008E0E5B" w:rsidRDefault="008E0E5B">
            <w:r>
              <w:t>Bank Soal dan video pembelajaran pembahasan soal TKA</w:t>
            </w:r>
          </w:p>
        </w:tc>
      </w:tr>
      <w:tr w:rsidR="008E0E5B" w14:paraId="4CD1BA42" w14:textId="083D2746" w:rsidTr="00BE76FE">
        <w:tc>
          <w:tcPr>
            <w:tcW w:w="491" w:type="dxa"/>
          </w:tcPr>
          <w:p w14:paraId="797EFD3C" w14:textId="77777777" w:rsidR="008E0E5B" w:rsidRDefault="008E0E5B">
            <w:r>
              <w:t>7</w:t>
            </w:r>
          </w:p>
        </w:tc>
        <w:tc>
          <w:tcPr>
            <w:tcW w:w="1239" w:type="dxa"/>
          </w:tcPr>
          <w:p w14:paraId="17C5D5EB" w14:textId="17649DB6" w:rsidR="008E0E5B" w:rsidRDefault="008E0E5B">
            <w:r>
              <w:t xml:space="preserve">Kamis / </w:t>
            </w:r>
            <w:r>
              <w:t xml:space="preserve">27 Agustus </w:t>
            </w:r>
            <w:r>
              <w:t>2026</w:t>
            </w:r>
          </w:p>
        </w:tc>
        <w:tc>
          <w:tcPr>
            <w:tcW w:w="1326" w:type="dxa"/>
          </w:tcPr>
          <w:p w14:paraId="781B796E" w14:textId="7D17DF31" w:rsidR="008E0E5B" w:rsidRDefault="008E0E5B">
            <w:r>
              <w:t>09.00 – 12.00</w:t>
            </w:r>
          </w:p>
        </w:tc>
        <w:tc>
          <w:tcPr>
            <w:tcW w:w="1514" w:type="dxa"/>
          </w:tcPr>
          <w:p w14:paraId="1BAC5A3C" w14:textId="3B4830EE" w:rsidR="008E0E5B" w:rsidRDefault="008E0E5B">
            <w:r>
              <w:t>Pembahasan Soal TKA</w:t>
            </w:r>
            <w:r>
              <w:t xml:space="preserve"> III</w:t>
            </w:r>
          </w:p>
        </w:tc>
        <w:tc>
          <w:tcPr>
            <w:tcW w:w="2213" w:type="dxa"/>
          </w:tcPr>
          <w:p w14:paraId="7ED27FF6" w14:textId="77777777" w:rsidR="008E0E5B" w:rsidRDefault="008E0E5B" w:rsidP="008A3DD6">
            <w:pPr>
              <w:pStyle w:val="ListParagraph"/>
              <w:numPr>
                <w:ilvl w:val="0"/>
                <w:numId w:val="15"/>
              </w:numPr>
              <w:ind w:left="222" w:hanging="284"/>
            </w:pPr>
            <w:r w:rsidRPr="00C3423D">
              <w:t>Finalisasi bank soal.</w:t>
            </w:r>
          </w:p>
          <w:p w14:paraId="3FD17C10" w14:textId="77777777" w:rsidR="008E0E5B" w:rsidRDefault="008E0E5B" w:rsidP="008A3DD6">
            <w:pPr>
              <w:pStyle w:val="ListParagraph"/>
              <w:numPr>
                <w:ilvl w:val="0"/>
                <w:numId w:val="15"/>
              </w:numPr>
              <w:ind w:left="222" w:hanging="284"/>
            </w:pPr>
            <w:r w:rsidRPr="00C3423D">
              <w:t>Penyusunan pedoman penskoran.</w:t>
            </w:r>
          </w:p>
          <w:p w14:paraId="3E0E7CAC" w14:textId="210B0BD4" w:rsidR="008E0E5B" w:rsidRDefault="008E0E5B" w:rsidP="008A3DD6">
            <w:pPr>
              <w:pStyle w:val="ListParagraph"/>
              <w:numPr>
                <w:ilvl w:val="0"/>
                <w:numId w:val="15"/>
              </w:numPr>
              <w:ind w:left="222" w:hanging="284"/>
            </w:pPr>
            <w:r w:rsidRPr="00C3423D">
              <w:t>Validasi akhir soal TKA</w:t>
            </w:r>
          </w:p>
        </w:tc>
        <w:tc>
          <w:tcPr>
            <w:tcW w:w="1722" w:type="dxa"/>
          </w:tcPr>
          <w:p w14:paraId="58C0343A" w14:textId="77777777" w:rsidR="008E0E5B" w:rsidRDefault="008E0E5B"/>
        </w:tc>
        <w:tc>
          <w:tcPr>
            <w:tcW w:w="1778" w:type="dxa"/>
          </w:tcPr>
          <w:p w14:paraId="2D18650C" w14:textId="336C9D36" w:rsidR="008E0E5B" w:rsidRDefault="008E0E5B">
            <w:r>
              <w:t>Bank Soal dan video pembelajaran pembahasan soal TKA</w:t>
            </w:r>
          </w:p>
        </w:tc>
      </w:tr>
      <w:tr w:rsidR="008E0E5B" w14:paraId="43BC0E84" w14:textId="1BE9552E" w:rsidTr="00BE76FE">
        <w:tc>
          <w:tcPr>
            <w:tcW w:w="491" w:type="dxa"/>
          </w:tcPr>
          <w:p w14:paraId="24E365C6" w14:textId="77777777" w:rsidR="008E0E5B" w:rsidRDefault="008E0E5B">
            <w:r>
              <w:t>8</w:t>
            </w:r>
          </w:p>
        </w:tc>
        <w:tc>
          <w:tcPr>
            <w:tcW w:w="1239" w:type="dxa"/>
          </w:tcPr>
          <w:p w14:paraId="42C410B5" w14:textId="6FDF0AFE" w:rsidR="008E0E5B" w:rsidRDefault="008E0E5B">
            <w:r>
              <w:t xml:space="preserve">Kamis / </w:t>
            </w:r>
            <w:r>
              <w:t xml:space="preserve">10 September </w:t>
            </w:r>
            <w:r>
              <w:t>2026</w:t>
            </w:r>
          </w:p>
        </w:tc>
        <w:tc>
          <w:tcPr>
            <w:tcW w:w="1326" w:type="dxa"/>
          </w:tcPr>
          <w:p w14:paraId="33C196DE" w14:textId="17DA5037" w:rsidR="008E0E5B" w:rsidRDefault="008E0E5B">
            <w:r>
              <w:t>09.00 – 12.00</w:t>
            </w:r>
          </w:p>
        </w:tc>
        <w:tc>
          <w:tcPr>
            <w:tcW w:w="1514" w:type="dxa"/>
          </w:tcPr>
          <w:p w14:paraId="76C1B6EF" w14:textId="51468B4F" w:rsidR="008E0E5B" w:rsidRDefault="008E0E5B">
            <w:r>
              <w:t>Pembahasan Soal TKA</w:t>
            </w:r>
            <w:r>
              <w:t xml:space="preserve"> IV</w:t>
            </w:r>
          </w:p>
        </w:tc>
        <w:tc>
          <w:tcPr>
            <w:tcW w:w="2213" w:type="dxa"/>
          </w:tcPr>
          <w:p w14:paraId="79B41125" w14:textId="77777777" w:rsidR="008E0E5B" w:rsidRDefault="008E0E5B" w:rsidP="008A3DD6">
            <w:pPr>
              <w:pStyle w:val="ListParagraph"/>
              <w:numPr>
                <w:ilvl w:val="0"/>
                <w:numId w:val="16"/>
              </w:numPr>
              <w:ind w:left="222" w:hanging="284"/>
            </w:pPr>
            <w:r w:rsidRPr="00C3423D">
              <w:t>Penyelesaian seluruh perangkat asesmen.</w:t>
            </w:r>
          </w:p>
          <w:p w14:paraId="55B880BA" w14:textId="77777777" w:rsidR="008E0E5B" w:rsidRDefault="008E0E5B" w:rsidP="008A3DD6">
            <w:pPr>
              <w:pStyle w:val="ListParagraph"/>
              <w:numPr>
                <w:ilvl w:val="0"/>
                <w:numId w:val="16"/>
              </w:numPr>
              <w:ind w:left="222" w:hanging="284"/>
            </w:pPr>
            <w:r w:rsidRPr="00C3423D">
              <w:t>Penyusunan naskah final soal TKA.</w:t>
            </w:r>
          </w:p>
          <w:p w14:paraId="0093DE19" w14:textId="335B6EDA" w:rsidR="008E0E5B" w:rsidRDefault="008E0E5B" w:rsidP="008A3DD6">
            <w:pPr>
              <w:pStyle w:val="ListParagraph"/>
              <w:numPr>
                <w:ilvl w:val="0"/>
                <w:numId w:val="16"/>
              </w:numPr>
              <w:ind w:left="222" w:hanging="284"/>
            </w:pPr>
            <w:r w:rsidRPr="00C3423D">
              <w:t>Evaluasi kualitas soal.</w:t>
            </w:r>
          </w:p>
        </w:tc>
        <w:tc>
          <w:tcPr>
            <w:tcW w:w="1722" w:type="dxa"/>
          </w:tcPr>
          <w:p w14:paraId="07192352" w14:textId="77777777" w:rsidR="008E0E5B" w:rsidRDefault="008E0E5B"/>
        </w:tc>
        <w:tc>
          <w:tcPr>
            <w:tcW w:w="1778" w:type="dxa"/>
          </w:tcPr>
          <w:p w14:paraId="617574B0" w14:textId="68D80060" w:rsidR="008E0E5B" w:rsidRDefault="008E0E5B">
            <w:r>
              <w:t>Bank Soal dan video pembelajaran pembahasan soal TKA</w:t>
            </w:r>
          </w:p>
        </w:tc>
      </w:tr>
      <w:tr w:rsidR="008E0E5B" w14:paraId="6BA6C101" w14:textId="720A7FDE" w:rsidTr="00BE76FE">
        <w:tc>
          <w:tcPr>
            <w:tcW w:w="491" w:type="dxa"/>
          </w:tcPr>
          <w:p w14:paraId="680FFE69" w14:textId="1DE0AD32" w:rsidR="008E0E5B" w:rsidRDefault="00BE76FE">
            <w:r>
              <w:t>9</w:t>
            </w:r>
          </w:p>
        </w:tc>
        <w:tc>
          <w:tcPr>
            <w:tcW w:w="1239" w:type="dxa"/>
          </w:tcPr>
          <w:p w14:paraId="489FEEA4" w14:textId="3C3E0368" w:rsidR="008E0E5B" w:rsidRDefault="008E0E5B">
            <w:r>
              <w:t xml:space="preserve">Kamis / </w:t>
            </w:r>
            <w:r>
              <w:t>24</w:t>
            </w:r>
            <w:r>
              <w:t xml:space="preserve"> September 2026</w:t>
            </w:r>
          </w:p>
        </w:tc>
        <w:tc>
          <w:tcPr>
            <w:tcW w:w="1326" w:type="dxa"/>
          </w:tcPr>
          <w:p w14:paraId="3A92E404" w14:textId="2D4419BC" w:rsidR="008E0E5B" w:rsidRDefault="008E0E5B">
            <w:r>
              <w:t>09.00 – 12.00</w:t>
            </w:r>
          </w:p>
        </w:tc>
        <w:tc>
          <w:tcPr>
            <w:tcW w:w="1514" w:type="dxa"/>
          </w:tcPr>
          <w:p w14:paraId="30425082" w14:textId="394C7B02" w:rsidR="008E0E5B" w:rsidRDefault="008E0E5B">
            <w:r>
              <w:t>Pembahasan Soal TKA</w:t>
            </w:r>
            <w:r>
              <w:t xml:space="preserve"> V</w:t>
            </w:r>
          </w:p>
        </w:tc>
        <w:tc>
          <w:tcPr>
            <w:tcW w:w="2213" w:type="dxa"/>
          </w:tcPr>
          <w:p w14:paraId="3ACBCBD5" w14:textId="77777777" w:rsidR="008E0E5B" w:rsidRDefault="008E0E5B" w:rsidP="008A3DD6">
            <w:pPr>
              <w:pStyle w:val="ListParagraph"/>
              <w:numPr>
                <w:ilvl w:val="0"/>
                <w:numId w:val="17"/>
              </w:numPr>
              <w:ind w:left="222" w:hanging="284"/>
            </w:pPr>
            <w:r w:rsidRPr="00C3423D">
              <w:t>Pembahasan alternatif penyelesaian soal.</w:t>
            </w:r>
          </w:p>
          <w:p w14:paraId="34751EA3" w14:textId="39094174" w:rsidR="008E0E5B" w:rsidRDefault="008E0E5B" w:rsidP="008A3DD6">
            <w:pPr>
              <w:pStyle w:val="ListParagraph"/>
              <w:numPr>
                <w:ilvl w:val="0"/>
                <w:numId w:val="17"/>
              </w:numPr>
              <w:ind w:left="222" w:hanging="284"/>
            </w:pPr>
            <w:r>
              <w:t>Pembuatan Video tentang soal-soal TKA</w:t>
            </w:r>
          </w:p>
          <w:p w14:paraId="7B176A02" w14:textId="522A45FD" w:rsidR="008E0E5B" w:rsidRDefault="008E0E5B" w:rsidP="008A3DD6">
            <w:pPr>
              <w:pStyle w:val="ListParagraph"/>
              <w:numPr>
                <w:ilvl w:val="0"/>
                <w:numId w:val="17"/>
              </w:numPr>
              <w:ind w:left="222" w:hanging="284"/>
            </w:pPr>
            <w:r w:rsidRPr="00C3423D">
              <w:t>Persiapan implementasi di sekolah masing-masing.</w:t>
            </w:r>
          </w:p>
        </w:tc>
        <w:tc>
          <w:tcPr>
            <w:tcW w:w="1722" w:type="dxa"/>
          </w:tcPr>
          <w:p w14:paraId="4C4AC650" w14:textId="77777777" w:rsidR="008E0E5B" w:rsidRDefault="008E0E5B"/>
        </w:tc>
        <w:tc>
          <w:tcPr>
            <w:tcW w:w="1778" w:type="dxa"/>
          </w:tcPr>
          <w:p w14:paraId="17D85220" w14:textId="4617DE1B" w:rsidR="008E0E5B" w:rsidRDefault="008E0E5B">
            <w:r>
              <w:t>Bank Soal dan video pembelajaran pembahasan soal TKA</w:t>
            </w:r>
          </w:p>
        </w:tc>
      </w:tr>
      <w:tr w:rsidR="008E0E5B" w14:paraId="684ED5A2" w14:textId="60D34D72" w:rsidTr="00BE76FE">
        <w:tc>
          <w:tcPr>
            <w:tcW w:w="491" w:type="dxa"/>
          </w:tcPr>
          <w:p w14:paraId="0A4BBE5D" w14:textId="5B82A8FD" w:rsidR="008E0E5B" w:rsidRDefault="00BE76FE">
            <w:r>
              <w:t>10</w:t>
            </w:r>
          </w:p>
        </w:tc>
        <w:tc>
          <w:tcPr>
            <w:tcW w:w="1239" w:type="dxa"/>
          </w:tcPr>
          <w:p w14:paraId="16D2B999" w14:textId="262BBE1F" w:rsidR="008E0E5B" w:rsidRDefault="008E0E5B">
            <w:r>
              <w:t xml:space="preserve">Kamis / </w:t>
            </w:r>
            <w:r>
              <w:t>8 Oktober</w:t>
            </w:r>
            <w:r>
              <w:t xml:space="preserve"> 2026</w:t>
            </w:r>
          </w:p>
        </w:tc>
        <w:tc>
          <w:tcPr>
            <w:tcW w:w="1326" w:type="dxa"/>
          </w:tcPr>
          <w:p w14:paraId="2D26E4D2" w14:textId="289C0D47" w:rsidR="008E0E5B" w:rsidRDefault="008E0E5B">
            <w:r>
              <w:t>09.00 – 12.00</w:t>
            </w:r>
          </w:p>
        </w:tc>
        <w:tc>
          <w:tcPr>
            <w:tcW w:w="1514" w:type="dxa"/>
          </w:tcPr>
          <w:p w14:paraId="482515A5" w14:textId="1DFC668D" w:rsidR="008E0E5B" w:rsidRDefault="008E0E5B">
            <w:r>
              <w:t>Pembahasan Soal TKA</w:t>
            </w:r>
            <w:r>
              <w:t xml:space="preserve"> VI</w:t>
            </w:r>
          </w:p>
        </w:tc>
        <w:tc>
          <w:tcPr>
            <w:tcW w:w="2213" w:type="dxa"/>
          </w:tcPr>
          <w:p w14:paraId="76845A3C" w14:textId="77777777" w:rsidR="008E0E5B" w:rsidRDefault="008E0E5B" w:rsidP="008A3DD6">
            <w:pPr>
              <w:pStyle w:val="ListParagraph"/>
              <w:numPr>
                <w:ilvl w:val="0"/>
                <w:numId w:val="18"/>
              </w:numPr>
              <w:ind w:left="222" w:hanging="284"/>
            </w:pPr>
            <w:r w:rsidRPr="00C3423D">
              <w:t>Evaluasi hasil penyusunan soal.</w:t>
            </w:r>
          </w:p>
          <w:p w14:paraId="51BC2E1C" w14:textId="40D9970B" w:rsidR="008E0E5B" w:rsidRDefault="008E0E5B" w:rsidP="008A3DD6">
            <w:pPr>
              <w:pStyle w:val="ListParagraph"/>
              <w:numPr>
                <w:ilvl w:val="0"/>
                <w:numId w:val="18"/>
              </w:numPr>
              <w:ind w:left="222" w:hanging="284"/>
            </w:pPr>
            <w:r w:rsidRPr="00C3423D">
              <w:t>Penyusunan rekomendasi pelaksanaan TKA tahun berikutnya.</w:t>
            </w:r>
          </w:p>
        </w:tc>
        <w:tc>
          <w:tcPr>
            <w:tcW w:w="1722" w:type="dxa"/>
          </w:tcPr>
          <w:p w14:paraId="3B41D9D7" w14:textId="77777777" w:rsidR="008E0E5B" w:rsidRDefault="008E0E5B"/>
        </w:tc>
        <w:tc>
          <w:tcPr>
            <w:tcW w:w="1778" w:type="dxa"/>
          </w:tcPr>
          <w:p w14:paraId="254EF49E" w14:textId="76F6E924" w:rsidR="008E0E5B" w:rsidRDefault="008E0E5B">
            <w:r>
              <w:t>Bank Soal dan video pembelajaran pembahasan soal TKA</w:t>
            </w:r>
          </w:p>
        </w:tc>
      </w:tr>
      <w:tr w:rsidR="008E0E5B" w14:paraId="6BA51C97" w14:textId="610B21F2" w:rsidTr="00BE76FE">
        <w:tc>
          <w:tcPr>
            <w:tcW w:w="491" w:type="dxa"/>
          </w:tcPr>
          <w:p w14:paraId="3070503D" w14:textId="2C4FE041" w:rsidR="008E0E5B" w:rsidRDefault="00BE76FE">
            <w:r>
              <w:t>11</w:t>
            </w:r>
          </w:p>
        </w:tc>
        <w:tc>
          <w:tcPr>
            <w:tcW w:w="1239" w:type="dxa"/>
          </w:tcPr>
          <w:p w14:paraId="5FC30A53" w14:textId="4A5B957E" w:rsidR="008E0E5B" w:rsidRDefault="008E0E5B">
            <w:r>
              <w:t xml:space="preserve">Kamis / </w:t>
            </w:r>
            <w:r>
              <w:t xml:space="preserve">22 Oktober </w:t>
            </w:r>
            <w:r>
              <w:t>2026</w:t>
            </w:r>
          </w:p>
        </w:tc>
        <w:tc>
          <w:tcPr>
            <w:tcW w:w="1326" w:type="dxa"/>
          </w:tcPr>
          <w:p w14:paraId="58700E02" w14:textId="05B61751" w:rsidR="008E0E5B" w:rsidRDefault="008E0E5B">
            <w:r>
              <w:t>09.00 – 12.00</w:t>
            </w:r>
          </w:p>
        </w:tc>
        <w:tc>
          <w:tcPr>
            <w:tcW w:w="1514" w:type="dxa"/>
          </w:tcPr>
          <w:p w14:paraId="5DD6463B" w14:textId="0A45017A" w:rsidR="008E0E5B" w:rsidRDefault="008E0E5B">
            <w:r w:rsidRPr="00C3423D">
              <w:t>Artificial Intelligence (AI) dalam Pembelajaran</w:t>
            </w:r>
          </w:p>
        </w:tc>
        <w:tc>
          <w:tcPr>
            <w:tcW w:w="2213" w:type="dxa"/>
          </w:tcPr>
          <w:p w14:paraId="2714E88E" w14:textId="77777777" w:rsidR="008E0E5B" w:rsidRDefault="008E0E5B" w:rsidP="008648EC">
            <w:pPr>
              <w:pStyle w:val="ListParagraph"/>
              <w:numPr>
                <w:ilvl w:val="0"/>
                <w:numId w:val="19"/>
              </w:numPr>
              <w:ind w:left="222" w:hanging="284"/>
            </w:pPr>
            <w:r w:rsidRPr="008A3DD6">
              <w:t>Guru memahami konsep dasar AI.</w:t>
            </w:r>
          </w:p>
          <w:p w14:paraId="2E050CA1" w14:textId="77777777" w:rsidR="008E0E5B" w:rsidRDefault="008E0E5B" w:rsidP="008648EC">
            <w:pPr>
              <w:pStyle w:val="ListParagraph"/>
              <w:numPr>
                <w:ilvl w:val="0"/>
                <w:numId w:val="19"/>
              </w:numPr>
              <w:ind w:left="222" w:hanging="284"/>
            </w:pPr>
            <w:r w:rsidRPr="008A3DD6">
              <w:t>Mengenal berbagai aplikasi AI untuk pembelajaran.</w:t>
            </w:r>
          </w:p>
          <w:p w14:paraId="005127AB" w14:textId="1F161A8B" w:rsidR="008E0E5B" w:rsidRDefault="008E0E5B" w:rsidP="008648EC">
            <w:pPr>
              <w:pStyle w:val="ListParagraph"/>
              <w:numPr>
                <w:ilvl w:val="0"/>
                <w:numId w:val="19"/>
              </w:numPr>
              <w:ind w:left="222" w:hanging="284"/>
            </w:pPr>
            <w:r w:rsidRPr="008A3DD6">
              <w:t xml:space="preserve">Menggunakan AI secara etis dalam menyusun </w:t>
            </w:r>
            <w:r w:rsidRPr="008A3DD6">
              <w:lastRenderedPageBreak/>
              <w:t>perangkat ajar dan asesmen.</w:t>
            </w:r>
          </w:p>
        </w:tc>
        <w:tc>
          <w:tcPr>
            <w:tcW w:w="1722" w:type="dxa"/>
          </w:tcPr>
          <w:p w14:paraId="446B839E" w14:textId="77777777" w:rsidR="008E0E5B" w:rsidRDefault="008E0E5B"/>
        </w:tc>
        <w:tc>
          <w:tcPr>
            <w:tcW w:w="1778" w:type="dxa"/>
          </w:tcPr>
          <w:p w14:paraId="032224DF" w14:textId="6347729B" w:rsidR="008E0E5B" w:rsidRDefault="008E0E5B">
            <w:r>
              <w:t>Modul/LKPD AI</w:t>
            </w:r>
          </w:p>
        </w:tc>
      </w:tr>
      <w:tr w:rsidR="008E0E5B" w14:paraId="5DDA74B5" w14:textId="4FED3E53" w:rsidTr="00BE76FE">
        <w:tc>
          <w:tcPr>
            <w:tcW w:w="491" w:type="dxa"/>
          </w:tcPr>
          <w:p w14:paraId="7AB9BB38" w14:textId="2AF466F1" w:rsidR="008E0E5B" w:rsidRDefault="00BE76FE">
            <w:r>
              <w:t>12</w:t>
            </w:r>
          </w:p>
        </w:tc>
        <w:tc>
          <w:tcPr>
            <w:tcW w:w="1239" w:type="dxa"/>
          </w:tcPr>
          <w:p w14:paraId="42505A5D" w14:textId="207F75CB" w:rsidR="008E0E5B" w:rsidRDefault="008E0E5B">
            <w:r>
              <w:t xml:space="preserve">Kamis / </w:t>
            </w:r>
            <w:r>
              <w:t>5 November</w:t>
            </w:r>
            <w:r>
              <w:t xml:space="preserve"> 2026</w:t>
            </w:r>
          </w:p>
        </w:tc>
        <w:tc>
          <w:tcPr>
            <w:tcW w:w="1326" w:type="dxa"/>
          </w:tcPr>
          <w:p w14:paraId="1FA787EA" w14:textId="35A92C95" w:rsidR="008E0E5B" w:rsidRDefault="008E0E5B">
            <w:r>
              <w:t>09.00 – 12.00</w:t>
            </w:r>
          </w:p>
        </w:tc>
        <w:tc>
          <w:tcPr>
            <w:tcW w:w="1514" w:type="dxa"/>
          </w:tcPr>
          <w:p w14:paraId="7915E596" w14:textId="5642C31D" w:rsidR="008E0E5B" w:rsidRDefault="008E0E5B">
            <w:r w:rsidRPr="00C3423D">
              <w:t>Artificial Intelligence (AI) Lanjutan</w:t>
            </w:r>
          </w:p>
        </w:tc>
        <w:tc>
          <w:tcPr>
            <w:tcW w:w="2213" w:type="dxa"/>
          </w:tcPr>
          <w:p w14:paraId="17526359" w14:textId="77777777" w:rsidR="008E0E5B" w:rsidRDefault="008E0E5B" w:rsidP="008648EC">
            <w:pPr>
              <w:pStyle w:val="ListParagraph"/>
              <w:numPr>
                <w:ilvl w:val="0"/>
                <w:numId w:val="20"/>
              </w:numPr>
              <w:ind w:left="222" w:hanging="284"/>
            </w:pPr>
            <w:r w:rsidRPr="008A3DD6">
              <w:t>Praktik penggunaan AI untuk penyusunan modul ajar, LKPD, dan soal.</w:t>
            </w:r>
          </w:p>
          <w:p w14:paraId="58159391" w14:textId="7D35E300" w:rsidR="008E0E5B" w:rsidRDefault="008E0E5B" w:rsidP="008648EC">
            <w:pPr>
              <w:pStyle w:val="ListParagraph"/>
              <w:numPr>
                <w:ilvl w:val="0"/>
                <w:numId w:val="20"/>
              </w:numPr>
              <w:ind w:left="222" w:hanging="284"/>
            </w:pPr>
            <w:r w:rsidRPr="008A3DD6">
              <w:t>Berbagi praktik baik pemanfaatan AI di kelas.</w:t>
            </w:r>
          </w:p>
        </w:tc>
        <w:tc>
          <w:tcPr>
            <w:tcW w:w="1722" w:type="dxa"/>
          </w:tcPr>
          <w:p w14:paraId="4ECB070E" w14:textId="77777777" w:rsidR="008E0E5B" w:rsidRDefault="008E0E5B"/>
        </w:tc>
        <w:tc>
          <w:tcPr>
            <w:tcW w:w="1778" w:type="dxa"/>
          </w:tcPr>
          <w:p w14:paraId="5B7CE2A6" w14:textId="315920FA" w:rsidR="008E0E5B" w:rsidRDefault="008E0E5B">
            <w:r>
              <w:t>Modul/LKPD AI</w:t>
            </w:r>
          </w:p>
        </w:tc>
      </w:tr>
      <w:tr w:rsidR="008E0E5B" w14:paraId="47CE9EF4" w14:textId="610FEBBF" w:rsidTr="00BE76FE">
        <w:tc>
          <w:tcPr>
            <w:tcW w:w="491" w:type="dxa"/>
          </w:tcPr>
          <w:p w14:paraId="2085C8F4" w14:textId="0EFAE269" w:rsidR="008E0E5B" w:rsidRDefault="00BE76FE">
            <w:r>
              <w:t>13</w:t>
            </w:r>
          </w:p>
        </w:tc>
        <w:tc>
          <w:tcPr>
            <w:tcW w:w="1239" w:type="dxa"/>
          </w:tcPr>
          <w:p w14:paraId="477B0644" w14:textId="3A61576F" w:rsidR="008E0E5B" w:rsidRDefault="008E0E5B">
            <w:r>
              <w:t xml:space="preserve">Kamis / </w:t>
            </w:r>
            <w:r>
              <w:t xml:space="preserve">19 November </w:t>
            </w:r>
            <w:r>
              <w:t>2026</w:t>
            </w:r>
          </w:p>
        </w:tc>
        <w:tc>
          <w:tcPr>
            <w:tcW w:w="1326" w:type="dxa"/>
          </w:tcPr>
          <w:p w14:paraId="47E10952" w14:textId="362025C6" w:rsidR="008E0E5B" w:rsidRDefault="008E0E5B">
            <w:r>
              <w:t>09.00 – 12.00</w:t>
            </w:r>
          </w:p>
        </w:tc>
        <w:tc>
          <w:tcPr>
            <w:tcW w:w="1514" w:type="dxa"/>
          </w:tcPr>
          <w:p w14:paraId="55AC3F6F" w14:textId="24C5808B" w:rsidR="008E0E5B" w:rsidRDefault="008E0E5B">
            <w:r>
              <w:t>Penyusunan DPL</w:t>
            </w:r>
          </w:p>
        </w:tc>
        <w:tc>
          <w:tcPr>
            <w:tcW w:w="2213" w:type="dxa"/>
          </w:tcPr>
          <w:p w14:paraId="3C8A077C" w14:textId="77777777" w:rsidR="008E0E5B" w:rsidRDefault="008E0E5B" w:rsidP="008648EC">
            <w:pPr>
              <w:pStyle w:val="ListParagraph"/>
              <w:numPr>
                <w:ilvl w:val="0"/>
                <w:numId w:val="21"/>
              </w:numPr>
              <w:ind w:left="222" w:hanging="284"/>
            </w:pPr>
            <w:r w:rsidRPr="008A3DD6">
              <w:t>Menyusun indikator Profil Lulusan Matematika SMK.</w:t>
            </w:r>
          </w:p>
          <w:p w14:paraId="0242D131" w14:textId="77777777" w:rsidR="008E0E5B" w:rsidRDefault="008E0E5B" w:rsidP="008648EC">
            <w:pPr>
              <w:pStyle w:val="ListParagraph"/>
              <w:numPr>
                <w:ilvl w:val="0"/>
                <w:numId w:val="21"/>
              </w:numPr>
              <w:ind w:left="222" w:hanging="284"/>
            </w:pPr>
            <w:r w:rsidRPr="008A3DD6">
              <w:t>Menyelaraskan dengan Capaian Pembelajaran dan kebutuhan dunia kerja.</w:t>
            </w:r>
          </w:p>
          <w:p w14:paraId="4C0A7245" w14:textId="4FEE4110" w:rsidR="008E0E5B" w:rsidRDefault="008E0E5B" w:rsidP="008648EC">
            <w:pPr>
              <w:pStyle w:val="ListParagraph"/>
              <w:numPr>
                <w:ilvl w:val="0"/>
                <w:numId w:val="21"/>
              </w:numPr>
              <w:ind w:left="222" w:hanging="284"/>
            </w:pPr>
            <w:r w:rsidRPr="008A3DD6">
              <w:t>Menghasilkan dokumen DPL MGMP.</w:t>
            </w:r>
          </w:p>
        </w:tc>
        <w:tc>
          <w:tcPr>
            <w:tcW w:w="1722" w:type="dxa"/>
          </w:tcPr>
          <w:p w14:paraId="6494C5AB" w14:textId="77777777" w:rsidR="008E0E5B" w:rsidRDefault="008E0E5B"/>
        </w:tc>
        <w:tc>
          <w:tcPr>
            <w:tcW w:w="1778" w:type="dxa"/>
          </w:tcPr>
          <w:p w14:paraId="3AD3D860" w14:textId="5BB25F01" w:rsidR="008E0E5B" w:rsidRDefault="008E0E5B">
            <w:r>
              <w:t>Dokumen DPL</w:t>
            </w:r>
          </w:p>
        </w:tc>
      </w:tr>
      <w:tr w:rsidR="008E0E5B" w14:paraId="08A5DABD" w14:textId="6C20BA7B" w:rsidTr="00BE76FE">
        <w:tc>
          <w:tcPr>
            <w:tcW w:w="491" w:type="dxa"/>
          </w:tcPr>
          <w:p w14:paraId="5CB4C0F8" w14:textId="5E34E840" w:rsidR="008E0E5B" w:rsidRDefault="008E0E5B">
            <w:r>
              <w:t>1</w:t>
            </w:r>
            <w:r w:rsidR="00BE76FE">
              <w:t>4</w:t>
            </w:r>
          </w:p>
        </w:tc>
        <w:tc>
          <w:tcPr>
            <w:tcW w:w="1239" w:type="dxa"/>
          </w:tcPr>
          <w:p w14:paraId="1D5BCB21" w14:textId="2114876B" w:rsidR="008E0E5B" w:rsidRDefault="008E0E5B">
            <w:r>
              <w:t>Kamis / 3</w:t>
            </w:r>
            <w:r>
              <w:t xml:space="preserve"> Desember </w:t>
            </w:r>
            <w:r>
              <w:t>2026</w:t>
            </w:r>
          </w:p>
        </w:tc>
        <w:tc>
          <w:tcPr>
            <w:tcW w:w="1326" w:type="dxa"/>
          </w:tcPr>
          <w:p w14:paraId="79211668" w14:textId="0A55E803" w:rsidR="008E0E5B" w:rsidRDefault="008E0E5B">
            <w:r>
              <w:t>09.00 – 12.00</w:t>
            </w:r>
          </w:p>
        </w:tc>
        <w:tc>
          <w:tcPr>
            <w:tcW w:w="1514" w:type="dxa"/>
          </w:tcPr>
          <w:p w14:paraId="658C6D14" w14:textId="1F2F6ACE" w:rsidR="008E0E5B" w:rsidRDefault="008E0E5B">
            <w:r>
              <w:t>Model Pembelajaran</w:t>
            </w:r>
          </w:p>
        </w:tc>
        <w:tc>
          <w:tcPr>
            <w:tcW w:w="2213" w:type="dxa"/>
          </w:tcPr>
          <w:p w14:paraId="6003BA6D" w14:textId="77777777" w:rsidR="008E0E5B" w:rsidRDefault="008E0E5B" w:rsidP="008648EC">
            <w:pPr>
              <w:pStyle w:val="ListParagraph"/>
              <w:numPr>
                <w:ilvl w:val="0"/>
                <w:numId w:val="22"/>
              </w:numPr>
              <w:ind w:left="222" w:hanging="284"/>
            </w:pPr>
            <w:r w:rsidRPr="008A3DD6">
              <w:t>Mengembangkan model pembelajaran inovatif.</w:t>
            </w:r>
          </w:p>
          <w:p w14:paraId="7DB3033C" w14:textId="77777777" w:rsidR="008E0E5B" w:rsidRDefault="008E0E5B" w:rsidP="008648EC">
            <w:pPr>
              <w:pStyle w:val="ListParagraph"/>
              <w:numPr>
                <w:ilvl w:val="0"/>
                <w:numId w:val="22"/>
              </w:numPr>
              <w:ind w:left="222" w:hanging="284"/>
            </w:pPr>
            <w:r w:rsidRPr="008A3DD6">
              <w:t>Menyusun perangkat pembelajaran berbasis deep learning dan pembelajaran berdiferensiasi.</w:t>
            </w:r>
          </w:p>
          <w:p w14:paraId="57418C07" w14:textId="6A1333B1" w:rsidR="008E0E5B" w:rsidRDefault="008E0E5B" w:rsidP="008648EC">
            <w:pPr>
              <w:pStyle w:val="ListParagraph"/>
              <w:numPr>
                <w:ilvl w:val="0"/>
                <w:numId w:val="22"/>
              </w:numPr>
              <w:ind w:left="222" w:hanging="284"/>
            </w:pPr>
            <w:r w:rsidRPr="008A3DD6">
              <w:t>Berbagi perangkat ajar antaranggota.</w:t>
            </w:r>
          </w:p>
        </w:tc>
        <w:tc>
          <w:tcPr>
            <w:tcW w:w="1722" w:type="dxa"/>
          </w:tcPr>
          <w:p w14:paraId="7D0A0FDB" w14:textId="77777777" w:rsidR="008E0E5B" w:rsidRDefault="008E0E5B"/>
        </w:tc>
        <w:tc>
          <w:tcPr>
            <w:tcW w:w="1778" w:type="dxa"/>
          </w:tcPr>
          <w:p w14:paraId="3E9EF832" w14:textId="2126437C" w:rsidR="008E0E5B" w:rsidRDefault="008E0E5B">
            <w:r>
              <w:t>Perangkat Ajar</w:t>
            </w:r>
          </w:p>
        </w:tc>
      </w:tr>
      <w:tr w:rsidR="008E0E5B" w14:paraId="6CFE7BF0" w14:textId="73A46536" w:rsidTr="00BE76FE">
        <w:tc>
          <w:tcPr>
            <w:tcW w:w="491" w:type="dxa"/>
          </w:tcPr>
          <w:p w14:paraId="6DA7E331" w14:textId="224F7B2B" w:rsidR="008E0E5B" w:rsidRDefault="00BE76FE">
            <w:r>
              <w:t>15</w:t>
            </w:r>
          </w:p>
        </w:tc>
        <w:tc>
          <w:tcPr>
            <w:tcW w:w="1239" w:type="dxa"/>
          </w:tcPr>
          <w:p w14:paraId="5CC3B2C1" w14:textId="250FBDF0" w:rsidR="008E0E5B" w:rsidRDefault="008E0E5B">
            <w:r>
              <w:t xml:space="preserve">Kamis / </w:t>
            </w:r>
            <w:r>
              <w:t xml:space="preserve">17 Desember </w:t>
            </w:r>
            <w:r>
              <w:t>2026</w:t>
            </w:r>
          </w:p>
        </w:tc>
        <w:tc>
          <w:tcPr>
            <w:tcW w:w="1326" w:type="dxa"/>
          </w:tcPr>
          <w:p w14:paraId="5AAD7BF1" w14:textId="1CB26EB8" w:rsidR="008E0E5B" w:rsidRDefault="008E0E5B">
            <w:r>
              <w:t>09.00 – 12.00</w:t>
            </w:r>
          </w:p>
        </w:tc>
        <w:tc>
          <w:tcPr>
            <w:tcW w:w="1514" w:type="dxa"/>
          </w:tcPr>
          <w:p w14:paraId="4C78A09F" w14:textId="60821343" w:rsidR="008E0E5B" w:rsidRDefault="008E0E5B">
            <w:r>
              <w:t>Berbagi Praktik Baik</w:t>
            </w:r>
          </w:p>
        </w:tc>
        <w:tc>
          <w:tcPr>
            <w:tcW w:w="2213" w:type="dxa"/>
          </w:tcPr>
          <w:p w14:paraId="19EB7ED9" w14:textId="77777777" w:rsidR="008E0E5B" w:rsidRDefault="008E0E5B" w:rsidP="008648EC">
            <w:pPr>
              <w:pStyle w:val="ListParagraph"/>
              <w:numPr>
                <w:ilvl w:val="0"/>
                <w:numId w:val="23"/>
              </w:numPr>
              <w:ind w:left="222" w:hanging="284"/>
            </w:pPr>
            <w:r w:rsidRPr="008A3DD6">
              <w:t>Presentasi praktik baik dari anggota MGMP.</w:t>
            </w:r>
          </w:p>
          <w:p w14:paraId="0FC3AE9E" w14:textId="77777777" w:rsidR="008E0E5B" w:rsidRDefault="008E0E5B" w:rsidP="008648EC">
            <w:pPr>
              <w:pStyle w:val="ListParagraph"/>
              <w:numPr>
                <w:ilvl w:val="0"/>
                <w:numId w:val="23"/>
              </w:numPr>
              <w:ind w:left="222" w:hanging="284"/>
            </w:pPr>
            <w:r w:rsidRPr="008A3DD6">
              <w:t>Refleksi pelaksanaan program semester ganjil.</w:t>
            </w:r>
          </w:p>
          <w:p w14:paraId="539DB35A" w14:textId="77777777" w:rsidR="008E0E5B" w:rsidRDefault="008E0E5B" w:rsidP="008648EC">
            <w:pPr>
              <w:pStyle w:val="ListParagraph"/>
              <w:numPr>
                <w:ilvl w:val="0"/>
                <w:numId w:val="23"/>
              </w:numPr>
              <w:ind w:left="222" w:hanging="284"/>
            </w:pPr>
            <w:r w:rsidRPr="008A3DD6">
              <w:t>Penyusunan rekomendasi program semester berikutnya</w:t>
            </w:r>
          </w:p>
          <w:p w14:paraId="4AB6C5F5" w14:textId="3E4AB8BB" w:rsidR="008E0E5B" w:rsidRDefault="008E0E5B" w:rsidP="008648EC">
            <w:pPr>
              <w:pStyle w:val="ListParagraph"/>
              <w:numPr>
                <w:ilvl w:val="0"/>
                <w:numId w:val="23"/>
              </w:numPr>
              <w:ind w:left="222" w:hanging="284"/>
            </w:pPr>
            <w:r w:rsidRPr="008A3DD6">
              <w:t xml:space="preserve"> Evaluasi keseluruhan kegiatan MGMP.</w:t>
            </w:r>
          </w:p>
        </w:tc>
        <w:tc>
          <w:tcPr>
            <w:tcW w:w="1722" w:type="dxa"/>
          </w:tcPr>
          <w:p w14:paraId="60D52BCF" w14:textId="77777777" w:rsidR="008E0E5B" w:rsidRDefault="008E0E5B"/>
        </w:tc>
        <w:tc>
          <w:tcPr>
            <w:tcW w:w="1778" w:type="dxa"/>
          </w:tcPr>
          <w:p w14:paraId="04CBBAA9" w14:textId="5D0FAC83" w:rsidR="008E0E5B" w:rsidRDefault="008E0E5B">
            <w:r>
              <w:t>Laporan</w:t>
            </w:r>
          </w:p>
        </w:tc>
      </w:tr>
    </w:tbl>
    <w:p w14:paraId="767DDFD9" w14:textId="77777777" w:rsidR="002324A9" w:rsidRDefault="002324A9"/>
    <w:sectPr w:rsidR="002324A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A63E82"/>
    <w:multiLevelType w:val="hybridMultilevel"/>
    <w:tmpl w:val="98186C6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041B81"/>
    <w:multiLevelType w:val="hybridMultilevel"/>
    <w:tmpl w:val="AC2A698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4474F"/>
    <w:multiLevelType w:val="hybridMultilevel"/>
    <w:tmpl w:val="C03C44BE"/>
    <w:lvl w:ilvl="0" w:tplc="3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206501F2"/>
    <w:multiLevelType w:val="hybridMultilevel"/>
    <w:tmpl w:val="955A413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15A6A"/>
    <w:multiLevelType w:val="hybridMultilevel"/>
    <w:tmpl w:val="C570D64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62462C"/>
    <w:multiLevelType w:val="hybridMultilevel"/>
    <w:tmpl w:val="B7BAC8E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F6727"/>
    <w:multiLevelType w:val="hybridMultilevel"/>
    <w:tmpl w:val="0150C67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06242"/>
    <w:multiLevelType w:val="hybridMultilevel"/>
    <w:tmpl w:val="779058A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4D57EF"/>
    <w:multiLevelType w:val="hybridMultilevel"/>
    <w:tmpl w:val="4F04A41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C5AC5"/>
    <w:multiLevelType w:val="hybridMultilevel"/>
    <w:tmpl w:val="00A63D6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CD102D"/>
    <w:multiLevelType w:val="hybridMultilevel"/>
    <w:tmpl w:val="6896A30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E1C67"/>
    <w:multiLevelType w:val="hybridMultilevel"/>
    <w:tmpl w:val="9238ECB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BD24C8"/>
    <w:multiLevelType w:val="hybridMultilevel"/>
    <w:tmpl w:val="9572D1A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E5038F"/>
    <w:multiLevelType w:val="hybridMultilevel"/>
    <w:tmpl w:val="69AEBEC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538526">
    <w:abstractNumId w:val="8"/>
  </w:num>
  <w:num w:numId="2" w16cid:durableId="1022129827">
    <w:abstractNumId w:val="6"/>
  </w:num>
  <w:num w:numId="3" w16cid:durableId="1670477559">
    <w:abstractNumId w:val="5"/>
  </w:num>
  <w:num w:numId="4" w16cid:durableId="353657023">
    <w:abstractNumId w:val="4"/>
  </w:num>
  <w:num w:numId="5" w16cid:durableId="352653712">
    <w:abstractNumId w:val="7"/>
  </w:num>
  <w:num w:numId="6" w16cid:durableId="251090318">
    <w:abstractNumId w:val="3"/>
  </w:num>
  <w:num w:numId="7" w16cid:durableId="1988777351">
    <w:abstractNumId w:val="2"/>
  </w:num>
  <w:num w:numId="8" w16cid:durableId="1727407846">
    <w:abstractNumId w:val="1"/>
  </w:num>
  <w:num w:numId="9" w16cid:durableId="466749304">
    <w:abstractNumId w:val="0"/>
  </w:num>
  <w:num w:numId="10" w16cid:durableId="1479808096">
    <w:abstractNumId w:val="19"/>
  </w:num>
  <w:num w:numId="11" w16cid:durableId="80571166">
    <w:abstractNumId w:val="12"/>
  </w:num>
  <w:num w:numId="12" w16cid:durableId="660885839">
    <w:abstractNumId w:val="22"/>
  </w:num>
  <w:num w:numId="13" w16cid:durableId="1162313699">
    <w:abstractNumId w:val="21"/>
  </w:num>
  <w:num w:numId="14" w16cid:durableId="1931699479">
    <w:abstractNumId w:val="17"/>
  </w:num>
  <w:num w:numId="15" w16cid:durableId="864950283">
    <w:abstractNumId w:val="9"/>
  </w:num>
  <w:num w:numId="16" w16cid:durableId="3553176">
    <w:abstractNumId w:val="10"/>
  </w:num>
  <w:num w:numId="17" w16cid:durableId="1961717070">
    <w:abstractNumId w:val="13"/>
  </w:num>
  <w:num w:numId="18" w16cid:durableId="533229255">
    <w:abstractNumId w:val="11"/>
  </w:num>
  <w:num w:numId="19" w16cid:durableId="2085057074">
    <w:abstractNumId w:val="14"/>
  </w:num>
  <w:num w:numId="20" w16cid:durableId="1627815156">
    <w:abstractNumId w:val="18"/>
  </w:num>
  <w:num w:numId="21" w16cid:durableId="501815937">
    <w:abstractNumId w:val="20"/>
  </w:num>
  <w:num w:numId="22" w16cid:durableId="741409156">
    <w:abstractNumId w:val="15"/>
  </w:num>
  <w:num w:numId="23" w16cid:durableId="9793827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9C9"/>
    <w:rsid w:val="0006063C"/>
    <w:rsid w:val="000F01C8"/>
    <w:rsid w:val="0015074B"/>
    <w:rsid w:val="00152A27"/>
    <w:rsid w:val="002324A9"/>
    <w:rsid w:val="0029639D"/>
    <w:rsid w:val="00326F90"/>
    <w:rsid w:val="00786639"/>
    <w:rsid w:val="008648EC"/>
    <w:rsid w:val="0088564B"/>
    <w:rsid w:val="008A3DD6"/>
    <w:rsid w:val="008E0E5B"/>
    <w:rsid w:val="00AA1D8D"/>
    <w:rsid w:val="00B47730"/>
    <w:rsid w:val="00BE76FE"/>
    <w:rsid w:val="00C3423D"/>
    <w:rsid w:val="00C732B6"/>
    <w:rsid w:val="00CB0664"/>
    <w:rsid w:val="00FC0B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9EE475"/>
  <w14:defaultImageDpi w14:val="300"/>
  <w15:docId w15:val="{D8D008DC-043B-4E3A-8214-6C37A44D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 DK</cp:lastModifiedBy>
  <cp:revision>5</cp:revision>
  <dcterms:created xsi:type="dcterms:W3CDTF">2013-12-23T23:15:00Z</dcterms:created>
  <dcterms:modified xsi:type="dcterms:W3CDTF">2026-06-29T10:55:00Z</dcterms:modified>
  <cp:category/>
</cp:coreProperties>
</file>