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7F1C" w14:textId="2DA7132F" w:rsidR="00823B8A" w:rsidRPr="00A7252F" w:rsidRDefault="00823B8A" w:rsidP="00823B8A">
      <w:pPr>
        <w:spacing w:after="360"/>
        <w:ind w:left="-1418"/>
        <w:jc w:val="center"/>
        <w:rPr>
          <w:rFonts w:ascii="Arial" w:hAnsi="Arial"/>
          <w:b/>
          <w:sz w:val="32"/>
        </w:rPr>
      </w:pPr>
      <w:r w:rsidRPr="00A7252F">
        <w:rPr>
          <w:rFonts w:ascii="Arial" w:hAnsi="Arial"/>
          <w:b/>
          <w:noProof/>
          <w:sz w:val="32"/>
        </w:rPr>
        <mc:AlternateContent>
          <mc:Choice Requires="wps">
            <w:drawing>
              <wp:anchor distT="0" distB="0" distL="114300" distR="114300" simplePos="0" relativeHeight="251660288" behindDoc="0" locked="0" layoutInCell="1" allowOverlap="1" wp14:anchorId="7D97CF95" wp14:editId="7B9C5059">
                <wp:simplePos x="0" y="0"/>
                <wp:positionH relativeFrom="column">
                  <wp:posOffset>1577340</wp:posOffset>
                </wp:positionH>
                <wp:positionV relativeFrom="paragraph">
                  <wp:posOffset>7799070</wp:posOffset>
                </wp:positionV>
                <wp:extent cx="3825240" cy="1253490"/>
                <wp:effectExtent l="0" t="0" r="0" b="0"/>
                <wp:wrapNone/>
                <wp:docPr id="463091340" name="Rectangle: Rounded Corners 4"/>
                <wp:cNvGraphicFramePr/>
                <a:graphic xmlns:a="http://schemas.openxmlformats.org/drawingml/2006/main">
                  <a:graphicData uri="http://schemas.microsoft.com/office/word/2010/wordprocessingShape">
                    <wps:wsp>
                      <wps:cNvSpPr/>
                      <wps:spPr>
                        <a:xfrm>
                          <a:off x="0" y="0"/>
                          <a:ext cx="3825240" cy="1253490"/>
                        </a:xfrm>
                        <a:prstGeom prst="round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42A5917A" w14:textId="0128E325" w:rsidR="00823B8A" w:rsidRPr="00573BE8" w:rsidRDefault="00823B8A" w:rsidP="00573BE8">
                            <w:pPr>
                              <w:spacing w:after="0" w:line="240" w:lineRule="auto"/>
                              <w:jc w:val="center"/>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pPr>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 xml:space="preserve">WIRANDA, </w:t>
                            </w:r>
                            <w:proofErr w:type="spellStart"/>
                            <w:proofErr w:type="gramStart"/>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S.Pd</w:t>
                            </w:r>
                            <w:proofErr w:type="spellEnd"/>
                            <w:proofErr w:type="gramEnd"/>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 xml:space="preserve">, </w:t>
                            </w:r>
                            <w:proofErr w:type="spellStart"/>
                            <w:proofErr w:type="gramStart"/>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M.Si</w:t>
                            </w:r>
                            <w:proofErr w:type="spellEnd"/>
                            <w:proofErr w:type="gramEnd"/>
                          </w:p>
                          <w:p w14:paraId="1054EE1D" w14:textId="2239962B" w:rsidR="00573BE8" w:rsidRPr="00573BE8" w:rsidRDefault="00573BE8" w:rsidP="00573BE8">
                            <w:pPr>
                              <w:spacing w:after="0" w:line="240" w:lineRule="auto"/>
                              <w:jc w:val="center"/>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pPr>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SMAN 30 JAKARTA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97CF95" id="Rectangle: Rounded Corners 4" o:spid="_x0000_s1026" style="position:absolute;left:0;text-align:left;margin-left:124.2pt;margin-top:614.1pt;width:301.2pt;height:9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" filled="f" stroked="f">
                <v:shadow on="t" color="black" opacity="22937f" origin=",.5" offset="0,.63889mm"/>
                <v:textbox>
                  <w:txbxContent>
                    <w:p w14:paraId="42A5917A" w14:textId="0128E325" w:rsidR="00823B8A" w:rsidRPr="00573BE8" w:rsidRDefault="00823B8A" w:rsidP="00573BE8">
                      <w:pPr>
                        <w:spacing w:after="0" w:line="240" w:lineRule="auto"/>
                        <w:jc w:val="center"/>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pPr>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 xml:space="preserve">WIRANDA, </w:t>
                      </w:r>
                      <w:proofErr w:type="spellStart"/>
                      <w:proofErr w:type="gramStart"/>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S.Pd</w:t>
                      </w:r>
                      <w:proofErr w:type="spellEnd"/>
                      <w:proofErr w:type="gramEnd"/>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 xml:space="preserve">, </w:t>
                      </w:r>
                      <w:proofErr w:type="spellStart"/>
                      <w:proofErr w:type="gramStart"/>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M.Si</w:t>
                      </w:r>
                      <w:proofErr w:type="spellEnd"/>
                      <w:proofErr w:type="gramEnd"/>
                    </w:p>
                    <w:p w14:paraId="1054EE1D" w14:textId="2239962B" w:rsidR="00573BE8" w:rsidRPr="00573BE8" w:rsidRDefault="00573BE8" w:rsidP="00573BE8">
                      <w:pPr>
                        <w:spacing w:after="0" w:line="240" w:lineRule="auto"/>
                        <w:jc w:val="center"/>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pPr>
                      <w:r w:rsidRPr="00573BE8">
                        <w:rPr>
                          <w:rFonts w:ascii="Arial Black" w:hAnsi="Arial Black"/>
                          <w:b/>
                          <w:color w:val="E5B8B7" w:themeColor="accent2" w:themeTint="66"/>
                          <w:sz w:val="40"/>
                          <w:szCs w:val="40"/>
                          <w14:textOutline w14:w="11112" w14:cap="flat" w14:cmpd="sng" w14:algn="ctr">
                            <w14:solidFill>
                              <w14:schemeClr w14:val="accent2"/>
                            </w14:solidFill>
                            <w14:prstDash w14:val="solid"/>
                            <w14:round/>
                          </w14:textOutline>
                        </w:rPr>
                        <w:t>SMAN 30 JAKARTA</w:t>
                      </w:r>
                    </w:p>
                  </w:txbxContent>
                </v:textbox>
              </v:roundrect>
            </w:pict>
          </mc:Fallback>
        </mc:AlternateContent>
      </w:r>
      <w:r w:rsidRPr="00A7252F">
        <w:rPr>
          <w:rFonts w:ascii="Arial" w:hAnsi="Arial"/>
          <w:b/>
          <w:noProof/>
          <w:sz w:val="32"/>
        </w:rPr>
        <mc:AlternateContent>
          <mc:Choice Requires="wps">
            <w:drawing>
              <wp:anchor distT="0" distB="0" distL="114300" distR="114300" simplePos="0" relativeHeight="251659264" behindDoc="0" locked="0" layoutInCell="1" allowOverlap="1" wp14:anchorId="3586BF93" wp14:editId="7E95502B">
                <wp:simplePos x="0" y="0"/>
                <wp:positionH relativeFrom="column">
                  <wp:posOffset>902970</wp:posOffset>
                </wp:positionH>
                <wp:positionV relativeFrom="paragraph">
                  <wp:posOffset>758190</wp:posOffset>
                </wp:positionV>
                <wp:extent cx="4823460" cy="1116330"/>
                <wp:effectExtent l="0" t="0" r="0" b="0"/>
                <wp:wrapNone/>
                <wp:docPr id="543411492" name="Rectangle: Rounded Corners 3"/>
                <wp:cNvGraphicFramePr/>
                <a:graphic xmlns:a="http://schemas.openxmlformats.org/drawingml/2006/main">
                  <a:graphicData uri="http://schemas.microsoft.com/office/word/2010/wordprocessingShape">
                    <wps:wsp>
                      <wps:cNvSpPr/>
                      <wps:spPr>
                        <a:xfrm>
                          <a:off x="0" y="0"/>
                          <a:ext cx="4823460" cy="1116330"/>
                        </a:xfrm>
                        <a:prstGeom prst="round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398F2021" w14:textId="6F83189F" w:rsidR="00823B8A" w:rsidRPr="00573BE8" w:rsidRDefault="00823B8A" w:rsidP="00823B8A">
                            <w:pPr>
                              <w:jc w:val="center"/>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pPr>
                            <w:r w:rsidRPr="00573BE8">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t xml:space="preserve">PEMBAHASAN SOAL </w:t>
                            </w:r>
                            <w:proofErr w:type="spellStart"/>
                            <w:r w:rsidRPr="00573BE8">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t>SOAL</w:t>
                            </w:r>
                            <w:proofErr w:type="spellEnd"/>
                            <w:r w:rsidRPr="00573BE8">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t xml:space="preserve"> TKA KIMIA TAHUN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86BF93" id="Rectangle: Rounded Corners 3" o:spid="_x0000_s1027" style="position:absolute;left:0;text-align:left;margin-left:71.1pt;margin-top:59.7pt;width:379.8pt;height:8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" filled="f" stroked="f">
                <v:shadow on="t" color="black" opacity="22937f" origin=",.5" offset="0,.63889mm"/>
                <v:textbox>
                  <w:txbxContent>
                    <w:p w14:paraId="398F2021" w14:textId="6F83189F" w:rsidR="00823B8A" w:rsidRPr="00573BE8" w:rsidRDefault="00823B8A" w:rsidP="00823B8A">
                      <w:pPr>
                        <w:jc w:val="center"/>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pPr>
                      <w:r w:rsidRPr="00573BE8">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t xml:space="preserve">PEMBAHASAN SOAL </w:t>
                      </w:r>
                      <w:proofErr w:type="spellStart"/>
                      <w:r w:rsidRPr="00573BE8">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t>SOAL</w:t>
                      </w:r>
                      <w:proofErr w:type="spellEnd"/>
                      <w:r w:rsidRPr="00573BE8">
                        <w:rPr>
                          <w:rFonts w:ascii="Arial Black" w:hAnsi="Arial Black"/>
                          <w:b/>
                          <w:color w:val="E5B8B7" w:themeColor="accent2" w:themeTint="66"/>
                          <w:sz w:val="48"/>
                          <w:szCs w:val="48"/>
                          <w14:textOutline w14:w="11112" w14:cap="flat" w14:cmpd="sng" w14:algn="ctr">
                            <w14:solidFill>
                              <w14:schemeClr w14:val="accent2"/>
                            </w14:solidFill>
                            <w14:prstDash w14:val="solid"/>
                            <w14:round/>
                          </w14:textOutline>
                        </w:rPr>
                        <w:t xml:space="preserve"> TKA KIMIA TAHUN 2025</w:t>
                      </w:r>
                    </w:p>
                  </w:txbxContent>
                </v:textbox>
              </v:roundrect>
            </w:pict>
          </mc:Fallback>
        </mc:AlternateContent>
      </w:r>
      <w:r w:rsidRPr="00A7252F">
        <w:rPr>
          <w:rFonts w:ascii="Arial" w:hAnsi="Arial"/>
          <w:b/>
          <w:noProof/>
          <w:sz w:val="32"/>
        </w:rPr>
        <w:drawing>
          <wp:inline distT="0" distB="0" distL="0" distR="0" wp14:anchorId="1B20E698" wp14:editId="7B1CD0F2">
            <wp:extent cx="7924800" cy="10020300"/>
            <wp:effectExtent l="0" t="0" r="0" b="0"/>
            <wp:docPr id="1057602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24800" cy="10020300"/>
                    </a:xfrm>
                    <a:prstGeom prst="rect">
                      <a:avLst/>
                    </a:prstGeom>
                    <a:noFill/>
                  </pic:spPr>
                </pic:pic>
              </a:graphicData>
            </a:graphic>
          </wp:inline>
        </w:drawing>
      </w:r>
    </w:p>
    <w:p w14:paraId="2A2158FC" w14:textId="2D729B55" w:rsidR="00823B8A" w:rsidRPr="00A7252F" w:rsidRDefault="00823B8A">
      <w:pPr>
        <w:spacing w:after="360"/>
        <w:jc w:val="center"/>
        <w:rPr>
          <w:rFonts w:ascii="Arial" w:hAnsi="Arial"/>
          <w:b/>
          <w:sz w:val="32"/>
        </w:rPr>
      </w:pPr>
    </w:p>
    <w:p w14:paraId="2E5239A0" w14:textId="181D4214" w:rsidR="00A637B9" w:rsidRPr="00A7252F" w:rsidRDefault="00000000" w:rsidP="00823B8A">
      <w:pPr>
        <w:spacing w:after="360"/>
        <w:jc w:val="center"/>
      </w:pPr>
      <w:r w:rsidRPr="00A7252F">
        <w:rPr>
          <w:rFonts w:ascii="Arial" w:hAnsi="Arial"/>
          <w:b/>
          <w:sz w:val="32"/>
        </w:rPr>
        <w:t>PEMBAHASAN SOAL KIMIA</w:t>
      </w:r>
      <w:r w:rsidR="006412FC" w:rsidRPr="00A7252F">
        <w:rPr>
          <w:rFonts w:ascii="Arial" w:hAnsi="Arial"/>
          <w:b/>
          <w:sz w:val="32"/>
        </w:rPr>
        <w:t xml:space="preserve"> NOMOR 1</w:t>
      </w:r>
      <w:r w:rsidRPr="00A7252F">
        <w:rPr>
          <w:rFonts w:ascii="Arial" w:hAnsi="Arial"/>
          <w:b/>
          <w:sz w:val="32"/>
        </w:rPr>
        <w:br/>
        <w:t>KADAR UNSUR DALAM SENYAWA</w:t>
      </w:r>
    </w:p>
    <w:p w14:paraId="23798D50" w14:textId="77777777" w:rsidR="00A637B9" w:rsidRPr="00A7252F" w:rsidRDefault="00000000">
      <w:pPr>
        <w:spacing w:before="240" w:after="120"/>
      </w:pPr>
      <w:r w:rsidRPr="00A7252F">
        <w:rPr>
          <w:rFonts w:ascii="Arial" w:hAnsi="Arial"/>
          <w:b/>
          <w:sz w:val="26"/>
        </w:rPr>
        <w:t>1. Informasi Soal</w:t>
      </w:r>
    </w:p>
    <w:p w14:paraId="092EF5E8" w14:textId="77777777" w:rsidR="00A637B9" w:rsidRPr="00A7252F" w:rsidRDefault="00000000">
      <w:pPr>
        <w:spacing w:after="240"/>
      </w:pPr>
      <w:r w:rsidRPr="00A7252F">
        <w:rPr>
          <w:rFonts w:ascii="Arial" w:hAnsi="Arial"/>
          <w:b/>
        </w:rPr>
        <w:t xml:space="preserve">• Materi: </w:t>
      </w:r>
      <w:r w:rsidRPr="00A7252F">
        <w:rPr>
          <w:rFonts w:ascii="Arial" w:hAnsi="Arial"/>
        </w:rPr>
        <w:t>Stoikiometri / Kadar Unsur dalam Senyawa</w:t>
      </w:r>
      <w:r w:rsidRPr="00A7252F">
        <w:rPr>
          <w:rFonts w:ascii="Arial" w:hAnsi="Arial"/>
        </w:rPr>
        <w:br/>
      </w:r>
      <w:r w:rsidRPr="00A7252F">
        <w:rPr>
          <w:rFonts w:ascii="Arial" w:hAnsi="Arial"/>
          <w:b/>
        </w:rPr>
        <w:t xml:space="preserve">• Pertanyaan: </w:t>
      </w:r>
      <w:r w:rsidRPr="00A7252F">
        <w:rPr>
          <w:rFonts w:ascii="Arial" w:hAnsi="Arial"/>
        </w:rPr>
        <w:t>Garam yang memiliki kadar natrium tertinggi adalah... (diketahui Ar Na = 23)</w:t>
      </w:r>
      <w:r w:rsidRPr="00A7252F">
        <w:rPr>
          <w:rFonts w:ascii="Arial" w:hAnsi="Arial"/>
        </w:rPr>
        <w:br/>
      </w:r>
      <w:r w:rsidRPr="00A7252F">
        <w:rPr>
          <w:rFonts w:ascii="Arial" w:hAnsi="Arial"/>
          <w:b/>
        </w:rPr>
        <w:t xml:space="preserve">• </w:t>
      </w:r>
      <w:r w:rsidRPr="00A7252F">
        <w:rPr>
          <w:rFonts w:ascii="Arial" w:hAnsi="Arial"/>
        </w:rPr>
        <w:t>Pilihan Jawaban:</w:t>
      </w:r>
      <w:r w:rsidRPr="00A7252F">
        <w:rPr>
          <w:rFonts w:ascii="Arial" w:hAnsi="Arial"/>
        </w:rPr>
        <w:br/>
        <w:t xml:space="preserve">   A. Natrium Benzoat</w:t>
      </w:r>
      <w:r w:rsidRPr="00A7252F">
        <w:rPr>
          <w:rFonts w:ascii="Arial" w:hAnsi="Arial"/>
        </w:rPr>
        <w:br/>
        <w:t xml:space="preserve">   B. Natrium Propanoat</w:t>
      </w:r>
      <w:r w:rsidRPr="00A7252F">
        <w:rPr>
          <w:rFonts w:ascii="Arial" w:hAnsi="Arial"/>
        </w:rPr>
        <w:br/>
        <w:t xml:space="preserve">   C. Natrium Asetat</w:t>
      </w:r>
      <w:r w:rsidRPr="00A7252F">
        <w:rPr>
          <w:rFonts w:ascii="Arial" w:hAnsi="Arial"/>
        </w:rPr>
        <w:br/>
        <w:t xml:space="preserve">   D. Natrium Karbonat</w:t>
      </w:r>
      <w:r w:rsidRPr="00A7252F">
        <w:rPr>
          <w:rFonts w:ascii="Arial" w:hAnsi="Arial"/>
        </w:rPr>
        <w:br/>
        <w:t xml:space="preserve">   E. Natrium Fosfat</w:t>
      </w:r>
    </w:p>
    <w:p w14:paraId="699C6F77" w14:textId="77777777" w:rsidR="00A637B9" w:rsidRPr="00A7252F" w:rsidRDefault="00000000">
      <w:pPr>
        <w:spacing w:before="240" w:after="120"/>
      </w:pPr>
      <w:r w:rsidRPr="00A7252F">
        <w:rPr>
          <w:rFonts w:ascii="Arial" w:hAnsi="Arial"/>
          <w:b/>
          <w:sz w:val="26"/>
        </w:rPr>
        <w:t>2. Konsep Dasar</w:t>
      </w:r>
    </w:p>
    <w:p w14:paraId="316D0C30" w14:textId="77777777" w:rsidR="00A637B9" w:rsidRPr="00A7252F" w:rsidRDefault="00000000">
      <w:r w:rsidRPr="00A7252F">
        <w:rPr>
          <w:rFonts w:ascii="Arial" w:hAnsi="Arial"/>
        </w:rPr>
        <w:t>Untuk menentukan kadar suatu unsur dalam senyawa kimia, digunakan rumus persentase massa unsur sebagai berikut:</w:t>
      </w:r>
    </w:p>
    <w:tbl>
      <w:tblPr>
        <w:tblW w:w="0" w:type="auto"/>
        <w:jc w:val="center"/>
        <w:tblLook w:val="04A0" w:firstRow="1" w:lastRow="0" w:firstColumn="1" w:lastColumn="0" w:noHBand="0" w:noVBand="1"/>
      </w:tblPr>
      <w:tblGrid>
        <w:gridCol w:w="9360"/>
      </w:tblGrid>
      <w:tr w:rsidR="00A7252F" w:rsidRPr="00A7252F" w14:paraId="2B824E3F" w14:textId="77777777">
        <w:trPr>
          <w:jc w:val="center"/>
        </w:trPr>
        <w:tc>
          <w:tcPr>
            <w:tcW w:w="9360" w:type="dxa"/>
            <w:shd w:val="clear" w:color="auto" w:fill="F0F4F8"/>
            <w:tcMar>
              <w:top w:w="140" w:type="dxa"/>
              <w:left w:w="200" w:type="dxa"/>
              <w:bottom w:w="140" w:type="dxa"/>
              <w:right w:w="200" w:type="dxa"/>
            </w:tcMar>
          </w:tcPr>
          <w:p w14:paraId="3F794CC1" w14:textId="77777777" w:rsidR="00A637B9" w:rsidRPr="00A7252F" w:rsidRDefault="00000000">
            <w:pPr>
              <w:jc w:val="center"/>
            </w:pPr>
            <w:r w:rsidRPr="00A7252F">
              <w:rPr>
                <w:rFonts w:ascii="Arial" w:hAnsi="Arial"/>
                <w:b/>
              </w:rPr>
              <w:t>% Unsur = (Jumlah Atom Unsur × Ar Unsur) / (Mr Senyawa) × 100%</w:t>
            </w:r>
          </w:p>
        </w:tc>
      </w:tr>
    </w:tbl>
    <w:p w14:paraId="4100A153" w14:textId="77777777" w:rsidR="00A637B9" w:rsidRPr="00A7252F" w:rsidRDefault="00A637B9">
      <w:pPr>
        <w:spacing w:after="120"/>
      </w:pPr>
    </w:p>
    <w:p w14:paraId="5039D035" w14:textId="77777777" w:rsidR="00A637B9" w:rsidRPr="00A7252F" w:rsidRDefault="00000000">
      <w:pPr>
        <w:spacing w:before="240" w:after="120"/>
      </w:pPr>
      <w:r w:rsidRPr="00A7252F">
        <w:rPr>
          <w:rFonts w:ascii="Arial" w:hAnsi="Arial"/>
          <w:b/>
          <w:sz w:val="26"/>
        </w:rPr>
        <w:t>3. Perhitungan Detail Setiap Pilihan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2592"/>
        <w:gridCol w:w="2160"/>
        <w:gridCol w:w="1152"/>
        <w:gridCol w:w="2160"/>
      </w:tblGrid>
      <w:tr w:rsidR="00A7252F" w:rsidRPr="00A7252F" w14:paraId="60142A0C" w14:textId="77777777" w:rsidTr="00BC6C23">
        <w:trPr>
          <w:jc w:val="center"/>
        </w:trPr>
        <w:tc>
          <w:tcPr>
            <w:tcW w:w="864" w:type="dxa"/>
            <w:shd w:val="clear" w:color="auto" w:fill="1E5A8C"/>
            <w:tcMar>
              <w:top w:w="120" w:type="dxa"/>
              <w:left w:w="100" w:type="dxa"/>
              <w:bottom w:w="120" w:type="dxa"/>
              <w:right w:w="100" w:type="dxa"/>
            </w:tcMar>
          </w:tcPr>
          <w:p w14:paraId="54F5600A" w14:textId="77777777" w:rsidR="00A637B9" w:rsidRPr="00A7252F" w:rsidRDefault="00000000">
            <w:pPr>
              <w:jc w:val="center"/>
              <w:rPr>
                <w:b/>
              </w:rPr>
            </w:pPr>
            <w:r w:rsidRPr="00A7252F">
              <w:rPr>
                <w:rFonts w:ascii="Arial" w:hAnsi="Arial"/>
                <w:b/>
              </w:rPr>
              <w:t>No</w:t>
            </w:r>
          </w:p>
        </w:tc>
        <w:tc>
          <w:tcPr>
            <w:tcW w:w="2592" w:type="dxa"/>
            <w:shd w:val="clear" w:color="auto" w:fill="1E5A8C"/>
            <w:tcMar>
              <w:top w:w="120" w:type="dxa"/>
              <w:left w:w="100" w:type="dxa"/>
              <w:bottom w:w="120" w:type="dxa"/>
              <w:right w:w="100" w:type="dxa"/>
            </w:tcMar>
          </w:tcPr>
          <w:p w14:paraId="647230DA" w14:textId="77777777" w:rsidR="00A637B9" w:rsidRPr="00A7252F" w:rsidRDefault="00000000">
            <w:pPr>
              <w:jc w:val="center"/>
              <w:rPr>
                <w:b/>
              </w:rPr>
            </w:pPr>
            <w:r w:rsidRPr="00A7252F">
              <w:rPr>
                <w:rFonts w:ascii="Arial" w:hAnsi="Arial"/>
                <w:b/>
              </w:rPr>
              <w:t>Nama Senyawa</w:t>
            </w:r>
          </w:p>
        </w:tc>
        <w:tc>
          <w:tcPr>
            <w:tcW w:w="2160" w:type="dxa"/>
            <w:shd w:val="clear" w:color="auto" w:fill="1E5A8C"/>
            <w:tcMar>
              <w:top w:w="120" w:type="dxa"/>
              <w:left w:w="100" w:type="dxa"/>
              <w:bottom w:w="120" w:type="dxa"/>
              <w:right w:w="100" w:type="dxa"/>
            </w:tcMar>
          </w:tcPr>
          <w:p w14:paraId="0BC91781" w14:textId="77777777" w:rsidR="00A637B9" w:rsidRPr="00A7252F" w:rsidRDefault="00000000">
            <w:pPr>
              <w:jc w:val="center"/>
              <w:rPr>
                <w:b/>
              </w:rPr>
            </w:pPr>
            <w:r w:rsidRPr="00A7252F">
              <w:rPr>
                <w:rFonts w:ascii="Arial" w:hAnsi="Arial"/>
                <w:b/>
              </w:rPr>
              <w:t>Rumus Molekul</w:t>
            </w:r>
          </w:p>
        </w:tc>
        <w:tc>
          <w:tcPr>
            <w:tcW w:w="1152" w:type="dxa"/>
            <w:shd w:val="clear" w:color="auto" w:fill="1E5A8C"/>
            <w:tcMar>
              <w:top w:w="120" w:type="dxa"/>
              <w:left w:w="100" w:type="dxa"/>
              <w:bottom w:w="120" w:type="dxa"/>
              <w:right w:w="100" w:type="dxa"/>
            </w:tcMar>
          </w:tcPr>
          <w:p w14:paraId="3C977074" w14:textId="77777777" w:rsidR="00A637B9" w:rsidRPr="00A7252F" w:rsidRDefault="00000000">
            <w:pPr>
              <w:jc w:val="center"/>
              <w:rPr>
                <w:b/>
              </w:rPr>
            </w:pPr>
            <w:r w:rsidRPr="00A7252F">
              <w:rPr>
                <w:rFonts w:ascii="Arial" w:hAnsi="Arial"/>
                <w:b/>
              </w:rPr>
              <w:t>Mr</w:t>
            </w:r>
          </w:p>
        </w:tc>
        <w:tc>
          <w:tcPr>
            <w:tcW w:w="2160" w:type="dxa"/>
            <w:shd w:val="clear" w:color="auto" w:fill="1E5A8C"/>
            <w:tcMar>
              <w:top w:w="120" w:type="dxa"/>
              <w:left w:w="100" w:type="dxa"/>
              <w:bottom w:w="120" w:type="dxa"/>
              <w:right w:w="100" w:type="dxa"/>
            </w:tcMar>
          </w:tcPr>
          <w:p w14:paraId="18C1DBA6" w14:textId="77777777" w:rsidR="00A637B9" w:rsidRPr="00A7252F" w:rsidRDefault="00000000">
            <w:pPr>
              <w:jc w:val="center"/>
              <w:rPr>
                <w:b/>
              </w:rPr>
            </w:pPr>
            <w:r w:rsidRPr="00A7252F">
              <w:rPr>
                <w:rFonts w:ascii="Arial" w:hAnsi="Arial"/>
                <w:b/>
              </w:rPr>
              <w:t>Kadar Na (%)</w:t>
            </w:r>
          </w:p>
        </w:tc>
      </w:tr>
      <w:tr w:rsidR="00A7252F" w:rsidRPr="00A7252F" w14:paraId="66E70607" w14:textId="77777777" w:rsidTr="00BC6C23">
        <w:trPr>
          <w:jc w:val="center"/>
        </w:trPr>
        <w:tc>
          <w:tcPr>
            <w:tcW w:w="864" w:type="dxa"/>
            <w:shd w:val="clear" w:color="auto" w:fill="F9FBFD"/>
            <w:tcMar>
              <w:top w:w="100" w:type="dxa"/>
              <w:left w:w="100" w:type="dxa"/>
              <w:bottom w:w="100" w:type="dxa"/>
              <w:right w:w="100" w:type="dxa"/>
            </w:tcMar>
          </w:tcPr>
          <w:p w14:paraId="009DF7CA" w14:textId="77777777" w:rsidR="00A637B9" w:rsidRPr="00A7252F" w:rsidRDefault="00000000" w:rsidP="00BC6C23">
            <w:pPr>
              <w:spacing w:after="0" w:line="240" w:lineRule="auto"/>
              <w:jc w:val="center"/>
              <w:rPr>
                <w:b/>
              </w:rPr>
            </w:pPr>
            <w:r w:rsidRPr="00A7252F">
              <w:rPr>
                <w:rFonts w:ascii="Arial" w:hAnsi="Arial"/>
                <w:b/>
              </w:rPr>
              <w:t>1</w:t>
            </w:r>
          </w:p>
        </w:tc>
        <w:tc>
          <w:tcPr>
            <w:tcW w:w="2592" w:type="dxa"/>
            <w:shd w:val="clear" w:color="auto" w:fill="F9FBFD"/>
            <w:tcMar>
              <w:top w:w="100" w:type="dxa"/>
              <w:left w:w="100" w:type="dxa"/>
              <w:bottom w:w="100" w:type="dxa"/>
              <w:right w:w="100" w:type="dxa"/>
            </w:tcMar>
          </w:tcPr>
          <w:p w14:paraId="4737A34D" w14:textId="77777777" w:rsidR="00A637B9" w:rsidRPr="00A7252F" w:rsidRDefault="00000000" w:rsidP="00BC6C23">
            <w:pPr>
              <w:spacing w:after="0" w:line="240" w:lineRule="auto"/>
              <w:rPr>
                <w:b/>
              </w:rPr>
            </w:pPr>
            <w:r w:rsidRPr="00A7252F">
              <w:rPr>
                <w:rFonts w:ascii="Arial" w:hAnsi="Arial"/>
                <w:b/>
              </w:rPr>
              <w:t>Natrium Benzoat</w:t>
            </w:r>
          </w:p>
        </w:tc>
        <w:tc>
          <w:tcPr>
            <w:tcW w:w="2160" w:type="dxa"/>
            <w:shd w:val="clear" w:color="auto" w:fill="F9FBFD"/>
            <w:tcMar>
              <w:top w:w="100" w:type="dxa"/>
              <w:left w:w="100" w:type="dxa"/>
              <w:bottom w:w="100" w:type="dxa"/>
              <w:right w:w="100" w:type="dxa"/>
            </w:tcMar>
          </w:tcPr>
          <w:p w14:paraId="3C808D2D" w14:textId="77777777" w:rsidR="00A637B9" w:rsidRPr="00A7252F" w:rsidRDefault="00000000" w:rsidP="00BC6C23">
            <w:pPr>
              <w:spacing w:after="0" w:line="240" w:lineRule="auto"/>
              <w:rPr>
                <w:b/>
              </w:rPr>
            </w:pPr>
            <w:r w:rsidRPr="00A7252F">
              <w:rPr>
                <w:rFonts w:ascii="Arial" w:hAnsi="Arial"/>
                <w:b/>
              </w:rPr>
              <w:t>C₆H₅COONa</w:t>
            </w:r>
          </w:p>
        </w:tc>
        <w:tc>
          <w:tcPr>
            <w:tcW w:w="1152" w:type="dxa"/>
            <w:shd w:val="clear" w:color="auto" w:fill="F9FBFD"/>
            <w:tcMar>
              <w:top w:w="100" w:type="dxa"/>
              <w:left w:w="100" w:type="dxa"/>
              <w:bottom w:w="100" w:type="dxa"/>
              <w:right w:w="100" w:type="dxa"/>
            </w:tcMar>
          </w:tcPr>
          <w:p w14:paraId="2AB4D23D" w14:textId="77777777" w:rsidR="00A637B9" w:rsidRPr="00A7252F" w:rsidRDefault="00000000" w:rsidP="00BC6C23">
            <w:pPr>
              <w:spacing w:after="0" w:line="240" w:lineRule="auto"/>
              <w:jc w:val="center"/>
              <w:rPr>
                <w:b/>
              </w:rPr>
            </w:pPr>
            <w:r w:rsidRPr="00A7252F">
              <w:rPr>
                <w:rFonts w:ascii="Arial" w:hAnsi="Arial"/>
                <w:b/>
              </w:rPr>
              <w:t>144</w:t>
            </w:r>
          </w:p>
        </w:tc>
        <w:tc>
          <w:tcPr>
            <w:tcW w:w="2160" w:type="dxa"/>
            <w:shd w:val="clear" w:color="auto" w:fill="F9FBFD"/>
            <w:tcMar>
              <w:top w:w="100" w:type="dxa"/>
              <w:left w:w="100" w:type="dxa"/>
              <w:bottom w:w="100" w:type="dxa"/>
              <w:right w:w="100" w:type="dxa"/>
            </w:tcMar>
          </w:tcPr>
          <w:p w14:paraId="75F22E4C" w14:textId="77777777" w:rsidR="00A637B9" w:rsidRPr="00A7252F" w:rsidRDefault="00000000" w:rsidP="00BC6C23">
            <w:pPr>
              <w:spacing w:after="0" w:line="240" w:lineRule="auto"/>
              <w:rPr>
                <w:b/>
              </w:rPr>
            </w:pPr>
            <w:r w:rsidRPr="00A7252F">
              <w:rPr>
                <w:rFonts w:ascii="Arial" w:hAnsi="Arial"/>
                <w:b/>
              </w:rPr>
              <w:t>(1 × 23) / 144 = 15,97%</w:t>
            </w:r>
          </w:p>
        </w:tc>
      </w:tr>
      <w:tr w:rsidR="00A7252F" w:rsidRPr="00A7252F" w14:paraId="016DA7C4" w14:textId="77777777" w:rsidTr="00BC6C23">
        <w:trPr>
          <w:jc w:val="center"/>
        </w:trPr>
        <w:tc>
          <w:tcPr>
            <w:tcW w:w="864" w:type="dxa"/>
            <w:shd w:val="clear" w:color="auto" w:fill="FFFFFF"/>
            <w:tcMar>
              <w:top w:w="100" w:type="dxa"/>
              <w:left w:w="100" w:type="dxa"/>
              <w:bottom w:w="100" w:type="dxa"/>
              <w:right w:w="100" w:type="dxa"/>
            </w:tcMar>
          </w:tcPr>
          <w:p w14:paraId="47DF3473" w14:textId="77777777" w:rsidR="00A637B9" w:rsidRPr="00A7252F" w:rsidRDefault="00000000" w:rsidP="00BC6C23">
            <w:pPr>
              <w:spacing w:after="0" w:line="240" w:lineRule="auto"/>
              <w:jc w:val="center"/>
              <w:rPr>
                <w:b/>
              </w:rPr>
            </w:pPr>
            <w:r w:rsidRPr="00A7252F">
              <w:rPr>
                <w:rFonts w:ascii="Arial" w:hAnsi="Arial"/>
                <w:b/>
              </w:rPr>
              <w:t>2</w:t>
            </w:r>
          </w:p>
        </w:tc>
        <w:tc>
          <w:tcPr>
            <w:tcW w:w="2592" w:type="dxa"/>
            <w:shd w:val="clear" w:color="auto" w:fill="FFFFFF"/>
            <w:tcMar>
              <w:top w:w="100" w:type="dxa"/>
              <w:left w:w="100" w:type="dxa"/>
              <w:bottom w:w="100" w:type="dxa"/>
              <w:right w:w="100" w:type="dxa"/>
            </w:tcMar>
          </w:tcPr>
          <w:p w14:paraId="58EC0DEC" w14:textId="77777777" w:rsidR="00A637B9" w:rsidRPr="00A7252F" w:rsidRDefault="00000000" w:rsidP="00BC6C23">
            <w:pPr>
              <w:spacing w:after="0" w:line="240" w:lineRule="auto"/>
              <w:rPr>
                <w:b/>
              </w:rPr>
            </w:pPr>
            <w:r w:rsidRPr="00A7252F">
              <w:rPr>
                <w:rFonts w:ascii="Arial" w:hAnsi="Arial"/>
                <w:b/>
              </w:rPr>
              <w:t>Natrium Propanoat</w:t>
            </w:r>
          </w:p>
        </w:tc>
        <w:tc>
          <w:tcPr>
            <w:tcW w:w="2160" w:type="dxa"/>
            <w:shd w:val="clear" w:color="auto" w:fill="FFFFFF"/>
            <w:tcMar>
              <w:top w:w="100" w:type="dxa"/>
              <w:left w:w="100" w:type="dxa"/>
              <w:bottom w:w="100" w:type="dxa"/>
              <w:right w:w="100" w:type="dxa"/>
            </w:tcMar>
          </w:tcPr>
          <w:p w14:paraId="72DEF105" w14:textId="77777777" w:rsidR="00A637B9" w:rsidRPr="00A7252F" w:rsidRDefault="00000000" w:rsidP="00BC6C23">
            <w:pPr>
              <w:spacing w:after="0" w:line="240" w:lineRule="auto"/>
              <w:rPr>
                <w:b/>
              </w:rPr>
            </w:pPr>
            <w:r w:rsidRPr="00A7252F">
              <w:rPr>
                <w:rFonts w:ascii="Arial" w:hAnsi="Arial"/>
                <w:b/>
              </w:rPr>
              <w:t>C₂H₅COONa</w:t>
            </w:r>
          </w:p>
        </w:tc>
        <w:tc>
          <w:tcPr>
            <w:tcW w:w="1152" w:type="dxa"/>
            <w:shd w:val="clear" w:color="auto" w:fill="FFFFFF"/>
            <w:tcMar>
              <w:top w:w="100" w:type="dxa"/>
              <w:left w:w="100" w:type="dxa"/>
              <w:bottom w:w="100" w:type="dxa"/>
              <w:right w:w="100" w:type="dxa"/>
            </w:tcMar>
          </w:tcPr>
          <w:p w14:paraId="6DD1484C" w14:textId="77777777" w:rsidR="00A637B9" w:rsidRPr="00A7252F" w:rsidRDefault="00000000" w:rsidP="00BC6C23">
            <w:pPr>
              <w:spacing w:after="0" w:line="240" w:lineRule="auto"/>
              <w:jc w:val="center"/>
              <w:rPr>
                <w:b/>
              </w:rPr>
            </w:pPr>
            <w:r w:rsidRPr="00A7252F">
              <w:rPr>
                <w:rFonts w:ascii="Arial" w:hAnsi="Arial"/>
                <w:b/>
              </w:rPr>
              <w:t>96</w:t>
            </w:r>
          </w:p>
        </w:tc>
        <w:tc>
          <w:tcPr>
            <w:tcW w:w="2160" w:type="dxa"/>
            <w:shd w:val="clear" w:color="auto" w:fill="FFFFFF"/>
            <w:tcMar>
              <w:top w:w="100" w:type="dxa"/>
              <w:left w:w="100" w:type="dxa"/>
              <w:bottom w:w="100" w:type="dxa"/>
              <w:right w:w="100" w:type="dxa"/>
            </w:tcMar>
          </w:tcPr>
          <w:p w14:paraId="10CF72A4" w14:textId="77777777" w:rsidR="00A637B9" w:rsidRPr="00A7252F" w:rsidRDefault="00000000" w:rsidP="00BC6C23">
            <w:pPr>
              <w:spacing w:after="0" w:line="240" w:lineRule="auto"/>
              <w:rPr>
                <w:b/>
              </w:rPr>
            </w:pPr>
            <w:r w:rsidRPr="00A7252F">
              <w:rPr>
                <w:rFonts w:ascii="Arial" w:hAnsi="Arial"/>
                <w:b/>
              </w:rPr>
              <w:t>(1 × 23) / 96 = 23,96%</w:t>
            </w:r>
          </w:p>
        </w:tc>
      </w:tr>
      <w:tr w:rsidR="00A7252F" w:rsidRPr="00A7252F" w14:paraId="6E398E7B" w14:textId="77777777" w:rsidTr="00BC6C23">
        <w:trPr>
          <w:jc w:val="center"/>
        </w:trPr>
        <w:tc>
          <w:tcPr>
            <w:tcW w:w="864" w:type="dxa"/>
            <w:shd w:val="clear" w:color="auto" w:fill="F9FBFD"/>
            <w:tcMar>
              <w:top w:w="100" w:type="dxa"/>
              <w:left w:w="100" w:type="dxa"/>
              <w:bottom w:w="100" w:type="dxa"/>
              <w:right w:w="100" w:type="dxa"/>
            </w:tcMar>
          </w:tcPr>
          <w:p w14:paraId="66C9C7CB" w14:textId="77777777" w:rsidR="00A637B9" w:rsidRPr="00A7252F" w:rsidRDefault="00000000" w:rsidP="00BC6C23">
            <w:pPr>
              <w:spacing w:after="0" w:line="240" w:lineRule="auto"/>
              <w:jc w:val="center"/>
              <w:rPr>
                <w:b/>
              </w:rPr>
            </w:pPr>
            <w:r w:rsidRPr="00A7252F">
              <w:rPr>
                <w:rFonts w:ascii="Arial" w:hAnsi="Arial"/>
                <w:b/>
              </w:rPr>
              <w:t>3</w:t>
            </w:r>
          </w:p>
        </w:tc>
        <w:tc>
          <w:tcPr>
            <w:tcW w:w="2592" w:type="dxa"/>
            <w:shd w:val="clear" w:color="auto" w:fill="F9FBFD"/>
            <w:tcMar>
              <w:top w:w="100" w:type="dxa"/>
              <w:left w:w="100" w:type="dxa"/>
              <w:bottom w:w="100" w:type="dxa"/>
              <w:right w:w="100" w:type="dxa"/>
            </w:tcMar>
          </w:tcPr>
          <w:p w14:paraId="66029C6C" w14:textId="77777777" w:rsidR="00A637B9" w:rsidRPr="00A7252F" w:rsidRDefault="00000000" w:rsidP="00BC6C23">
            <w:pPr>
              <w:spacing w:after="0" w:line="240" w:lineRule="auto"/>
              <w:rPr>
                <w:b/>
              </w:rPr>
            </w:pPr>
            <w:r w:rsidRPr="00A7252F">
              <w:rPr>
                <w:rFonts w:ascii="Arial" w:hAnsi="Arial"/>
                <w:b/>
              </w:rPr>
              <w:t>Natrium Asetat</w:t>
            </w:r>
          </w:p>
        </w:tc>
        <w:tc>
          <w:tcPr>
            <w:tcW w:w="2160" w:type="dxa"/>
            <w:shd w:val="clear" w:color="auto" w:fill="F9FBFD"/>
            <w:tcMar>
              <w:top w:w="100" w:type="dxa"/>
              <w:left w:w="100" w:type="dxa"/>
              <w:bottom w:w="100" w:type="dxa"/>
              <w:right w:w="100" w:type="dxa"/>
            </w:tcMar>
          </w:tcPr>
          <w:p w14:paraId="0D37D333" w14:textId="77777777" w:rsidR="00A637B9" w:rsidRPr="00A7252F" w:rsidRDefault="00000000" w:rsidP="00BC6C23">
            <w:pPr>
              <w:spacing w:after="0" w:line="240" w:lineRule="auto"/>
              <w:rPr>
                <w:b/>
              </w:rPr>
            </w:pPr>
            <w:r w:rsidRPr="00A7252F">
              <w:rPr>
                <w:rFonts w:ascii="Arial" w:hAnsi="Arial"/>
                <w:b/>
              </w:rPr>
              <w:t>CH₃COONa</w:t>
            </w:r>
          </w:p>
        </w:tc>
        <w:tc>
          <w:tcPr>
            <w:tcW w:w="1152" w:type="dxa"/>
            <w:shd w:val="clear" w:color="auto" w:fill="F9FBFD"/>
            <w:tcMar>
              <w:top w:w="100" w:type="dxa"/>
              <w:left w:w="100" w:type="dxa"/>
              <w:bottom w:w="100" w:type="dxa"/>
              <w:right w:w="100" w:type="dxa"/>
            </w:tcMar>
          </w:tcPr>
          <w:p w14:paraId="31ADF796" w14:textId="77777777" w:rsidR="00A637B9" w:rsidRPr="00A7252F" w:rsidRDefault="00000000" w:rsidP="00BC6C23">
            <w:pPr>
              <w:spacing w:after="0" w:line="240" w:lineRule="auto"/>
              <w:jc w:val="center"/>
              <w:rPr>
                <w:b/>
              </w:rPr>
            </w:pPr>
            <w:r w:rsidRPr="00A7252F">
              <w:rPr>
                <w:rFonts w:ascii="Arial" w:hAnsi="Arial"/>
                <w:b/>
              </w:rPr>
              <w:t>82</w:t>
            </w:r>
          </w:p>
        </w:tc>
        <w:tc>
          <w:tcPr>
            <w:tcW w:w="2160" w:type="dxa"/>
            <w:shd w:val="clear" w:color="auto" w:fill="F9FBFD"/>
            <w:tcMar>
              <w:top w:w="100" w:type="dxa"/>
              <w:left w:w="100" w:type="dxa"/>
              <w:bottom w:w="100" w:type="dxa"/>
              <w:right w:w="100" w:type="dxa"/>
            </w:tcMar>
          </w:tcPr>
          <w:p w14:paraId="7A0007D6" w14:textId="77777777" w:rsidR="00A637B9" w:rsidRPr="00A7252F" w:rsidRDefault="00000000" w:rsidP="00BC6C23">
            <w:pPr>
              <w:spacing w:after="0" w:line="240" w:lineRule="auto"/>
              <w:rPr>
                <w:b/>
              </w:rPr>
            </w:pPr>
            <w:r w:rsidRPr="00A7252F">
              <w:rPr>
                <w:rFonts w:ascii="Arial" w:hAnsi="Arial"/>
                <w:b/>
              </w:rPr>
              <w:t>(1 × 23) / 82 = 28,05%</w:t>
            </w:r>
          </w:p>
        </w:tc>
      </w:tr>
      <w:tr w:rsidR="00A7252F" w:rsidRPr="00A7252F" w14:paraId="6D7A7B3F" w14:textId="77777777" w:rsidTr="00BC6C23">
        <w:trPr>
          <w:jc w:val="center"/>
        </w:trPr>
        <w:tc>
          <w:tcPr>
            <w:tcW w:w="864" w:type="dxa"/>
            <w:shd w:val="clear" w:color="auto" w:fill="E2F0D9"/>
            <w:tcMar>
              <w:top w:w="100" w:type="dxa"/>
              <w:left w:w="100" w:type="dxa"/>
              <w:bottom w:w="100" w:type="dxa"/>
              <w:right w:w="100" w:type="dxa"/>
            </w:tcMar>
          </w:tcPr>
          <w:p w14:paraId="311BFAB2" w14:textId="77777777" w:rsidR="00A637B9" w:rsidRPr="00A7252F" w:rsidRDefault="00000000" w:rsidP="00BC6C23">
            <w:pPr>
              <w:spacing w:after="0" w:line="240" w:lineRule="auto"/>
              <w:jc w:val="center"/>
              <w:rPr>
                <w:b/>
              </w:rPr>
            </w:pPr>
            <w:r w:rsidRPr="00A7252F">
              <w:rPr>
                <w:rFonts w:ascii="Arial" w:hAnsi="Arial"/>
                <w:b/>
              </w:rPr>
              <w:t>4</w:t>
            </w:r>
          </w:p>
        </w:tc>
        <w:tc>
          <w:tcPr>
            <w:tcW w:w="2592" w:type="dxa"/>
            <w:shd w:val="clear" w:color="auto" w:fill="E2F0D9"/>
            <w:tcMar>
              <w:top w:w="100" w:type="dxa"/>
              <w:left w:w="100" w:type="dxa"/>
              <w:bottom w:w="100" w:type="dxa"/>
              <w:right w:w="100" w:type="dxa"/>
            </w:tcMar>
          </w:tcPr>
          <w:p w14:paraId="196D5BCD" w14:textId="77777777" w:rsidR="00A637B9" w:rsidRPr="00A7252F" w:rsidRDefault="00000000" w:rsidP="00BC6C23">
            <w:pPr>
              <w:spacing w:after="0" w:line="240" w:lineRule="auto"/>
              <w:rPr>
                <w:b/>
              </w:rPr>
            </w:pPr>
            <w:r w:rsidRPr="00A7252F">
              <w:rPr>
                <w:rFonts w:ascii="Arial" w:hAnsi="Arial"/>
                <w:b/>
              </w:rPr>
              <w:t>Natrium Karbonat</w:t>
            </w:r>
          </w:p>
        </w:tc>
        <w:tc>
          <w:tcPr>
            <w:tcW w:w="2160" w:type="dxa"/>
            <w:shd w:val="clear" w:color="auto" w:fill="E2F0D9"/>
            <w:tcMar>
              <w:top w:w="100" w:type="dxa"/>
              <w:left w:w="100" w:type="dxa"/>
              <w:bottom w:w="100" w:type="dxa"/>
              <w:right w:w="100" w:type="dxa"/>
            </w:tcMar>
          </w:tcPr>
          <w:p w14:paraId="136798D9" w14:textId="77777777" w:rsidR="00A637B9" w:rsidRPr="00A7252F" w:rsidRDefault="00000000" w:rsidP="00BC6C23">
            <w:pPr>
              <w:spacing w:after="0" w:line="240" w:lineRule="auto"/>
              <w:rPr>
                <w:b/>
              </w:rPr>
            </w:pPr>
            <w:r w:rsidRPr="00A7252F">
              <w:rPr>
                <w:rFonts w:ascii="Arial" w:hAnsi="Arial"/>
                <w:b/>
              </w:rPr>
              <w:t>Na₂CO₃</w:t>
            </w:r>
          </w:p>
        </w:tc>
        <w:tc>
          <w:tcPr>
            <w:tcW w:w="1152" w:type="dxa"/>
            <w:shd w:val="clear" w:color="auto" w:fill="E2F0D9"/>
            <w:tcMar>
              <w:top w:w="100" w:type="dxa"/>
              <w:left w:w="100" w:type="dxa"/>
              <w:bottom w:w="100" w:type="dxa"/>
              <w:right w:w="100" w:type="dxa"/>
            </w:tcMar>
          </w:tcPr>
          <w:p w14:paraId="085F7A5A" w14:textId="77777777" w:rsidR="00A637B9" w:rsidRPr="00A7252F" w:rsidRDefault="00000000" w:rsidP="00BC6C23">
            <w:pPr>
              <w:spacing w:after="0" w:line="240" w:lineRule="auto"/>
              <w:jc w:val="center"/>
              <w:rPr>
                <w:b/>
              </w:rPr>
            </w:pPr>
            <w:r w:rsidRPr="00A7252F">
              <w:rPr>
                <w:rFonts w:ascii="Arial" w:hAnsi="Arial"/>
                <w:b/>
              </w:rPr>
              <w:t>106</w:t>
            </w:r>
          </w:p>
        </w:tc>
        <w:tc>
          <w:tcPr>
            <w:tcW w:w="2160" w:type="dxa"/>
            <w:shd w:val="clear" w:color="auto" w:fill="E2F0D9"/>
            <w:tcMar>
              <w:top w:w="100" w:type="dxa"/>
              <w:left w:w="100" w:type="dxa"/>
              <w:bottom w:w="100" w:type="dxa"/>
              <w:right w:w="100" w:type="dxa"/>
            </w:tcMar>
          </w:tcPr>
          <w:p w14:paraId="51E5870A" w14:textId="77777777" w:rsidR="00A637B9" w:rsidRPr="00A7252F" w:rsidRDefault="00000000" w:rsidP="00BC6C23">
            <w:pPr>
              <w:spacing w:after="0" w:line="240" w:lineRule="auto"/>
              <w:rPr>
                <w:b/>
              </w:rPr>
            </w:pPr>
            <w:r w:rsidRPr="00A7252F">
              <w:rPr>
                <w:rFonts w:ascii="Arial" w:hAnsi="Arial"/>
                <w:b/>
              </w:rPr>
              <w:t>(2 × 23) / 106 = 43,40%</w:t>
            </w:r>
          </w:p>
        </w:tc>
      </w:tr>
      <w:tr w:rsidR="00A7252F" w:rsidRPr="00A7252F" w14:paraId="7FBBB967" w14:textId="77777777" w:rsidTr="00BC6C23">
        <w:trPr>
          <w:jc w:val="center"/>
        </w:trPr>
        <w:tc>
          <w:tcPr>
            <w:tcW w:w="864" w:type="dxa"/>
            <w:shd w:val="clear" w:color="auto" w:fill="F9FBFD"/>
            <w:tcMar>
              <w:top w:w="100" w:type="dxa"/>
              <w:left w:w="100" w:type="dxa"/>
              <w:bottom w:w="100" w:type="dxa"/>
              <w:right w:w="100" w:type="dxa"/>
            </w:tcMar>
          </w:tcPr>
          <w:p w14:paraId="0ED72051" w14:textId="77777777" w:rsidR="00A637B9" w:rsidRPr="00A7252F" w:rsidRDefault="00000000" w:rsidP="00BC6C23">
            <w:pPr>
              <w:spacing w:after="0" w:line="240" w:lineRule="auto"/>
              <w:jc w:val="center"/>
              <w:rPr>
                <w:b/>
              </w:rPr>
            </w:pPr>
            <w:r w:rsidRPr="00A7252F">
              <w:rPr>
                <w:rFonts w:ascii="Arial" w:hAnsi="Arial"/>
                <w:b/>
              </w:rPr>
              <w:t>5</w:t>
            </w:r>
          </w:p>
        </w:tc>
        <w:tc>
          <w:tcPr>
            <w:tcW w:w="2592" w:type="dxa"/>
            <w:shd w:val="clear" w:color="auto" w:fill="F9FBFD"/>
            <w:tcMar>
              <w:top w:w="100" w:type="dxa"/>
              <w:left w:w="100" w:type="dxa"/>
              <w:bottom w:w="100" w:type="dxa"/>
              <w:right w:w="100" w:type="dxa"/>
            </w:tcMar>
          </w:tcPr>
          <w:p w14:paraId="6DFF83C9" w14:textId="77777777" w:rsidR="00A637B9" w:rsidRPr="00A7252F" w:rsidRDefault="00000000" w:rsidP="00BC6C23">
            <w:pPr>
              <w:spacing w:after="0" w:line="240" w:lineRule="auto"/>
              <w:rPr>
                <w:b/>
              </w:rPr>
            </w:pPr>
            <w:r w:rsidRPr="00A7252F">
              <w:rPr>
                <w:rFonts w:ascii="Arial" w:hAnsi="Arial"/>
                <w:b/>
              </w:rPr>
              <w:t>Natrium Fosfat</w:t>
            </w:r>
          </w:p>
        </w:tc>
        <w:tc>
          <w:tcPr>
            <w:tcW w:w="2160" w:type="dxa"/>
            <w:shd w:val="clear" w:color="auto" w:fill="F9FBFD"/>
            <w:tcMar>
              <w:top w:w="100" w:type="dxa"/>
              <w:left w:w="100" w:type="dxa"/>
              <w:bottom w:w="100" w:type="dxa"/>
              <w:right w:w="100" w:type="dxa"/>
            </w:tcMar>
          </w:tcPr>
          <w:p w14:paraId="7E6FB758" w14:textId="77777777" w:rsidR="00A637B9" w:rsidRPr="00A7252F" w:rsidRDefault="00000000" w:rsidP="00BC6C23">
            <w:pPr>
              <w:spacing w:after="0" w:line="240" w:lineRule="auto"/>
              <w:rPr>
                <w:b/>
              </w:rPr>
            </w:pPr>
            <w:r w:rsidRPr="00A7252F">
              <w:rPr>
                <w:rFonts w:ascii="Arial" w:hAnsi="Arial"/>
                <w:b/>
              </w:rPr>
              <w:t>Na₃PO₄</w:t>
            </w:r>
          </w:p>
        </w:tc>
        <w:tc>
          <w:tcPr>
            <w:tcW w:w="1152" w:type="dxa"/>
            <w:shd w:val="clear" w:color="auto" w:fill="F9FBFD"/>
            <w:tcMar>
              <w:top w:w="100" w:type="dxa"/>
              <w:left w:w="100" w:type="dxa"/>
              <w:bottom w:w="100" w:type="dxa"/>
              <w:right w:w="100" w:type="dxa"/>
            </w:tcMar>
          </w:tcPr>
          <w:p w14:paraId="1ED99897" w14:textId="77777777" w:rsidR="00A637B9" w:rsidRPr="00A7252F" w:rsidRDefault="00000000" w:rsidP="00BC6C23">
            <w:pPr>
              <w:spacing w:after="0" w:line="240" w:lineRule="auto"/>
              <w:jc w:val="center"/>
              <w:rPr>
                <w:b/>
              </w:rPr>
            </w:pPr>
            <w:r w:rsidRPr="00A7252F">
              <w:rPr>
                <w:rFonts w:ascii="Arial" w:hAnsi="Arial"/>
                <w:b/>
              </w:rPr>
              <w:t>164</w:t>
            </w:r>
          </w:p>
        </w:tc>
        <w:tc>
          <w:tcPr>
            <w:tcW w:w="2160" w:type="dxa"/>
            <w:shd w:val="clear" w:color="auto" w:fill="F9FBFD"/>
            <w:tcMar>
              <w:top w:w="100" w:type="dxa"/>
              <w:left w:w="100" w:type="dxa"/>
              <w:bottom w:w="100" w:type="dxa"/>
              <w:right w:w="100" w:type="dxa"/>
            </w:tcMar>
          </w:tcPr>
          <w:p w14:paraId="1CBFA8CE" w14:textId="77777777" w:rsidR="00A637B9" w:rsidRPr="00A7252F" w:rsidRDefault="00000000" w:rsidP="00BC6C23">
            <w:pPr>
              <w:spacing w:after="0" w:line="240" w:lineRule="auto"/>
              <w:rPr>
                <w:b/>
              </w:rPr>
            </w:pPr>
            <w:r w:rsidRPr="00A7252F">
              <w:rPr>
                <w:rFonts w:ascii="Arial" w:hAnsi="Arial"/>
                <w:b/>
              </w:rPr>
              <w:t>(3 × 23) / 164 = 42,07%</w:t>
            </w:r>
          </w:p>
        </w:tc>
      </w:tr>
    </w:tbl>
    <w:p w14:paraId="16E36E64" w14:textId="77777777" w:rsidR="00A637B9" w:rsidRPr="00A7252F" w:rsidRDefault="00000000">
      <w:pPr>
        <w:spacing w:before="240" w:after="120"/>
      </w:pPr>
      <w:r w:rsidRPr="00A7252F">
        <w:rPr>
          <w:rFonts w:ascii="Arial" w:hAnsi="Arial"/>
          <w:b/>
          <w:sz w:val="26"/>
        </w:rPr>
        <w:t>4. Kesimpulan</w:t>
      </w:r>
    </w:p>
    <w:p w14:paraId="2E0EA32F" w14:textId="77777777" w:rsidR="00A637B9" w:rsidRPr="00A7252F" w:rsidRDefault="00000000">
      <w:pPr>
        <w:spacing w:after="240"/>
      </w:pPr>
      <w:r w:rsidRPr="00A7252F">
        <w:rPr>
          <w:rFonts w:ascii="Arial" w:hAnsi="Arial"/>
        </w:rPr>
        <w:t xml:space="preserve">Berdasarkan hasil perhitungan persentase kadar natrium (Na) di atas, nilai persentase kadar natrium tertinggi diperoleh pada senyawa </w:t>
      </w:r>
      <w:r w:rsidRPr="00A7252F">
        <w:rPr>
          <w:rFonts w:ascii="Arial" w:hAnsi="Arial"/>
          <w:b/>
        </w:rPr>
        <w:t>Natrium Karbonat (Na₂CO₃)</w:t>
      </w:r>
      <w:r w:rsidRPr="00A7252F">
        <w:rPr>
          <w:rFonts w:ascii="Arial" w:hAnsi="Arial"/>
        </w:rPr>
        <w:t xml:space="preserve"> dengan kadar sebesar </w:t>
      </w:r>
      <w:r w:rsidRPr="00A7252F">
        <w:rPr>
          <w:rFonts w:ascii="Arial" w:hAnsi="Arial"/>
          <w:b/>
        </w:rPr>
        <w:t>43,40%</w:t>
      </w:r>
    </w:p>
    <w:tbl>
      <w:tblPr>
        <w:tblW w:w="0" w:type="auto"/>
        <w:jc w:val="center"/>
        <w:tblLook w:val="04A0" w:firstRow="1" w:lastRow="0" w:firstColumn="1" w:lastColumn="0" w:noHBand="0" w:noVBand="1"/>
      </w:tblPr>
      <w:tblGrid>
        <w:gridCol w:w="9360"/>
      </w:tblGrid>
      <w:tr w:rsidR="00A7252F" w:rsidRPr="00A7252F" w14:paraId="76CF5771" w14:textId="77777777">
        <w:trPr>
          <w:jc w:val="center"/>
        </w:trPr>
        <w:tc>
          <w:tcPr>
            <w:tcW w:w="9360" w:type="dxa"/>
            <w:shd w:val="clear" w:color="auto" w:fill="E2F0D9"/>
            <w:tcMar>
              <w:top w:w="140" w:type="dxa"/>
              <w:left w:w="200" w:type="dxa"/>
              <w:bottom w:w="140" w:type="dxa"/>
              <w:right w:w="200" w:type="dxa"/>
            </w:tcMar>
          </w:tcPr>
          <w:p w14:paraId="0297060A" w14:textId="77777777" w:rsidR="00A637B9" w:rsidRPr="00A7252F" w:rsidRDefault="00000000">
            <w:pPr>
              <w:jc w:val="center"/>
            </w:pPr>
            <w:r w:rsidRPr="00A7252F">
              <w:rPr>
                <w:rFonts w:ascii="Arial" w:hAnsi="Arial"/>
                <w:b/>
                <w:sz w:val="24"/>
              </w:rPr>
              <w:t>KUNCI JAWABAN: D. Natrium Karbonat</w:t>
            </w:r>
          </w:p>
        </w:tc>
      </w:tr>
    </w:tbl>
    <w:p w14:paraId="214B53A0" w14:textId="77777777" w:rsidR="004F5376" w:rsidRPr="00A7252F" w:rsidRDefault="004F5376">
      <w:pPr>
        <w:sectPr w:rsidR="004F5376" w:rsidRPr="00A7252F" w:rsidSect="00823B8A">
          <w:pgSz w:w="12240" w:h="15840"/>
          <w:pgMar w:top="0" w:right="1440" w:bottom="851" w:left="1134" w:header="720" w:footer="720" w:gutter="0"/>
          <w:cols w:space="720"/>
          <w:docGrid w:linePitch="360"/>
        </w:sectPr>
      </w:pPr>
    </w:p>
    <w:p w14:paraId="0862EE3B" w14:textId="56BE46D1" w:rsidR="004F5376" w:rsidRPr="00A7252F" w:rsidRDefault="004F5376">
      <w:pPr>
        <w:spacing w:after="360"/>
        <w:jc w:val="center"/>
      </w:pPr>
      <w:r w:rsidRPr="00A7252F">
        <w:rPr>
          <w:rFonts w:ascii="Arial" w:hAnsi="Arial"/>
          <w:b/>
          <w:sz w:val="30"/>
        </w:rPr>
        <w:lastRenderedPageBreak/>
        <w:t>PEMBAHASAN SOAL KIMIA NOMOR 2</w:t>
      </w:r>
      <w:r w:rsidRPr="00A7252F">
        <w:rPr>
          <w:rFonts w:ascii="Arial" w:hAnsi="Arial"/>
          <w:b/>
          <w:sz w:val="30"/>
        </w:rPr>
        <w:br/>
        <w:t>PERSENTASE MASSA OKSIGEN DALAM ASAM ASKORBAT (VITAMIN C)</w:t>
      </w:r>
    </w:p>
    <w:p w14:paraId="565A0E3F" w14:textId="77777777" w:rsidR="004F5376" w:rsidRPr="00A7252F" w:rsidRDefault="004F5376">
      <w:pPr>
        <w:spacing w:before="240" w:after="120"/>
      </w:pPr>
      <w:r w:rsidRPr="00A7252F">
        <w:rPr>
          <w:rFonts w:ascii="Arial" w:hAnsi="Arial"/>
          <w:b/>
          <w:sz w:val="26"/>
        </w:rPr>
        <w:t>1. Informasi Soal &amp; Pertanyaan</w:t>
      </w:r>
    </w:p>
    <w:p w14:paraId="57E1654C" w14:textId="77777777" w:rsidR="004F5376" w:rsidRPr="00A7252F" w:rsidRDefault="004F5376">
      <w:pPr>
        <w:spacing w:after="240"/>
      </w:pPr>
      <w:r w:rsidRPr="00A7252F">
        <w:rPr>
          <w:rFonts w:ascii="Arial" w:hAnsi="Arial"/>
          <w:b/>
        </w:rPr>
        <w:t xml:space="preserve">• Materi: </w:t>
      </w:r>
      <w:r w:rsidRPr="00A7252F">
        <w:rPr>
          <w:rFonts w:ascii="Arial" w:hAnsi="Arial"/>
        </w:rPr>
        <w:t>Stoikiometri / Kadar Unsur dalam Senyawa</w:t>
      </w:r>
      <w:r w:rsidRPr="00A7252F">
        <w:rPr>
          <w:rFonts w:ascii="Arial" w:hAnsi="Arial"/>
        </w:rPr>
        <w:br/>
      </w:r>
      <w:r w:rsidRPr="00A7252F">
        <w:rPr>
          <w:rFonts w:ascii="Arial" w:hAnsi="Arial"/>
          <w:b/>
        </w:rPr>
        <w:t xml:space="preserve">• Pertanyaan: </w:t>
      </w:r>
      <w:r w:rsidRPr="00A7252F">
        <w:rPr>
          <w:rFonts w:ascii="Arial" w:hAnsi="Arial"/>
        </w:rPr>
        <w:t>Berdasarkan struktur asam askorbat, berapa persentase massa oksigen dalam molekul asam askorbat?</w:t>
      </w:r>
      <w:r w:rsidRPr="00A7252F">
        <w:rPr>
          <w:rFonts w:ascii="Arial" w:hAnsi="Arial"/>
        </w:rPr>
        <w:br/>
      </w:r>
      <w:r w:rsidRPr="00A7252F">
        <w:rPr>
          <w:rFonts w:ascii="Arial" w:hAnsi="Arial"/>
          <w:b/>
        </w:rPr>
        <w:t xml:space="preserve">• Diketahui: </w:t>
      </w:r>
      <w:r w:rsidRPr="00A7252F">
        <w:rPr>
          <w:rFonts w:ascii="Arial" w:hAnsi="Arial"/>
        </w:rPr>
        <w:t>Ar C = 12, H = 1, O = 16</w:t>
      </w:r>
      <w:r w:rsidRPr="00A7252F">
        <w:rPr>
          <w:rFonts w:ascii="Arial" w:hAnsi="Arial"/>
        </w:rPr>
        <w:br/>
      </w:r>
      <w:r w:rsidRPr="00A7252F">
        <w:rPr>
          <w:rFonts w:ascii="Arial" w:hAnsi="Arial"/>
          <w:b/>
        </w:rPr>
        <w:t xml:space="preserve">• </w:t>
      </w:r>
      <w:r w:rsidRPr="00A7252F">
        <w:rPr>
          <w:rFonts w:ascii="Arial" w:hAnsi="Arial"/>
        </w:rPr>
        <w:t>Pilihan Jawaban:</w:t>
      </w:r>
      <w:r w:rsidRPr="00A7252F">
        <w:rPr>
          <w:rFonts w:ascii="Arial" w:hAnsi="Arial"/>
        </w:rPr>
        <w:br/>
        <w:t xml:space="preserve">   A. 9,3%</w:t>
      </w:r>
      <w:r w:rsidRPr="00A7252F">
        <w:rPr>
          <w:rFonts w:ascii="Arial" w:hAnsi="Arial"/>
        </w:rPr>
        <w:br/>
        <w:t xml:space="preserve">   B. 20%</w:t>
      </w:r>
      <w:r w:rsidRPr="00A7252F">
        <w:rPr>
          <w:rFonts w:ascii="Arial" w:hAnsi="Arial"/>
        </w:rPr>
        <w:br/>
        <w:t xml:space="preserve">   C. 40,9%</w:t>
      </w:r>
      <w:r w:rsidRPr="00A7252F">
        <w:rPr>
          <w:rFonts w:ascii="Arial" w:hAnsi="Arial"/>
        </w:rPr>
        <w:br/>
        <w:t xml:space="preserve">   D. 54,5%</w:t>
      </w:r>
      <w:r w:rsidRPr="00A7252F">
        <w:rPr>
          <w:rFonts w:ascii="Arial" w:hAnsi="Arial"/>
        </w:rPr>
        <w:br/>
        <w:t xml:space="preserve">   E. 69,2%</w:t>
      </w:r>
    </w:p>
    <w:p w14:paraId="7CF7E95A" w14:textId="77777777" w:rsidR="004F5376" w:rsidRPr="00A7252F" w:rsidRDefault="004F5376">
      <w:pPr>
        <w:spacing w:before="240" w:after="120"/>
      </w:pPr>
      <w:r w:rsidRPr="00A7252F">
        <w:rPr>
          <w:rFonts w:ascii="Arial" w:hAnsi="Arial"/>
          <w:b/>
          <w:sz w:val="26"/>
        </w:rPr>
        <w:t>2. Menentukan Rumus Molekul Asam Askorbat</w:t>
      </w:r>
    </w:p>
    <w:p w14:paraId="4DC00C3E" w14:textId="77777777" w:rsidR="004F5376" w:rsidRPr="00A7252F" w:rsidRDefault="004F5376">
      <w:pPr>
        <w:spacing w:after="120"/>
      </w:pPr>
      <w:r w:rsidRPr="00A7252F">
        <w:rPr>
          <w:rFonts w:ascii="Arial" w:hAnsi="Arial"/>
        </w:rPr>
        <w:t>Berdasarkan struktur kimia asam askorbat pada gambar, jumlah masing-masing atom penyusunnya adalah:</w:t>
      </w:r>
      <w:r w:rsidRPr="00A7252F">
        <w:rPr>
          <w:rFonts w:ascii="Arial" w:hAnsi="Arial"/>
        </w:rPr>
        <w:br/>
        <w:t>• Atom Karbon (C) = 6 atom</w:t>
      </w:r>
      <w:r w:rsidRPr="00A7252F">
        <w:rPr>
          <w:rFonts w:ascii="Arial" w:hAnsi="Arial"/>
        </w:rPr>
        <w:br/>
        <w:t>• Atom Hidrogen (H) = 8 atom</w:t>
      </w:r>
      <w:r w:rsidRPr="00A7252F">
        <w:rPr>
          <w:rFonts w:ascii="Arial" w:hAnsi="Arial"/>
        </w:rPr>
        <w:br/>
        <w:t>• Atom Oksigen (O) = 6 atom</w:t>
      </w:r>
    </w:p>
    <w:tbl>
      <w:tblPr>
        <w:tblW w:w="0" w:type="auto"/>
        <w:jc w:val="center"/>
        <w:tblLook w:val="04A0" w:firstRow="1" w:lastRow="0" w:firstColumn="1" w:lastColumn="0" w:noHBand="0" w:noVBand="1"/>
      </w:tblPr>
      <w:tblGrid>
        <w:gridCol w:w="9360"/>
      </w:tblGrid>
      <w:tr w:rsidR="00A7252F" w:rsidRPr="00A7252F" w14:paraId="05D82DCE" w14:textId="77777777">
        <w:trPr>
          <w:jc w:val="center"/>
        </w:trPr>
        <w:tc>
          <w:tcPr>
            <w:tcW w:w="9360" w:type="dxa"/>
            <w:shd w:val="clear" w:color="auto" w:fill="F0F4F8"/>
            <w:tcMar>
              <w:top w:w="140" w:type="dxa"/>
              <w:left w:w="200" w:type="dxa"/>
              <w:bottom w:w="140" w:type="dxa"/>
              <w:right w:w="200" w:type="dxa"/>
            </w:tcMar>
          </w:tcPr>
          <w:p w14:paraId="5BA28BC0" w14:textId="77777777" w:rsidR="004F5376" w:rsidRPr="00A7252F" w:rsidRDefault="004F5376">
            <w:pPr>
              <w:jc w:val="center"/>
            </w:pPr>
            <w:r w:rsidRPr="00A7252F">
              <w:rPr>
                <w:rFonts w:ascii="Arial" w:hAnsi="Arial"/>
                <w:b/>
              </w:rPr>
              <w:t>Rumus Molekul Asam Askorbat: C₆H₈O₆</w:t>
            </w:r>
          </w:p>
        </w:tc>
      </w:tr>
    </w:tbl>
    <w:p w14:paraId="5161DE46" w14:textId="77777777" w:rsidR="004F5376" w:rsidRPr="00A7252F" w:rsidRDefault="004F5376">
      <w:pPr>
        <w:spacing w:after="120"/>
      </w:pPr>
    </w:p>
    <w:p w14:paraId="3299043D" w14:textId="77777777" w:rsidR="004F5376" w:rsidRPr="00A7252F" w:rsidRDefault="004F5376">
      <w:pPr>
        <w:spacing w:before="240" w:after="120"/>
      </w:pPr>
      <w:r w:rsidRPr="00A7252F">
        <w:rPr>
          <w:rFonts w:ascii="Arial" w:hAnsi="Arial"/>
          <w:b/>
          <w:sz w:val="26"/>
        </w:rPr>
        <w:t>3. Perhitungan Mr dan Persentase Massa Oksigen</w:t>
      </w:r>
    </w:p>
    <w:p w14:paraId="334465B6" w14:textId="77777777" w:rsidR="004F5376" w:rsidRPr="00A7252F" w:rsidRDefault="004F5376">
      <w:pPr>
        <w:spacing w:after="240"/>
      </w:pPr>
      <w:r w:rsidRPr="00A7252F">
        <w:rPr>
          <w:rFonts w:ascii="Arial" w:hAnsi="Arial"/>
          <w:b/>
        </w:rPr>
        <w:t>a. Menghitung Massa Molekul Relatif (Mr) C₆H₈O₆:</w:t>
      </w:r>
      <w:r w:rsidRPr="00A7252F">
        <w:rPr>
          <w:rFonts w:ascii="Arial" w:hAnsi="Arial"/>
          <w:b/>
        </w:rPr>
        <w:br/>
      </w:r>
      <w:r w:rsidRPr="00A7252F">
        <w:rPr>
          <w:rFonts w:ascii="Arial" w:hAnsi="Arial"/>
        </w:rPr>
        <w:t>Mr = (6 × Ar C) + (8 × Ar H) + (6 × Ar O)</w:t>
      </w:r>
      <w:r w:rsidRPr="00A7252F">
        <w:rPr>
          <w:rFonts w:ascii="Arial" w:hAnsi="Arial"/>
        </w:rPr>
        <w:br/>
        <w:t>Mr = (6 × 12) + (8 × 1) + (6 × 16)</w:t>
      </w:r>
      <w:r w:rsidRPr="00A7252F">
        <w:rPr>
          <w:rFonts w:ascii="Arial" w:hAnsi="Arial"/>
        </w:rPr>
        <w:br/>
        <w:t>Mr = 72 + 8 + 96 = 176</w:t>
      </w:r>
      <w:r w:rsidRPr="00A7252F">
        <w:rPr>
          <w:rFonts w:ascii="Arial" w:hAnsi="Arial"/>
        </w:rPr>
        <w:br/>
      </w:r>
      <w:r w:rsidRPr="00A7252F">
        <w:rPr>
          <w:rFonts w:ascii="Arial" w:hAnsi="Arial"/>
        </w:rPr>
        <w:br/>
      </w:r>
      <w:r w:rsidRPr="00A7252F">
        <w:rPr>
          <w:rFonts w:ascii="Arial" w:hAnsi="Arial"/>
          <w:b/>
        </w:rPr>
        <w:t>b. Menghitung Persentase Massa Oksigen (% O):</w:t>
      </w:r>
      <w:r w:rsidRPr="00A7252F">
        <w:rPr>
          <w:rFonts w:ascii="Arial" w:hAnsi="Arial"/>
          <w:b/>
        </w:rPr>
        <w:br/>
      </w:r>
      <w:r w:rsidRPr="00A7252F">
        <w:rPr>
          <w:rFonts w:ascii="Arial" w:hAnsi="Arial"/>
        </w:rPr>
        <w:t>% O = [ (Jumlah Atom O × Ar O) / Mr C₆H₈O₆ ] × 100%</w:t>
      </w:r>
      <w:r w:rsidRPr="00A7252F">
        <w:rPr>
          <w:rFonts w:ascii="Arial" w:hAnsi="Arial"/>
        </w:rPr>
        <w:br/>
        <w:t>% O = [ (6 × 16) / 176 ] × 100%</w:t>
      </w:r>
      <w:r w:rsidRPr="00A7252F">
        <w:rPr>
          <w:rFonts w:ascii="Arial" w:hAnsi="Arial"/>
        </w:rPr>
        <w:br/>
        <w:t>% O = (96 / 176) × 100% ≈ 54,545% ≈ 54,5%</w:t>
      </w:r>
    </w:p>
    <w:p w14:paraId="61FED0E1" w14:textId="77777777" w:rsidR="004F5376" w:rsidRPr="00A7252F" w:rsidRDefault="004F5376">
      <w:pPr>
        <w:spacing w:before="240" w:after="120"/>
      </w:pPr>
      <w:r w:rsidRPr="00A7252F">
        <w:rPr>
          <w:rFonts w:ascii="Arial" w:hAnsi="Arial"/>
          <w:b/>
          <w:sz w:val="26"/>
        </w:rPr>
        <w:t>4. Kesimpulan</w:t>
      </w:r>
    </w:p>
    <w:p w14:paraId="07A038CF" w14:textId="77777777" w:rsidR="004F5376" w:rsidRPr="00A7252F" w:rsidRDefault="004F5376">
      <w:pPr>
        <w:spacing w:after="240"/>
      </w:pPr>
      <w:r w:rsidRPr="00A7252F">
        <w:rPr>
          <w:rFonts w:ascii="Arial" w:hAnsi="Arial"/>
        </w:rPr>
        <w:t xml:space="preserve">Berdasarkan perhitungan di atas, persentase massa oksigen dalam molekul asam askorbat adalah </w:t>
      </w:r>
      <w:r w:rsidRPr="00A7252F">
        <w:rPr>
          <w:rFonts w:ascii="Arial" w:hAnsi="Arial"/>
          <w:b/>
        </w:rPr>
        <w:t>54,5%</w:t>
      </w:r>
    </w:p>
    <w:tbl>
      <w:tblPr>
        <w:tblW w:w="0" w:type="auto"/>
        <w:jc w:val="center"/>
        <w:tblLook w:val="04A0" w:firstRow="1" w:lastRow="0" w:firstColumn="1" w:lastColumn="0" w:noHBand="0" w:noVBand="1"/>
      </w:tblPr>
      <w:tblGrid>
        <w:gridCol w:w="9360"/>
      </w:tblGrid>
      <w:tr w:rsidR="00A7252F" w:rsidRPr="00A7252F" w14:paraId="06096830" w14:textId="77777777">
        <w:trPr>
          <w:jc w:val="center"/>
        </w:trPr>
        <w:tc>
          <w:tcPr>
            <w:tcW w:w="9360" w:type="dxa"/>
            <w:shd w:val="clear" w:color="auto" w:fill="E2F0D9"/>
            <w:tcMar>
              <w:top w:w="140" w:type="dxa"/>
              <w:left w:w="200" w:type="dxa"/>
              <w:bottom w:w="140" w:type="dxa"/>
              <w:right w:w="200" w:type="dxa"/>
            </w:tcMar>
          </w:tcPr>
          <w:p w14:paraId="28B01459" w14:textId="77777777" w:rsidR="004F5376" w:rsidRPr="00A7252F" w:rsidRDefault="004F5376">
            <w:pPr>
              <w:jc w:val="center"/>
            </w:pPr>
            <w:r w:rsidRPr="00A7252F">
              <w:rPr>
                <w:rFonts w:ascii="Arial" w:hAnsi="Arial"/>
                <w:b/>
                <w:sz w:val="24"/>
              </w:rPr>
              <w:t>KUNCI JAWABAN: D. 54,5%</w:t>
            </w:r>
          </w:p>
        </w:tc>
      </w:tr>
    </w:tbl>
    <w:p w14:paraId="31EEA259" w14:textId="77777777" w:rsidR="004F5376" w:rsidRPr="00A7252F" w:rsidRDefault="004F5376"/>
    <w:p w14:paraId="2AD710EB" w14:textId="77777777" w:rsidR="004F5376" w:rsidRPr="00A7252F" w:rsidRDefault="004F5376">
      <w:pPr>
        <w:sectPr w:rsidR="004F5376" w:rsidRPr="00A7252F" w:rsidSect="004F5376">
          <w:pgSz w:w="12240" w:h="15840"/>
          <w:pgMar w:top="567" w:right="1440" w:bottom="851" w:left="1440" w:header="720" w:footer="720" w:gutter="0"/>
          <w:cols w:space="720"/>
          <w:docGrid w:linePitch="360"/>
        </w:sectPr>
      </w:pPr>
    </w:p>
    <w:p w14:paraId="4D2456E3" w14:textId="2A28E109" w:rsidR="004F5376" w:rsidRPr="00A7252F" w:rsidRDefault="004F5376">
      <w:pPr>
        <w:spacing w:after="360"/>
        <w:jc w:val="center"/>
      </w:pPr>
      <w:r w:rsidRPr="00A7252F">
        <w:rPr>
          <w:rFonts w:ascii="Arial" w:hAnsi="Arial"/>
          <w:b/>
          <w:sz w:val="30"/>
        </w:rPr>
        <w:lastRenderedPageBreak/>
        <w:t>PEMBAHASAN SOAL KIMIA NOMOR 3</w:t>
      </w:r>
      <w:r w:rsidRPr="00A7252F">
        <w:rPr>
          <w:rFonts w:ascii="Arial" w:hAnsi="Arial"/>
          <w:b/>
          <w:sz w:val="30"/>
        </w:rPr>
        <w:br/>
        <w:t>STOIKIOMETRI GAS: PEMBAKARAN CAMPURAN ETENA DAN ETANA</w:t>
      </w:r>
    </w:p>
    <w:p w14:paraId="06261ACF" w14:textId="77777777" w:rsidR="004F5376" w:rsidRPr="00A7252F" w:rsidRDefault="004F5376">
      <w:pPr>
        <w:spacing w:before="240" w:after="120"/>
      </w:pPr>
      <w:r w:rsidRPr="00A7252F">
        <w:rPr>
          <w:rFonts w:ascii="Arial" w:hAnsi="Arial"/>
          <w:b/>
          <w:sz w:val="26"/>
        </w:rPr>
        <w:t>1. Informasi Soal &amp; Reaksi Pembakaran</w:t>
      </w:r>
    </w:p>
    <w:p w14:paraId="7EDF3097" w14:textId="77777777" w:rsidR="004F5376" w:rsidRPr="00A7252F" w:rsidRDefault="004F5376">
      <w:pPr>
        <w:spacing w:after="240"/>
      </w:pPr>
      <w:r w:rsidRPr="00A7252F">
        <w:rPr>
          <w:rFonts w:ascii="Arial" w:hAnsi="Arial"/>
          <w:b/>
        </w:rPr>
        <w:t xml:space="preserve">• Konsep Awal: </w:t>
      </w:r>
      <w:r w:rsidRPr="00A7252F">
        <w:rPr>
          <w:rFonts w:ascii="Arial" w:hAnsi="Arial"/>
        </w:rPr>
        <w:t>Entalpi pembakaran etena (C₂H₄) lebih besar (-1560 kJ/mol) dibandingkan etana (C₂H₆) (-1411 kJ/mol). Etena memiliki ikatan rangkap dua sehingga lebih reaktif.</w:t>
      </w:r>
      <w:r w:rsidRPr="00A7252F">
        <w:rPr>
          <w:rFonts w:ascii="Arial" w:hAnsi="Arial"/>
        </w:rPr>
        <w:br/>
      </w:r>
      <w:r w:rsidRPr="00A7252F">
        <w:rPr>
          <w:rFonts w:ascii="Arial" w:hAnsi="Arial"/>
          <w:b/>
        </w:rPr>
        <w:t xml:space="preserve">• Campuran Gas: </w:t>
      </w:r>
      <w:r w:rsidRPr="00A7252F">
        <w:rPr>
          <w:rFonts w:ascii="Arial" w:hAnsi="Arial"/>
        </w:rPr>
        <w:t>Sebanyak 5,5 L campuran gas C₂H₄ dan C₂H₆ dibakar sempurna dengan oksigen.</w:t>
      </w:r>
      <w:r w:rsidRPr="00A7252F">
        <w:rPr>
          <w:rFonts w:ascii="Arial" w:hAnsi="Arial"/>
        </w:rPr>
        <w:br/>
      </w:r>
      <w:r w:rsidRPr="00A7252F">
        <w:rPr>
          <w:rFonts w:ascii="Arial" w:hAnsi="Arial"/>
          <w:b/>
        </w:rPr>
        <w:t xml:space="preserve">• Hasil Reaksi: </w:t>
      </w:r>
      <w:r w:rsidRPr="00A7252F">
        <w:rPr>
          <w:rFonts w:ascii="Arial" w:hAnsi="Arial"/>
        </w:rPr>
        <w:t>Menghasilkan gas karbondioksida (CO₂) dan 15 L air (H₂O).</w:t>
      </w:r>
      <w:r w:rsidRPr="00A7252F">
        <w:rPr>
          <w:rFonts w:ascii="Arial" w:hAnsi="Arial"/>
        </w:rPr>
        <w:br/>
      </w:r>
      <w:r w:rsidRPr="00A7252F">
        <w:rPr>
          <w:rFonts w:ascii="Arial" w:hAnsi="Arial"/>
          <w:b/>
        </w:rPr>
        <w:t xml:space="preserve">• Pertanyaan: </w:t>
      </w:r>
      <w:r w:rsidRPr="00A7252F">
        <w:rPr>
          <w:rFonts w:ascii="Arial" w:hAnsi="Arial"/>
        </w:rPr>
        <w:t>Berapakah volume total gas hasil pembakaran (CO₂) yang dihasilkan?</w:t>
      </w:r>
      <w:r w:rsidRPr="00A7252F">
        <w:rPr>
          <w:rFonts w:ascii="Arial" w:hAnsi="Arial"/>
        </w:rPr>
        <w:br/>
      </w:r>
      <w:r w:rsidRPr="00A7252F">
        <w:rPr>
          <w:rFonts w:ascii="Arial" w:hAnsi="Arial"/>
          <w:b/>
        </w:rPr>
        <w:t xml:space="preserve">• </w:t>
      </w:r>
      <w:r w:rsidRPr="00A7252F">
        <w:rPr>
          <w:rFonts w:ascii="Arial" w:hAnsi="Arial"/>
        </w:rPr>
        <w:t>Pilihan Jawaban:</w:t>
      </w:r>
      <w:r w:rsidRPr="00A7252F">
        <w:rPr>
          <w:rFonts w:ascii="Arial" w:hAnsi="Arial"/>
        </w:rPr>
        <w:br/>
        <w:t xml:space="preserve">   A. 18,5 L</w:t>
      </w:r>
      <w:r w:rsidRPr="00A7252F">
        <w:rPr>
          <w:rFonts w:ascii="Arial" w:hAnsi="Arial"/>
        </w:rPr>
        <w:br/>
        <w:t xml:space="preserve">   B. 15 L</w:t>
      </w:r>
      <w:r w:rsidRPr="00A7252F">
        <w:rPr>
          <w:rFonts w:ascii="Arial" w:hAnsi="Arial"/>
        </w:rPr>
        <w:br/>
        <w:t xml:space="preserve">   C. 11 L</w:t>
      </w:r>
      <w:r w:rsidRPr="00A7252F">
        <w:rPr>
          <w:rFonts w:ascii="Arial" w:hAnsi="Arial"/>
        </w:rPr>
        <w:br/>
        <w:t xml:space="preserve">   D. 9 L</w:t>
      </w:r>
      <w:r w:rsidRPr="00A7252F">
        <w:rPr>
          <w:rFonts w:ascii="Arial" w:hAnsi="Arial"/>
        </w:rPr>
        <w:br/>
        <w:t xml:space="preserve">   E. 5,5 L</w:t>
      </w:r>
    </w:p>
    <w:p w14:paraId="5358164D" w14:textId="77777777" w:rsidR="004F5376" w:rsidRPr="00A7252F" w:rsidRDefault="004F5376">
      <w:pPr>
        <w:spacing w:before="240" w:after="120"/>
      </w:pPr>
      <w:r w:rsidRPr="00A7252F">
        <w:rPr>
          <w:rFonts w:ascii="Arial" w:hAnsi="Arial"/>
          <w:b/>
          <w:sz w:val="26"/>
        </w:rPr>
        <w:t>2. Persamaan Reaksi Pembakaran Setara</w:t>
      </w:r>
    </w:p>
    <w:tbl>
      <w:tblPr>
        <w:tblW w:w="0" w:type="auto"/>
        <w:jc w:val="center"/>
        <w:tblLook w:val="04A0" w:firstRow="1" w:lastRow="0" w:firstColumn="1" w:lastColumn="0" w:noHBand="0" w:noVBand="1"/>
      </w:tblPr>
      <w:tblGrid>
        <w:gridCol w:w="9360"/>
      </w:tblGrid>
      <w:tr w:rsidR="00A7252F" w:rsidRPr="00A7252F" w14:paraId="7706D8DD" w14:textId="77777777">
        <w:trPr>
          <w:jc w:val="center"/>
        </w:trPr>
        <w:tc>
          <w:tcPr>
            <w:tcW w:w="9360" w:type="dxa"/>
            <w:shd w:val="clear" w:color="auto" w:fill="F0F4F8"/>
            <w:tcMar>
              <w:top w:w="140" w:type="dxa"/>
              <w:left w:w="200" w:type="dxa"/>
              <w:bottom w:w="140" w:type="dxa"/>
              <w:right w:w="200" w:type="dxa"/>
            </w:tcMar>
          </w:tcPr>
          <w:p w14:paraId="755C7524" w14:textId="77777777" w:rsidR="004F5376" w:rsidRPr="00A7252F" w:rsidRDefault="004F5376">
            <w:r w:rsidRPr="00A7252F">
              <w:rPr>
                <w:rFonts w:ascii="Arial" w:hAnsi="Arial"/>
                <w:b/>
              </w:rPr>
              <w:t>1. C₂H₄ + 3O₂ → 2CO₂ + 2H₂O</w:t>
            </w:r>
            <w:r w:rsidRPr="00A7252F">
              <w:rPr>
                <w:rFonts w:ascii="Arial" w:hAnsi="Arial"/>
                <w:b/>
              </w:rPr>
              <w:br/>
              <w:t>2. 2C₂H₆ + 7O₂ → 4CO₂ + 6H₂O  (atau C₂H₆ + 3,5O₂ → 2CO₂ + 3H₂O)</w:t>
            </w:r>
          </w:p>
        </w:tc>
      </w:tr>
    </w:tbl>
    <w:p w14:paraId="5CBAA0FA" w14:textId="77777777" w:rsidR="004F5376" w:rsidRPr="00A7252F" w:rsidRDefault="004F5376">
      <w:pPr>
        <w:spacing w:after="120"/>
      </w:pPr>
    </w:p>
    <w:p w14:paraId="7EBE790C" w14:textId="77777777" w:rsidR="004F5376" w:rsidRPr="00A7252F" w:rsidRDefault="004F5376">
      <w:pPr>
        <w:spacing w:before="240" w:after="120"/>
      </w:pPr>
      <w:r w:rsidRPr="00A7252F">
        <w:rPr>
          <w:rFonts w:ascii="Arial" w:hAnsi="Arial"/>
          <w:b/>
          <w:sz w:val="26"/>
        </w:rPr>
        <w:t>3. Perhitungan Volume Masing-Masing Gas &amp; CO₂</w:t>
      </w:r>
    </w:p>
    <w:p w14:paraId="6C36C694" w14:textId="77777777" w:rsidR="004F5376" w:rsidRPr="00A7252F" w:rsidRDefault="004F5376">
      <w:pPr>
        <w:spacing w:after="240"/>
      </w:pPr>
      <w:r w:rsidRPr="00A7252F">
        <w:rPr>
          <w:rFonts w:ascii="Arial" w:hAnsi="Arial"/>
          <w:b/>
        </w:rPr>
        <w:t>Misalkan:</w:t>
      </w:r>
      <w:r w:rsidRPr="00A7252F">
        <w:rPr>
          <w:rFonts w:ascii="Arial" w:hAnsi="Arial"/>
          <w:b/>
        </w:rPr>
        <w:br/>
      </w:r>
      <w:r w:rsidRPr="00A7252F">
        <w:rPr>
          <w:rFonts w:ascii="Arial" w:hAnsi="Arial"/>
        </w:rPr>
        <w:t>• Volume C₂H₄ = x liter</w:t>
      </w:r>
      <w:r w:rsidRPr="00A7252F">
        <w:rPr>
          <w:rFonts w:ascii="Arial" w:hAnsi="Arial"/>
        </w:rPr>
        <w:br/>
        <w:t>• Volume C₂H₆ = y liter</w:t>
      </w:r>
      <w:r w:rsidRPr="00A7252F">
        <w:rPr>
          <w:rFonts w:ascii="Arial" w:hAnsi="Arial"/>
        </w:rPr>
        <w:br/>
      </w:r>
      <w:r w:rsidRPr="00A7252F">
        <w:rPr>
          <w:rFonts w:ascii="Arial" w:hAnsi="Arial"/>
        </w:rPr>
        <w:br/>
      </w:r>
      <w:r w:rsidRPr="00A7252F">
        <w:rPr>
          <w:rFonts w:ascii="Arial" w:hAnsi="Arial"/>
          <w:b/>
        </w:rPr>
        <w:t>Persamaan 1 (Total Volume Campuran):</w:t>
      </w:r>
      <w:r w:rsidRPr="00A7252F">
        <w:rPr>
          <w:rFonts w:ascii="Arial" w:hAnsi="Arial"/>
          <w:b/>
        </w:rPr>
        <w:br/>
      </w:r>
      <w:r w:rsidRPr="00A7252F">
        <w:rPr>
          <w:rFonts w:ascii="Arial" w:hAnsi="Arial"/>
        </w:rPr>
        <w:t>x + y = 5,5  ⇒  x = 5,5 - y</w:t>
      </w:r>
      <w:r w:rsidRPr="00A7252F">
        <w:rPr>
          <w:rFonts w:ascii="Arial" w:hAnsi="Arial"/>
        </w:rPr>
        <w:br/>
      </w:r>
      <w:r w:rsidRPr="00A7252F">
        <w:rPr>
          <w:rFonts w:ascii="Arial" w:hAnsi="Arial"/>
        </w:rPr>
        <w:br/>
      </w:r>
      <w:r w:rsidRPr="00A7252F">
        <w:rPr>
          <w:rFonts w:ascii="Arial" w:hAnsi="Arial"/>
          <w:b/>
        </w:rPr>
        <w:t>Persamaan 2 (Volume Uap Air H₂O = 15 L):</w:t>
      </w:r>
      <w:r w:rsidRPr="00A7252F">
        <w:rPr>
          <w:rFonts w:ascii="Arial" w:hAnsi="Arial"/>
          <w:b/>
        </w:rPr>
        <w:br/>
      </w:r>
      <w:r w:rsidRPr="00A7252F">
        <w:rPr>
          <w:rFonts w:ascii="Arial" w:hAnsi="Arial"/>
        </w:rPr>
        <w:t>Dari koefisien reaksi, 1 volume C₂H₄ menghasilkan 2 volume H₂O, dan 1 volume C₂H₆ menghasilkan 3 volume H₂O:</w:t>
      </w:r>
      <w:r w:rsidRPr="00A7252F">
        <w:rPr>
          <w:rFonts w:ascii="Arial" w:hAnsi="Arial"/>
        </w:rPr>
        <w:br/>
        <w:t>2x + 3y = 15</w:t>
      </w:r>
      <w:r w:rsidRPr="00A7252F">
        <w:rPr>
          <w:rFonts w:ascii="Arial" w:hAnsi="Arial"/>
        </w:rPr>
        <w:br/>
      </w:r>
      <w:r w:rsidRPr="00A7252F">
        <w:rPr>
          <w:rFonts w:ascii="Arial" w:hAnsi="Arial"/>
        </w:rPr>
        <w:br/>
      </w:r>
      <w:r w:rsidRPr="00A7252F">
        <w:rPr>
          <w:rFonts w:ascii="Arial" w:hAnsi="Arial"/>
          <w:b/>
        </w:rPr>
        <w:t>Substitusi nilai x:</w:t>
      </w:r>
      <w:r w:rsidRPr="00A7252F">
        <w:rPr>
          <w:rFonts w:ascii="Arial" w:hAnsi="Arial"/>
          <w:b/>
        </w:rPr>
        <w:br/>
      </w:r>
      <w:r w:rsidRPr="00A7252F">
        <w:rPr>
          <w:rFonts w:ascii="Arial" w:hAnsi="Arial"/>
        </w:rPr>
        <w:t>2(5,5 - y) + 3y = 15</w:t>
      </w:r>
      <w:r w:rsidRPr="00A7252F">
        <w:rPr>
          <w:rFonts w:ascii="Arial" w:hAnsi="Arial"/>
        </w:rPr>
        <w:br/>
        <w:t>11 - 2y + 3y = 15</w:t>
      </w:r>
      <w:r w:rsidRPr="00A7252F">
        <w:rPr>
          <w:rFonts w:ascii="Arial" w:hAnsi="Arial"/>
        </w:rPr>
        <w:br/>
        <w:t>11 + y = 15  ⇒  y = 4 L (Volume C₂H₆)</w:t>
      </w:r>
      <w:r w:rsidRPr="00A7252F">
        <w:rPr>
          <w:rFonts w:ascii="Arial" w:hAnsi="Arial"/>
        </w:rPr>
        <w:br/>
        <w:t>x = 5,5 - 4 = 1,5 L (Volume C₂H₄)</w:t>
      </w:r>
      <w:r w:rsidRPr="00A7252F">
        <w:rPr>
          <w:rFonts w:ascii="Arial" w:hAnsi="Arial"/>
        </w:rPr>
        <w:br/>
      </w:r>
      <w:r w:rsidRPr="00A7252F">
        <w:rPr>
          <w:rFonts w:ascii="Arial" w:hAnsi="Arial"/>
        </w:rPr>
        <w:br/>
      </w:r>
      <w:r w:rsidRPr="00A7252F">
        <w:rPr>
          <w:rFonts w:ascii="Arial" w:hAnsi="Arial"/>
          <w:b/>
        </w:rPr>
        <w:t>Menghitung Volume CO₂ yang Dihasilkan:</w:t>
      </w:r>
      <w:r w:rsidRPr="00A7252F">
        <w:rPr>
          <w:rFonts w:ascii="Arial" w:hAnsi="Arial"/>
          <w:b/>
        </w:rPr>
        <w:br/>
      </w:r>
      <w:r w:rsidRPr="00A7252F">
        <w:rPr>
          <w:rFonts w:ascii="Arial" w:hAnsi="Arial"/>
        </w:rPr>
        <w:t>• Dari C₂H₄: 2 × 1,5 L = 3 L CO₂</w:t>
      </w:r>
      <w:r w:rsidRPr="00A7252F">
        <w:rPr>
          <w:rFonts w:ascii="Arial" w:hAnsi="Arial"/>
        </w:rPr>
        <w:br/>
      </w:r>
      <w:r w:rsidRPr="00A7252F">
        <w:rPr>
          <w:rFonts w:ascii="Arial" w:hAnsi="Arial"/>
        </w:rPr>
        <w:lastRenderedPageBreak/>
        <w:t>• Dari C₂H₆: 2 × 4 L = 8 L CO₂</w:t>
      </w:r>
      <w:r w:rsidRPr="00A7252F">
        <w:rPr>
          <w:rFonts w:ascii="Arial" w:hAnsi="Arial"/>
        </w:rPr>
        <w:br/>
        <w:t>Total Volume CO₂ = 3 L + 8 L = 11 L</w:t>
      </w:r>
      <w:r w:rsidRPr="00A7252F">
        <w:rPr>
          <w:rFonts w:ascii="Arial" w:hAnsi="Arial"/>
        </w:rPr>
        <w:br/>
        <w:t>(Atau secara cepat: Total CO₂ = 2 × total volume campuran = 2 × 5,5 L = 11 L)</w:t>
      </w:r>
    </w:p>
    <w:p w14:paraId="0C6D1A79" w14:textId="77777777" w:rsidR="004F5376" w:rsidRPr="00A7252F" w:rsidRDefault="004F5376">
      <w:pPr>
        <w:spacing w:before="240" w:after="120"/>
      </w:pPr>
      <w:r w:rsidRPr="00A7252F">
        <w:rPr>
          <w:rFonts w:ascii="Arial" w:hAnsi="Arial"/>
          <w:b/>
          <w:sz w:val="26"/>
        </w:rPr>
        <w:t>4. Kesimpulan</w:t>
      </w:r>
    </w:p>
    <w:p w14:paraId="509D4D6D" w14:textId="77777777" w:rsidR="004F5376" w:rsidRPr="00A7252F" w:rsidRDefault="004F5376">
      <w:pPr>
        <w:spacing w:after="240"/>
      </w:pPr>
      <w:r w:rsidRPr="00A7252F">
        <w:rPr>
          <w:rFonts w:ascii="Arial" w:hAnsi="Arial"/>
        </w:rPr>
        <w:t xml:space="preserve">Berdasarkan hasil perhitungan stoikiometri gas di atas, volume total gas karbondioksida (CO₂) yang dihasilkan adalah </w:t>
      </w:r>
      <w:r w:rsidRPr="00A7252F">
        <w:rPr>
          <w:rFonts w:ascii="Arial" w:hAnsi="Arial"/>
          <w:b/>
        </w:rPr>
        <w:t>11 L</w:t>
      </w:r>
    </w:p>
    <w:tbl>
      <w:tblPr>
        <w:tblW w:w="0" w:type="auto"/>
        <w:jc w:val="center"/>
        <w:tblLook w:val="04A0" w:firstRow="1" w:lastRow="0" w:firstColumn="1" w:lastColumn="0" w:noHBand="0" w:noVBand="1"/>
      </w:tblPr>
      <w:tblGrid>
        <w:gridCol w:w="9360"/>
      </w:tblGrid>
      <w:tr w:rsidR="00A7252F" w:rsidRPr="00A7252F" w14:paraId="2BE0AD48" w14:textId="77777777">
        <w:trPr>
          <w:jc w:val="center"/>
        </w:trPr>
        <w:tc>
          <w:tcPr>
            <w:tcW w:w="9360" w:type="dxa"/>
            <w:shd w:val="clear" w:color="auto" w:fill="E2F0D9"/>
            <w:tcMar>
              <w:top w:w="140" w:type="dxa"/>
              <w:left w:w="200" w:type="dxa"/>
              <w:bottom w:w="140" w:type="dxa"/>
              <w:right w:w="200" w:type="dxa"/>
            </w:tcMar>
          </w:tcPr>
          <w:p w14:paraId="3DB034A7" w14:textId="77777777" w:rsidR="004F5376" w:rsidRPr="00A7252F" w:rsidRDefault="004F5376">
            <w:pPr>
              <w:jc w:val="center"/>
            </w:pPr>
            <w:r w:rsidRPr="00A7252F">
              <w:rPr>
                <w:rFonts w:ascii="Arial" w:hAnsi="Arial"/>
                <w:b/>
                <w:sz w:val="24"/>
              </w:rPr>
              <w:t>KUNCI JAWABAN: C. 11 L</w:t>
            </w:r>
          </w:p>
        </w:tc>
      </w:tr>
    </w:tbl>
    <w:p w14:paraId="656468FD" w14:textId="77777777" w:rsidR="004F5376" w:rsidRPr="00A7252F" w:rsidRDefault="004F5376"/>
    <w:p w14:paraId="0B5A7188" w14:textId="77777777" w:rsidR="00000000" w:rsidRPr="00A7252F" w:rsidRDefault="00000000"/>
    <w:p w14:paraId="2D1ECC1A" w14:textId="77777777" w:rsidR="004F5376" w:rsidRPr="00A7252F" w:rsidRDefault="004F5376"/>
    <w:p w14:paraId="48B363D0" w14:textId="77777777" w:rsidR="004F5376" w:rsidRPr="00A7252F" w:rsidRDefault="004F5376"/>
    <w:p w14:paraId="67686ED3" w14:textId="77777777" w:rsidR="004F5376" w:rsidRPr="00A7252F" w:rsidRDefault="004F5376"/>
    <w:p w14:paraId="7530F10E" w14:textId="77777777" w:rsidR="004F5376" w:rsidRPr="00A7252F" w:rsidRDefault="004F5376"/>
    <w:p w14:paraId="22846C8B" w14:textId="77777777" w:rsidR="004F5376" w:rsidRPr="00A7252F" w:rsidRDefault="004F5376"/>
    <w:p w14:paraId="66AE049F" w14:textId="77777777" w:rsidR="004F5376" w:rsidRPr="00A7252F" w:rsidRDefault="004F5376"/>
    <w:p w14:paraId="7EE1C9C8" w14:textId="77777777" w:rsidR="004F5376" w:rsidRPr="00A7252F" w:rsidRDefault="004F5376"/>
    <w:p w14:paraId="245C5A9E" w14:textId="77777777" w:rsidR="004F5376" w:rsidRPr="00A7252F" w:rsidRDefault="004F5376"/>
    <w:p w14:paraId="3FB0C081" w14:textId="77777777" w:rsidR="004F5376" w:rsidRPr="00A7252F" w:rsidRDefault="004F5376"/>
    <w:p w14:paraId="79B7FDA4" w14:textId="77777777" w:rsidR="004F5376" w:rsidRPr="00A7252F" w:rsidRDefault="004F5376"/>
    <w:p w14:paraId="34552840" w14:textId="77777777" w:rsidR="004F5376" w:rsidRPr="00A7252F" w:rsidRDefault="004F5376"/>
    <w:p w14:paraId="1459196B" w14:textId="77777777" w:rsidR="004F5376" w:rsidRPr="00A7252F" w:rsidRDefault="004F5376"/>
    <w:p w14:paraId="22A52071" w14:textId="77777777" w:rsidR="004F5376" w:rsidRPr="00A7252F" w:rsidRDefault="004F5376"/>
    <w:p w14:paraId="5C6FAA94" w14:textId="77777777" w:rsidR="004F5376" w:rsidRPr="00A7252F" w:rsidRDefault="004F5376"/>
    <w:p w14:paraId="044CAE87" w14:textId="77777777" w:rsidR="004F5376" w:rsidRPr="00A7252F" w:rsidRDefault="004F5376"/>
    <w:p w14:paraId="27C8377B" w14:textId="77777777" w:rsidR="004F5376" w:rsidRPr="00A7252F" w:rsidRDefault="004F5376"/>
    <w:p w14:paraId="2F5864B9" w14:textId="77777777" w:rsidR="004F5376" w:rsidRPr="00A7252F" w:rsidRDefault="004F5376"/>
    <w:p w14:paraId="097C61AA" w14:textId="77777777" w:rsidR="004F5376" w:rsidRPr="00A7252F" w:rsidRDefault="004F5376"/>
    <w:p w14:paraId="4723DA43" w14:textId="77777777" w:rsidR="004F5376" w:rsidRPr="00A7252F" w:rsidRDefault="004F5376"/>
    <w:p w14:paraId="5303E0FC" w14:textId="77777777" w:rsidR="004F5376" w:rsidRPr="00A7252F" w:rsidRDefault="004F5376"/>
    <w:p w14:paraId="297F98EA" w14:textId="77777777" w:rsidR="004F5376" w:rsidRPr="00A7252F" w:rsidRDefault="004F5376"/>
    <w:p w14:paraId="22BA29E9" w14:textId="77777777" w:rsidR="004F5376" w:rsidRPr="00A7252F" w:rsidRDefault="004F5376">
      <w:pPr>
        <w:sectPr w:rsidR="004F5376" w:rsidRPr="00A7252F" w:rsidSect="004F5376">
          <w:pgSz w:w="12240" w:h="15840"/>
          <w:pgMar w:top="567" w:right="1440" w:bottom="851" w:left="1440" w:header="720" w:footer="720" w:gutter="0"/>
          <w:cols w:space="720"/>
          <w:docGrid w:linePitch="360"/>
        </w:sectPr>
      </w:pPr>
    </w:p>
    <w:p w14:paraId="476B3A59" w14:textId="08792138" w:rsidR="004F5376" w:rsidRPr="00A7252F" w:rsidRDefault="004F5376">
      <w:pPr>
        <w:spacing w:after="360"/>
        <w:jc w:val="center"/>
      </w:pPr>
      <w:r w:rsidRPr="00A7252F">
        <w:rPr>
          <w:rFonts w:ascii="Arial" w:hAnsi="Arial"/>
          <w:b/>
          <w:sz w:val="30"/>
        </w:rPr>
        <w:lastRenderedPageBreak/>
        <w:t>PEMBAHASAN SOAL KIMIA NOMOR 4</w:t>
      </w:r>
      <w:r w:rsidRPr="00A7252F">
        <w:rPr>
          <w:rFonts w:ascii="Arial" w:hAnsi="Arial"/>
          <w:b/>
          <w:sz w:val="30"/>
        </w:rPr>
        <w:br/>
        <w:t>HITUNGAN MOL DAN JUMLAH PARTIKEL GAS OZON (O₃)</w:t>
      </w:r>
    </w:p>
    <w:p w14:paraId="77AA5546" w14:textId="77777777" w:rsidR="004F5376" w:rsidRPr="00A7252F" w:rsidRDefault="004F5376">
      <w:pPr>
        <w:spacing w:before="240" w:after="120"/>
      </w:pPr>
      <w:r w:rsidRPr="00A7252F">
        <w:rPr>
          <w:rFonts w:ascii="Arial" w:hAnsi="Arial"/>
          <w:b/>
          <w:sz w:val="26"/>
        </w:rPr>
        <w:t>1. Informasi Soal &amp; Diketahui</w:t>
      </w:r>
    </w:p>
    <w:p w14:paraId="5C9662AD" w14:textId="77777777" w:rsidR="004F5376" w:rsidRPr="00A7252F" w:rsidRDefault="004F5376">
      <w:pPr>
        <w:spacing w:after="240"/>
      </w:pPr>
      <w:r w:rsidRPr="00A7252F">
        <w:rPr>
          <w:rFonts w:ascii="Arial" w:hAnsi="Arial"/>
          <w:b/>
        </w:rPr>
        <w:t xml:space="preserve">• Volume Total Sampel Udara: </w:t>
      </w:r>
      <w:r w:rsidRPr="00A7252F">
        <w:rPr>
          <w:rFonts w:ascii="Arial" w:hAnsi="Arial"/>
        </w:rPr>
        <w:t>60 liter</w:t>
      </w:r>
      <w:r w:rsidRPr="00A7252F">
        <w:rPr>
          <w:rFonts w:ascii="Arial" w:hAnsi="Arial"/>
        </w:rPr>
        <w:br/>
      </w:r>
      <w:r w:rsidRPr="00A7252F">
        <w:rPr>
          <w:rFonts w:ascii="Arial" w:hAnsi="Arial"/>
          <w:b/>
        </w:rPr>
        <w:t xml:space="preserve">• Kondisi: </w:t>
      </w:r>
      <w:r w:rsidRPr="00A7252F">
        <w:rPr>
          <w:rFonts w:ascii="Arial" w:hAnsi="Arial"/>
        </w:rPr>
        <w:t>Suhu 25°C dan tekanan 1 atm (RTP, di mana Volume Molar Vₘ = 24 liter/mol)</w:t>
      </w:r>
      <w:r w:rsidRPr="00A7252F">
        <w:rPr>
          <w:rFonts w:ascii="Arial" w:hAnsi="Arial"/>
        </w:rPr>
        <w:br/>
      </w:r>
      <w:r w:rsidRPr="00A7252F">
        <w:rPr>
          <w:rFonts w:ascii="Arial" w:hAnsi="Arial"/>
          <w:b/>
        </w:rPr>
        <w:t xml:space="preserve">• Kadar Ozon (O₃): </w:t>
      </w:r>
      <w:r w:rsidRPr="00A7252F">
        <w:rPr>
          <w:rFonts w:ascii="Arial" w:hAnsi="Arial"/>
        </w:rPr>
        <w:t>0,0004% volume</w:t>
      </w:r>
      <w:r w:rsidRPr="00A7252F">
        <w:rPr>
          <w:rFonts w:ascii="Arial" w:hAnsi="Arial"/>
        </w:rPr>
        <w:br/>
      </w:r>
      <w:r w:rsidRPr="00A7252F">
        <w:rPr>
          <w:rFonts w:ascii="Arial" w:hAnsi="Arial"/>
          <w:b/>
        </w:rPr>
        <w:t xml:space="preserve">• Bilangan Avogadro (Nₐ): </w:t>
      </w:r>
      <w:r w:rsidRPr="00A7252F">
        <w:rPr>
          <w:rFonts w:ascii="Arial" w:hAnsi="Arial"/>
        </w:rPr>
        <w:t>6,02 × 10²³ molekul/mol</w:t>
      </w:r>
      <w:r w:rsidRPr="00A7252F">
        <w:rPr>
          <w:rFonts w:ascii="Arial" w:hAnsi="Arial"/>
        </w:rPr>
        <w:br/>
      </w:r>
      <w:r w:rsidRPr="00A7252F">
        <w:rPr>
          <w:rFonts w:ascii="Arial" w:hAnsi="Arial"/>
          <w:b/>
        </w:rPr>
        <w:t xml:space="preserve">• Pertanyaan: </w:t>
      </w:r>
      <w:r w:rsidRPr="00A7252F">
        <w:rPr>
          <w:rFonts w:ascii="Arial" w:hAnsi="Arial"/>
        </w:rPr>
        <w:t>Berapakah jumlah partikel ozon yang terdapat dalam sampel udara tersebut?</w:t>
      </w:r>
      <w:r w:rsidRPr="00A7252F">
        <w:rPr>
          <w:rFonts w:ascii="Arial" w:hAnsi="Arial"/>
        </w:rPr>
        <w:br/>
      </w:r>
      <w:r w:rsidRPr="00A7252F">
        <w:rPr>
          <w:rFonts w:ascii="Arial" w:hAnsi="Arial"/>
          <w:b/>
        </w:rPr>
        <w:t xml:space="preserve">• </w:t>
      </w:r>
      <w:r w:rsidRPr="00A7252F">
        <w:rPr>
          <w:rFonts w:ascii="Arial" w:hAnsi="Arial"/>
        </w:rPr>
        <w:t>Pilihan Jawaban:</w:t>
      </w:r>
      <w:r w:rsidRPr="00A7252F">
        <w:rPr>
          <w:rFonts w:ascii="Arial" w:hAnsi="Arial"/>
        </w:rPr>
        <w:br/>
        <w:t xml:space="preserve">   A. 2,408 × 10¹⁸ molekul</w:t>
      </w:r>
      <w:r w:rsidRPr="00A7252F">
        <w:rPr>
          <w:rFonts w:ascii="Arial" w:hAnsi="Arial"/>
        </w:rPr>
        <w:br/>
        <w:t xml:space="preserve">   B. 6,02 × 10¹⁸ molekul</w:t>
      </w:r>
      <w:r w:rsidRPr="00A7252F">
        <w:rPr>
          <w:rFonts w:ascii="Arial" w:hAnsi="Arial"/>
        </w:rPr>
        <w:br/>
        <w:t xml:space="preserve">   C. 6,02 × 10²⁰ molekul</w:t>
      </w:r>
      <w:r w:rsidRPr="00A7252F">
        <w:rPr>
          <w:rFonts w:ascii="Arial" w:hAnsi="Arial"/>
        </w:rPr>
        <w:br/>
        <w:t xml:space="preserve">   D. 24,08 × 10²² molekul</w:t>
      </w:r>
      <w:r w:rsidRPr="00A7252F">
        <w:rPr>
          <w:rFonts w:ascii="Arial" w:hAnsi="Arial"/>
        </w:rPr>
        <w:br/>
        <w:t xml:space="preserve">   E. 15,05 × 10²³ partikel</w:t>
      </w:r>
    </w:p>
    <w:p w14:paraId="1054779E" w14:textId="77777777" w:rsidR="004F5376" w:rsidRPr="00A7252F" w:rsidRDefault="004F5376">
      <w:pPr>
        <w:spacing w:before="240" w:after="120"/>
      </w:pPr>
      <w:r w:rsidRPr="00A7252F">
        <w:rPr>
          <w:rFonts w:ascii="Arial" w:hAnsi="Arial"/>
          <w:b/>
          <w:sz w:val="26"/>
        </w:rPr>
        <w:t>2. Langkah-Langkah Penyelesaian</w:t>
      </w:r>
    </w:p>
    <w:p w14:paraId="137DAA0A" w14:textId="77777777" w:rsidR="004F5376" w:rsidRPr="00A7252F" w:rsidRDefault="004F5376">
      <w:pPr>
        <w:spacing w:after="240"/>
      </w:pPr>
      <w:r w:rsidRPr="00A7252F">
        <w:rPr>
          <w:rFonts w:ascii="Arial" w:hAnsi="Arial"/>
          <w:b/>
        </w:rPr>
        <w:t>Langkah 1: Menghitung Volume Gas Ozon (O₃)</w:t>
      </w:r>
      <w:r w:rsidRPr="00A7252F">
        <w:rPr>
          <w:rFonts w:ascii="Arial" w:hAnsi="Arial"/>
          <w:b/>
        </w:rPr>
        <w:br/>
      </w:r>
      <w:r w:rsidRPr="00A7252F">
        <w:rPr>
          <w:rFonts w:ascii="Arial" w:hAnsi="Arial"/>
        </w:rPr>
        <w:t>Volume O₃ = Persentase Kadar × Volume Total Udara</w:t>
      </w:r>
      <w:r w:rsidRPr="00A7252F">
        <w:rPr>
          <w:rFonts w:ascii="Arial" w:hAnsi="Arial"/>
        </w:rPr>
        <w:br/>
        <w:t>Volume O₃ = (0,0004 / 100) × 60 liter = 0,000004 × 60 = 2,4 × 10⁻⁴ liter</w:t>
      </w:r>
      <w:r w:rsidRPr="00A7252F">
        <w:rPr>
          <w:rFonts w:ascii="Arial" w:hAnsi="Arial"/>
        </w:rPr>
        <w:br/>
      </w:r>
      <w:r w:rsidRPr="00A7252F">
        <w:rPr>
          <w:rFonts w:ascii="Arial" w:hAnsi="Arial"/>
        </w:rPr>
        <w:br/>
      </w:r>
      <w:r w:rsidRPr="00A7252F">
        <w:rPr>
          <w:rFonts w:ascii="Arial" w:hAnsi="Arial"/>
          <w:b/>
        </w:rPr>
        <w:t>Langkah 2: Menghitung Jumlah Mol Ozon (n)</w:t>
      </w:r>
      <w:r w:rsidRPr="00A7252F">
        <w:rPr>
          <w:rFonts w:ascii="Arial" w:hAnsi="Arial"/>
          <w:b/>
        </w:rPr>
        <w:br/>
      </w:r>
      <w:r w:rsidRPr="00A7252F">
        <w:rPr>
          <w:rFonts w:ascii="Arial" w:hAnsi="Arial"/>
        </w:rPr>
        <w:t>Pada kondisi suhu 25°C dan 1 atm (RTP), volume molar gas (Vₘ) adalah 24 liter/mol:</w:t>
      </w:r>
      <w:r w:rsidRPr="00A7252F">
        <w:rPr>
          <w:rFonts w:ascii="Arial" w:hAnsi="Arial"/>
        </w:rPr>
        <w:br/>
        <w:t>n(O₃) = Volume O₃ / Vₘ</w:t>
      </w:r>
      <w:r w:rsidRPr="00A7252F">
        <w:rPr>
          <w:rFonts w:ascii="Arial" w:hAnsi="Arial"/>
        </w:rPr>
        <w:br/>
        <w:t>n(O₃) = (2,4 × 10⁻⁴ liter) / (24 liter/mol) = 10⁻⁵ mol  (0,00001 mol)</w:t>
      </w:r>
      <w:r w:rsidRPr="00A7252F">
        <w:rPr>
          <w:rFonts w:ascii="Arial" w:hAnsi="Arial"/>
        </w:rPr>
        <w:br/>
      </w:r>
      <w:r w:rsidRPr="00A7252F">
        <w:rPr>
          <w:rFonts w:ascii="Arial" w:hAnsi="Arial"/>
        </w:rPr>
        <w:br/>
      </w:r>
      <w:r w:rsidRPr="00A7252F">
        <w:rPr>
          <w:rFonts w:ascii="Arial" w:hAnsi="Arial"/>
          <w:b/>
        </w:rPr>
        <w:t>Langkah 3: Menghitung Jumlah Partikel (Molekul) Ozon</w:t>
      </w:r>
      <w:r w:rsidRPr="00A7252F">
        <w:rPr>
          <w:rFonts w:ascii="Arial" w:hAnsi="Arial"/>
          <w:b/>
        </w:rPr>
        <w:br/>
      </w:r>
      <w:r w:rsidRPr="00A7252F">
        <w:rPr>
          <w:rFonts w:ascii="Arial" w:hAnsi="Arial"/>
        </w:rPr>
        <w:t>Jumlah Molekul Ozon = n(O₃) × Bilangan Avogadro (Nₐ)</w:t>
      </w:r>
      <w:r w:rsidRPr="00A7252F">
        <w:rPr>
          <w:rFonts w:ascii="Arial" w:hAnsi="Arial"/>
        </w:rPr>
        <w:br/>
        <w:t>Jumlah Molekul Ozon = 10⁻⁵ mol × 6,02 × 10²³ molekul/mol</w:t>
      </w:r>
      <w:r w:rsidRPr="00A7252F">
        <w:rPr>
          <w:rFonts w:ascii="Arial" w:hAnsi="Arial"/>
        </w:rPr>
        <w:br/>
        <w:t>Jumlah Molekul Ozon = 6,02 × 10¹⁸ molekul</w:t>
      </w:r>
    </w:p>
    <w:p w14:paraId="56F0F99A" w14:textId="77777777" w:rsidR="004F5376" w:rsidRPr="00A7252F" w:rsidRDefault="004F5376">
      <w:pPr>
        <w:spacing w:before="240" w:after="120"/>
      </w:pPr>
      <w:r w:rsidRPr="00A7252F">
        <w:rPr>
          <w:rFonts w:ascii="Arial" w:hAnsi="Arial"/>
          <w:b/>
          <w:sz w:val="26"/>
        </w:rPr>
        <w:t>3. Kesimpulan</w:t>
      </w:r>
    </w:p>
    <w:p w14:paraId="75A47D15" w14:textId="77777777" w:rsidR="004F5376" w:rsidRPr="00A7252F" w:rsidRDefault="004F5376">
      <w:pPr>
        <w:spacing w:after="240"/>
      </w:pPr>
      <w:r w:rsidRPr="00A7252F">
        <w:rPr>
          <w:rFonts w:ascii="Arial" w:hAnsi="Arial"/>
        </w:rPr>
        <w:t xml:space="preserve">Berdasarkan hasil perhitungan stoikiometri gas di atas, jumlah partikel ozon dalam sampel udara tersebut adalah </w:t>
      </w:r>
      <w:r w:rsidRPr="00A7252F">
        <w:rPr>
          <w:rFonts w:ascii="Arial" w:hAnsi="Arial"/>
          <w:b/>
        </w:rPr>
        <w:t>6,02 × 10¹⁸ molekul</w:t>
      </w:r>
    </w:p>
    <w:tbl>
      <w:tblPr>
        <w:tblW w:w="0" w:type="auto"/>
        <w:jc w:val="center"/>
        <w:tblLook w:val="04A0" w:firstRow="1" w:lastRow="0" w:firstColumn="1" w:lastColumn="0" w:noHBand="0" w:noVBand="1"/>
      </w:tblPr>
      <w:tblGrid>
        <w:gridCol w:w="9360"/>
      </w:tblGrid>
      <w:tr w:rsidR="00A7252F" w:rsidRPr="00A7252F" w14:paraId="6456B163" w14:textId="77777777">
        <w:trPr>
          <w:jc w:val="center"/>
        </w:trPr>
        <w:tc>
          <w:tcPr>
            <w:tcW w:w="9360" w:type="dxa"/>
            <w:shd w:val="clear" w:color="auto" w:fill="E2F0D9"/>
            <w:tcMar>
              <w:top w:w="140" w:type="dxa"/>
              <w:left w:w="200" w:type="dxa"/>
              <w:bottom w:w="140" w:type="dxa"/>
              <w:right w:w="200" w:type="dxa"/>
            </w:tcMar>
          </w:tcPr>
          <w:p w14:paraId="425F7D4C" w14:textId="77777777" w:rsidR="004F5376" w:rsidRPr="00A7252F" w:rsidRDefault="004F5376">
            <w:pPr>
              <w:jc w:val="center"/>
            </w:pPr>
            <w:r w:rsidRPr="00A7252F">
              <w:rPr>
                <w:rFonts w:ascii="Arial" w:hAnsi="Arial"/>
                <w:b/>
                <w:sz w:val="24"/>
              </w:rPr>
              <w:t>KUNCI JAWABAN: B. 6,02 × 10¹⁸ molekul</w:t>
            </w:r>
          </w:p>
        </w:tc>
      </w:tr>
    </w:tbl>
    <w:p w14:paraId="6CE00891" w14:textId="77777777" w:rsidR="004F5376" w:rsidRPr="00A7252F" w:rsidRDefault="004F5376"/>
    <w:p w14:paraId="47EE798E" w14:textId="77777777" w:rsidR="004F5376" w:rsidRPr="00A7252F" w:rsidRDefault="004F5376"/>
    <w:p w14:paraId="74371186" w14:textId="77777777" w:rsidR="004F5376" w:rsidRPr="00A7252F" w:rsidRDefault="004F5376"/>
    <w:p w14:paraId="719313D9" w14:textId="77777777" w:rsidR="004F5376" w:rsidRPr="00A7252F" w:rsidRDefault="004F5376"/>
    <w:p w14:paraId="290A7BB6" w14:textId="77777777" w:rsidR="004F5376" w:rsidRPr="00A7252F" w:rsidRDefault="004F5376"/>
    <w:p w14:paraId="0E86D636" w14:textId="77777777" w:rsidR="004F5376" w:rsidRPr="00A7252F" w:rsidRDefault="004F5376">
      <w:pPr>
        <w:sectPr w:rsidR="004F5376" w:rsidRPr="00A7252F" w:rsidSect="004F5376">
          <w:pgSz w:w="12240" w:h="15840"/>
          <w:pgMar w:top="567" w:right="1440" w:bottom="851" w:left="1440" w:header="720" w:footer="720" w:gutter="0"/>
          <w:cols w:space="720"/>
          <w:docGrid w:linePitch="360"/>
        </w:sectPr>
      </w:pPr>
    </w:p>
    <w:p w14:paraId="0FF11E28" w14:textId="18B4BE39" w:rsidR="004F5376" w:rsidRPr="00A7252F" w:rsidRDefault="004F5376">
      <w:pPr>
        <w:spacing w:after="360"/>
        <w:jc w:val="center"/>
      </w:pPr>
      <w:r w:rsidRPr="00A7252F">
        <w:rPr>
          <w:rFonts w:ascii="Arial" w:hAnsi="Arial"/>
          <w:b/>
          <w:sz w:val="30"/>
        </w:rPr>
        <w:lastRenderedPageBreak/>
        <w:t>PEMBAHASAN SOAL KIMIA NOMOR 5</w:t>
      </w:r>
      <w:r w:rsidRPr="00A7252F">
        <w:rPr>
          <w:rFonts w:ascii="Arial" w:hAnsi="Arial"/>
          <w:b/>
          <w:sz w:val="30"/>
        </w:rPr>
        <w:br/>
        <w:t>STOIKIOMETRI PEREAKSI PEMBATAS: PENGOLAHAN BESI (BLAST FURNACE)</w:t>
      </w:r>
    </w:p>
    <w:p w14:paraId="301E905E" w14:textId="77777777" w:rsidR="004F5376" w:rsidRPr="00A7252F" w:rsidRDefault="004F5376">
      <w:pPr>
        <w:spacing w:before="240" w:after="120"/>
      </w:pPr>
      <w:r w:rsidRPr="00A7252F">
        <w:rPr>
          <w:rFonts w:ascii="Arial" w:hAnsi="Arial"/>
          <w:b/>
          <w:sz w:val="26"/>
        </w:rPr>
        <w:t>1. Informasi Soal &amp; Diketahui</w:t>
      </w:r>
    </w:p>
    <w:p w14:paraId="1F952398" w14:textId="77777777" w:rsidR="004F5376" w:rsidRPr="00A7252F" w:rsidRDefault="004F5376">
      <w:pPr>
        <w:spacing w:after="240"/>
      </w:pPr>
      <w:r w:rsidRPr="00A7252F">
        <w:rPr>
          <w:rFonts w:ascii="Arial" w:hAnsi="Arial"/>
          <w:b/>
        </w:rPr>
        <w:t xml:space="preserve">• Reaksi Kimia: </w:t>
      </w:r>
      <w:r w:rsidRPr="00A7252F">
        <w:rPr>
          <w:rFonts w:ascii="Arial" w:hAnsi="Arial"/>
        </w:rPr>
        <w:t>Fe₂O₃(s) + 3CO(g) → 2Fe(l) + 3CO₂(g)</w:t>
      </w:r>
      <w:r w:rsidRPr="00A7252F">
        <w:rPr>
          <w:rFonts w:ascii="Arial" w:hAnsi="Arial"/>
        </w:rPr>
        <w:br/>
      </w:r>
      <w:r w:rsidRPr="00A7252F">
        <w:rPr>
          <w:rFonts w:ascii="Arial" w:hAnsi="Arial"/>
          <w:b/>
        </w:rPr>
        <w:t xml:space="preserve">• Massa Reaktan: </w:t>
      </w:r>
      <w:r w:rsidRPr="00A7252F">
        <w:rPr>
          <w:rFonts w:ascii="Arial" w:hAnsi="Arial"/>
        </w:rPr>
        <w:t>16 g Fe₂O₃ direaksikan dengan 11,2 g gas CO.</w:t>
      </w:r>
      <w:r w:rsidRPr="00A7252F">
        <w:rPr>
          <w:rFonts w:ascii="Arial" w:hAnsi="Arial"/>
        </w:rPr>
        <w:br/>
      </w:r>
      <w:r w:rsidRPr="00A7252F">
        <w:rPr>
          <w:rFonts w:ascii="Arial" w:hAnsi="Arial"/>
          <w:b/>
        </w:rPr>
        <w:t xml:space="preserve">• Massa Atom Relatif (Ar): </w:t>
      </w:r>
      <w:r w:rsidRPr="00A7252F">
        <w:rPr>
          <w:rFonts w:ascii="Arial" w:hAnsi="Arial"/>
        </w:rPr>
        <w:t>C = 12, O = 16, Fe = 56</w:t>
      </w:r>
      <w:r w:rsidRPr="00A7252F">
        <w:rPr>
          <w:rFonts w:ascii="Arial" w:hAnsi="Arial"/>
        </w:rPr>
        <w:br/>
      </w:r>
      <w:r w:rsidRPr="00A7252F">
        <w:rPr>
          <w:rFonts w:ascii="Arial" w:hAnsi="Arial"/>
          <w:b/>
        </w:rPr>
        <w:t xml:space="preserve">• Pertanyaan: </w:t>
      </w:r>
      <w:r w:rsidRPr="00A7252F">
        <w:rPr>
          <w:rFonts w:ascii="Arial" w:hAnsi="Arial"/>
        </w:rPr>
        <w:t>Berapakah massa lelehan besi (Fe) yang dihasilkan pada akhir reaksi tersebut?</w:t>
      </w:r>
      <w:r w:rsidRPr="00A7252F">
        <w:rPr>
          <w:rFonts w:ascii="Arial" w:hAnsi="Arial"/>
        </w:rPr>
        <w:br/>
      </w:r>
      <w:r w:rsidRPr="00A7252F">
        <w:rPr>
          <w:rFonts w:ascii="Arial" w:hAnsi="Arial"/>
          <w:b/>
        </w:rPr>
        <w:t xml:space="preserve">• </w:t>
      </w:r>
      <w:r w:rsidRPr="00A7252F">
        <w:rPr>
          <w:rFonts w:ascii="Arial" w:hAnsi="Arial"/>
        </w:rPr>
        <w:t>Pilihan Jawaban:</w:t>
      </w:r>
      <w:r w:rsidRPr="00A7252F">
        <w:rPr>
          <w:rFonts w:ascii="Arial" w:hAnsi="Arial"/>
        </w:rPr>
        <w:br/>
        <w:t xml:space="preserve">   A. 2,8 g</w:t>
      </w:r>
      <w:r w:rsidRPr="00A7252F">
        <w:rPr>
          <w:rFonts w:ascii="Arial" w:hAnsi="Arial"/>
        </w:rPr>
        <w:br/>
        <w:t xml:space="preserve">   B. 5,6 g</w:t>
      </w:r>
      <w:r w:rsidRPr="00A7252F">
        <w:rPr>
          <w:rFonts w:ascii="Arial" w:hAnsi="Arial"/>
        </w:rPr>
        <w:br/>
        <w:t xml:space="preserve">   C. 11,2 g</w:t>
      </w:r>
      <w:r w:rsidRPr="00A7252F">
        <w:rPr>
          <w:rFonts w:ascii="Arial" w:hAnsi="Arial"/>
        </w:rPr>
        <w:br/>
        <w:t xml:space="preserve">   D. 16,8 g</w:t>
      </w:r>
      <w:r w:rsidRPr="00A7252F">
        <w:rPr>
          <w:rFonts w:ascii="Arial" w:hAnsi="Arial"/>
        </w:rPr>
        <w:br/>
        <w:t xml:space="preserve">   E. 27,2 g</w:t>
      </w:r>
    </w:p>
    <w:p w14:paraId="37832F99" w14:textId="77777777" w:rsidR="004F5376" w:rsidRPr="00A7252F" w:rsidRDefault="004F5376">
      <w:pPr>
        <w:spacing w:before="240" w:after="120"/>
      </w:pPr>
      <w:r w:rsidRPr="00A7252F">
        <w:rPr>
          <w:rFonts w:ascii="Arial" w:hAnsi="Arial"/>
          <w:b/>
          <w:sz w:val="26"/>
        </w:rPr>
        <w:t>2. Menghitung Mr dan Mol Masing-Masing Zat</w:t>
      </w:r>
    </w:p>
    <w:tbl>
      <w:tblPr>
        <w:tblW w:w="0" w:type="auto"/>
        <w:jc w:val="center"/>
        <w:tblLook w:val="04A0" w:firstRow="1" w:lastRow="0" w:firstColumn="1" w:lastColumn="0" w:noHBand="0" w:noVBand="1"/>
      </w:tblPr>
      <w:tblGrid>
        <w:gridCol w:w="9360"/>
      </w:tblGrid>
      <w:tr w:rsidR="00A7252F" w:rsidRPr="00A7252F" w14:paraId="45A166B1" w14:textId="77777777">
        <w:trPr>
          <w:jc w:val="center"/>
        </w:trPr>
        <w:tc>
          <w:tcPr>
            <w:tcW w:w="9360" w:type="dxa"/>
            <w:shd w:val="clear" w:color="auto" w:fill="F0F4F8"/>
            <w:tcMar>
              <w:top w:w="140" w:type="dxa"/>
              <w:left w:w="200" w:type="dxa"/>
              <w:bottom w:w="140" w:type="dxa"/>
              <w:right w:w="200" w:type="dxa"/>
            </w:tcMar>
          </w:tcPr>
          <w:p w14:paraId="3EC5CEF5" w14:textId="77777777" w:rsidR="004F5376" w:rsidRPr="00A7252F" w:rsidRDefault="004F5376">
            <w:r w:rsidRPr="00A7252F">
              <w:rPr>
                <w:rFonts w:ascii="Arial" w:hAnsi="Arial"/>
                <w:b/>
              </w:rPr>
              <w:t>• Mr Fe₂O₃ = (2 × 56) + (3 × 16) = 112 + 48 = 160 g/mol</w:t>
            </w:r>
            <w:r w:rsidRPr="00A7252F">
              <w:rPr>
                <w:rFonts w:ascii="Arial" w:hAnsi="Arial"/>
                <w:b/>
              </w:rPr>
              <w:br/>
              <w:t>• Mr CO = 12 + 16 = 28 g/mol</w:t>
            </w:r>
            <w:r w:rsidRPr="00A7252F">
              <w:rPr>
                <w:rFonts w:ascii="Arial" w:hAnsi="Arial"/>
                <w:b/>
              </w:rPr>
              <w:br/>
            </w:r>
            <w:r w:rsidRPr="00A7252F">
              <w:rPr>
                <w:rFonts w:ascii="Arial" w:hAnsi="Arial"/>
                <w:b/>
              </w:rPr>
              <w:br/>
              <w:t>• Mol Fe₂O₃ = Massa / Mr = 16 g / 160 g/mol = 0,1 mol</w:t>
            </w:r>
            <w:r w:rsidRPr="00A7252F">
              <w:rPr>
                <w:rFonts w:ascii="Arial" w:hAnsi="Arial"/>
                <w:b/>
              </w:rPr>
              <w:br/>
              <w:t>• Mol CO = Massa / Mr = 11,2 g / 28 g/mol = 0,4 mol</w:t>
            </w:r>
          </w:p>
        </w:tc>
      </w:tr>
    </w:tbl>
    <w:p w14:paraId="4116F0B0" w14:textId="77777777" w:rsidR="004F5376" w:rsidRPr="00A7252F" w:rsidRDefault="004F5376">
      <w:pPr>
        <w:spacing w:before="240" w:after="120"/>
      </w:pPr>
      <w:r w:rsidRPr="00A7252F">
        <w:rPr>
          <w:rFonts w:ascii="Arial" w:hAnsi="Arial"/>
          <w:b/>
          <w:sz w:val="26"/>
        </w:rPr>
        <w:t>3. Menentukan Pereaksi Pembatas &amp; Massa Besi (Fe)</w:t>
      </w:r>
    </w:p>
    <w:p w14:paraId="281C5D6A" w14:textId="608E3331" w:rsidR="004F5376" w:rsidRPr="00A7252F" w:rsidRDefault="004F5376">
      <w:pPr>
        <w:spacing w:after="240"/>
      </w:pPr>
      <w:proofErr w:type="spellStart"/>
      <w:r w:rsidRPr="00A7252F">
        <w:rPr>
          <w:rFonts w:ascii="Arial" w:hAnsi="Arial"/>
          <w:b/>
        </w:rPr>
        <w:t>Menentukan</w:t>
      </w:r>
      <w:proofErr w:type="spellEnd"/>
      <w:r w:rsidRPr="00A7252F">
        <w:rPr>
          <w:rFonts w:ascii="Arial" w:hAnsi="Arial"/>
          <w:b/>
        </w:rPr>
        <w:t xml:space="preserve"> </w:t>
      </w:r>
      <w:proofErr w:type="spellStart"/>
      <w:r w:rsidRPr="00A7252F">
        <w:rPr>
          <w:rFonts w:ascii="Arial" w:hAnsi="Arial"/>
          <w:b/>
        </w:rPr>
        <w:t>Perbandingan</w:t>
      </w:r>
      <w:proofErr w:type="spellEnd"/>
      <w:r w:rsidRPr="00A7252F">
        <w:rPr>
          <w:rFonts w:ascii="Arial" w:hAnsi="Arial"/>
          <w:b/>
        </w:rPr>
        <w:t xml:space="preserve"> Mol / </w:t>
      </w:r>
      <w:proofErr w:type="spellStart"/>
      <w:r w:rsidRPr="00A7252F">
        <w:rPr>
          <w:rFonts w:ascii="Arial" w:hAnsi="Arial"/>
          <w:b/>
        </w:rPr>
        <w:t>Koefisien</w:t>
      </w:r>
      <w:proofErr w:type="spellEnd"/>
      <w:r w:rsidRPr="00A7252F">
        <w:rPr>
          <w:rFonts w:ascii="Arial" w:hAnsi="Arial"/>
          <w:b/>
        </w:rPr>
        <w:t>:</w:t>
      </w:r>
      <w:r w:rsidRPr="00A7252F">
        <w:rPr>
          <w:rFonts w:ascii="Arial" w:hAnsi="Arial"/>
          <w:b/>
        </w:rPr>
        <w:br/>
      </w:r>
      <w:r w:rsidRPr="00A7252F">
        <w:rPr>
          <w:rFonts w:ascii="Arial" w:hAnsi="Arial"/>
        </w:rPr>
        <w:t xml:space="preserve">• </w:t>
      </w:r>
      <w:proofErr w:type="spellStart"/>
      <w:r w:rsidRPr="00A7252F">
        <w:rPr>
          <w:rFonts w:ascii="Arial" w:hAnsi="Arial"/>
        </w:rPr>
        <w:t>Untuk</w:t>
      </w:r>
      <w:proofErr w:type="spellEnd"/>
      <w:r w:rsidRPr="00A7252F">
        <w:rPr>
          <w:rFonts w:ascii="Arial" w:hAnsi="Arial"/>
        </w:rPr>
        <w:t xml:space="preserve"> </w:t>
      </w:r>
      <w:proofErr w:type="spellStart"/>
      <w:r w:rsidRPr="00A7252F">
        <w:rPr>
          <w:rFonts w:ascii="Arial" w:hAnsi="Arial"/>
        </w:rPr>
        <w:t>Fe₂O</w:t>
      </w:r>
      <w:proofErr w:type="spellEnd"/>
      <w:r w:rsidRPr="00A7252F">
        <w:rPr>
          <w:rFonts w:ascii="Arial" w:hAnsi="Arial"/>
        </w:rPr>
        <w:t>₃: 0,1 / 1 = 0,1</w:t>
      </w:r>
      <w:r w:rsidRPr="00A7252F">
        <w:rPr>
          <w:rFonts w:ascii="Arial" w:hAnsi="Arial"/>
        </w:rPr>
        <w:br/>
        <w:t xml:space="preserve">• </w:t>
      </w:r>
      <w:proofErr w:type="spellStart"/>
      <w:r w:rsidRPr="00A7252F">
        <w:rPr>
          <w:rFonts w:ascii="Arial" w:hAnsi="Arial"/>
        </w:rPr>
        <w:t>Untuk</w:t>
      </w:r>
      <w:proofErr w:type="spellEnd"/>
      <w:r w:rsidRPr="00A7252F">
        <w:rPr>
          <w:rFonts w:ascii="Arial" w:hAnsi="Arial"/>
        </w:rPr>
        <w:t xml:space="preserve"> CO: 0,4 / 3 = 0,133</w:t>
      </w:r>
      <w:r w:rsidRPr="00A7252F">
        <w:rPr>
          <w:rFonts w:ascii="Arial" w:hAnsi="Arial"/>
        </w:rPr>
        <w:br/>
        <w:t xml:space="preserve">Karena </w:t>
      </w:r>
      <w:proofErr w:type="spellStart"/>
      <w:r w:rsidRPr="00A7252F">
        <w:rPr>
          <w:rFonts w:ascii="Arial" w:hAnsi="Arial"/>
        </w:rPr>
        <w:t>nilai</w:t>
      </w:r>
      <w:proofErr w:type="spellEnd"/>
      <w:r w:rsidRPr="00A7252F">
        <w:rPr>
          <w:rFonts w:ascii="Arial" w:hAnsi="Arial"/>
        </w:rPr>
        <w:t xml:space="preserve"> </w:t>
      </w:r>
      <w:proofErr w:type="spellStart"/>
      <w:r w:rsidRPr="00A7252F">
        <w:rPr>
          <w:rFonts w:ascii="Arial" w:hAnsi="Arial"/>
        </w:rPr>
        <w:t>perbandingan</w:t>
      </w:r>
      <w:proofErr w:type="spellEnd"/>
      <w:r w:rsidRPr="00A7252F">
        <w:rPr>
          <w:rFonts w:ascii="Arial" w:hAnsi="Arial"/>
        </w:rPr>
        <w:t xml:space="preserve"> </w:t>
      </w:r>
      <w:proofErr w:type="spellStart"/>
      <w:r w:rsidRPr="00A7252F">
        <w:rPr>
          <w:rFonts w:ascii="Arial" w:hAnsi="Arial"/>
        </w:rPr>
        <w:t>Fe₂O</w:t>
      </w:r>
      <w:proofErr w:type="spellEnd"/>
      <w:r w:rsidRPr="00A7252F">
        <w:rPr>
          <w:rFonts w:ascii="Arial" w:hAnsi="Arial"/>
        </w:rPr>
        <w:t>₃ lebih kecil (0,1 &lt; 0,133), maka Fe₂O₃ adalah pereaksi pembatas (habis bereaksi terlebih dahulu).</w:t>
      </w:r>
      <w:r w:rsidRPr="00A7252F">
        <w:rPr>
          <w:rFonts w:ascii="Arial" w:hAnsi="Arial"/>
        </w:rPr>
        <w:br/>
      </w:r>
      <w:r w:rsidRPr="00A7252F">
        <w:rPr>
          <w:rFonts w:ascii="Arial" w:hAnsi="Arial"/>
        </w:rPr>
        <w:br/>
      </w:r>
      <w:r w:rsidRPr="00A7252F">
        <w:rPr>
          <w:rFonts w:ascii="Arial" w:hAnsi="Arial"/>
          <w:b/>
        </w:rPr>
        <w:t>Menghitung Mol dan Massa Lelehan Besi (Fe):</w:t>
      </w:r>
      <w:r w:rsidRPr="00A7252F">
        <w:rPr>
          <w:rFonts w:ascii="Arial" w:hAnsi="Arial"/>
          <w:b/>
        </w:rPr>
        <w:br/>
      </w:r>
      <w:r w:rsidRPr="00A7252F">
        <w:rPr>
          <w:rFonts w:ascii="Arial" w:hAnsi="Arial"/>
        </w:rPr>
        <w:t>• Mol Fe = (Koefisien Fe / Koefisien Fe₂O₃) × Mol Fe₂O₃</w:t>
      </w:r>
      <w:r w:rsidRPr="00A7252F">
        <w:rPr>
          <w:rFonts w:ascii="Arial" w:hAnsi="Arial"/>
        </w:rPr>
        <w:br/>
        <w:t>• Mol Fe = (2 / 1) × 0,1 mol = 0,2 mol</w:t>
      </w:r>
      <w:r w:rsidRPr="00A7252F">
        <w:rPr>
          <w:rFonts w:ascii="Arial" w:hAnsi="Arial"/>
        </w:rPr>
        <w:br/>
      </w:r>
      <w:r w:rsidRPr="00A7252F">
        <w:rPr>
          <w:rFonts w:ascii="Arial" w:hAnsi="Arial"/>
        </w:rPr>
        <w:br/>
        <w:t>• Massa Fe = Mol Fe × Ar Fe</w:t>
      </w:r>
      <w:r w:rsidRPr="00A7252F">
        <w:rPr>
          <w:rFonts w:ascii="Arial" w:hAnsi="Arial"/>
        </w:rPr>
        <w:br/>
        <w:t>• Massa Fe = 0,2 mol × 56 g/mol = 11,2 g</w:t>
      </w:r>
    </w:p>
    <w:p w14:paraId="63387E4D" w14:textId="77777777" w:rsidR="004F5376" w:rsidRPr="00A7252F" w:rsidRDefault="004F5376">
      <w:pPr>
        <w:spacing w:before="240" w:after="120"/>
      </w:pPr>
      <w:r w:rsidRPr="00A7252F">
        <w:rPr>
          <w:rFonts w:ascii="Arial" w:hAnsi="Arial"/>
          <w:b/>
          <w:sz w:val="26"/>
        </w:rPr>
        <w:t>4. Kesimpulan</w:t>
      </w:r>
    </w:p>
    <w:p w14:paraId="0952452A" w14:textId="77777777" w:rsidR="004F5376" w:rsidRPr="00A7252F" w:rsidRDefault="004F5376">
      <w:pPr>
        <w:spacing w:after="240"/>
      </w:pPr>
      <w:r w:rsidRPr="00A7252F">
        <w:rPr>
          <w:rFonts w:ascii="Arial" w:hAnsi="Arial"/>
        </w:rPr>
        <w:t xml:space="preserve">Berdasarkan perhitungan stoikiometri pereaksi pembatas, massa lelehan besi (Fe) yang dihasilkan adalah </w:t>
      </w:r>
      <w:r w:rsidRPr="00A7252F">
        <w:rPr>
          <w:rFonts w:ascii="Arial" w:hAnsi="Arial"/>
          <w:b/>
        </w:rPr>
        <w:t>11,2 g</w:t>
      </w:r>
    </w:p>
    <w:tbl>
      <w:tblPr>
        <w:tblW w:w="0" w:type="auto"/>
        <w:jc w:val="center"/>
        <w:tblLook w:val="04A0" w:firstRow="1" w:lastRow="0" w:firstColumn="1" w:lastColumn="0" w:noHBand="0" w:noVBand="1"/>
      </w:tblPr>
      <w:tblGrid>
        <w:gridCol w:w="9360"/>
      </w:tblGrid>
      <w:tr w:rsidR="00A7252F" w:rsidRPr="00A7252F" w14:paraId="4CCAEB47" w14:textId="77777777">
        <w:trPr>
          <w:jc w:val="center"/>
        </w:trPr>
        <w:tc>
          <w:tcPr>
            <w:tcW w:w="9360" w:type="dxa"/>
            <w:shd w:val="clear" w:color="auto" w:fill="E2F0D9"/>
            <w:tcMar>
              <w:top w:w="140" w:type="dxa"/>
              <w:left w:w="200" w:type="dxa"/>
              <w:bottom w:w="140" w:type="dxa"/>
              <w:right w:w="200" w:type="dxa"/>
            </w:tcMar>
          </w:tcPr>
          <w:p w14:paraId="34341308" w14:textId="77777777" w:rsidR="004F5376" w:rsidRPr="00A7252F" w:rsidRDefault="004F5376">
            <w:pPr>
              <w:jc w:val="center"/>
            </w:pPr>
            <w:r w:rsidRPr="00A7252F">
              <w:rPr>
                <w:rFonts w:ascii="Arial" w:hAnsi="Arial"/>
                <w:b/>
                <w:sz w:val="24"/>
              </w:rPr>
              <w:t>KUNCI JAWABAN: C. 11,2 g</w:t>
            </w:r>
          </w:p>
        </w:tc>
      </w:tr>
    </w:tbl>
    <w:p w14:paraId="1FB0E6AD" w14:textId="77777777" w:rsidR="004F5376" w:rsidRPr="00A7252F" w:rsidRDefault="004F5376"/>
    <w:p w14:paraId="142A77CD" w14:textId="308C91E8" w:rsidR="004F5376" w:rsidRPr="00A7252F" w:rsidRDefault="004F5376">
      <w:pPr>
        <w:spacing w:after="360"/>
        <w:jc w:val="center"/>
      </w:pPr>
      <w:r w:rsidRPr="00A7252F">
        <w:rPr>
          <w:rFonts w:ascii="Arial" w:hAnsi="Arial"/>
          <w:b/>
          <w:sz w:val="30"/>
        </w:rPr>
        <w:lastRenderedPageBreak/>
        <w:t>PEMBAHASAN SOAL KIMIA NOMOR 6</w:t>
      </w:r>
      <w:r w:rsidRPr="00A7252F">
        <w:rPr>
          <w:rFonts w:ascii="Arial" w:hAnsi="Arial"/>
          <w:b/>
          <w:sz w:val="30"/>
        </w:rPr>
        <w:br/>
        <w:t>STOIKIOMETRI LARUTAN: PEMBUATAN KRISTAL KCl</w:t>
      </w:r>
    </w:p>
    <w:p w14:paraId="3C429CAF" w14:textId="77777777" w:rsidR="004F5376" w:rsidRPr="00A7252F" w:rsidRDefault="004F5376">
      <w:pPr>
        <w:spacing w:before="240" w:after="120"/>
      </w:pPr>
      <w:r w:rsidRPr="00A7252F">
        <w:rPr>
          <w:rFonts w:ascii="Arial" w:hAnsi="Arial"/>
          <w:b/>
          <w:sz w:val="26"/>
        </w:rPr>
        <w:t>1. Target Mol KCl dan Persamaan Reaksi</w:t>
      </w:r>
    </w:p>
    <w:p w14:paraId="6281BBAA" w14:textId="1BC63984" w:rsidR="004F5376" w:rsidRPr="00A7252F" w:rsidRDefault="004F5376">
      <w:pPr>
        <w:spacing w:after="240"/>
      </w:pPr>
      <w:r w:rsidRPr="00A7252F">
        <w:rPr>
          <w:rFonts w:ascii="Arial" w:hAnsi="Arial"/>
          <w:b/>
        </w:rPr>
        <w:t xml:space="preserve">• </w:t>
      </w:r>
      <w:proofErr w:type="spellStart"/>
      <w:r w:rsidRPr="00A7252F">
        <w:rPr>
          <w:rFonts w:ascii="Arial" w:hAnsi="Arial"/>
          <w:b/>
        </w:rPr>
        <w:t>Persamaan</w:t>
      </w:r>
      <w:proofErr w:type="spellEnd"/>
      <w:r w:rsidRPr="00A7252F">
        <w:rPr>
          <w:rFonts w:ascii="Arial" w:hAnsi="Arial"/>
          <w:b/>
        </w:rPr>
        <w:t xml:space="preserve"> </w:t>
      </w:r>
      <w:proofErr w:type="spellStart"/>
      <w:r w:rsidRPr="00A7252F">
        <w:rPr>
          <w:rFonts w:ascii="Arial" w:hAnsi="Arial"/>
          <w:b/>
        </w:rPr>
        <w:t>Reaksi</w:t>
      </w:r>
      <w:proofErr w:type="spellEnd"/>
      <w:r w:rsidRPr="00A7252F">
        <w:rPr>
          <w:rFonts w:ascii="Arial" w:hAnsi="Arial"/>
          <w:b/>
        </w:rPr>
        <w:t xml:space="preserve">: </w:t>
      </w:r>
      <w:r w:rsidRPr="00A7252F">
        <w:rPr>
          <w:rFonts w:ascii="Arial" w:hAnsi="Arial"/>
        </w:rPr>
        <w:t>KOH(</w:t>
      </w:r>
      <w:proofErr w:type="spellStart"/>
      <w:r w:rsidRPr="00A7252F">
        <w:rPr>
          <w:rFonts w:ascii="Arial" w:hAnsi="Arial"/>
        </w:rPr>
        <w:t>aq</w:t>
      </w:r>
      <w:proofErr w:type="spellEnd"/>
      <w:r w:rsidRPr="00A7252F">
        <w:rPr>
          <w:rFonts w:ascii="Arial" w:hAnsi="Arial"/>
        </w:rPr>
        <w:t>) + HCl(</w:t>
      </w:r>
      <w:proofErr w:type="spellStart"/>
      <w:r w:rsidRPr="00A7252F">
        <w:rPr>
          <w:rFonts w:ascii="Arial" w:hAnsi="Arial"/>
        </w:rPr>
        <w:t>aq</w:t>
      </w:r>
      <w:proofErr w:type="spellEnd"/>
      <w:r w:rsidRPr="00A7252F">
        <w:rPr>
          <w:rFonts w:ascii="Arial" w:hAnsi="Arial"/>
        </w:rPr>
        <w:t xml:space="preserve">) → </w:t>
      </w:r>
      <w:proofErr w:type="spellStart"/>
      <w:r w:rsidRPr="00A7252F">
        <w:rPr>
          <w:rFonts w:ascii="Arial" w:hAnsi="Arial"/>
        </w:rPr>
        <w:t>KCl</w:t>
      </w:r>
      <w:proofErr w:type="spellEnd"/>
      <w:r w:rsidRPr="00A7252F">
        <w:rPr>
          <w:rFonts w:ascii="Arial" w:hAnsi="Arial"/>
        </w:rPr>
        <w:t>(</w:t>
      </w:r>
      <w:proofErr w:type="spellStart"/>
      <w:r w:rsidRPr="00A7252F">
        <w:rPr>
          <w:rFonts w:ascii="Arial" w:hAnsi="Arial"/>
        </w:rPr>
        <w:t>aq</w:t>
      </w:r>
      <w:proofErr w:type="spellEnd"/>
      <w:r w:rsidRPr="00A7252F">
        <w:rPr>
          <w:rFonts w:ascii="Arial" w:hAnsi="Arial"/>
        </w:rPr>
        <w:t>) + H₂O(l)</w:t>
      </w:r>
      <w:r w:rsidRPr="00A7252F">
        <w:rPr>
          <w:rFonts w:ascii="Arial" w:hAnsi="Arial"/>
        </w:rPr>
        <w:br/>
      </w:r>
      <w:r w:rsidRPr="00A7252F">
        <w:rPr>
          <w:rFonts w:ascii="Arial" w:hAnsi="Arial"/>
          <w:b/>
        </w:rPr>
        <w:t xml:space="preserve">• Massa Target </w:t>
      </w:r>
      <w:proofErr w:type="spellStart"/>
      <w:r w:rsidRPr="00A7252F">
        <w:rPr>
          <w:rFonts w:ascii="Arial" w:hAnsi="Arial"/>
          <w:b/>
        </w:rPr>
        <w:t>KCl</w:t>
      </w:r>
      <w:proofErr w:type="spellEnd"/>
      <w:r w:rsidRPr="00A7252F">
        <w:rPr>
          <w:rFonts w:ascii="Arial" w:hAnsi="Arial"/>
          <w:b/>
        </w:rPr>
        <w:t xml:space="preserve">: </w:t>
      </w:r>
      <w:r w:rsidRPr="00A7252F">
        <w:rPr>
          <w:rFonts w:ascii="Arial" w:hAnsi="Arial"/>
        </w:rPr>
        <w:t>29,8 gram</w:t>
      </w:r>
      <w:r w:rsidRPr="00A7252F">
        <w:rPr>
          <w:rFonts w:ascii="Arial" w:hAnsi="Arial"/>
        </w:rPr>
        <w:br/>
      </w:r>
      <w:r w:rsidRPr="00A7252F">
        <w:rPr>
          <w:rFonts w:ascii="Arial" w:hAnsi="Arial"/>
          <w:b/>
        </w:rPr>
        <w:t xml:space="preserve">• </w:t>
      </w:r>
      <w:proofErr w:type="spellStart"/>
      <w:r w:rsidRPr="00A7252F">
        <w:rPr>
          <w:rFonts w:ascii="Arial" w:hAnsi="Arial"/>
        </w:rPr>
        <w:t>Ar</w:t>
      </w:r>
      <w:proofErr w:type="spellEnd"/>
      <w:r w:rsidRPr="00A7252F">
        <w:rPr>
          <w:rFonts w:ascii="Arial" w:hAnsi="Arial"/>
        </w:rPr>
        <w:t xml:space="preserve"> K = 39, Cl = 35,5  ⇒  </w:t>
      </w:r>
      <w:proofErr w:type="spellStart"/>
      <w:r w:rsidRPr="00A7252F">
        <w:rPr>
          <w:rFonts w:ascii="Arial" w:hAnsi="Arial"/>
        </w:rPr>
        <w:t>Mr</w:t>
      </w:r>
      <w:proofErr w:type="spellEnd"/>
      <w:r w:rsidRPr="00A7252F">
        <w:rPr>
          <w:rFonts w:ascii="Arial" w:hAnsi="Arial"/>
        </w:rPr>
        <w:t xml:space="preserve"> </w:t>
      </w:r>
      <w:proofErr w:type="spellStart"/>
      <w:r w:rsidRPr="00A7252F">
        <w:rPr>
          <w:rFonts w:ascii="Arial" w:hAnsi="Arial"/>
        </w:rPr>
        <w:t>KCl</w:t>
      </w:r>
      <w:proofErr w:type="spellEnd"/>
      <w:r w:rsidRPr="00A7252F">
        <w:rPr>
          <w:rFonts w:ascii="Arial" w:hAnsi="Arial"/>
        </w:rPr>
        <w:t xml:space="preserve"> = 39 + 35,5 = 74,5 g/mol</w:t>
      </w:r>
      <w:r w:rsidRPr="00A7252F">
        <w:rPr>
          <w:rFonts w:ascii="Arial" w:hAnsi="Arial"/>
        </w:rPr>
        <w:br/>
      </w:r>
      <w:r w:rsidRPr="00A7252F">
        <w:rPr>
          <w:rFonts w:ascii="Arial" w:hAnsi="Arial"/>
          <w:b/>
        </w:rPr>
        <w:t xml:space="preserve">• Mol </w:t>
      </w:r>
      <w:proofErr w:type="spellStart"/>
      <w:r w:rsidRPr="00A7252F">
        <w:rPr>
          <w:rFonts w:ascii="Arial" w:hAnsi="Arial"/>
          <w:b/>
        </w:rPr>
        <w:t>KCl</w:t>
      </w:r>
      <w:proofErr w:type="spellEnd"/>
      <w:r w:rsidRPr="00A7252F">
        <w:rPr>
          <w:rFonts w:ascii="Arial" w:hAnsi="Arial"/>
          <w:b/>
        </w:rPr>
        <w:t xml:space="preserve"> yang </w:t>
      </w:r>
      <w:proofErr w:type="spellStart"/>
      <w:r w:rsidRPr="00A7252F">
        <w:rPr>
          <w:rFonts w:ascii="Arial" w:hAnsi="Arial"/>
          <w:b/>
        </w:rPr>
        <w:t>diperlukan</w:t>
      </w:r>
      <w:proofErr w:type="spellEnd"/>
      <w:r w:rsidRPr="00A7252F">
        <w:rPr>
          <w:rFonts w:ascii="Arial" w:hAnsi="Arial"/>
          <w:b/>
        </w:rPr>
        <w:t xml:space="preserve"> (n): </w:t>
      </w:r>
      <w:r w:rsidRPr="00A7252F">
        <w:rPr>
          <w:rFonts w:ascii="Arial" w:hAnsi="Arial"/>
        </w:rPr>
        <w:t xml:space="preserve">n = Massa / </w:t>
      </w:r>
      <w:proofErr w:type="spellStart"/>
      <w:r w:rsidRPr="00A7252F">
        <w:rPr>
          <w:rFonts w:ascii="Arial" w:hAnsi="Arial"/>
        </w:rPr>
        <w:t>Mr</w:t>
      </w:r>
      <w:proofErr w:type="spellEnd"/>
      <w:r w:rsidRPr="00A7252F">
        <w:rPr>
          <w:rFonts w:ascii="Arial" w:hAnsi="Arial"/>
        </w:rPr>
        <w:t xml:space="preserve"> = 29,8 g / 74,5 g/mol = 0,4 mol</w:t>
      </w:r>
      <w:r w:rsidRPr="00A7252F">
        <w:rPr>
          <w:rFonts w:ascii="Arial" w:hAnsi="Arial"/>
        </w:rPr>
        <w:br/>
        <w:t xml:space="preserve">Karena </w:t>
      </w:r>
      <w:proofErr w:type="spellStart"/>
      <w:r w:rsidRPr="00A7252F">
        <w:rPr>
          <w:rFonts w:ascii="Arial" w:hAnsi="Arial"/>
        </w:rPr>
        <w:t>koefisien</w:t>
      </w:r>
      <w:proofErr w:type="spellEnd"/>
      <w:r w:rsidRPr="00A7252F">
        <w:rPr>
          <w:rFonts w:ascii="Arial" w:hAnsi="Arial"/>
        </w:rPr>
        <w:t xml:space="preserve"> </w:t>
      </w:r>
      <w:proofErr w:type="spellStart"/>
      <w:r w:rsidRPr="00A7252F">
        <w:rPr>
          <w:rFonts w:ascii="Arial" w:hAnsi="Arial"/>
        </w:rPr>
        <w:t>reaksi</w:t>
      </w:r>
      <w:proofErr w:type="spellEnd"/>
      <w:r w:rsidRPr="00A7252F">
        <w:rPr>
          <w:rFonts w:ascii="Arial" w:hAnsi="Arial"/>
        </w:rPr>
        <w:t xml:space="preserve"> KOH, HCl, dan KCl berbanding 1 : 1 : 1, maka untuk menghasilkan tepat 0,4 mol KCl, diperlukan reaktan pembatas (KOH dan HCl yang habis bereaksi) masing-masing sebanyak 0,4 mol.</w:t>
      </w:r>
    </w:p>
    <w:p w14:paraId="26095DA6" w14:textId="77777777" w:rsidR="004F5376" w:rsidRPr="00A7252F" w:rsidRDefault="004F5376">
      <w:pPr>
        <w:spacing w:before="240" w:after="120"/>
      </w:pPr>
      <w:r w:rsidRPr="00A7252F">
        <w:rPr>
          <w:rFonts w:ascii="Arial" w:hAnsi="Arial"/>
          <w:b/>
          <w:sz w:val="26"/>
        </w:rPr>
        <w:t>2. Analisis Kandungan Larutan dalam Botol</w:t>
      </w:r>
    </w:p>
    <w:tbl>
      <w:tblPr>
        <w:tblW w:w="0" w:type="auto"/>
        <w:jc w:val="center"/>
        <w:tblLook w:val="04A0" w:firstRow="1" w:lastRow="0" w:firstColumn="1" w:lastColumn="0" w:noHBand="0" w:noVBand="1"/>
      </w:tblPr>
      <w:tblGrid>
        <w:gridCol w:w="9360"/>
      </w:tblGrid>
      <w:tr w:rsidR="00A7252F" w:rsidRPr="00A7252F" w14:paraId="37B71E88" w14:textId="77777777">
        <w:trPr>
          <w:jc w:val="center"/>
        </w:trPr>
        <w:tc>
          <w:tcPr>
            <w:tcW w:w="9360" w:type="dxa"/>
            <w:shd w:val="clear" w:color="auto" w:fill="F0F4F8"/>
            <w:tcMar>
              <w:top w:w="140" w:type="dxa"/>
              <w:left w:w="200" w:type="dxa"/>
              <w:bottom w:w="140" w:type="dxa"/>
              <w:right w:w="200" w:type="dxa"/>
            </w:tcMar>
          </w:tcPr>
          <w:p w14:paraId="505A6A91" w14:textId="77777777" w:rsidR="004F5376" w:rsidRPr="00A7252F" w:rsidRDefault="004F5376">
            <w:r w:rsidRPr="00A7252F">
              <w:rPr>
                <w:rFonts w:ascii="Arial" w:hAnsi="Arial"/>
                <w:b/>
              </w:rPr>
              <w:t>• Botol A : HCl 1 M</w:t>
            </w:r>
            <w:r w:rsidRPr="00A7252F">
              <w:rPr>
                <w:rFonts w:ascii="Arial" w:hAnsi="Arial"/>
                <w:b/>
              </w:rPr>
              <w:br/>
              <w:t>• Botol B : HCl 2 M</w:t>
            </w:r>
            <w:r w:rsidRPr="00A7252F">
              <w:rPr>
                <w:rFonts w:ascii="Arial" w:hAnsi="Arial"/>
                <w:b/>
              </w:rPr>
              <w:br/>
              <w:t>• Botol C : KOH 1 M</w:t>
            </w:r>
            <w:r w:rsidRPr="00A7252F">
              <w:rPr>
                <w:rFonts w:ascii="Arial" w:hAnsi="Arial"/>
                <w:b/>
              </w:rPr>
              <w:br/>
              <w:t>• Botol D : KOH 2 M</w:t>
            </w:r>
            <w:r w:rsidRPr="00A7252F">
              <w:rPr>
                <w:rFonts w:ascii="Arial" w:hAnsi="Arial"/>
                <w:b/>
              </w:rPr>
              <w:br/>
            </w:r>
            <w:r w:rsidRPr="00A7252F">
              <w:rPr>
                <w:rFonts w:ascii="Arial" w:hAnsi="Arial"/>
                <w:b/>
              </w:rPr>
              <w:br/>
              <w:t>Rumus Mol: Mol = Molaritas (M) × Volume (liter)</w:t>
            </w:r>
          </w:p>
        </w:tc>
      </w:tr>
    </w:tbl>
    <w:p w14:paraId="381EF0D1" w14:textId="77777777" w:rsidR="004F5376" w:rsidRPr="00A7252F" w:rsidRDefault="004F5376">
      <w:pPr>
        <w:spacing w:before="240" w:after="120"/>
      </w:pPr>
      <w:r w:rsidRPr="00A7252F">
        <w:rPr>
          <w:rFonts w:ascii="Arial" w:hAnsi="Arial"/>
          <w:b/>
          <w:sz w:val="26"/>
        </w:rPr>
        <w:t>3. Evaluasi Setiap Pernyataan</w:t>
      </w:r>
    </w:p>
    <w:p w14:paraId="160951E1" w14:textId="77777777" w:rsidR="004F5376" w:rsidRPr="00A7252F" w:rsidRDefault="004F5376">
      <w:pPr>
        <w:spacing w:after="240"/>
        <w:rPr>
          <w:rFonts w:ascii="Arial" w:hAnsi="Arial"/>
        </w:rPr>
      </w:pPr>
      <w:r w:rsidRPr="00A7252F">
        <w:rPr>
          <w:rFonts w:ascii="Arial" w:hAnsi="Arial"/>
          <w:b/>
        </w:rPr>
        <w:t>1. 300 mL larutan dari botol B + 200 mL larutan dari botol C</w:t>
      </w:r>
      <w:r w:rsidRPr="00A7252F">
        <w:rPr>
          <w:rFonts w:ascii="Arial" w:hAnsi="Arial"/>
          <w:b/>
        </w:rPr>
        <w:br/>
      </w:r>
      <w:r w:rsidRPr="00A7252F">
        <w:rPr>
          <w:rFonts w:ascii="Arial" w:hAnsi="Arial"/>
        </w:rPr>
        <w:t xml:space="preserve">   • Mol HCl (Botol B, 2 M) = 2 M × 0,3 L = 0,6 mol</w:t>
      </w:r>
      <w:r w:rsidRPr="00A7252F">
        <w:rPr>
          <w:rFonts w:ascii="Arial" w:hAnsi="Arial"/>
        </w:rPr>
        <w:br/>
        <w:t xml:space="preserve">   • Mol KOH (Botol C, 1 M) = 1 M × 0,2 L = 0,2 mol</w:t>
      </w:r>
      <w:r w:rsidRPr="00A7252F">
        <w:rPr>
          <w:rFonts w:ascii="Arial" w:hAnsi="Arial"/>
        </w:rPr>
        <w:br/>
        <w:t xml:space="preserve">   • KCl yang terbentuk mengikuti pereaksi pembatas terkecil, yaitu 0,2 mol (Tidak sesuai target 0,4 mol).</w:t>
      </w:r>
      <w:r w:rsidRPr="00A7252F">
        <w:rPr>
          <w:rFonts w:ascii="Arial" w:hAnsi="Arial"/>
        </w:rPr>
        <w:br/>
        <w:t xml:space="preserve">   ⇒ Status: SALAH</w:t>
      </w:r>
      <w:r w:rsidRPr="00A7252F">
        <w:rPr>
          <w:rFonts w:ascii="Arial" w:hAnsi="Arial"/>
        </w:rPr>
        <w:br/>
      </w:r>
      <w:r w:rsidRPr="00A7252F">
        <w:rPr>
          <w:rFonts w:ascii="Arial" w:hAnsi="Arial"/>
        </w:rPr>
        <w:br/>
      </w:r>
      <w:r w:rsidRPr="00A7252F">
        <w:rPr>
          <w:rFonts w:ascii="Arial" w:hAnsi="Arial"/>
          <w:b/>
        </w:rPr>
        <w:t>2. 200 mL larutan dari botol B + 300 mL larutan dari botol D</w:t>
      </w:r>
      <w:r w:rsidRPr="00A7252F">
        <w:rPr>
          <w:rFonts w:ascii="Arial" w:hAnsi="Arial"/>
          <w:b/>
        </w:rPr>
        <w:br/>
      </w:r>
      <w:r w:rsidRPr="00A7252F">
        <w:rPr>
          <w:rFonts w:ascii="Arial" w:hAnsi="Arial"/>
        </w:rPr>
        <w:t xml:space="preserve">   • Mol HCl (Botol B, 2 M) = 2 M × 0,2 L = 0,4 mol</w:t>
      </w:r>
      <w:r w:rsidRPr="00A7252F">
        <w:rPr>
          <w:rFonts w:ascii="Arial" w:hAnsi="Arial"/>
        </w:rPr>
        <w:br/>
        <w:t xml:space="preserve">   • Mol KOH (Botol D, 2 M) = 2 M × 0,3 L = 0,6 mol</w:t>
      </w:r>
      <w:r w:rsidRPr="00A7252F">
        <w:rPr>
          <w:rFonts w:ascii="Arial" w:hAnsi="Arial"/>
        </w:rPr>
        <w:br/>
        <w:t xml:space="preserve">   • KCl yang terbentuk mengikuti pereaksi pembatas HCl, yaitu tepat 0,4 mol.</w:t>
      </w:r>
      <w:r w:rsidRPr="00A7252F">
        <w:rPr>
          <w:rFonts w:ascii="Arial" w:hAnsi="Arial"/>
        </w:rPr>
        <w:br/>
        <w:t xml:space="preserve">   ⇒ Status: BENAR</w:t>
      </w:r>
      <w:r w:rsidRPr="00A7252F">
        <w:rPr>
          <w:rFonts w:ascii="Arial" w:hAnsi="Arial"/>
        </w:rPr>
        <w:br/>
      </w:r>
      <w:r w:rsidRPr="00A7252F">
        <w:rPr>
          <w:rFonts w:ascii="Arial" w:hAnsi="Arial"/>
        </w:rPr>
        <w:br/>
      </w:r>
      <w:r w:rsidRPr="00A7252F">
        <w:rPr>
          <w:rFonts w:ascii="Arial" w:hAnsi="Arial"/>
          <w:b/>
        </w:rPr>
        <w:t>3. 400 mL larutan dari botol A + 500 mL larutan dari botol C</w:t>
      </w:r>
      <w:r w:rsidRPr="00A7252F">
        <w:rPr>
          <w:rFonts w:ascii="Arial" w:hAnsi="Arial"/>
          <w:b/>
        </w:rPr>
        <w:br/>
      </w:r>
      <w:r w:rsidRPr="00A7252F">
        <w:rPr>
          <w:rFonts w:ascii="Arial" w:hAnsi="Arial"/>
        </w:rPr>
        <w:t xml:space="preserve">   • Mol HCl (Botol A, 1 M) = 1 M × 0,4 L = 0,4 mol</w:t>
      </w:r>
      <w:r w:rsidRPr="00A7252F">
        <w:rPr>
          <w:rFonts w:ascii="Arial" w:hAnsi="Arial"/>
        </w:rPr>
        <w:br/>
        <w:t xml:space="preserve">   • Mol KOH (Botol C, 1 M) = 1 M × 0,5 L = 0,5 mol</w:t>
      </w:r>
      <w:r w:rsidRPr="00A7252F">
        <w:rPr>
          <w:rFonts w:ascii="Arial" w:hAnsi="Arial"/>
        </w:rPr>
        <w:br/>
        <w:t xml:space="preserve">   • KCl yang terbentuk mengikuti pereaksi pembatas HCl, yaitu tepat 0,4 mol.</w:t>
      </w:r>
      <w:r w:rsidRPr="00A7252F">
        <w:rPr>
          <w:rFonts w:ascii="Arial" w:hAnsi="Arial"/>
        </w:rPr>
        <w:br/>
        <w:t xml:space="preserve">   ⇒ Status: BENAR</w:t>
      </w:r>
    </w:p>
    <w:p w14:paraId="767936E8" w14:textId="77777777" w:rsidR="004F5376" w:rsidRPr="00A7252F" w:rsidRDefault="004F5376">
      <w:pPr>
        <w:spacing w:after="240"/>
        <w:rPr>
          <w:rFonts w:ascii="Arial" w:hAnsi="Arial"/>
        </w:rPr>
      </w:pPr>
    </w:p>
    <w:p w14:paraId="5B2B685E" w14:textId="77777777" w:rsidR="004F5376" w:rsidRPr="00A7252F" w:rsidRDefault="004F5376">
      <w:pPr>
        <w:spacing w:after="240"/>
        <w:rPr>
          <w:rFonts w:ascii="Arial" w:hAnsi="Arial"/>
        </w:rPr>
      </w:pPr>
    </w:p>
    <w:p w14:paraId="2C8E93DE" w14:textId="77777777" w:rsidR="004F5376" w:rsidRPr="00A7252F" w:rsidRDefault="004F5376">
      <w:pPr>
        <w:spacing w:after="240"/>
      </w:pPr>
    </w:p>
    <w:p w14:paraId="7E96D0F1" w14:textId="77777777" w:rsidR="004F5376" w:rsidRPr="00A7252F" w:rsidRDefault="004F5376">
      <w:pPr>
        <w:spacing w:before="240" w:after="120"/>
      </w:pPr>
      <w:r w:rsidRPr="00A7252F">
        <w:rPr>
          <w:rFonts w:ascii="Arial" w:hAnsi="Arial"/>
          <w:b/>
          <w:sz w:val="26"/>
        </w:rPr>
        <w:lastRenderedPageBreak/>
        <w:t>4. Tabel Penilaian Akhir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440"/>
        <w:gridCol w:w="1440"/>
      </w:tblGrid>
      <w:tr w:rsidR="00A7252F" w:rsidRPr="00A7252F" w14:paraId="6030A391" w14:textId="77777777" w:rsidTr="004F5376">
        <w:trPr>
          <w:jc w:val="center"/>
        </w:trPr>
        <w:tc>
          <w:tcPr>
            <w:tcW w:w="5040" w:type="dxa"/>
            <w:shd w:val="clear" w:color="auto" w:fill="1E5A8C"/>
            <w:tcMar>
              <w:top w:w="120" w:type="dxa"/>
              <w:left w:w="150" w:type="dxa"/>
              <w:bottom w:w="120" w:type="dxa"/>
              <w:right w:w="150" w:type="dxa"/>
            </w:tcMar>
          </w:tcPr>
          <w:p w14:paraId="7ADAB432" w14:textId="77777777" w:rsidR="004F5376" w:rsidRPr="00A7252F" w:rsidRDefault="004F5376" w:rsidP="004F5376">
            <w:pPr>
              <w:jc w:val="center"/>
              <w:rPr>
                <w:b/>
                <w:sz w:val="24"/>
                <w:szCs w:val="24"/>
              </w:rPr>
            </w:pPr>
            <w:r w:rsidRPr="00A7252F">
              <w:rPr>
                <w:rFonts w:ascii="Arial" w:hAnsi="Arial"/>
                <w:b/>
                <w:sz w:val="24"/>
                <w:szCs w:val="24"/>
              </w:rPr>
              <w:t>Pernyataan</w:t>
            </w:r>
          </w:p>
        </w:tc>
        <w:tc>
          <w:tcPr>
            <w:tcW w:w="1440" w:type="dxa"/>
            <w:shd w:val="clear" w:color="auto" w:fill="1E5A8C"/>
            <w:tcMar>
              <w:top w:w="120" w:type="dxa"/>
              <w:left w:w="150" w:type="dxa"/>
              <w:bottom w:w="120" w:type="dxa"/>
              <w:right w:w="150" w:type="dxa"/>
            </w:tcMar>
          </w:tcPr>
          <w:p w14:paraId="333FCBBD" w14:textId="77777777" w:rsidR="004F5376" w:rsidRPr="00A7252F" w:rsidRDefault="004F5376">
            <w:pPr>
              <w:jc w:val="center"/>
              <w:rPr>
                <w:b/>
                <w:sz w:val="24"/>
                <w:szCs w:val="24"/>
              </w:rPr>
            </w:pPr>
            <w:r w:rsidRPr="00A7252F">
              <w:rPr>
                <w:rFonts w:ascii="Arial" w:hAnsi="Arial"/>
                <w:b/>
                <w:sz w:val="24"/>
                <w:szCs w:val="24"/>
              </w:rPr>
              <w:t>Benar</w:t>
            </w:r>
          </w:p>
        </w:tc>
        <w:tc>
          <w:tcPr>
            <w:tcW w:w="1440" w:type="dxa"/>
            <w:shd w:val="clear" w:color="auto" w:fill="1E5A8C"/>
            <w:tcMar>
              <w:top w:w="120" w:type="dxa"/>
              <w:left w:w="150" w:type="dxa"/>
              <w:bottom w:w="120" w:type="dxa"/>
              <w:right w:w="150" w:type="dxa"/>
            </w:tcMar>
          </w:tcPr>
          <w:p w14:paraId="3177E8F4" w14:textId="77777777" w:rsidR="004F5376" w:rsidRPr="00A7252F" w:rsidRDefault="004F5376">
            <w:pPr>
              <w:jc w:val="center"/>
              <w:rPr>
                <w:b/>
                <w:sz w:val="24"/>
                <w:szCs w:val="24"/>
              </w:rPr>
            </w:pPr>
            <w:r w:rsidRPr="00A7252F">
              <w:rPr>
                <w:rFonts w:ascii="Arial" w:hAnsi="Arial"/>
                <w:b/>
                <w:sz w:val="24"/>
                <w:szCs w:val="24"/>
              </w:rPr>
              <w:t>Salah</w:t>
            </w:r>
          </w:p>
        </w:tc>
      </w:tr>
      <w:tr w:rsidR="00A7252F" w:rsidRPr="00A7252F" w14:paraId="2DBE17B0" w14:textId="77777777" w:rsidTr="004F5376">
        <w:trPr>
          <w:jc w:val="center"/>
        </w:trPr>
        <w:tc>
          <w:tcPr>
            <w:tcW w:w="5040" w:type="dxa"/>
            <w:shd w:val="clear" w:color="auto" w:fill="F9FBFD"/>
            <w:tcMar>
              <w:top w:w="100" w:type="dxa"/>
              <w:left w:w="150" w:type="dxa"/>
              <w:bottom w:w="100" w:type="dxa"/>
              <w:right w:w="150" w:type="dxa"/>
            </w:tcMar>
          </w:tcPr>
          <w:p w14:paraId="44FFE417" w14:textId="77777777" w:rsidR="004F5376" w:rsidRPr="00A7252F" w:rsidRDefault="004F5376">
            <w:pPr>
              <w:rPr>
                <w:b/>
              </w:rPr>
            </w:pPr>
            <w:r w:rsidRPr="00A7252F">
              <w:rPr>
                <w:rFonts w:ascii="Arial" w:hAnsi="Arial"/>
                <w:b/>
              </w:rPr>
              <w:t xml:space="preserve">300 mL </w:t>
            </w:r>
            <w:proofErr w:type="spellStart"/>
            <w:r w:rsidRPr="00A7252F">
              <w:rPr>
                <w:rFonts w:ascii="Arial" w:hAnsi="Arial"/>
                <w:b/>
              </w:rPr>
              <w:t>larutan</w:t>
            </w:r>
            <w:proofErr w:type="spellEnd"/>
            <w:r w:rsidRPr="00A7252F">
              <w:rPr>
                <w:rFonts w:ascii="Arial" w:hAnsi="Arial"/>
                <w:b/>
              </w:rPr>
              <w:t xml:space="preserve"> </w:t>
            </w:r>
            <w:proofErr w:type="spellStart"/>
            <w:r w:rsidRPr="00A7252F">
              <w:rPr>
                <w:rFonts w:ascii="Arial" w:hAnsi="Arial"/>
                <w:b/>
              </w:rPr>
              <w:t>dari</w:t>
            </w:r>
            <w:proofErr w:type="spellEnd"/>
            <w:r w:rsidRPr="00A7252F">
              <w:rPr>
                <w:rFonts w:ascii="Arial" w:hAnsi="Arial"/>
                <w:b/>
              </w:rPr>
              <w:t xml:space="preserve"> </w:t>
            </w:r>
            <w:proofErr w:type="spellStart"/>
            <w:r w:rsidRPr="00A7252F">
              <w:rPr>
                <w:rFonts w:ascii="Arial" w:hAnsi="Arial"/>
                <w:b/>
              </w:rPr>
              <w:t>botol</w:t>
            </w:r>
            <w:proofErr w:type="spellEnd"/>
            <w:r w:rsidRPr="00A7252F">
              <w:rPr>
                <w:rFonts w:ascii="Arial" w:hAnsi="Arial"/>
                <w:b/>
              </w:rPr>
              <w:t xml:space="preserve"> B + 200 mL larutan dari botol C.</w:t>
            </w:r>
          </w:p>
        </w:tc>
        <w:tc>
          <w:tcPr>
            <w:tcW w:w="1440" w:type="dxa"/>
            <w:shd w:val="clear" w:color="auto" w:fill="F9FBFD"/>
            <w:tcMar>
              <w:top w:w="100" w:type="dxa"/>
              <w:left w:w="150" w:type="dxa"/>
              <w:bottom w:w="100" w:type="dxa"/>
              <w:right w:w="150" w:type="dxa"/>
            </w:tcMar>
          </w:tcPr>
          <w:p w14:paraId="27DE2E35" w14:textId="77777777" w:rsidR="004F5376" w:rsidRPr="00A7252F" w:rsidRDefault="004F5376">
            <w:pPr>
              <w:jc w:val="center"/>
              <w:rPr>
                <w:b/>
              </w:rPr>
            </w:pPr>
          </w:p>
        </w:tc>
        <w:tc>
          <w:tcPr>
            <w:tcW w:w="1440" w:type="dxa"/>
            <w:shd w:val="clear" w:color="auto" w:fill="F9FBFD"/>
            <w:tcMar>
              <w:top w:w="100" w:type="dxa"/>
              <w:left w:w="150" w:type="dxa"/>
              <w:bottom w:w="100" w:type="dxa"/>
              <w:right w:w="150" w:type="dxa"/>
            </w:tcMar>
          </w:tcPr>
          <w:p w14:paraId="119F77A8" w14:textId="77777777" w:rsidR="004F5376" w:rsidRPr="00A7252F" w:rsidRDefault="004F5376">
            <w:pPr>
              <w:jc w:val="center"/>
              <w:rPr>
                <w:b/>
              </w:rPr>
            </w:pPr>
            <w:r w:rsidRPr="00A7252F">
              <w:rPr>
                <w:rFonts w:ascii="Arial" w:hAnsi="Arial"/>
                <w:b/>
              </w:rPr>
              <w:t>✔</w:t>
            </w:r>
          </w:p>
        </w:tc>
      </w:tr>
      <w:tr w:rsidR="00A7252F" w:rsidRPr="00A7252F" w14:paraId="04D4E9C2" w14:textId="77777777" w:rsidTr="004F5376">
        <w:trPr>
          <w:jc w:val="center"/>
        </w:trPr>
        <w:tc>
          <w:tcPr>
            <w:tcW w:w="5040" w:type="dxa"/>
            <w:shd w:val="clear" w:color="auto" w:fill="FFFFFF"/>
            <w:tcMar>
              <w:top w:w="100" w:type="dxa"/>
              <w:left w:w="150" w:type="dxa"/>
              <w:bottom w:w="100" w:type="dxa"/>
              <w:right w:w="150" w:type="dxa"/>
            </w:tcMar>
          </w:tcPr>
          <w:p w14:paraId="709F827E" w14:textId="77777777" w:rsidR="004F5376" w:rsidRPr="00A7252F" w:rsidRDefault="004F5376">
            <w:pPr>
              <w:rPr>
                <w:b/>
              </w:rPr>
            </w:pPr>
            <w:r w:rsidRPr="00A7252F">
              <w:rPr>
                <w:rFonts w:ascii="Arial" w:hAnsi="Arial"/>
                <w:b/>
              </w:rPr>
              <w:t xml:space="preserve">200 mL </w:t>
            </w:r>
            <w:proofErr w:type="spellStart"/>
            <w:r w:rsidRPr="00A7252F">
              <w:rPr>
                <w:rFonts w:ascii="Arial" w:hAnsi="Arial"/>
                <w:b/>
              </w:rPr>
              <w:t>larutan</w:t>
            </w:r>
            <w:proofErr w:type="spellEnd"/>
            <w:r w:rsidRPr="00A7252F">
              <w:rPr>
                <w:rFonts w:ascii="Arial" w:hAnsi="Arial"/>
                <w:b/>
              </w:rPr>
              <w:t xml:space="preserve"> </w:t>
            </w:r>
            <w:proofErr w:type="spellStart"/>
            <w:r w:rsidRPr="00A7252F">
              <w:rPr>
                <w:rFonts w:ascii="Arial" w:hAnsi="Arial"/>
                <w:b/>
              </w:rPr>
              <w:t>dari</w:t>
            </w:r>
            <w:proofErr w:type="spellEnd"/>
            <w:r w:rsidRPr="00A7252F">
              <w:rPr>
                <w:rFonts w:ascii="Arial" w:hAnsi="Arial"/>
                <w:b/>
              </w:rPr>
              <w:t xml:space="preserve"> </w:t>
            </w:r>
            <w:proofErr w:type="spellStart"/>
            <w:r w:rsidRPr="00A7252F">
              <w:rPr>
                <w:rFonts w:ascii="Arial" w:hAnsi="Arial"/>
                <w:b/>
              </w:rPr>
              <w:t>botol</w:t>
            </w:r>
            <w:proofErr w:type="spellEnd"/>
            <w:r w:rsidRPr="00A7252F">
              <w:rPr>
                <w:rFonts w:ascii="Arial" w:hAnsi="Arial"/>
                <w:b/>
              </w:rPr>
              <w:t xml:space="preserve"> B + 300 mL larutan dari botol D.</w:t>
            </w:r>
          </w:p>
        </w:tc>
        <w:tc>
          <w:tcPr>
            <w:tcW w:w="1440" w:type="dxa"/>
            <w:shd w:val="clear" w:color="auto" w:fill="FFFFFF"/>
            <w:tcMar>
              <w:top w:w="100" w:type="dxa"/>
              <w:left w:w="150" w:type="dxa"/>
              <w:bottom w:w="100" w:type="dxa"/>
              <w:right w:w="150" w:type="dxa"/>
            </w:tcMar>
          </w:tcPr>
          <w:p w14:paraId="325E0786" w14:textId="77777777" w:rsidR="004F5376" w:rsidRPr="00A7252F" w:rsidRDefault="004F5376">
            <w:pPr>
              <w:jc w:val="center"/>
              <w:rPr>
                <w:b/>
              </w:rPr>
            </w:pPr>
            <w:r w:rsidRPr="00A7252F">
              <w:rPr>
                <w:rFonts w:ascii="Arial" w:hAnsi="Arial"/>
                <w:b/>
              </w:rPr>
              <w:t>✔</w:t>
            </w:r>
          </w:p>
        </w:tc>
        <w:tc>
          <w:tcPr>
            <w:tcW w:w="1440" w:type="dxa"/>
            <w:shd w:val="clear" w:color="auto" w:fill="FFFFFF"/>
            <w:tcMar>
              <w:top w:w="100" w:type="dxa"/>
              <w:left w:w="150" w:type="dxa"/>
              <w:bottom w:w="100" w:type="dxa"/>
              <w:right w:w="150" w:type="dxa"/>
            </w:tcMar>
          </w:tcPr>
          <w:p w14:paraId="5C535AF2" w14:textId="77777777" w:rsidR="004F5376" w:rsidRPr="00A7252F" w:rsidRDefault="004F5376">
            <w:pPr>
              <w:jc w:val="center"/>
              <w:rPr>
                <w:b/>
              </w:rPr>
            </w:pPr>
          </w:p>
        </w:tc>
      </w:tr>
      <w:tr w:rsidR="00A7252F" w:rsidRPr="00A7252F" w14:paraId="1E4C7F62" w14:textId="77777777" w:rsidTr="004F5376">
        <w:trPr>
          <w:jc w:val="center"/>
        </w:trPr>
        <w:tc>
          <w:tcPr>
            <w:tcW w:w="5040" w:type="dxa"/>
            <w:shd w:val="clear" w:color="auto" w:fill="F9FBFD"/>
            <w:tcMar>
              <w:top w:w="100" w:type="dxa"/>
              <w:left w:w="150" w:type="dxa"/>
              <w:bottom w:w="100" w:type="dxa"/>
              <w:right w:w="150" w:type="dxa"/>
            </w:tcMar>
          </w:tcPr>
          <w:p w14:paraId="771863E8" w14:textId="77777777" w:rsidR="004F5376" w:rsidRPr="00A7252F" w:rsidRDefault="004F5376">
            <w:pPr>
              <w:rPr>
                <w:b/>
              </w:rPr>
            </w:pPr>
            <w:r w:rsidRPr="00A7252F">
              <w:rPr>
                <w:rFonts w:ascii="Arial" w:hAnsi="Arial"/>
                <w:b/>
              </w:rPr>
              <w:t xml:space="preserve">400 mL </w:t>
            </w:r>
            <w:proofErr w:type="spellStart"/>
            <w:r w:rsidRPr="00A7252F">
              <w:rPr>
                <w:rFonts w:ascii="Arial" w:hAnsi="Arial"/>
                <w:b/>
              </w:rPr>
              <w:t>larutan</w:t>
            </w:r>
            <w:proofErr w:type="spellEnd"/>
            <w:r w:rsidRPr="00A7252F">
              <w:rPr>
                <w:rFonts w:ascii="Arial" w:hAnsi="Arial"/>
                <w:b/>
              </w:rPr>
              <w:t xml:space="preserve"> </w:t>
            </w:r>
            <w:proofErr w:type="spellStart"/>
            <w:r w:rsidRPr="00A7252F">
              <w:rPr>
                <w:rFonts w:ascii="Arial" w:hAnsi="Arial"/>
                <w:b/>
              </w:rPr>
              <w:t>dari</w:t>
            </w:r>
            <w:proofErr w:type="spellEnd"/>
            <w:r w:rsidRPr="00A7252F">
              <w:rPr>
                <w:rFonts w:ascii="Arial" w:hAnsi="Arial"/>
                <w:b/>
              </w:rPr>
              <w:t xml:space="preserve"> </w:t>
            </w:r>
            <w:proofErr w:type="spellStart"/>
            <w:r w:rsidRPr="00A7252F">
              <w:rPr>
                <w:rFonts w:ascii="Arial" w:hAnsi="Arial"/>
                <w:b/>
              </w:rPr>
              <w:t>botol</w:t>
            </w:r>
            <w:proofErr w:type="spellEnd"/>
            <w:r w:rsidRPr="00A7252F">
              <w:rPr>
                <w:rFonts w:ascii="Arial" w:hAnsi="Arial"/>
                <w:b/>
              </w:rPr>
              <w:t xml:space="preserve"> A + 500 mL larutan dari botol C.</w:t>
            </w:r>
          </w:p>
        </w:tc>
        <w:tc>
          <w:tcPr>
            <w:tcW w:w="1440" w:type="dxa"/>
            <w:shd w:val="clear" w:color="auto" w:fill="F9FBFD"/>
            <w:tcMar>
              <w:top w:w="100" w:type="dxa"/>
              <w:left w:w="150" w:type="dxa"/>
              <w:bottom w:w="100" w:type="dxa"/>
              <w:right w:w="150" w:type="dxa"/>
            </w:tcMar>
          </w:tcPr>
          <w:p w14:paraId="7DBDB077" w14:textId="77777777" w:rsidR="004F5376" w:rsidRPr="00A7252F" w:rsidRDefault="004F5376">
            <w:pPr>
              <w:jc w:val="center"/>
              <w:rPr>
                <w:b/>
              </w:rPr>
            </w:pPr>
            <w:r w:rsidRPr="00A7252F">
              <w:rPr>
                <w:rFonts w:ascii="Arial" w:hAnsi="Arial"/>
                <w:b/>
              </w:rPr>
              <w:t>✔</w:t>
            </w:r>
          </w:p>
        </w:tc>
        <w:tc>
          <w:tcPr>
            <w:tcW w:w="1440" w:type="dxa"/>
            <w:shd w:val="clear" w:color="auto" w:fill="F9FBFD"/>
            <w:tcMar>
              <w:top w:w="100" w:type="dxa"/>
              <w:left w:w="150" w:type="dxa"/>
              <w:bottom w:w="100" w:type="dxa"/>
              <w:right w:w="150" w:type="dxa"/>
            </w:tcMar>
          </w:tcPr>
          <w:p w14:paraId="7127C8BA" w14:textId="77777777" w:rsidR="004F5376" w:rsidRPr="00A7252F" w:rsidRDefault="004F5376">
            <w:pPr>
              <w:jc w:val="center"/>
              <w:rPr>
                <w:b/>
              </w:rPr>
            </w:pPr>
          </w:p>
        </w:tc>
      </w:tr>
    </w:tbl>
    <w:p w14:paraId="77BF9728" w14:textId="77777777" w:rsidR="004F5376" w:rsidRPr="00A7252F" w:rsidRDefault="004F5376"/>
    <w:p w14:paraId="24B6A93A" w14:textId="77777777" w:rsidR="004F5376" w:rsidRPr="00A7252F" w:rsidRDefault="004F5376"/>
    <w:p w14:paraId="409C8A16" w14:textId="77777777" w:rsidR="004F5376" w:rsidRPr="00A7252F" w:rsidRDefault="004F5376"/>
    <w:p w14:paraId="15F12379" w14:textId="77777777" w:rsidR="004F5376" w:rsidRPr="00A7252F" w:rsidRDefault="004F5376"/>
    <w:p w14:paraId="65BB9FC6" w14:textId="77777777" w:rsidR="004F5376" w:rsidRPr="00A7252F" w:rsidRDefault="004F5376"/>
    <w:p w14:paraId="4F977908" w14:textId="77777777" w:rsidR="004F5376" w:rsidRPr="00A7252F" w:rsidRDefault="004F5376"/>
    <w:p w14:paraId="1D57992F" w14:textId="77777777" w:rsidR="004F5376" w:rsidRPr="00A7252F" w:rsidRDefault="004F5376"/>
    <w:p w14:paraId="3D8B9665" w14:textId="77777777" w:rsidR="004F5376" w:rsidRPr="00A7252F" w:rsidRDefault="004F5376"/>
    <w:p w14:paraId="65836B28" w14:textId="77777777" w:rsidR="004F5376" w:rsidRPr="00A7252F" w:rsidRDefault="004F5376"/>
    <w:p w14:paraId="4C6826BA" w14:textId="77777777" w:rsidR="004F5376" w:rsidRPr="00A7252F" w:rsidRDefault="004F5376"/>
    <w:p w14:paraId="3FE6DC2E" w14:textId="77777777" w:rsidR="004F5376" w:rsidRPr="00A7252F" w:rsidRDefault="004F5376"/>
    <w:p w14:paraId="1EEEC362" w14:textId="77777777" w:rsidR="004F5376" w:rsidRPr="00A7252F" w:rsidRDefault="004F5376"/>
    <w:p w14:paraId="113FA1A6" w14:textId="77777777" w:rsidR="004F5376" w:rsidRPr="00A7252F" w:rsidRDefault="004F5376"/>
    <w:p w14:paraId="2EF72005" w14:textId="77777777" w:rsidR="004F5376" w:rsidRPr="00A7252F" w:rsidRDefault="004F5376"/>
    <w:p w14:paraId="24D10696" w14:textId="77777777" w:rsidR="004F5376" w:rsidRPr="00A7252F" w:rsidRDefault="004F5376"/>
    <w:p w14:paraId="670FDE47" w14:textId="77777777" w:rsidR="004F5376" w:rsidRPr="00A7252F" w:rsidRDefault="004F5376"/>
    <w:p w14:paraId="33CAA433" w14:textId="77777777" w:rsidR="004F5376" w:rsidRPr="00A7252F" w:rsidRDefault="004F5376"/>
    <w:p w14:paraId="1C641DDA" w14:textId="77777777" w:rsidR="004F5376" w:rsidRPr="00A7252F" w:rsidRDefault="004F5376"/>
    <w:p w14:paraId="0D79F238" w14:textId="77777777" w:rsidR="004F5376" w:rsidRPr="00A7252F" w:rsidRDefault="004F5376"/>
    <w:p w14:paraId="3EF8F7D5" w14:textId="77777777" w:rsidR="004F5376" w:rsidRPr="00A7252F" w:rsidRDefault="004F5376"/>
    <w:p w14:paraId="2515FC6D" w14:textId="77777777" w:rsidR="004F5376" w:rsidRPr="00A7252F" w:rsidRDefault="004F5376"/>
    <w:p w14:paraId="0239D0A9" w14:textId="66A0114C" w:rsidR="004F5376" w:rsidRPr="00A7252F" w:rsidRDefault="004F5376">
      <w:pPr>
        <w:spacing w:after="360"/>
        <w:jc w:val="center"/>
      </w:pPr>
      <w:r w:rsidRPr="00A7252F">
        <w:rPr>
          <w:rFonts w:ascii="Arial" w:hAnsi="Arial"/>
          <w:b/>
          <w:sz w:val="30"/>
        </w:rPr>
        <w:lastRenderedPageBreak/>
        <w:t>PEMBAHASAN SOAL KIMIA SOAL NO</w:t>
      </w:r>
      <w:r w:rsidR="00823B8A" w:rsidRPr="00A7252F">
        <w:rPr>
          <w:rFonts w:ascii="Arial" w:hAnsi="Arial"/>
          <w:b/>
          <w:sz w:val="30"/>
        </w:rPr>
        <w:t xml:space="preserve">MOR </w:t>
      </w:r>
      <w:r w:rsidRPr="00A7252F">
        <w:rPr>
          <w:rFonts w:ascii="Arial" w:hAnsi="Arial"/>
          <w:b/>
          <w:sz w:val="30"/>
        </w:rPr>
        <w:t>7</w:t>
      </w:r>
      <w:r w:rsidRPr="00A7252F">
        <w:rPr>
          <w:rFonts w:ascii="Arial" w:hAnsi="Arial"/>
          <w:b/>
          <w:sz w:val="30"/>
        </w:rPr>
        <w:br/>
        <w:t>DESTILASI MINYAK BUMI &amp; FRAKSI HIDROKARBON</w:t>
      </w:r>
    </w:p>
    <w:p w14:paraId="7F06A208" w14:textId="77777777" w:rsidR="004F5376" w:rsidRPr="00A7252F" w:rsidRDefault="004F5376">
      <w:pPr>
        <w:spacing w:before="240" w:after="120"/>
      </w:pPr>
      <w:r w:rsidRPr="00A7252F">
        <w:rPr>
          <w:rFonts w:ascii="Arial" w:hAnsi="Arial"/>
          <w:b/>
          <w:sz w:val="26"/>
        </w:rPr>
        <w:t>1. Konsep Dasar Destilasi Minyak Bumi</w:t>
      </w:r>
    </w:p>
    <w:p w14:paraId="3C83076B" w14:textId="77777777" w:rsidR="004F5376" w:rsidRPr="00A7252F" w:rsidRDefault="004F5376">
      <w:pPr>
        <w:spacing w:after="240"/>
      </w:pPr>
      <w:r w:rsidRPr="00A7252F">
        <w:rPr>
          <w:rFonts w:ascii="Arial" w:hAnsi="Arial"/>
        </w:rPr>
        <w:t xml:space="preserve">Minyak mentah (crude oil) dipisahkan melalui proses </w:t>
      </w:r>
      <w:r w:rsidRPr="00A7252F">
        <w:rPr>
          <w:rFonts w:ascii="Arial" w:hAnsi="Arial"/>
          <w:b/>
        </w:rPr>
        <w:t xml:space="preserve">destilasi bertingkat </w:t>
      </w:r>
      <w:r w:rsidRPr="00A7252F">
        <w:rPr>
          <w:rFonts w:ascii="Arial" w:hAnsi="Arial"/>
        </w:rPr>
        <w:t xml:space="preserve">berdasarkan perbedaan titik didih. Secara umum, semakin besar </w:t>
      </w:r>
      <w:r w:rsidRPr="00A7252F">
        <w:rPr>
          <w:rFonts w:ascii="Arial" w:hAnsi="Arial"/>
          <w:b/>
        </w:rPr>
        <w:t>bobot molekul (Mr)</w:t>
      </w:r>
      <w:r w:rsidRPr="00A7252F">
        <w:rPr>
          <w:rFonts w:ascii="Arial" w:hAnsi="Arial"/>
        </w:rPr>
        <w:t xml:space="preserve"> dan panjang rantai karbon suatu senyawa hidrokarbon, maka </w:t>
      </w:r>
      <w:r w:rsidRPr="00A7252F">
        <w:rPr>
          <w:rFonts w:ascii="Arial" w:hAnsi="Arial"/>
          <w:b/>
        </w:rPr>
        <w:t>titik didihnya akan semakin tinggi</w:t>
      </w:r>
      <w:r w:rsidRPr="00A7252F">
        <w:rPr>
          <w:rFonts w:ascii="Arial" w:hAnsi="Arial"/>
        </w:rPr>
        <w:t>.</w:t>
      </w:r>
      <w:r w:rsidRPr="00A7252F">
        <w:rPr>
          <w:rFonts w:ascii="Arial" w:hAnsi="Arial"/>
        </w:rPr>
        <w:br/>
      </w:r>
      <w:r w:rsidRPr="00A7252F">
        <w:rPr>
          <w:rFonts w:ascii="Arial" w:hAnsi="Arial"/>
        </w:rPr>
        <w:br/>
        <w:t>Berdasarkan grafik pada soal:</w:t>
      </w:r>
      <w:r w:rsidRPr="00A7252F">
        <w:rPr>
          <w:rFonts w:ascii="Arial" w:hAnsi="Arial"/>
        </w:rPr>
        <w:br/>
      </w:r>
      <w:r w:rsidRPr="00A7252F">
        <w:rPr>
          <w:rFonts w:ascii="Arial" w:hAnsi="Arial"/>
          <w:b/>
        </w:rPr>
        <w:t xml:space="preserve">• Senyawa Q: </w:t>
      </w:r>
      <w:r w:rsidRPr="00A7252F">
        <w:rPr>
          <w:rFonts w:ascii="Arial" w:hAnsi="Arial"/>
        </w:rPr>
        <w:t>Titik didih sangat rendah (≈ -160°C), bobot molekul paling kecil (gas C₁–C₄ / LPG).</w:t>
      </w:r>
      <w:r w:rsidRPr="00A7252F">
        <w:rPr>
          <w:rFonts w:ascii="Arial" w:hAnsi="Arial"/>
        </w:rPr>
        <w:br/>
      </w:r>
      <w:r w:rsidRPr="00A7252F">
        <w:rPr>
          <w:rFonts w:ascii="Arial" w:hAnsi="Arial"/>
          <w:b/>
        </w:rPr>
        <w:t xml:space="preserve">• Senyawa X: </w:t>
      </w:r>
      <w:r w:rsidRPr="00A7252F">
        <w:rPr>
          <w:rFonts w:ascii="Arial" w:hAnsi="Arial"/>
        </w:rPr>
        <w:t>Titik didih sekitar 50°C (fraksi bensin / gasoline).</w:t>
      </w:r>
      <w:r w:rsidRPr="00A7252F">
        <w:rPr>
          <w:rFonts w:ascii="Arial" w:hAnsi="Arial"/>
        </w:rPr>
        <w:br/>
      </w:r>
      <w:r w:rsidRPr="00A7252F">
        <w:rPr>
          <w:rFonts w:ascii="Arial" w:hAnsi="Arial"/>
          <w:b/>
        </w:rPr>
        <w:t xml:space="preserve">• Senyawa Y: </w:t>
      </w:r>
      <w:r w:rsidRPr="00A7252F">
        <w:rPr>
          <w:rFonts w:ascii="Arial" w:hAnsi="Arial"/>
        </w:rPr>
        <w:t>Titik didih sekitar 275°C (fraksi kerosin / solar).</w:t>
      </w:r>
      <w:r w:rsidRPr="00A7252F">
        <w:rPr>
          <w:rFonts w:ascii="Arial" w:hAnsi="Arial"/>
        </w:rPr>
        <w:br/>
      </w:r>
      <w:r w:rsidRPr="00A7252F">
        <w:rPr>
          <w:rFonts w:ascii="Arial" w:hAnsi="Arial"/>
          <w:b/>
        </w:rPr>
        <w:t xml:space="preserve">• Senyawa Z: </w:t>
      </w:r>
      <w:r w:rsidRPr="00A7252F">
        <w:rPr>
          <w:rFonts w:ascii="Arial" w:hAnsi="Arial"/>
        </w:rPr>
        <w:t>Titik didih sekitar 360°C+ (fraksi berat / pelumas / residu).</w:t>
      </w:r>
    </w:p>
    <w:p w14:paraId="09C05DAE" w14:textId="77777777" w:rsidR="004F5376" w:rsidRPr="00A7252F" w:rsidRDefault="004F5376">
      <w:pPr>
        <w:spacing w:before="240" w:after="120"/>
      </w:pPr>
      <w:r w:rsidRPr="00A7252F">
        <w:rPr>
          <w:rFonts w:ascii="Arial" w:hAnsi="Arial"/>
          <w:b/>
          <w:sz w:val="26"/>
        </w:rPr>
        <w:t>2. Analisis Pilihan / Pernyataan</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2"/>
        <w:gridCol w:w="4539"/>
        <w:gridCol w:w="1440"/>
      </w:tblGrid>
      <w:tr w:rsidR="00A7252F" w:rsidRPr="00A7252F" w14:paraId="19DE1152" w14:textId="77777777" w:rsidTr="004F5376">
        <w:trPr>
          <w:jc w:val="center"/>
        </w:trPr>
        <w:tc>
          <w:tcPr>
            <w:tcW w:w="4032" w:type="dxa"/>
            <w:shd w:val="clear" w:color="auto" w:fill="1E5A8C"/>
            <w:tcMar>
              <w:top w:w="120" w:type="dxa"/>
              <w:left w:w="120" w:type="dxa"/>
              <w:bottom w:w="120" w:type="dxa"/>
              <w:right w:w="120" w:type="dxa"/>
            </w:tcMar>
          </w:tcPr>
          <w:p w14:paraId="33D68C77" w14:textId="77777777" w:rsidR="004F5376" w:rsidRPr="00A7252F" w:rsidRDefault="004F5376" w:rsidP="004F5376">
            <w:pPr>
              <w:spacing w:after="0" w:line="240" w:lineRule="auto"/>
            </w:pPr>
            <w:proofErr w:type="spellStart"/>
            <w:r w:rsidRPr="00A7252F">
              <w:rPr>
                <w:rFonts w:ascii="Arial" w:hAnsi="Arial"/>
                <w:b/>
              </w:rPr>
              <w:t>Pernyataan</w:t>
            </w:r>
            <w:proofErr w:type="spellEnd"/>
            <w:r w:rsidRPr="00A7252F">
              <w:rPr>
                <w:rFonts w:ascii="Arial" w:hAnsi="Arial"/>
                <w:b/>
              </w:rPr>
              <w:t xml:space="preserve"> </w:t>
            </w:r>
            <w:proofErr w:type="spellStart"/>
            <w:r w:rsidRPr="00A7252F">
              <w:rPr>
                <w:rFonts w:ascii="Arial" w:hAnsi="Arial"/>
                <w:b/>
              </w:rPr>
              <w:t>Pilihan</w:t>
            </w:r>
            <w:proofErr w:type="spellEnd"/>
          </w:p>
        </w:tc>
        <w:tc>
          <w:tcPr>
            <w:tcW w:w="4539" w:type="dxa"/>
            <w:shd w:val="clear" w:color="auto" w:fill="1E5A8C"/>
            <w:tcMar>
              <w:top w:w="120" w:type="dxa"/>
              <w:left w:w="120" w:type="dxa"/>
              <w:bottom w:w="120" w:type="dxa"/>
              <w:right w:w="120" w:type="dxa"/>
            </w:tcMar>
          </w:tcPr>
          <w:p w14:paraId="48D78A2C" w14:textId="77777777" w:rsidR="004F5376" w:rsidRPr="00A7252F" w:rsidRDefault="004F5376" w:rsidP="004F5376">
            <w:pPr>
              <w:spacing w:after="0" w:line="240" w:lineRule="auto"/>
            </w:pPr>
            <w:r w:rsidRPr="00A7252F">
              <w:rPr>
                <w:rFonts w:ascii="Arial" w:hAnsi="Arial"/>
                <w:b/>
              </w:rPr>
              <w:t>Analisis &amp; Fakta</w:t>
            </w:r>
          </w:p>
        </w:tc>
        <w:tc>
          <w:tcPr>
            <w:tcW w:w="1440" w:type="dxa"/>
            <w:shd w:val="clear" w:color="auto" w:fill="1E5A8C"/>
            <w:tcMar>
              <w:top w:w="120" w:type="dxa"/>
              <w:left w:w="120" w:type="dxa"/>
              <w:bottom w:w="120" w:type="dxa"/>
              <w:right w:w="120" w:type="dxa"/>
            </w:tcMar>
          </w:tcPr>
          <w:p w14:paraId="0FDC84C4" w14:textId="77777777" w:rsidR="004F5376" w:rsidRPr="00A7252F" w:rsidRDefault="004F5376" w:rsidP="004F5376">
            <w:pPr>
              <w:spacing w:after="0" w:line="240" w:lineRule="auto"/>
              <w:jc w:val="center"/>
            </w:pPr>
            <w:r w:rsidRPr="00A7252F">
              <w:rPr>
                <w:rFonts w:ascii="Arial" w:hAnsi="Arial"/>
                <w:b/>
              </w:rPr>
              <w:t>Status</w:t>
            </w:r>
          </w:p>
        </w:tc>
      </w:tr>
      <w:tr w:rsidR="00A7252F" w:rsidRPr="00A7252F" w14:paraId="3D421B05" w14:textId="77777777" w:rsidTr="004F5376">
        <w:trPr>
          <w:jc w:val="center"/>
        </w:trPr>
        <w:tc>
          <w:tcPr>
            <w:tcW w:w="4032" w:type="dxa"/>
            <w:shd w:val="clear" w:color="auto" w:fill="F9FBFD"/>
            <w:tcMar>
              <w:top w:w="100" w:type="dxa"/>
              <w:left w:w="120" w:type="dxa"/>
              <w:bottom w:w="100" w:type="dxa"/>
              <w:right w:w="120" w:type="dxa"/>
            </w:tcMar>
          </w:tcPr>
          <w:p w14:paraId="774B4084" w14:textId="77777777" w:rsidR="004F5376" w:rsidRPr="00A7252F" w:rsidRDefault="004F5376" w:rsidP="004F5376">
            <w:pPr>
              <w:spacing w:after="0" w:line="240" w:lineRule="auto"/>
            </w:pPr>
            <w:proofErr w:type="spellStart"/>
            <w:r w:rsidRPr="00A7252F">
              <w:rPr>
                <w:rFonts w:ascii="Arial" w:hAnsi="Arial"/>
              </w:rPr>
              <w:t>Senyawa</w:t>
            </w:r>
            <w:proofErr w:type="spellEnd"/>
            <w:r w:rsidRPr="00A7252F">
              <w:rPr>
                <w:rFonts w:ascii="Arial" w:hAnsi="Arial"/>
              </w:rPr>
              <w:t xml:space="preserve"> Q </w:t>
            </w:r>
            <w:proofErr w:type="spellStart"/>
            <w:r w:rsidRPr="00A7252F">
              <w:rPr>
                <w:rFonts w:ascii="Arial" w:hAnsi="Arial"/>
              </w:rPr>
              <w:t>dapat</w:t>
            </w:r>
            <w:proofErr w:type="spellEnd"/>
            <w:r w:rsidRPr="00A7252F">
              <w:rPr>
                <w:rFonts w:ascii="Arial" w:hAnsi="Arial"/>
              </w:rPr>
              <w:t xml:space="preserve"> </w:t>
            </w:r>
            <w:proofErr w:type="spellStart"/>
            <w:r w:rsidRPr="00A7252F">
              <w:rPr>
                <w:rFonts w:ascii="Arial" w:hAnsi="Arial"/>
              </w:rPr>
              <w:t>digunakan</w:t>
            </w:r>
            <w:proofErr w:type="spellEnd"/>
            <w:r w:rsidRPr="00A7252F">
              <w:rPr>
                <w:rFonts w:ascii="Arial" w:hAnsi="Arial"/>
              </w:rPr>
              <w:t xml:space="preserve"> </w:t>
            </w:r>
            <w:proofErr w:type="spellStart"/>
            <w:r w:rsidRPr="00A7252F">
              <w:rPr>
                <w:rFonts w:ascii="Arial" w:hAnsi="Arial"/>
              </w:rPr>
              <w:t>sebagai</w:t>
            </w:r>
            <w:proofErr w:type="spellEnd"/>
            <w:r w:rsidRPr="00A7252F">
              <w:rPr>
                <w:rFonts w:ascii="Arial" w:hAnsi="Arial"/>
              </w:rPr>
              <w:t xml:space="preserve"> bahan bakar kompor rumah tangga.</w:t>
            </w:r>
          </w:p>
        </w:tc>
        <w:tc>
          <w:tcPr>
            <w:tcW w:w="4539" w:type="dxa"/>
            <w:shd w:val="clear" w:color="auto" w:fill="F9FBFD"/>
            <w:tcMar>
              <w:top w:w="100" w:type="dxa"/>
              <w:left w:w="120" w:type="dxa"/>
              <w:bottom w:w="100" w:type="dxa"/>
              <w:right w:w="120" w:type="dxa"/>
            </w:tcMar>
          </w:tcPr>
          <w:p w14:paraId="1CF6FDF8" w14:textId="77777777" w:rsidR="004F5376" w:rsidRPr="00A7252F" w:rsidRDefault="004F5376" w:rsidP="004F5376">
            <w:pPr>
              <w:spacing w:after="0" w:line="240" w:lineRule="auto"/>
            </w:pPr>
            <w:r w:rsidRPr="00A7252F">
              <w:rPr>
                <w:rFonts w:ascii="Arial" w:hAnsi="Arial"/>
              </w:rPr>
              <w:t>Senyawa Q adalah fraksi gas (LPG) dengan titik didih sangat rendah, digunakan untuk bahan bakar kompor.</w:t>
            </w:r>
          </w:p>
        </w:tc>
        <w:tc>
          <w:tcPr>
            <w:tcW w:w="1440" w:type="dxa"/>
            <w:shd w:val="clear" w:color="auto" w:fill="F9FBFD"/>
            <w:tcMar>
              <w:top w:w="100" w:type="dxa"/>
              <w:left w:w="120" w:type="dxa"/>
              <w:bottom w:w="100" w:type="dxa"/>
              <w:right w:w="120" w:type="dxa"/>
            </w:tcMar>
          </w:tcPr>
          <w:p w14:paraId="4A79C9DE" w14:textId="77777777" w:rsidR="004F5376" w:rsidRPr="00A7252F" w:rsidRDefault="004F5376" w:rsidP="004F5376">
            <w:pPr>
              <w:spacing w:after="0" w:line="240" w:lineRule="auto"/>
              <w:jc w:val="center"/>
            </w:pPr>
            <w:r w:rsidRPr="00A7252F">
              <w:rPr>
                <w:rFonts w:ascii="Arial" w:hAnsi="Arial"/>
                <w:b/>
              </w:rPr>
              <w:t>BENAR</w:t>
            </w:r>
          </w:p>
        </w:tc>
      </w:tr>
      <w:tr w:rsidR="00A7252F" w:rsidRPr="00A7252F" w14:paraId="38BB820E" w14:textId="77777777" w:rsidTr="004F5376">
        <w:trPr>
          <w:jc w:val="center"/>
        </w:trPr>
        <w:tc>
          <w:tcPr>
            <w:tcW w:w="4032" w:type="dxa"/>
            <w:shd w:val="clear" w:color="auto" w:fill="FFFFFF"/>
            <w:tcMar>
              <w:top w:w="100" w:type="dxa"/>
              <w:left w:w="120" w:type="dxa"/>
              <w:bottom w:w="100" w:type="dxa"/>
              <w:right w:w="120" w:type="dxa"/>
            </w:tcMar>
          </w:tcPr>
          <w:p w14:paraId="2C1372B3" w14:textId="77777777" w:rsidR="004F5376" w:rsidRPr="00A7252F" w:rsidRDefault="004F5376" w:rsidP="004F5376">
            <w:pPr>
              <w:spacing w:after="0" w:line="240" w:lineRule="auto"/>
            </w:pPr>
            <w:proofErr w:type="spellStart"/>
            <w:r w:rsidRPr="00A7252F">
              <w:rPr>
                <w:rFonts w:ascii="Arial" w:hAnsi="Arial"/>
              </w:rPr>
              <w:t>Senyawa</w:t>
            </w:r>
            <w:proofErr w:type="spellEnd"/>
            <w:r w:rsidRPr="00A7252F">
              <w:rPr>
                <w:rFonts w:ascii="Arial" w:hAnsi="Arial"/>
              </w:rPr>
              <w:t xml:space="preserve"> X </w:t>
            </w:r>
            <w:proofErr w:type="spellStart"/>
            <w:r w:rsidRPr="00A7252F">
              <w:rPr>
                <w:rFonts w:ascii="Arial" w:hAnsi="Arial"/>
              </w:rPr>
              <w:t>bermanfaat</w:t>
            </w:r>
            <w:proofErr w:type="spellEnd"/>
            <w:r w:rsidRPr="00A7252F">
              <w:rPr>
                <w:rFonts w:ascii="Arial" w:hAnsi="Arial"/>
              </w:rPr>
              <w:t xml:space="preserve"> </w:t>
            </w:r>
            <w:proofErr w:type="spellStart"/>
            <w:r w:rsidRPr="00A7252F">
              <w:rPr>
                <w:rFonts w:ascii="Arial" w:hAnsi="Arial"/>
              </w:rPr>
              <w:t>untuk</w:t>
            </w:r>
            <w:proofErr w:type="spellEnd"/>
            <w:r w:rsidRPr="00A7252F">
              <w:rPr>
                <w:rFonts w:ascii="Arial" w:hAnsi="Arial"/>
              </w:rPr>
              <w:t xml:space="preserve"> </w:t>
            </w:r>
            <w:proofErr w:type="spellStart"/>
            <w:r w:rsidRPr="00A7252F">
              <w:rPr>
                <w:rFonts w:ascii="Arial" w:hAnsi="Arial"/>
              </w:rPr>
              <w:t>bahan</w:t>
            </w:r>
            <w:proofErr w:type="spellEnd"/>
            <w:r w:rsidRPr="00A7252F">
              <w:rPr>
                <w:rFonts w:ascii="Arial" w:hAnsi="Arial"/>
              </w:rPr>
              <w:t xml:space="preserve"> bakar kendaraan mesin diesel.</w:t>
            </w:r>
          </w:p>
        </w:tc>
        <w:tc>
          <w:tcPr>
            <w:tcW w:w="4539" w:type="dxa"/>
            <w:shd w:val="clear" w:color="auto" w:fill="FFFFFF"/>
            <w:tcMar>
              <w:top w:w="100" w:type="dxa"/>
              <w:left w:w="120" w:type="dxa"/>
              <w:bottom w:w="100" w:type="dxa"/>
              <w:right w:w="120" w:type="dxa"/>
            </w:tcMar>
          </w:tcPr>
          <w:p w14:paraId="0123F561" w14:textId="77777777" w:rsidR="004F5376" w:rsidRPr="00A7252F" w:rsidRDefault="004F5376" w:rsidP="004F5376">
            <w:pPr>
              <w:spacing w:after="0" w:line="240" w:lineRule="auto"/>
            </w:pPr>
            <w:r w:rsidRPr="00A7252F">
              <w:rPr>
                <w:rFonts w:ascii="Arial" w:hAnsi="Arial"/>
              </w:rPr>
              <w:t>Senyawa X adalah bensin (gasoline) untuk kendaraan bermotor bensin, bukan mesin diesel (solar).</w:t>
            </w:r>
          </w:p>
        </w:tc>
        <w:tc>
          <w:tcPr>
            <w:tcW w:w="1440" w:type="dxa"/>
            <w:shd w:val="clear" w:color="auto" w:fill="FFFFFF"/>
            <w:tcMar>
              <w:top w:w="100" w:type="dxa"/>
              <w:left w:w="120" w:type="dxa"/>
              <w:bottom w:w="100" w:type="dxa"/>
              <w:right w:w="120" w:type="dxa"/>
            </w:tcMar>
          </w:tcPr>
          <w:p w14:paraId="5B892E21" w14:textId="77777777" w:rsidR="004F5376" w:rsidRPr="00A7252F" w:rsidRDefault="004F5376" w:rsidP="004F5376">
            <w:pPr>
              <w:spacing w:after="0" w:line="240" w:lineRule="auto"/>
              <w:jc w:val="center"/>
            </w:pPr>
            <w:r w:rsidRPr="00A7252F">
              <w:rPr>
                <w:rFonts w:ascii="Arial" w:hAnsi="Arial"/>
                <w:b/>
              </w:rPr>
              <w:t>SALAH</w:t>
            </w:r>
          </w:p>
        </w:tc>
      </w:tr>
      <w:tr w:rsidR="00A7252F" w:rsidRPr="00A7252F" w14:paraId="73A40DE7" w14:textId="77777777" w:rsidTr="004F5376">
        <w:trPr>
          <w:jc w:val="center"/>
        </w:trPr>
        <w:tc>
          <w:tcPr>
            <w:tcW w:w="4032" w:type="dxa"/>
            <w:shd w:val="clear" w:color="auto" w:fill="F9FBFD"/>
            <w:tcMar>
              <w:top w:w="100" w:type="dxa"/>
              <w:left w:w="120" w:type="dxa"/>
              <w:bottom w:w="100" w:type="dxa"/>
              <w:right w:w="120" w:type="dxa"/>
            </w:tcMar>
          </w:tcPr>
          <w:p w14:paraId="0C791EC4" w14:textId="77777777" w:rsidR="004F5376" w:rsidRPr="00A7252F" w:rsidRDefault="004F5376" w:rsidP="004F5376">
            <w:pPr>
              <w:spacing w:after="0" w:line="240" w:lineRule="auto"/>
            </w:pPr>
            <w:proofErr w:type="spellStart"/>
            <w:r w:rsidRPr="00A7252F">
              <w:rPr>
                <w:rFonts w:ascii="Arial" w:hAnsi="Arial"/>
              </w:rPr>
              <w:t>Senyawa</w:t>
            </w:r>
            <w:proofErr w:type="spellEnd"/>
            <w:r w:rsidRPr="00A7252F">
              <w:rPr>
                <w:rFonts w:ascii="Arial" w:hAnsi="Arial"/>
              </w:rPr>
              <w:t xml:space="preserve"> Z </w:t>
            </w:r>
            <w:proofErr w:type="spellStart"/>
            <w:r w:rsidRPr="00A7252F">
              <w:rPr>
                <w:rFonts w:ascii="Arial" w:hAnsi="Arial"/>
              </w:rPr>
              <w:t>dapat</w:t>
            </w:r>
            <w:proofErr w:type="spellEnd"/>
            <w:r w:rsidRPr="00A7252F">
              <w:rPr>
                <w:rFonts w:ascii="Arial" w:hAnsi="Arial"/>
              </w:rPr>
              <w:t xml:space="preserve"> </w:t>
            </w:r>
            <w:proofErr w:type="spellStart"/>
            <w:r w:rsidRPr="00A7252F">
              <w:rPr>
                <w:rFonts w:ascii="Arial" w:hAnsi="Arial"/>
              </w:rPr>
              <w:t>digunakan</w:t>
            </w:r>
            <w:proofErr w:type="spellEnd"/>
            <w:r w:rsidRPr="00A7252F">
              <w:rPr>
                <w:rFonts w:ascii="Arial" w:hAnsi="Arial"/>
              </w:rPr>
              <w:t xml:space="preserve"> </w:t>
            </w:r>
            <w:proofErr w:type="spellStart"/>
            <w:r w:rsidRPr="00A7252F">
              <w:rPr>
                <w:rFonts w:ascii="Arial" w:hAnsi="Arial"/>
              </w:rPr>
              <w:t>sebagai</w:t>
            </w:r>
            <w:proofErr w:type="spellEnd"/>
            <w:r w:rsidRPr="00A7252F">
              <w:rPr>
                <w:rFonts w:ascii="Arial" w:hAnsi="Arial"/>
              </w:rPr>
              <w:t xml:space="preserve"> bahan bakar kendaraan.</w:t>
            </w:r>
          </w:p>
        </w:tc>
        <w:tc>
          <w:tcPr>
            <w:tcW w:w="4539" w:type="dxa"/>
            <w:shd w:val="clear" w:color="auto" w:fill="F9FBFD"/>
            <w:tcMar>
              <w:top w:w="100" w:type="dxa"/>
              <w:left w:w="120" w:type="dxa"/>
              <w:bottom w:w="100" w:type="dxa"/>
              <w:right w:w="120" w:type="dxa"/>
            </w:tcMar>
          </w:tcPr>
          <w:p w14:paraId="1D9E0A37" w14:textId="77777777" w:rsidR="004F5376" w:rsidRPr="00A7252F" w:rsidRDefault="004F5376" w:rsidP="004F5376">
            <w:pPr>
              <w:spacing w:after="0" w:line="240" w:lineRule="auto"/>
            </w:pPr>
            <w:r w:rsidRPr="00A7252F">
              <w:rPr>
                <w:rFonts w:ascii="Arial" w:hAnsi="Arial"/>
              </w:rPr>
              <w:t>Senyawa Z adalah fraksi sangat berat (pelumas/oli/residu), tidak cocok sebagai bahan bakar cair kendaraan.</w:t>
            </w:r>
          </w:p>
        </w:tc>
        <w:tc>
          <w:tcPr>
            <w:tcW w:w="1440" w:type="dxa"/>
            <w:shd w:val="clear" w:color="auto" w:fill="F9FBFD"/>
            <w:tcMar>
              <w:top w:w="100" w:type="dxa"/>
              <w:left w:w="120" w:type="dxa"/>
              <w:bottom w:w="100" w:type="dxa"/>
              <w:right w:w="120" w:type="dxa"/>
            </w:tcMar>
          </w:tcPr>
          <w:p w14:paraId="52FA9E9F" w14:textId="77777777" w:rsidR="004F5376" w:rsidRPr="00A7252F" w:rsidRDefault="004F5376" w:rsidP="004F5376">
            <w:pPr>
              <w:spacing w:after="0" w:line="240" w:lineRule="auto"/>
              <w:jc w:val="center"/>
            </w:pPr>
            <w:r w:rsidRPr="00A7252F">
              <w:rPr>
                <w:rFonts w:ascii="Arial" w:hAnsi="Arial"/>
                <w:b/>
              </w:rPr>
              <w:t>SALAH</w:t>
            </w:r>
          </w:p>
        </w:tc>
      </w:tr>
      <w:tr w:rsidR="00A7252F" w:rsidRPr="00A7252F" w14:paraId="223B0909" w14:textId="77777777" w:rsidTr="004F5376">
        <w:trPr>
          <w:jc w:val="center"/>
        </w:trPr>
        <w:tc>
          <w:tcPr>
            <w:tcW w:w="4032" w:type="dxa"/>
            <w:shd w:val="clear" w:color="auto" w:fill="FFFFFF"/>
            <w:tcMar>
              <w:top w:w="100" w:type="dxa"/>
              <w:left w:w="120" w:type="dxa"/>
              <w:bottom w:w="100" w:type="dxa"/>
              <w:right w:w="120" w:type="dxa"/>
            </w:tcMar>
          </w:tcPr>
          <w:p w14:paraId="77B65671" w14:textId="77777777" w:rsidR="004F5376" w:rsidRPr="00A7252F" w:rsidRDefault="004F5376" w:rsidP="004F5376">
            <w:pPr>
              <w:spacing w:after="0" w:line="240" w:lineRule="auto"/>
            </w:pPr>
            <w:proofErr w:type="spellStart"/>
            <w:r w:rsidRPr="00A7252F">
              <w:rPr>
                <w:rFonts w:ascii="Arial" w:hAnsi="Arial"/>
              </w:rPr>
              <w:t>Senyawa</w:t>
            </w:r>
            <w:proofErr w:type="spellEnd"/>
            <w:r w:rsidRPr="00A7252F">
              <w:rPr>
                <w:rFonts w:ascii="Arial" w:hAnsi="Arial"/>
              </w:rPr>
              <w:t xml:space="preserve"> Y </w:t>
            </w:r>
            <w:proofErr w:type="spellStart"/>
            <w:r w:rsidRPr="00A7252F">
              <w:rPr>
                <w:rFonts w:ascii="Arial" w:hAnsi="Arial"/>
              </w:rPr>
              <w:t>dimanfaatkan</w:t>
            </w:r>
            <w:proofErr w:type="spellEnd"/>
            <w:r w:rsidRPr="00A7252F">
              <w:rPr>
                <w:rFonts w:ascii="Arial" w:hAnsi="Arial"/>
              </w:rPr>
              <w:t xml:space="preserve"> </w:t>
            </w:r>
            <w:proofErr w:type="spellStart"/>
            <w:r w:rsidRPr="00A7252F">
              <w:rPr>
                <w:rFonts w:ascii="Arial" w:hAnsi="Arial"/>
              </w:rPr>
              <w:t>untuk</w:t>
            </w:r>
            <w:proofErr w:type="spellEnd"/>
            <w:r w:rsidRPr="00A7252F">
              <w:rPr>
                <w:rFonts w:ascii="Arial" w:hAnsi="Arial"/>
              </w:rPr>
              <w:t xml:space="preserve"> </w:t>
            </w:r>
            <w:proofErr w:type="spellStart"/>
            <w:r w:rsidRPr="00A7252F">
              <w:rPr>
                <w:rFonts w:ascii="Arial" w:hAnsi="Arial"/>
              </w:rPr>
              <w:t>pelumas</w:t>
            </w:r>
            <w:proofErr w:type="spellEnd"/>
            <w:r w:rsidRPr="00A7252F">
              <w:rPr>
                <w:rFonts w:ascii="Arial" w:hAnsi="Arial"/>
              </w:rPr>
              <w:t>.</w:t>
            </w:r>
          </w:p>
        </w:tc>
        <w:tc>
          <w:tcPr>
            <w:tcW w:w="4539" w:type="dxa"/>
            <w:shd w:val="clear" w:color="auto" w:fill="FFFFFF"/>
            <w:tcMar>
              <w:top w:w="100" w:type="dxa"/>
              <w:left w:w="120" w:type="dxa"/>
              <w:bottom w:w="100" w:type="dxa"/>
              <w:right w:w="120" w:type="dxa"/>
            </w:tcMar>
          </w:tcPr>
          <w:p w14:paraId="291F3340" w14:textId="77777777" w:rsidR="004F5376" w:rsidRPr="00A7252F" w:rsidRDefault="004F5376" w:rsidP="004F5376">
            <w:pPr>
              <w:spacing w:after="0" w:line="240" w:lineRule="auto"/>
            </w:pPr>
            <w:r w:rsidRPr="00A7252F">
              <w:rPr>
                <w:rFonts w:ascii="Arial" w:hAnsi="Arial"/>
              </w:rPr>
              <w:t>Senyawa Y adalah kerosin/solar (bahan bakar diesel/minyak tanah), bukan pelumas.</w:t>
            </w:r>
          </w:p>
        </w:tc>
        <w:tc>
          <w:tcPr>
            <w:tcW w:w="1440" w:type="dxa"/>
            <w:shd w:val="clear" w:color="auto" w:fill="FFFFFF"/>
            <w:tcMar>
              <w:top w:w="100" w:type="dxa"/>
              <w:left w:w="120" w:type="dxa"/>
              <w:bottom w:w="100" w:type="dxa"/>
              <w:right w:w="120" w:type="dxa"/>
            </w:tcMar>
          </w:tcPr>
          <w:p w14:paraId="2CFDDE04" w14:textId="77777777" w:rsidR="004F5376" w:rsidRPr="00A7252F" w:rsidRDefault="004F5376" w:rsidP="004F5376">
            <w:pPr>
              <w:spacing w:after="0" w:line="240" w:lineRule="auto"/>
              <w:jc w:val="center"/>
            </w:pPr>
            <w:r w:rsidRPr="00A7252F">
              <w:rPr>
                <w:rFonts w:ascii="Arial" w:hAnsi="Arial"/>
                <w:b/>
              </w:rPr>
              <w:t>SALAH</w:t>
            </w:r>
          </w:p>
        </w:tc>
      </w:tr>
      <w:tr w:rsidR="00A7252F" w:rsidRPr="00A7252F" w14:paraId="124A92DC" w14:textId="77777777" w:rsidTr="004F5376">
        <w:trPr>
          <w:jc w:val="center"/>
        </w:trPr>
        <w:tc>
          <w:tcPr>
            <w:tcW w:w="4032" w:type="dxa"/>
            <w:shd w:val="clear" w:color="auto" w:fill="F9FBFD"/>
            <w:tcMar>
              <w:top w:w="100" w:type="dxa"/>
              <w:left w:w="120" w:type="dxa"/>
              <w:bottom w:w="100" w:type="dxa"/>
              <w:right w:w="120" w:type="dxa"/>
            </w:tcMar>
          </w:tcPr>
          <w:p w14:paraId="4DD65FFB" w14:textId="77777777" w:rsidR="004F5376" w:rsidRPr="00A7252F" w:rsidRDefault="004F5376" w:rsidP="004F5376">
            <w:pPr>
              <w:spacing w:after="0" w:line="240" w:lineRule="auto"/>
            </w:pPr>
            <w:proofErr w:type="spellStart"/>
            <w:r w:rsidRPr="00A7252F">
              <w:rPr>
                <w:rFonts w:ascii="Arial" w:hAnsi="Arial"/>
              </w:rPr>
              <w:t>Senyawa</w:t>
            </w:r>
            <w:proofErr w:type="spellEnd"/>
            <w:r w:rsidRPr="00A7252F">
              <w:rPr>
                <w:rFonts w:ascii="Arial" w:hAnsi="Arial"/>
              </w:rPr>
              <w:t xml:space="preserve"> Q </w:t>
            </w:r>
            <w:proofErr w:type="spellStart"/>
            <w:r w:rsidRPr="00A7252F">
              <w:rPr>
                <w:rFonts w:ascii="Arial" w:hAnsi="Arial"/>
              </w:rPr>
              <w:t>dimanfaatkan</w:t>
            </w:r>
            <w:proofErr w:type="spellEnd"/>
            <w:r w:rsidRPr="00A7252F">
              <w:rPr>
                <w:rFonts w:ascii="Arial" w:hAnsi="Arial"/>
              </w:rPr>
              <w:t xml:space="preserve"> </w:t>
            </w:r>
            <w:proofErr w:type="spellStart"/>
            <w:r w:rsidRPr="00A7252F">
              <w:rPr>
                <w:rFonts w:ascii="Arial" w:hAnsi="Arial"/>
              </w:rPr>
              <w:t>untuk</w:t>
            </w:r>
            <w:proofErr w:type="spellEnd"/>
            <w:r w:rsidRPr="00A7252F">
              <w:rPr>
                <w:rFonts w:ascii="Arial" w:hAnsi="Arial"/>
              </w:rPr>
              <w:t xml:space="preserve"> </w:t>
            </w:r>
            <w:proofErr w:type="spellStart"/>
            <w:r w:rsidRPr="00A7252F">
              <w:rPr>
                <w:rFonts w:ascii="Arial" w:hAnsi="Arial"/>
              </w:rPr>
              <w:t>aspal</w:t>
            </w:r>
            <w:proofErr w:type="spellEnd"/>
            <w:r w:rsidRPr="00A7252F">
              <w:rPr>
                <w:rFonts w:ascii="Arial" w:hAnsi="Arial"/>
              </w:rPr>
              <w:t xml:space="preserve"> jalan raya.</w:t>
            </w:r>
          </w:p>
        </w:tc>
        <w:tc>
          <w:tcPr>
            <w:tcW w:w="4539" w:type="dxa"/>
            <w:shd w:val="clear" w:color="auto" w:fill="F9FBFD"/>
            <w:tcMar>
              <w:top w:w="100" w:type="dxa"/>
              <w:left w:w="120" w:type="dxa"/>
              <w:bottom w:w="100" w:type="dxa"/>
              <w:right w:w="120" w:type="dxa"/>
            </w:tcMar>
          </w:tcPr>
          <w:p w14:paraId="342D057D" w14:textId="77777777" w:rsidR="004F5376" w:rsidRPr="00A7252F" w:rsidRDefault="004F5376" w:rsidP="004F5376">
            <w:pPr>
              <w:spacing w:after="0" w:line="240" w:lineRule="auto"/>
            </w:pPr>
            <w:r w:rsidRPr="00A7252F">
              <w:rPr>
                <w:rFonts w:ascii="Arial" w:hAnsi="Arial"/>
              </w:rPr>
              <w:t>Aspal adalah residu terberat dengan titik didih tertinggi, bukan senyawa Q yang berwujud gas.</w:t>
            </w:r>
          </w:p>
        </w:tc>
        <w:tc>
          <w:tcPr>
            <w:tcW w:w="1440" w:type="dxa"/>
            <w:shd w:val="clear" w:color="auto" w:fill="F9FBFD"/>
            <w:tcMar>
              <w:top w:w="100" w:type="dxa"/>
              <w:left w:w="120" w:type="dxa"/>
              <w:bottom w:w="100" w:type="dxa"/>
              <w:right w:w="120" w:type="dxa"/>
            </w:tcMar>
          </w:tcPr>
          <w:p w14:paraId="3E385611" w14:textId="77777777" w:rsidR="004F5376" w:rsidRPr="00A7252F" w:rsidRDefault="004F5376" w:rsidP="004F5376">
            <w:pPr>
              <w:spacing w:after="0" w:line="240" w:lineRule="auto"/>
              <w:jc w:val="center"/>
            </w:pPr>
            <w:r w:rsidRPr="00A7252F">
              <w:rPr>
                <w:rFonts w:ascii="Arial" w:hAnsi="Arial"/>
                <w:b/>
              </w:rPr>
              <w:t>SALAH</w:t>
            </w:r>
          </w:p>
        </w:tc>
      </w:tr>
    </w:tbl>
    <w:p w14:paraId="51F0BCBD" w14:textId="77777777" w:rsidR="004F5376" w:rsidRPr="00A7252F" w:rsidRDefault="004F5376">
      <w:pPr>
        <w:spacing w:after="120"/>
      </w:pPr>
    </w:p>
    <w:p w14:paraId="1B858F0E" w14:textId="77777777" w:rsidR="004F5376" w:rsidRPr="00A7252F" w:rsidRDefault="004F5376">
      <w:pPr>
        <w:spacing w:before="240" w:after="120"/>
      </w:pPr>
      <w:r w:rsidRPr="00A7252F">
        <w:rPr>
          <w:rFonts w:ascii="Arial" w:hAnsi="Arial"/>
          <w:b/>
          <w:sz w:val="26"/>
        </w:rPr>
        <w:t>3. Kesimpulan Jawaban yang Benar</w:t>
      </w:r>
    </w:p>
    <w:tbl>
      <w:tblPr>
        <w:tblW w:w="0" w:type="auto"/>
        <w:jc w:val="center"/>
        <w:tblLook w:val="04A0" w:firstRow="1" w:lastRow="0" w:firstColumn="1" w:lastColumn="0" w:noHBand="0" w:noVBand="1"/>
      </w:tblPr>
      <w:tblGrid>
        <w:gridCol w:w="9360"/>
      </w:tblGrid>
      <w:tr w:rsidR="00A7252F" w:rsidRPr="00A7252F" w14:paraId="0BE12A78" w14:textId="77777777">
        <w:trPr>
          <w:jc w:val="center"/>
        </w:trPr>
        <w:tc>
          <w:tcPr>
            <w:tcW w:w="9360" w:type="dxa"/>
            <w:shd w:val="clear" w:color="auto" w:fill="E2F0D9"/>
            <w:tcMar>
              <w:top w:w="140" w:type="dxa"/>
              <w:left w:w="200" w:type="dxa"/>
              <w:bottom w:w="140" w:type="dxa"/>
              <w:right w:w="200" w:type="dxa"/>
            </w:tcMar>
          </w:tcPr>
          <w:p w14:paraId="6DCDD13E" w14:textId="77777777" w:rsidR="004F5376" w:rsidRPr="00A7252F" w:rsidRDefault="004F5376">
            <w:pPr>
              <w:jc w:val="center"/>
            </w:pPr>
            <w:r w:rsidRPr="00A7252F">
              <w:rPr>
                <w:rFonts w:ascii="Arial" w:hAnsi="Arial"/>
                <w:b/>
              </w:rPr>
              <w:t>JAWABAN YANG BENAR:</w:t>
            </w:r>
            <w:r w:rsidRPr="00A7252F">
              <w:rPr>
                <w:rFonts w:ascii="Arial" w:hAnsi="Arial"/>
                <w:b/>
              </w:rPr>
              <w:br/>
              <w:t>☑ Senyawa Q dapat digunakan sebagai bahan bakar kompor rumah tangga.</w:t>
            </w:r>
          </w:p>
        </w:tc>
      </w:tr>
    </w:tbl>
    <w:p w14:paraId="5826E348" w14:textId="77777777" w:rsidR="004F5376" w:rsidRPr="00A7252F" w:rsidRDefault="004F5376"/>
    <w:p w14:paraId="26655058" w14:textId="77777777" w:rsidR="004F5376" w:rsidRPr="00A7252F" w:rsidRDefault="004F5376"/>
    <w:p w14:paraId="68B67BF3" w14:textId="77777777" w:rsidR="004F5376" w:rsidRPr="00A7252F" w:rsidRDefault="004F5376"/>
    <w:p w14:paraId="6C1FD6B7" w14:textId="60AFBA32" w:rsidR="004F5376" w:rsidRPr="00A7252F" w:rsidRDefault="004F5376">
      <w:pPr>
        <w:spacing w:after="360"/>
        <w:jc w:val="center"/>
      </w:pPr>
      <w:r w:rsidRPr="00A7252F">
        <w:rPr>
          <w:rFonts w:ascii="Arial" w:hAnsi="Arial"/>
          <w:b/>
          <w:sz w:val="30"/>
        </w:rPr>
        <w:lastRenderedPageBreak/>
        <w:t>PEMBAHASAN SOAL KIMIA NOMOR 8</w:t>
      </w:r>
      <w:r w:rsidRPr="00A7252F">
        <w:rPr>
          <w:rFonts w:ascii="Arial" w:hAnsi="Arial"/>
          <w:b/>
          <w:sz w:val="30"/>
        </w:rPr>
        <w:br/>
        <w:t>ANALISIS HIDROKARBON (BUTANA, C₄H₁₀)</w:t>
      </w:r>
    </w:p>
    <w:p w14:paraId="1C7D1EEC" w14:textId="77777777" w:rsidR="004F5376" w:rsidRPr="00A7252F" w:rsidRDefault="004F5376">
      <w:pPr>
        <w:spacing w:before="240" w:after="120"/>
      </w:pPr>
      <w:r w:rsidRPr="00A7252F">
        <w:rPr>
          <w:rFonts w:ascii="Arial" w:hAnsi="Arial"/>
          <w:b/>
          <w:sz w:val="26"/>
        </w:rPr>
        <w:t>1. Penentuan Rumus Molekul Hidrokarbon</w:t>
      </w:r>
    </w:p>
    <w:p w14:paraId="071801B4" w14:textId="16E53B15" w:rsidR="004F5376" w:rsidRPr="00A7252F" w:rsidRDefault="004F5376">
      <w:pPr>
        <w:spacing w:after="240"/>
      </w:pPr>
      <w:r w:rsidRPr="00A7252F">
        <w:rPr>
          <w:rFonts w:ascii="Arial" w:hAnsi="Arial"/>
        </w:rPr>
        <w:t xml:space="preserve">Berdasarkan informasi pada soal, pembakaran sempurna </w:t>
      </w:r>
      <w:r w:rsidRPr="00A7252F">
        <w:rPr>
          <w:rFonts w:ascii="Arial" w:hAnsi="Arial"/>
          <w:b/>
        </w:rPr>
        <w:t>2 mol</w:t>
      </w:r>
      <w:r w:rsidRPr="00A7252F">
        <w:rPr>
          <w:rFonts w:ascii="Arial" w:hAnsi="Arial"/>
        </w:rPr>
        <w:t xml:space="preserve"> hidrokarbon menghasilkan </w:t>
      </w:r>
      <w:r w:rsidRPr="00A7252F">
        <w:rPr>
          <w:rFonts w:ascii="Arial" w:hAnsi="Arial"/>
          <w:b/>
        </w:rPr>
        <w:t>8 mol CO₂</w:t>
      </w:r>
      <w:r w:rsidRPr="00A7252F">
        <w:rPr>
          <w:rFonts w:ascii="Arial" w:hAnsi="Arial"/>
        </w:rPr>
        <w:t xml:space="preserve"> dan </w:t>
      </w:r>
      <w:r w:rsidRPr="00A7252F">
        <w:rPr>
          <w:rFonts w:ascii="Arial" w:hAnsi="Arial"/>
          <w:b/>
        </w:rPr>
        <w:t>10 mol H₂O</w:t>
      </w:r>
      <w:r w:rsidRPr="00A7252F">
        <w:rPr>
          <w:rFonts w:ascii="Arial" w:hAnsi="Arial"/>
        </w:rPr>
        <w:t>.</w:t>
      </w:r>
      <w:r w:rsidRPr="00A7252F">
        <w:rPr>
          <w:rFonts w:ascii="Arial" w:hAnsi="Arial"/>
        </w:rPr>
        <w:br/>
        <w:t>Persamaan reaksi untuk 1 mol senyawa adalah:</w:t>
      </w:r>
      <w:r w:rsidRPr="00A7252F">
        <w:rPr>
          <w:rFonts w:ascii="Arial" w:hAnsi="Arial"/>
        </w:rPr>
        <w:br/>
      </w:r>
      <w:r w:rsidRPr="00A7252F">
        <w:rPr>
          <w:rFonts w:ascii="Arial" w:hAnsi="Arial"/>
          <w:b/>
        </w:rPr>
        <w:t>• CₓHᵧ + O₂ → 4CO₂ + 5H₂O</w:t>
      </w:r>
      <w:r w:rsidRPr="00A7252F">
        <w:rPr>
          <w:rFonts w:ascii="Arial" w:hAnsi="Arial"/>
          <w:b/>
        </w:rPr>
        <w:br/>
      </w:r>
      <w:r w:rsidRPr="00A7252F">
        <w:rPr>
          <w:rFonts w:ascii="Arial" w:hAnsi="Arial"/>
        </w:rPr>
        <w:t>• Jumlah atom C di kanan = 4 × 1 = 4  ⇒  x = 4</w:t>
      </w:r>
      <w:r w:rsidRPr="00A7252F">
        <w:rPr>
          <w:rFonts w:ascii="Arial" w:hAnsi="Arial"/>
        </w:rPr>
        <w:br/>
        <w:t>• Jumlah atom H di kanan = 5 × 2 = 10 ⇒  y = 10</w:t>
      </w:r>
      <w:r w:rsidRPr="00A7252F">
        <w:rPr>
          <w:rFonts w:ascii="Arial" w:hAnsi="Arial"/>
        </w:rPr>
        <w:br/>
      </w:r>
      <w:proofErr w:type="spellStart"/>
      <w:r w:rsidRPr="00A7252F">
        <w:rPr>
          <w:rFonts w:ascii="Arial" w:hAnsi="Arial"/>
        </w:rPr>
        <w:t>Sehingga</w:t>
      </w:r>
      <w:proofErr w:type="spellEnd"/>
      <w:r w:rsidRPr="00A7252F">
        <w:rPr>
          <w:rFonts w:ascii="Arial" w:hAnsi="Arial"/>
        </w:rPr>
        <w:t xml:space="preserve"> </w:t>
      </w:r>
      <w:proofErr w:type="spellStart"/>
      <w:r w:rsidRPr="00A7252F">
        <w:rPr>
          <w:rFonts w:ascii="Arial" w:hAnsi="Arial"/>
        </w:rPr>
        <w:t>rumus</w:t>
      </w:r>
      <w:proofErr w:type="spellEnd"/>
      <w:r w:rsidRPr="00A7252F">
        <w:rPr>
          <w:rFonts w:ascii="Arial" w:hAnsi="Arial"/>
        </w:rPr>
        <w:t xml:space="preserve"> </w:t>
      </w:r>
      <w:proofErr w:type="spellStart"/>
      <w:r w:rsidRPr="00A7252F">
        <w:rPr>
          <w:rFonts w:ascii="Arial" w:hAnsi="Arial"/>
        </w:rPr>
        <w:t>molekul</w:t>
      </w:r>
      <w:proofErr w:type="spellEnd"/>
      <w:r w:rsidRPr="00A7252F">
        <w:rPr>
          <w:rFonts w:ascii="Arial" w:hAnsi="Arial"/>
        </w:rPr>
        <w:t xml:space="preserve"> hidrokarbon tersebut adalah </w:t>
      </w:r>
      <w:r w:rsidRPr="00A7252F">
        <w:rPr>
          <w:rFonts w:ascii="Arial" w:hAnsi="Arial"/>
          <w:b/>
        </w:rPr>
        <w:t>C₄H₁₀</w:t>
      </w:r>
      <w:r w:rsidRPr="00A7252F">
        <w:rPr>
          <w:rFonts w:ascii="Arial" w:hAnsi="Arial"/>
        </w:rPr>
        <w:t xml:space="preserve"> (Butana), yang merupakan komponen utama LPG.</w:t>
      </w:r>
    </w:p>
    <w:p w14:paraId="3F06122F" w14:textId="77777777" w:rsidR="004F5376" w:rsidRPr="00A7252F" w:rsidRDefault="004F5376">
      <w:pPr>
        <w:spacing w:before="240" w:after="120"/>
      </w:pPr>
      <w:r w:rsidRPr="00A7252F">
        <w:rPr>
          <w:rFonts w:ascii="Arial" w:hAnsi="Arial"/>
          <w:b/>
          <w:sz w:val="26"/>
        </w:rPr>
        <w:t>2. Analisis Struktur dan Jenis Atom Karbon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7252F" w:rsidRPr="00A7252F" w14:paraId="4A051C0B" w14:textId="77777777" w:rsidTr="004F5376">
        <w:trPr>
          <w:jc w:val="center"/>
        </w:trPr>
        <w:tc>
          <w:tcPr>
            <w:tcW w:w="9360" w:type="dxa"/>
            <w:shd w:val="clear" w:color="auto" w:fill="F0F4F8"/>
            <w:tcMar>
              <w:top w:w="140" w:type="dxa"/>
              <w:left w:w="200" w:type="dxa"/>
              <w:bottom w:w="140" w:type="dxa"/>
              <w:right w:w="200" w:type="dxa"/>
            </w:tcMar>
          </w:tcPr>
          <w:p w14:paraId="66F46CF7" w14:textId="77777777" w:rsidR="004F5376" w:rsidRPr="00A7252F" w:rsidRDefault="004F5376">
            <w:proofErr w:type="spellStart"/>
            <w:r w:rsidRPr="00A7252F">
              <w:rPr>
                <w:rFonts w:ascii="Arial" w:hAnsi="Arial"/>
                <w:b/>
              </w:rPr>
              <w:t>Struktur</w:t>
            </w:r>
            <w:proofErr w:type="spellEnd"/>
            <w:r w:rsidRPr="00A7252F">
              <w:rPr>
                <w:rFonts w:ascii="Arial" w:hAnsi="Arial"/>
                <w:b/>
              </w:rPr>
              <w:t>: CH₃—CH₂—CH₂—CH₃ (n-</w:t>
            </w:r>
            <w:proofErr w:type="spellStart"/>
            <w:r w:rsidRPr="00A7252F">
              <w:rPr>
                <w:rFonts w:ascii="Arial" w:hAnsi="Arial"/>
                <w:b/>
              </w:rPr>
              <w:t>butana</w:t>
            </w:r>
            <w:proofErr w:type="spellEnd"/>
            <w:r w:rsidRPr="00A7252F">
              <w:rPr>
                <w:rFonts w:ascii="Arial" w:hAnsi="Arial"/>
                <w:b/>
              </w:rPr>
              <w:t>)</w:t>
            </w:r>
            <w:r w:rsidRPr="00A7252F">
              <w:rPr>
                <w:rFonts w:ascii="Arial" w:hAnsi="Arial"/>
                <w:b/>
              </w:rPr>
              <w:br/>
            </w:r>
            <w:r w:rsidRPr="00A7252F">
              <w:rPr>
                <w:rFonts w:ascii="Arial" w:hAnsi="Arial"/>
                <w:b/>
              </w:rPr>
              <w:br/>
              <w:t>• 2 Atom C Primer (terikat pada 1 atom C lain di ujung rantai)</w:t>
            </w:r>
            <w:r w:rsidRPr="00A7252F">
              <w:rPr>
                <w:rFonts w:ascii="Arial" w:hAnsi="Arial"/>
                <w:b/>
              </w:rPr>
              <w:br/>
              <w:t>• 2 Atom C Sekunder (terikat pada 2 atom C lain di tengah rantai)</w:t>
            </w:r>
          </w:p>
        </w:tc>
      </w:tr>
    </w:tbl>
    <w:p w14:paraId="5CB810E6" w14:textId="5087055A" w:rsidR="004F5376" w:rsidRPr="00A7252F" w:rsidRDefault="004F5376">
      <w:pPr>
        <w:spacing w:before="240" w:after="120"/>
      </w:pPr>
      <w:r w:rsidRPr="00A7252F">
        <w:rPr>
          <w:rFonts w:ascii="Arial" w:hAnsi="Arial"/>
          <w:b/>
          <w:sz w:val="26"/>
        </w:rPr>
        <w:t>3. Evaluasi Setiap Pernyataan</w:t>
      </w:r>
    </w:p>
    <w:p w14:paraId="21C3B012" w14:textId="05C1036A" w:rsidR="004F5376" w:rsidRPr="00A7252F" w:rsidRDefault="004F5376" w:rsidP="00823B8A">
      <w:pPr>
        <w:spacing w:after="240"/>
        <w:rPr>
          <w:rFonts w:ascii="Arial" w:hAnsi="Arial"/>
        </w:rPr>
      </w:pPr>
      <w:r w:rsidRPr="00A7252F">
        <w:rPr>
          <w:rFonts w:ascii="Arial" w:hAnsi="Arial"/>
          <w:b/>
        </w:rPr>
        <w:t>1. Rumus kimia hidrokarbon tersebut adalah C₄H₁₀ dengan struktur n-butana (CH₃—CH₂—CH₂—CH₃).</w:t>
      </w:r>
      <w:r w:rsidRPr="00A7252F">
        <w:rPr>
          <w:rFonts w:ascii="Arial" w:hAnsi="Arial"/>
          <w:b/>
        </w:rPr>
        <w:br/>
      </w:r>
      <w:r w:rsidRPr="00A7252F">
        <w:rPr>
          <w:rFonts w:ascii="Arial" w:hAnsi="Arial"/>
        </w:rPr>
        <w:t xml:space="preserve">   • Analisis: Rumus molekul dan struktur sesuai dengan hasil pembakaran serta jumlah atom C primer dan sekunder.</w:t>
      </w:r>
      <w:r w:rsidRPr="00A7252F">
        <w:rPr>
          <w:rFonts w:ascii="Arial" w:hAnsi="Arial"/>
        </w:rPr>
        <w:br/>
        <w:t xml:space="preserve">   ⇒ Status: BENAR</w:t>
      </w:r>
      <w:r w:rsidRPr="00A7252F">
        <w:rPr>
          <w:rFonts w:ascii="Arial" w:hAnsi="Arial"/>
        </w:rPr>
        <w:br/>
      </w:r>
      <w:r w:rsidRPr="00A7252F">
        <w:rPr>
          <w:rFonts w:ascii="Arial" w:hAnsi="Arial"/>
          <w:b/>
        </w:rPr>
        <w:t>2. Hidrokarbon tersebut diperkirakan memiliki titik didih lebih rendah dibandingkan pasangan isomernya.</w:t>
      </w:r>
      <w:r w:rsidRPr="00A7252F">
        <w:rPr>
          <w:rFonts w:ascii="Arial" w:hAnsi="Arial"/>
          <w:b/>
        </w:rPr>
        <w:br/>
      </w:r>
      <w:r w:rsidRPr="00A7252F">
        <w:rPr>
          <w:rFonts w:ascii="Arial" w:hAnsi="Arial"/>
        </w:rPr>
        <w:t xml:space="preserve">   • Analisis: Isomer dari C₄H₁₀ adalah isobutana (2-metilpropana). Senyawa rantai lurus (n-butana, titik didih -0,5°C) memiliki titik didih yang LEBIH TINGGI dibandingkan rantai bercabang (isobutana, titik didih -11,7°C) karena luas permukaan kontak antar molekul rantai lurus lebih besar. Jadi pernyataan bahwa titik didihnya lebih rendah adalah keliru.</w:t>
      </w:r>
      <w:r w:rsidRPr="00A7252F">
        <w:rPr>
          <w:rFonts w:ascii="Arial" w:hAnsi="Arial"/>
        </w:rPr>
        <w:br/>
        <w:t xml:space="preserve">   ⇒ Status: SALAH</w:t>
      </w:r>
      <w:r w:rsidRPr="00A7252F">
        <w:rPr>
          <w:rFonts w:ascii="Arial" w:hAnsi="Arial"/>
          <w:b/>
          <w:sz w:val="26"/>
        </w:rPr>
        <w:t>4. Tabel Penilaian Akhir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440"/>
        <w:gridCol w:w="1440"/>
      </w:tblGrid>
      <w:tr w:rsidR="00A7252F" w:rsidRPr="00A7252F" w14:paraId="7E946850" w14:textId="77777777" w:rsidTr="004F5376">
        <w:trPr>
          <w:jc w:val="center"/>
        </w:trPr>
        <w:tc>
          <w:tcPr>
            <w:tcW w:w="5040" w:type="dxa"/>
            <w:shd w:val="clear" w:color="auto" w:fill="1E5A8C"/>
            <w:tcMar>
              <w:top w:w="120" w:type="dxa"/>
              <w:left w:w="150" w:type="dxa"/>
              <w:bottom w:w="120" w:type="dxa"/>
              <w:right w:w="150" w:type="dxa"/>
            </w:tcMar>
          </w:tcPr>
          <w:p w14:paraId="6B467914" w14:textId="77777777" w:rsidR="004F5376" w:rsidRPr="00A7252F" w:rsidRDefault="004F5376">
            <w:pPr>
              <w:rPr>
                <w:b/>
              </w:rPr>
            </w:pPr>
            <w:r w:rsidRPr="00A7252F">
              <w:rPr>
                <w:rFonts w:ascii="Arial" w:hAnsi="Arial"/>
                <w:b/>
              </w:rPr>
              <w:t>Pernyataan</w:t>
            </w:r>
          </w:p>
        </w:tc>
        <w:tc>
          <w:tcPr>
            <w:tcW w:w="1440" w:type="dxa"/>
            <w:shd w:val="clear" w:color="auto" w:fill="1E5A8C"/>
            <w:tcMar>
              <w:top w:w="120" w:type="dxa"/>
              <w:left w:w="150" w:type="dxa"/>
              <w:bottom w:w="120" w:type="dxa"/>
              <w:right w:w="150" w:type="dxa"/>
            </w:tcMar>
          </w:tcPr>
          <w:p w14:paraId="099FEC9B" w14:textId="77777777" w:rsidR="004F5376" w:rsidRPr="00A7252F" w:rsidRDefault="004F5376">
            <w:pPr>
              <w:jc w:val="center"/>
              <w:rPr>
                <w:b/>
              </w:rPr>
            </w:pPr>
            <w:r w:rsidRPr="00A7252F">
              <w:rPr>
                <w:rFonts w:ascii="Arial" w:hAnsi="Arial"/>
                <w:b/>
              </w:rPr>
              <w:t>Benar</w:t>
            </w:r>
          </w:p>
        </w:tc>
        <w:tc>
          <w:tcPr>
            <w:tcW w:w="1440" w:type="dxa"/>
            <w:shd w:val="clear" w:color="auto" w:fill="1E5A8C"/>
            <w:tcMar>
              <w:top w:w="120" w:type="dxa"/>
              <w:left w:w="150" w:type="dxa"/>
              <w:bottom w:w="120" w:type="dxa"/>
              <w:right w:w="150" w:type="dxa"/>
            </w:tcMar>
          </w:tcPr>
          <w:p w14:paraId="57449EFE" w14:textId="77777777" w:rsidR="004F5376" w:rsidRPr="00A7252F" w:rsidRDefault="004F5376">
            <w:pPr>
              <w:jc w:val="center"/>
              <w:rPr>
                <w:b/>
              </w:rPr>
            </w:pPr>
            <w:r w:rsidRPr="00A7252F">
              <w:rPr>
                <w:rFonts w:ascii="Arial" w:hAnsi="Arial"/>
                <w:b/>
              </w:rPr>
              <w:t>Salah</w:t>
            </w:r>
          </w:p>
        </w:tc>
      </w:tr>
      <w:tr w:rsidR="00A7252F" w:rsidRPr="00A7252F" w14:paraId="38FB8773" w14:textId="77777777" w:rsidTr="004F5376">
        <w:trPr>
          <w:jc w:val="center"/>
        </w:trPr>
        <w:tc>
          <w:tcPr>
            <w:tcW w:w="5040" w:type="dxa"/>
            <w:shd w:val="clear" w:color="auto" w:fill="F9FBFD"/>
            <w:tcMar>
              <w:top w:w="100" w:type="dxa"/>
              <w:left w:w="150" w:type="dxa"/>
              <w:bottom w:w="100" w:type="dxa"/>
              <w:right w:w="150" w:type="dxa"/>
            </w:tcMar>
          </w:tcPr>
          <w:p w14:paraId="1E72B070" w14:textId="77777777" w:rsidR="004F5376" w:rsidRPr="00A7252F" w:rsidRDefault="004F5376">
            <w:pPr>
              <w:rPr>
                <w:b/>
              </w:rPr>
            </w:pPr>
            <w:proofErr w:type="spellStart"/>
            <w:r w:rsidRPr="00A7252F">
              <w:rPr>
                <w:rFonts w:ascii="Arial" w:hAnsi="Arial"/>
                <w:b/>
              </w:rPr>
              <w:t>Rumus</w:t>
            </w:r>
            <w:proofErr w:type="spellEnd"/>
            <w:r w:rsidRPr="00A7252F">
              <w:rPr>
                <w:rFonts w:ascii="Arial" w:hAnsi="Arial"/>
                <w:b/>
              </w:rPr>
              <w:t xml:space="preserve"> </w:t>
            </w:r>
            <w:proofErr w:type="spellStart"/>
            <w:r w:rsidRPr="00A7252F">
              <w:rPr>
                <w:rFonts w:ascii="Arial" w:hAnsi="Arial"/>
                <w:b/>
              </w:rPr>
              <w:t>kimia</w:t>
            </w:r>
            <w:proofErr w:type="spellEnd"/>
            <w:r w:rsidRPr="00A7252F">
              <w:rPr>
                <w:rFonts w:ascii="Arial" w:hAnsi="Arial"/>
                <w:b/>
              </w:rPr>
              <w:t xml:space="preserve"> </w:t>
            </w:r>
            <w:proofErr w:type="spellStart"/>
            <w:r w:rsidRPr="00A7252F">
              <w:rPr>
                <w:rFonts w:ascii="Arial" w:hAnsi="Arial"/>
                <w:b/>
              </w:rPr>
              <w:t>hidrokarbon</w:t>
            </w:r>
            <w:proofErr w:type="spellEnd"/>
            <w:r w:rsidRPr="00A7252F">
              <w:rPr>
                <w:rFonts w:ascii="Arial" w:hAnsi="Arial"/>
                <w:b/>
              </w:rPr>
              <w:t xml:space="preserve"> </w:t>
            </w:r>
            <w:proofErr w:type="spellStart"/>
            <w:r w:rsidRPr="00A7252F">
              <w:rPr>
                <w:rFonts w:ascii="Arial" w:hAnsi="Arial"/>
                <w:b/>
              </w:rPr>
              <w:t>tersebut</w:t>
            </w:r>
            <w:proofErr w:type="spellEnd"/>
            <w:r w:rsidRPr="00A7252F">
              <w:rPr>
                <w:rFonts w:ascii="Arial" w:hAnsi="Arial"/>
                <w:b/>
              </w:rPr>
              <w:t xml:space="preserve"> </w:t>
            </w:r>
            <w:proofErr w:type="spellStart"/>
            <w:r w:rsidRPr="00A7252F">
              <w:rPr>
                <w:rFonts w:ascii="Arial" w:hAnsi="Arial"/>
                <w:b/>
              </w:rPr>
              <w:t>adalah</w:t>
            </w:r>
            <w:proofErr w:type="spellEnd"/>
            <w:r w:rsidRPr="00A7252F">
              <w:rPr>
                <w:rFonts w:ascii="Arial" w:hAnsi="Arial"/>
                <w:b/>
              </w:rPr>
              <w:t xml:space="preserve"> C₄H₁₀ dengan struktur n-butana.</w:t>
            </w:r>
          </w:p>
        </w:tc>
        <w:tc>
          <w:tcPr>
            <w:tcW w:w="1440" w:type="dxa"/>
            <w:shd w:val="clear" w:color="auto" w:fill="F9FBFD"/>
            <w:tcMar>
              <w:top w:w="100" w:type="dxa"/>
              <w:left w:w="150" w:type="dxa"/>
              <w:bottom w:w="100" w:type="dxa"/>
              <w:right w:w="150" w:type="dxa"/>
            </w:tcMar>
          </w:tcPr>
          <w:p w14:paraId="30E77767" w14:textId="77777777" w:rsidR="004F5376" w:rsidRPr="00A7252F" w:rsidRDefault="004F5376">
            <w:pPr>
              <w:jc w:val="center"/>
              <w:rPr>
                <w:b/>
              </w:rPr>
            </w:pPr>
            <w:r w:rsidRPr="00A7252F">
              <w:rPr>
                <w:rFonts w:ascii="Arial" w:hAnsi="Arial"/>
                <w:b/>
              </w:rPr>
              <w:t>✔</w:t>
            </w:r>
          </w:p>
        </w:tc>
        <w:tc>
          <w:tcPr>
            <w:tcW w:w="1440" w:type="dxa"/>
            <w:shd w:val="clear" w:color="auto" w:fill="F9FBFD"/>
            <w:tcMar>
              <w:top w:w="100" w:type="dxa"/>
              <w:left w:w="150" w:type="dxa"/>
              <w:bottom w:w="100" w:type="dxa"/>
              <w:right w:w="150" w:type="dxa"/>
            </w:tcMar>
          </w:tcPr>
          <w:p w14:paraId="3ADC8588" w14:textId="77777777" w:rsidR="004F5376" w:rsidRPr="00A7252F" w:rsidRDefault="004F5376">
            <w:pPr>
              <w:jc w:val="center"/>
              <w:rPr>
                <w:b/>
              </w:rPr>
            </w:pPr>
          </w:p>
        </w:tc>
      </w:tr>
      <w:tr w:rsidR="00A7252F" w:rsidRPr="00A7252F" w14:paraId="42494F84" w14:textId="77777777" w:rsidTr="004F5376">
        <w:trPr>
          <w:jc w:val="center"/>
        </w:trPr>
        <w:tc>
          <w:tcPr>
            <w:tcW w:w="5040" w:type="dxa"/>
            <w:shd w:val="clear" w:color="auto" w:fill="FFFFFF"/>
            <w:tcMar>
              <w:top w:w="100" w:type="dxa"/>
              <w:left w:w="150" w:type="dxa"/>
              <w:bottom w:w="100" w:type="dxa"/>
              <w:right w:w="150" w:type="dxa"/>
            </w:tcMar>
          </w:tcPr>
          <w:p w14:paraId="248826D6" w14:textId="77777777" w:rsidR="004F5376" w:rsidRPr="00A7252F" w:rsidRDefault="004F5376">
            <w:pPr>
              <w:rPr>
                <w:b/>
              </w:rPr>
            </w:pPr>
            <w:proofErr w:type="spellStart"/>
            <w:r w:rsidRPr="00A7252F">
              <w:rPr>
                <w:rFonts w:ascii="Arial" w:hAnsi="Arial"/>
                <w:b/>
              </w:rPr>
              <w:t>Hidrokarbon</w:t>
            </w:r>
            <w:proofErr w:type="spellEnd"/>
            <w:r w:rsidRPr="00A7252F">
              <w:rPr>
                <w:rFonts w:ascii="Arial" w:hAnsi="Arial"/>
                <w:b/>
              </w:rPr>
              <w:t xml:space="preserve"> </w:t>
            </w:r>
            <w:proofErr w:type="spellStart"/>
            <w:r w:rsidRPr="00A7252F">
              <w:rPr>
                <w:rFonts w:ascii="Arial" w:hAnsi="Arial"/>
                <w:b/>
              </w:rPr>
              <w:t>tersebut</w:t>
            </w:r>
            <w:proofErr w:type="spellEnd"/>
            <w:r w:rsidRPr="00A7252F">
              <w:rPr>
                <w:rFonts w:ascii="Arial" w:hAnsi="Arial"/>
                <w:b/>
              </w:rPr>
              <w:t xml:space="preserve"> </w:t>
            </w:r>
            <w:proofErr w:type="spellStart"/>
            <w:r w:rsidRPr="00A7252F">
              <w:rPr>
                <w:rFonts w:ascii="Arial" w:hAnsi="Arial"/>
                <w:b/>
              </w:rPr>
              <w:t>diperkirakan</w:t>
            </w:r>
            <w:proofErr w:type="spellEnd"/>
            <w:r w:rsidRPr="00A7252F">
              <w:rPr>
                <w:rFonts w:ascii="Arial" w:hAnsi="Arial"/>
                <w:b/>
              </w:rPr>
              <w:t xml:space="preserve"> </w:t>
            </w:r>
            <w:proofErr w:type="spellStart"/>
            <w:r w:rsidRPr="00A7252F">
              <w:rPr>
                <w:rFonts w:ascii="Arial" w:hAnsi="Arial"/>
                <w:b/>
              </w:rPr>
              <w:t>memiliki</w:t>
            </w:r>
            <w:proofErr w:type="spellEnd"/>
            <w:r w:rsidRPr="00A7252F">
              <w:rPr>
                <w:rFonts w:ascii="Arial" w:hAnsi="Arial"/>
                <w:b/>
              </w:rPr>
              <w:t xml:space="preserve"> </w:t>
            </w:r>
            <w:proofErr w:type="spellStart"/>
            <w:r w:rsidRPr="00A7252F">
              <w:rPr>
                <w:rFonts w:ascii="Arial" w:hAnsi="Arial"/>
                <w:b/>
              </w:rPr>
              <w:t>titik</w:t>
            </w:r>
            <w:proofErr w:type="spellEnd"/>
            <w:r w:rsidRPr="00A7252F">
              <w:rPr>
                <w:rFonts w:ascii="Arial" w:hAnsi="Arial"/>
                <w:b/>
              </w:rPr>
              <w:t xml:space="preserve"> didih lebih rendah dibandingkan pasangan isomernya.</w:t>
            </w:r>
          </w:p>
        </w:tc>
        <w:tc>
          <w:tcPr>
            <w:tcW w:w="1440" w:type="dxa"/>
            <w:shd w:val="clear" w:color="auto" w:fill="FFFFFF"/>
            <w:tcMar>
              <w:top w:w="100" w:type="dxa"/>
              <w:left w:w="150" w:type="dxa"/>
              <w:bottom w:w="100" w:type="dxa"/>
              <w:right w:w="150" w:type="dxa"/>
            </w:tcMar>
          </w:tcPr>
          <w:p w14:paraId="1646B457" w14:textId="77777777" w:rsidR="004F5376" w:rsidRPr="00A7252F" w:rsidRDefault="004F5376">
            <w:pPr>
              <w:jc w:val="center"/>
              <w:rPr>
                <w:b/>
              </w:rPr>
            </w:pPr>
          </w:p>
        </w:tc>
        <w:tc>
          <w:tcPr>
            <w:tcW w:w="1440" w:type="dxa"/>
            <w:shd w:val="clear" w:color="auto" w:fill="FFFFFF"/>
            <w:tcMar>
              <w:top w:w="100" w:type="dxa"/>
              <w:left w:w="150" w:type="dxa"/>
              <w:bottom w:w="100" w:type="dxa"/>
              <w:right w:w="150" w:type="dxa"/>
            </w:tcMar>
          </w:tcPr>
          <w:p w14:paraId="318123DB" w14:textId="77777777" w:rsidR="004F5376" w:rsidRPr="00A7252F" w:rsidRDefault="004F5376">
            <w:pPr>
              <w:jc w:val="center"/>
              <w:rPr>
                <w:b/>
              </w:rPr>
            </w:pPr>
            <w:r w:rsidRPr="00A7252F">
              <w:rPr>
                <w:rFonts w:ascii="Arial" w:hAnsi="Arial"/>
                <w:b/>
              </w:rPr>
              <w:t>✔</w:t>
            </w:r>
          </w:p>
        </w:tc>
      </w:tr>
    </w:tbl>
    <w:p w14:paraId="117C5552" w14:textId="77777777" w:rsidR="004F5376" w:rsidRPr="00A7252F" w:rsidRDefault="004F5376"/>
    <w:p w14:paraId="5E5D3452" w14:textId="792D0673" w:rsidR="004F5376" w:rsidRPr="00A7252F" w:rsidRDefault="004F5376" w:rsidP="00823B8A">
      <w:pPr>
        <w:spacing w:after="360"/>
        <w:jc w:val="center"/>
      </w:pPr>
      <w:r w:rsidRPr="00A7252F">
        <w:rPr>
          <w:rFonts w:ascii="Arial" w:hAnsi="Arial"/>
          <w:b/>
          <w:sz w:val="30"/>
        </w:rPr>
        <w:lastRenderedPageBreak/>
        <w:t>PEMBAHASAN SOAL KIMIA</w:t>
      </w:r>
      <w:r w:rsidR="00823B8A" w:rsidRPr="00A7252F">
        <w:rPr>
          <w:rFonts w:ascii="Arial" w:hAnsi="Arial"/>
          <w:b/>
          <w:sz w:val="30"/>
        </w:rPr>
        <w:t xml:space="preserve"> SOAL NOMOR 9</w:t>
      </w:r>
      <w:r w:rsidRPr="00A7252F">
        <w:rPr>
          <w:rFonts w:ascii="Arial" w:hAnsi="Arial"/>
          <w:b/>
          <w:sz w:val="30"/>
        </w:rPr>
        <w:br/>
        <w:t>ANALISIS ISOMER PENTENA (C₅H₁₀) &amp; STABILITAS ALKENA</w:t>
      </w:r>
    </w:p>
    <w:p w14:paraId="38AD2501" w14:textId="77777777" w:rsidR="004F5376" w:rsidRPr="00A7252F" w:rsidRDefault="004F5376" w:rsidP="00AF4E67">
      <w:pPr>
        <w:spacing w:after="0" w:line="360" w:lineRule="auto"/>
      </w:pPr>
      <w:r w:rsidRPr="00A7252F">
        <w:rPr>
          <w:rFonts w:ascii="Arial" w:hAnsi="Arial"/>
          <w:b/>
          <w:sz w:val="26"/>
        </w:rPr>
        <w:t>1. Pengenalan Struktur Senyawa Pentena</w:t>
      </w:r>
    </w:p>
    <w:p w14:paraId="65716177" w14:textId="77777777" w:rsidR="004F5376" w:rsidRPr="00A7252F" w:rsidRDefault="004F5376" w:rsidP="00AF4E67">
      <w:pPr>
        <w:spacing w:after="0" w:line="360" w:lineRule="auto"/>
      </w:pPr>
      <w:r w:rsidRPr="00A7252F">
        <w:rPr>
          <w:rFonts w:ascii="Arial" w:hAnsi="Arial"/>
        </w:rPr>
        <w:t>Berdasarkan struktur yang disajikan pada soal:</w:t>
      </w:r>
      <w:r w:rsidRPr="00A7252F">
        <w:rPr>
          <w:rFonts w:ascii="Arial" w:hAnsi="Arial"/>
        </w:rPr>
        <w:br/>
      </w:r>
      <w:r w:rsidRPr="00A7252F">
        <w:rPr>
          <w:rFonts w:ascii="Arial" w:hAnsi="Arial"/>
          <w:b/>
        </w:rPr>
        <w:t xml:space="preserve">• Senyawa 1: </w:t>
      </w:r>
      <w:r w:rsidRPr="00A7252F">
        <w:rPr>
          <w:rFonts w:ascii="Arial" w:hAnsi="Arial"/>
        </w:rPr>
        <w:t>H₂C=CH—CH₂—CH₂—CH₃ (1-pentena, merupakan alkena ujung / terminal).</w:t>
      </w:r>
      <w:r w:rsidRPr="00A7252F">
        <w:rPr>
          <w:rFonts w:ascii="Arial" w:hAnsi="Arial"/>
        </w:rPr>
        <w:br/>
      </w:r>
      <w:r w:rsidRPr="00A7252F">
        <w:rPr>
          <w:rFonts w:ascii="Arial" w:hAnsi="Arial"/>
          <w:b/>
        </w:rPr>
        <w:t xml:space="preserve">• Senyawa 2: </w:t>
      </w:r>
      <w:r w:rsidRPr="00A7252F">
        <w:rPr>
          <w:rFonts w:ascii="Arial" w:hAnsi="Arial"/>
        </w:rPr>
        <w:t>H₃C—CH=CH—CH₂—CH₃ (2-pentena, merupakan alkena internal).</w:t>
      </w:r>
    </w:p>
    <w:p w14:paraId="49B504B8" w14:textId="77777777" w:rsidR="004F5376" w:rsidRPr="00A7252F" w:rsidRDefault="004F5376" w:rsidP="00AF4E67">
      <w:pPr>
        <w:spacing w:after="0" w:line="360" w:lineRule="auto"/>
      </w:pPr>
      <w:r w:rsidRPr="00A7252F">
        <w:rPr>
          <w:rFonts w:ascii="Arial" w:hAnsi="Arial"/>
          <w:b/>
          <w:sz w:val="26"/>
        </w:rPr>
        <w:t>2. Analisis Mendalam Setiap Pernyataan</w:t>
      </w:r>
    </w:p>
    <w:p w14:paraId="630FD5D0" w14:textId="77777777" w:rsidR="00823B8A" w:rsidRPr="00A7252F" w:rsidRDefault="004F5376" w:rsidP="00823B8A">
      <w:pPr>
        <w:spacing w:after="0" w:line="360" w:lineRule="auto"/>
        <w:rPr>
          <w:rFonts w:ascii="Arial" w:hAnsi="Arial"/>
        </w:rPr>
      </w:pPr>
      <w:r w:rsidRPr="00A7252F">
        <w:rPr>
          <w:rFonts w:ascii="Arial" w:hAnsi="Arial"/>
          <w:b/>
        </w:rPr>
        <w:t>1. Kedua senyawa dapat membentuk isomer geometris cis dan trans.</w:t>
      </w:r>
      <w:r w:rsidRPr="00A7252F">
        <w:rPr>
          <w:rFonts w:ascii="Arial" w:hAnsi="Arial"/>
          <w:b/>
        </w:rPr>
        <w:br/>
      </w:r>
      <w:r w:rsidRPr="00A7252F">
        <w:rPr>
          <w:rFonts w:ascii="Arial" w:hAnsi="Arial"/>
        </w:rPr>
        <w:t xml:space="preserve">   • Analisis: Syarat isomer cis-trans adalah atom C berikatan rangkap mengikat dua gugus yang berbeda. Senyawa 1 (1-pentena) memiliki gugus —CH₂ di ujung (mengikat dua atom H yang sama), sehingga TIDAK dapat membentuk isomer cis-trans. Hanya Senyawa 2 yang bisa. Oleh karena itu, pernyataan 'kedua senyawa' adalah keliru.</w:t>
      </w:r>
      <w:r w:rsidRPr="00A7252F">
        <w:rPr>
          <w:rFonts w:ascii="Arial" w:hAnsi="Arial"/>
        </w:rPr>
        <w:br/>
        <w:t xml:space="preserve">   ⇒ Status: SALAH</w:t>
      </w:r>
      <w:r w:rsidRPr="00A7252F">
        <w:rPr>
          <w:rFonts w:ascii="Arial" w:hAnsi="Arial"/>
        </w:rPr>
        <w:br/>
      </w:r>
      <w:r w:rsidRPr="00A7252F">
        <w:rPr>
          <w:rFonts w:ascii="Arial" w:hAnsi="Arial"/>
          <w:b/>
        </w:rPr>
        <w:t>2. Struktur senyawa 2 lebih stabil dibandingkan senyawa 1.</w:t>
      </w:r>
      <w:r w:rsidRPr="00A7252F">
        <w:rPr>
          <w:rFonts w:ascii="Arial" w:hAnsi="Arial"/>
          <w:b/>
        </w:rPr>
        <w:br/>
      </w:r>
      <w:r w:rsidRPr="00A7252F">
        <w:rPr>
          <w:rFonts w:ascii="Arial" w:hAnsi="Arial"/>
        </w:rPr>
        <w:t xml:space="preserve">   • Analisis: Berdasarkan data entalpi pembakaran (ΔHᶜ), Senyawa 1 (-3.349,72 kJ/mol) melepaskan energi lebih besar daripada Senyawa 2 (-3.338,71 kJ/mol). Semakin kecil energi yang dilepaskan, semakin rendah energi potensial senyawa, yang berarti strukturnya LEBIH STABIL (alkena internal lebih stabil daripada alkena terminal).</w:t>
      </w:r>
      <w:r w:rsidRPr="00A7252F">
        <w:rPr>
          <w:rFonts w:ascii="Arial" w:hAnsi="Arial"/>
        </w:rPr>
        <w:br/>
        <w:t xml:space="preserve">   ⇒ Status: BENAR</w:t>
      </w:r>
      <w:r w:rsidRPr="00A7252F">
        <w:rPr>
          <w:rFonts w:ascii="Arial" w:hAnsi="Arial"/>
        </w:rPr>
        <w:br/>
      </w:r>
      <w:r w:rsidRPr="00A7252F">
        <w:rPr>
          <w:rFonts w:ascii="Arial" w:hAnsi="Arial"/>
          <w:b/>
        </w:rPr>
        <w:t>3. Hibridisasi atom C rangkap berubah menjadi sp saat mengalami pembakaran.</w:t>
      </w:r>
      <w:r w:rsidRPr="00A7252F">
        <w:rPr>
          <w:rFonts w:ascii="Arial" w:hAnsi="Arial"/>
          <w:b/>
        </w:rPr>
        <w:br/>
      </w:r>
      <w:r w:rsidRPr="00A7252F">
        <w:rPr>
          <w:rFonts w:ascii="Arial" w:hAnsi="Arial"/>
        </w:rPr>
        <w:t xml:space="preserve">   • Analisis: Pada alkena, atom C berikatan rangkap memiliki hibridisasi sp². Saat mengalami pembakaran sempurna, hidrokarbon teroksidasi menjadi gas karbon dioksida (CO₂ atau O=C=O) yang bergeometri linier dengan hibridisasi sp.</w:t>
      </w:r>
      <w:r w:rsidRPr="00A7252F">
        <w:rPr>
          <w:rFonts w:ascii="Arial" w:hAnsi="Arial"/>
        </w:rPr>
        <w:br/>
        <w:t xml:space="preserve">   ⇒ Status: BENAR</w:t>
      </w:r>
    </w:p>
    <w:p w14:paraId="064896C1" w14:textId="04EBBF20" w:rsidR="004F5376" w:rsidRPr="00A7252F" w:rsidRDefault="004F5376" w:rsidP="00823B8A">
      <w:pPr>
        <w:spacing w:after="0" w:line="360" w:lineRule="auto"/>
        <w:rPr>
          <w:rFonts w:ascii="Arial" w:hAnsi="Arial"/>
        </w:rPr>
      </w:pPr>
      <w:r w:rsidRPr="00A7252F">
        <w:rPr>
          <w:rFonts w:ascii="Arial" w:hAnsi="Arial"/>
          <w:b/>
          <w:sz w:val="26"/>
        </w:rPr>
        <w:t xml:space="preserve">3. Tabel </w:t>
      </w:r>
      <w:proofErr w:type="spellStart"/>
      <w:r w:rsidRPr="00A7252F">
        <w:rPr>
          <w:rFonts w:ascii="Arial" w:hAnsi="Arial"/>
          <w:b/>
          <w:sz w:val="26"/>
        </w:rPr>
        <w:t>Penilaian</w:t>
      </w:r>
      <w:proofErr w:type="spellEnd"/>
      <w:r w:rsidRPr="00A7252F">
        <w:rPr>
          <w:rFonts w:ascii="Arial" w:hAnsi="Arial"/>
          <w:b/>
          <w:sz w:val="26"/>
        </w:rPr>
        <w:t xml:space="preserve"> Akhir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440"/>
        <w:gridCol w:w="1440"/>
      </w:tblGrid>
      <w:tr w:rsidR="00A7252F" w:rsidRPr="00A7252F" w14:paraId="06AADF05" w14:textId="77777777" w:rsidTr="00AF4E67">
        <w:trPr>
          <w:jc w:val="center"/>
        </w:trPr>
        <w:tc>
          <w:tcPr>
            <w:tcW w:w="5040" w:type="dxa"/>
            <w:shd w:val="clear" w:color="auto" w:fill="1E5A8C"/>
            <w:tcMar>
              <w:top w:w="120" w:type="dxa"/>
              <w:left w:w="150" w:type="dxa"/>
              <w:bottom w:w="120" w:type="dxa"/>
              <w:right w:w="150" w:type="dxa"/>
            </w:tcMar>
          </w:tcPr>
          <w:p w14:paraId="29CC1486" w14:textId="77777777" w:rsidR="004F5376" w:rsidRPr="00A7252F" w:rsidRDefault="004F5376">
            <w:pPr>
              <w:rPr>
                <w:b/>
              </w:rPr>
            </w:pPr>
            <w:r w:rsidRPr="00A7252F">
              <w:rPr>
                <w:rFonts w:ascii="Arial" w:hAnsi="Arial"/>
                <w:b/>
              </w:rPr>
              <w:t>Pernyataan</w:t>
            </w:r>
          </w:p>
        </w:tc>
        <w:tc>
          <w:tcPr>
            <w:tcW w:w="1440" w:type="dxa"/>
            <w:shd w:val="clear" w:color="auto" w:fill="1E5A8C"/>
            <w:tcMar>
              <w:top w:w="120" w:type="dxa"/>
              <w:left w:w="150" w:type="dxa"/>
              <w:bottom w:w="120" w:type="dxa"/>
              <w:right w:w="150" w:type="dxa"/>
            </w:tcMar>
          </w:tcPr>
          <w:p w14:paraId="153C2B2E" w14:textId="77777777" w:rsidR="004F5376" w:rsidRPr="00A7252F" w:rsidRDefault="004F5376">
            <w:pPr>
              <w:jc w:val="center"/>
              <w:rPr>
                <w:b/>
              </w:rPr>
            </w:pPr>
            <w:r w:rsidRPr="00A7252F">
              <w:rPr>
                <w:rFonts w:ascii="Arial" w:hAnsi="Arial"/>
                <w:b/>
              </w:rPr>
              <w:t>Benar</w:t>
            </w:r>
          </w:p>
        </w:tc>
        <w:tc>
          <w:tcPr>
            <w:tcW w:w="1440" w:type="dxa"/>
            <w:shd w:val="clear" w:color="auto" w:fill="1E5A8C"/>
            <w:tcMar>
              <w:top w:w="120" w:type="dxa"/>
              <w:left w:w="150" w:type="dxa"/>
              <w:bottom w:w="120" w:type="dxa"/>
              <w:right w:w="150" w:type="dxa"/>
            </w:tcMar>
          </w:tcPr>
          <w:p w14:paraId="405136AA" w14:textId="77777777" w:rsidR="004F5376" w:rsidRPr="00A7252F" w:rsidRDefault="004F5376">
            <w:pPr>
              <w:jc w:val="center"/>
              <w:rPr>
                <w:b/>
              </w:rPr>
            </w:pPr>
            <w:r w:rsidRPr="00A7252F">
              <w:rPr>
                <w:rFonts w:ascii="Arial" w:hAnsi="Arial"/>
                <w:b/>
              </w:rPr>
              <w:t>Salah</w:t>
            </w:r>
          </w:p>
        </w:tc>
      </w:tr>
      <w:tr w:rsidR="00A7252F" w:rsidRPr="00A7252F" w14:paraId="44E77819" w14:textId="77777777" w:rsidTr="00AF4E67">
        <w:trPr>
          <w:jc w:val="center"/>
        </w:trPr>
        <w:tc>
          <w:tcPr>
            <w:tcW w:w="5040" w:type="dxa"/>
            <w:shd w:val="clear" w:color="auto" w:fill="F9FBFD"/>
            <w:tcMar>
              <w:top w:w="100" w:type="dxa"/>
              <w:left w:w="150" w:type="dxa"/>
              <w:bottom w:w="100" w:type="dxa"/>
              <w:right w:w="150" w:type="dxa"/>
            </w:tcMar>
          </w:tcPr>
          <w:p w14:paraId="643A6C53" w14:textId="77777777" w:rsidR="004F5376" w:rsidRPr="00A7252F" w:rsidRDefault="004F5376">
            <w:pPr>
              <w:rPr>
                <w:b/>
              </w:rPr>
            </w:pPr>
            <w:proofErr w:type="spellStart"/>
            <w:r w:rsidRPr="00A7252F">
              <w:rPr>
                <w:rFonts w:ascii="Arial" w:hAnsi="Arial"/>
                <w:b/>
              </w:rPr>
              <w:t>Kedua</w:t>
            </w:r>
            <w:proofErr w:type="spellEnd"/>
            <w:r w:rsidRPr="00A7252F">
              <w:rPr>
                <w:rFonts w:ascii="Arial" w:hAnsi="Arial"/>
                <w:b/>
              </w:rPr>
              <w:t xml:space="preserve"> </w:t>
            </w:r>
            <w:proofErr w:type="spellStart"/>
            <w:r w:rsidRPr="00A7252F">
              <w:rPr>
                <w:rFonts w:ascii="Arial" w:hAnsi="Arial"/>
                <w:b/>
              </w:rPr>
              <w:t>senyawa</w:t>
            </w:r>
            <w:proofErr w:type="spellEnd"/>
            <w:r w:rsidRPr="00A7252F">
              <w:rPr>
                <w:rFonts w:ascii="Arial" w:hAnsi="Arial"/>
                <w:b/>
              </w:rPr>
              <w:t xml:space="preserve"> </w:t>
            </w:r>
            <w:proofErr w:type="spellStart"/>
            <w:r w:rsidRPr="00A7252F">
              <w:rPr>
                <w:rFonts w:ascii="Arial" w:hAnsi="Arial"/>
                <w:b/>
              </w:rPr>
              <w:t>dapat</w:t>
            </w:r>
            <w:proofErr w:type="spellEnd"/>
            <w:r w:rsidRPr="00A7252F">
              <w:rPr>
                <w:rFonts w:ascii="Arial" w:hAnsi="Arial"/>
                <w:b/>
              </w:rPr>
              <w:t xml:space="preserve"> </w:t>
            </w:r>
            <w:proofErr w:type="spellStart"/>
            <w:r w:rsidRPr="00A7252F">
              <w:rPr>
                <w:rFonts w:ascii="Arial" w:hAnsi="Arial"/>
                <w:b/>
              </w:rPr>
              <w:t>membentuk</w:t>
            </w:r>
            <w:proofErr w:type="spellEnd"/>
            <w:r w:rsidRPr="00A7252F">
              <w:rPr>
                <w:rFonts w:ascii="Arial" w:hAnsi="Arial"/>
                <w:b/>
              </w:rPr>
              <w:t xml:space="preserve"> isomer geometris cis dan trans.</w:t>
            </w:r>
          </w:p>
        </w:tc>
        <w:tc>
          <w:tcPr>
            <w:tcW w:w="1440" w:type="dxa"/>
            <w:shd w:val="clear" w:color="auto" w:fill="F9FBFD"/>
            <w:tcMar>
              <w:top w:w="100" w:type="dxa"/>
              <w:left w:w="150" w:type="dxa"/>
              <w:bottom w:w="100" w:type="dxa"/>
              <w:right w:w="150" w:type="dxa"/>
            </w:tcMar>
          </w:tcPr>
          <w:p w14:paraId="305A9E1F" w14:textId="77777777" w:rsidR="004F5376" w:rsidRPr="00A7252F" w:rsidRDefault="004F5376">
            <w:pPr>
              <w:jc w:val="center"/>
              <w:rPr>
                <w:b/>
              </w:rPr>
            </w:pPr>
          </w:p>
        </w:tc>
        <w:tc>
          <w:tcPr>
            <w:tcW w:w="1440" w:type="dxa"/>
            <w:shd w:val="clear" w:color="auto" w:fill="F9FBFD"/>
            <w:tcMar>
              <w:top w:w="100" w:type="dxa"/>
              <w:left w:w="150" w:type="dxa"/>
              <w:bottom w:w="100" w:type="dxa"/>
              <w:right w:w="150" w:type="dxa"/>
            </w:tcMar>
          </w:tcPr>
          <w:p w14:paraId="1F70C94E" w14:textId="77777777" w:rsidR="004F5376" w:rsidRPr="00A7252F" w:rsidRDefault="004F5376">
            <w:pPr>
              <w:jc w:val="center"/>
              <w:rPr>
                <w:b/>
              </w:rPr>
            </w:pPr>
            <w:r w:rsidRPr="00A7252F">
              <w:rPr>
                <w:rFonts w:ascii="Arial" w:hAnsi="Arial"/>
                <w:b/>
              </w:rPr>
              <w:t>✔</w:t>
            </w:r>
          </w:p>
        </w:tc>
      </w:tr>
      <w:tr w:rsidR="00A7252F" w:rsidRPr="00A7252F" w14:paraId="469B0FBB" w14:textId="77777777" w:rsidTr="00AF4E67">
        <w:trPr>
          <w:jc w:val="center"/>
        </w:trPr>
        <w:tc>
          <w:tcPr>
            <w:tcW w:w="5040" w:type="dxa"/>
            <w:shd w:val="clear" w:color="auto" w:fill="FFFFFF"/>
            <w:tcMar>
              <w:top w:w="100" w:type="dxa"/>
              <w:left w:w="150" w:type="dxa"/>
              <w:bottom w:w="100" w:type="dxa"/>
              <w:right w:w="150" w:type="dxa"/>
            </w:tcMar>
          </w:tcPr>
          <w:p w14:paraId="7EF72AD9" w14:textId="77777777" w:rsidR="004F5376" w:rsidRPr="00A7252F" w:rsidRDefault="004F5376">
            <w:pPr>
              <w:rPr>
                <w:b/>
              </w:rPr>
            </w:pPr>
            <w:proofErr w:type="spellStart"/>
            <w:r w:rsidRPr="00A7252F">
              <w:rPr>
                <w:rFonts w:ascii="Arial" w:hAnsi="Arial"/>
                <w:b/>
              </w:rPr>
              <w:t>Struktur</w:t>
            </w:r>
            <w:proofErr w:type="spellEnd"/>
            <w:r w:rsidRPr="00A7252F">
              <w:rPr>
                <w:rFonts w:ascii="Arial" w:hAnsi="Arial"/>
                <w:b/>
              </w:rPr>
              <w:t xml:space="preserve"> </w:t>
            </w:r>
            <w:proofErr w:type="spellStart"/>
            <w:r w:rsidRPr="00A7252F">
              <w:rPr>
                <w:rFonts w:ascii="Arial" w:hAnsi="Arial"/>
                <w:b/>
              </w:rPr>
              <w:t>senyawa</w:t>
            </w:r>
            <w:proofErr w:type="spellEnd"/>
            <w:r w:rsidRPr="00A7252F">
              <w:rPr>
                <w:rFonts w:ascii="Arial" w:hAnsi="Arial"/>
                <w:b/>
              </w:rPr>
              <w:t xml:space="preserve"> 2 </w:t>
            </w:r>
            <w:proofErr w:type="spellStart"/>
            <w:r w:rsidRPr="00A7252F">
              <w:rPr>
                <w:rFonts w:ascii="Arial" w:hAnsi="Arial"/>
                <w:b/>
              </w:rPr>
              <w:t>lebih</w:t>
            </w:r>
            <w:proofErr w:type="spellEnd"/>
            <w:r w:rsidRPr="00A7252F">
              <w:rPr>
                <w:rFonts w:ascii="Arial" w:hAnsi="Arial"/>
                <w:b/>
              </w:rPr>
              <w:t xml:space="preserve"> </w:t>
            </w:r>
            <w:proofErr w:type="spellStart"/>
            <w:r w:rsidRPr="00A7252F">
              <w:rPr>
                <w:rFonts w:ascii="Arial" w:hAnsi="Arial"/>
                <w:b/>
              </w:rPr>
              <w:t>stabil</w:t>
            </w:r>
            <w:proofErr w:type="spellEnd"/>
            <w:r w:rsidRPr="00A7252F">
              <w:rPr>
                <w:rFonts w:ascii="Arial" w:hAnsi="Arial"/>
                <w:b/>
              </w:rPr>
              <w:t xml:space="preserve"> </w:t>
            </w:r>
            <w:proofErr w:type="spellStart"/>
            <w:r w:rsidRPr="00A7252F">
              <w:rPr>
                <w:rFonts w:ascii="Arial" w:hAnsi="Arial"/>
                <w:b/>
              </w:rPr>
              <w:t>dibandingkan</w:t>
            </w:r>
            <w:proofErr w:type="spellEnd"/>
            <w:r w:rsidRPr="00A7252F">
              <w:rPr>
                <w:rFonts w:ascii="Arial" w:hAnsi="Arial"/>
                <w:b/>
              </w:rPr>
              <w:t xml:space="preserve"> </w:t>
            </w:r>
            <w:proofErr w:type="spellStart"/>
            <w:r w:rsidRPr="00A7252F">
              <w:rPr>
                <w:rFonts w:ascii="Arial" w:hAnsi="Arial"/>
                <w:b/>
              </w:rPr>
              <w:t>senyawa</w:t>
            </w:r>
            <w:proofErr w:type="spellEnd"/>
            <w:r w:rsidRPr="00A7252F">
              <w:rPr>
                <w:rFonts w:ascii="Arial" w:hAnsi="Arial"/>
                <w:b/>
              </w:rPr>
              <w:t xml:space="preserve"> 1.</w:t>
            </w:r>
          </w:p>
        </w:tc>
        <w:tc>
          <w:tcPr>
            <w:tcW w:w="1440" w:type="dxa"/>
            <w:shd w:val="clear" w:color="auto" w:fill="FFFFFF"/>
            <w:tcMar>
              <w:top w:w="100" w:type="dxa"/>
              <w:left w:w="150" w:type="dxa"/>
              <w:bottom w:w="100" w:type="dxa"/>
              <w:right w:w="150" w:type="dxa"/>
            </w:tcMar>
          </w:tcPr>
          <w:p w14:paraId="6B33C9E1" w14:textId="77777777" w:rsidR="004F5376" w:rsidRPr="00A7252F" w:rsidRDefault="004F5376">
            <w:pPr>
              <w:jc w:val="center"/>
              <w:rPr>
                <w:b/>
              </w:rPr>
            </w:pPr>
            <w:r w:rsidRPr="00A7252F">
              <w:rPr>
                <w:rFonts w:ascii="Arial" w:hAnsi="Arial"/>
                <w:b/>
              </w:rPr>
              <w:t>✔</w:t>
            </w:r>
          </w:p>
        </w:tc>
        <w:tc>
          <w:tcPr>
            <w:tcW w:w="1440" w:type="dxa"/>
            <w:shd w:val="clear" w:color="auto" w:fill="FFFFFF"/>
            <w:tcMar>
              <w:top w:w="100" w:type="dxa"/>
              <w:left w:w="150" w:type="dxa"/>
              <w:bottom w:w="100" w:type="dxa"/>
              <w:right w:w="150" w:type="dxa"/>
            </w:tcMar>
          </w:tcPr>
          <w:p w14:paraId="3CD4B11A" w14:textId="77777777" w:rsidR="004F5376" w:rsidRPr="00A7252F" w:rsidRDefault="004F5376">
            <w:pPr>
              <w:jc w:val="center"/>
              <w:rPr>
                <w:b/>
              </w:rPr>
            </w:pPr>
          </w:p>
        </w:tc>
      </w:tr>
      <w:tr w:rsidR="00A7252F" w:rsidRPr="00A7252F" w14:paraId="5D616845" w14:textId="77777777" w:rsidTr="00AF4E67">
        <w:trPr>
          <w:jc w:val="center"/>
        </w:trPr>
        <w:tc>
          <w:tcPr>
            <w:tcW w:w="5040" w:type="dxa"/>
            <w:shd w:val="clear" w:color="auto" w:fill="F9FBFD"/>
            <w:tcMar>
              <w:top w:w="100" w:type="dxa"/>
              <w:left w:w="150" w:type="dxa"/>
              <w:bottom w:w="100" w:type="dxa"/>
              <w:right w:w="150" w:type="dxa"/>
            </w:tcMar>
          </w:tcPr>
          <w:p w14:paraId="45B7583E" w14:textId="77777777" w:rsidR="004F5376" w:rsidRPr="00A7252F" w:rsidRDefault="004F5376">
            <w:pPr>
              <w:rPr>
                <w:b/>
              </w:rPr>
            </w:pPr>
            <w:proofErr w:type="spellStart"/>
            <w:r w:rsidRPr="00A7252F">
              <w:rPr>
                <w:rFonts w:ascii="Arial" w:hAnsi="Arial"/>
                <w:b/>
              </w:rPr>
              <w:t>Hibridisasi</w:t>
            </w:r>
            <w:proofErr w:type="spellEnd"/>
            <w:r w:rsidRPr="00A7252F">
              <w:rPr>
                <w:rFonts w:ascii="Arial" w:hAnsi="Arial"/>
                <w:b/>
              </w:rPr>
              <w:t xml:space="preserve"> atom C </w:t>
            </w:r>
            <w:proofErr w:type="spellStart"/>
            <w:r w:rsidRPr="00A7252F">
              <w:rPr>
                <w:rFonts w:ascii="Arial" w:hAnsi="Arial"/>
                <w:b/>
              </w:rPr>
              <w:t>rangkap</w:t>
            </w:r>
            <w:proofErr w:type="spellEnd"/>
            <w:r w:rsidRPr="00A7252F">
              <w:rPr>
                <w:rFonts w:ascii="Arial" w:hAnsi="Arial"/>
                <w:b/>
              </w:rPr>
              <w:t xml:space="preserve"> </w:t>
            </w:r>
            <w:proofErr w:type="spellStart"/>
            <w:r w:rsidRPr="00A7252F">
              <w:rPr>
                <w:rFonts w:ascii="Arial" w:hAnsi="Arial"/>
                <w:b/>
              </w:rPr>
              <w:t>berubah</w:t>
            </w:r>
            <w:proofErr w:type="spellEnd"/>
            <w:r w:rsidRPr="00A7252F">
              <w:rPr>
                <w:rFonts w:ascii="Arial" w:hAnsi="Arial"/>
                <w:b/>
              </w:rPr>
              <w:t xml:space="preserve"> </w:t>
            </w:r>
            <w:proofErr w:type="spellStart"/>
            <w:r w:rsidRPr="00A7252F">
              <w:rPr>
                <w:rFonts w:ascii="Arial" w:hAnsi="Arial"/>
                <w:b/>
              </w:rPr>
              <w:t>menjadi</w:t>
            </w:r>
            <w:proofErr w:type="spellEnd"/>
            <w:r w:rsidRPr="00A7252F">
              <w:rPr>
                <w:rFonts w:ascii="Arial" w:hAnsi="Arial"/>
                <w:b/>
              </w:rPr>
              <w:t xml:space="preserve"> </w:t>
            </w:r>
            <w:proofErr w:type="spellStart"/>
            <w:r w:rsidRPr="00A7252F">
              <w:rPr>
                <w:rFonts w:ascii="Arial" w:hAnsi="Arial"/>
                <w:b/>
              </w:rPr>
              <w:t>sp</w:t>
            </w:r>
            <w:proofErr w:type="spellEnd"/>
            <w:r w:rsidRPr="00A7252F">
              <w:rPr>
                <w:rFonts w:ascii="Arial" w:hAnsi="Arial"/>
                <w:b/>
              </w:rPr>
              <w:t xml:space="preserve"> </w:t>
            </w:r>
            <w:proofErr w:type="spellStart"/>
            <w:r w:rsidRPr="00A7252F">
              <w:rPr>
                <w:rFonts w:ascii="Arial" w:hAnsi="Arial"/>
                <w:b/>
              </w:rPr>
              <w:t>saat</w:t>
            </w:r>
            <w:proofErr w:type="spellEnd"/>
            <w:r w:rsidRPr="00A7252F">
              <w:rPr>
                <w:rFonts w:ascii="Arial" w:hAnsi="Arial"/>
                <w:b/>
              </w:rPr>
              <w:t xml:space="preserve"> mengalami pembakaran.</w:t>
            </w:r>
          </w:p>
        </w:tc>
        <w:tc>
          <w:tcPr>
            <w:tcW w:w="1440" w:type="dxa"/>
            <w:shd w:val="clear" w:color="auto" w:fill="F9FBFD"/>
            <w:tcMar>
              <w:top w:w="100" w:type="dxa"/>
              <w:left w:w="150" w:type="dxa"/>
              <w:bottom w:w="100" w:type="dxa"/>
              <w:right w:w="150" w:type="dxa"/>
            </w:tcMar>
          </w:tcPr>
          <w:p w14:paraId="25C11E2A" w14:textId="77777777" w:rsidR="004F5376" w:rsidRPr="00A7252F" w:rsidRDefault="004F5376">
            <w:pPr>
              <w:jc w:val="center"/>
              <w:rPr>
                <w:b/>
              </w:rPr>
            </w:pPr>
            <w:r w:rsidRPr="00A7252F">
              <w:rPr>
                <w:rFonts w:ascii="Arial" w:hAnsi="Arial"/>
                <w:b/>
              </w:rPr>
              <w:t>✔</w:t>
            </w:r>
          </w:p>
        </w:tc>
        <w:tc>
          <w:tcPr>
            <w:tcW w:w="1440" w:type="dxa"/>
            <w:shd w:val="clear" w:color="auto" w:fill="F9FBFD"/>
            <w:tcMar>
              <w:top w:w="100" w:type="dxa"/>
              <w:left w:w="150" w:type="dxa"/>
              <w:bottom w:w="100" w:type="dxa"/>
              <w:right w:w="150" w:type="dxa"/>
            </w:tcMar>
          </w:tcPr>
          <w:p w14:paraId="7CAEEA5A" w14:textId="77777777" w:rsidR="004F5376" w:rsidRPr="00A7252F" w:rsidRDefault="004F5376">
            <w:pPr>
              <w:jc w:val="center"/>
              <w:rPr>
                <w:b/>
              </w:rPr>
            </w:pPr>
          </w:p>
        </w:tc>
      </w:tr>
    </w:tbl>
    <w:p w14:paraId="7CE9F65B" w14:textId="77777777" w:rsidR="004F5376" w:rsidRPr="00A7252F" w:rsidRDefault="004F5376"/>
    <w:p w14:paraId="2B9DE4BD" w14:textId="35029D7A" w:rsidR="004F5376" w:rsidRPr="00A7252F" w:rsidRDefault="004F5376">
      <w:pPr>
        <w:spacing w:after="360"/>
        <w:jc w:val="center"/>
      </w:pPr>
      <w:r w:rsidRPr="00A7252F">
        <w:rPr>
          <w:rFonts w:ascii="Arial" w:hAnsi="Arial"/>
          <w:b/>
          <w:sz w:val="30"/>
        </w:rPr>
        <w:lastRenderedPageBreak/>
        <w:t>PEMBAHASAN SOAL KIMIA</w:t>
      </w:r>
      <w:r w:rsidR="00823B8A" w:rsidRPr="00A7252F">
        <w:rPr>
          <w:rFonts w:ascii="Arial" w:hAnsi="Arial"/>
          <w:b/>
          <w:sz w:val="30"/>
        </w:rPr>
        <w:t xml:space="preserve"> NOMOR 10</w:t>
      </w:r>
      <w:r w:rsidRPr="00A7252F">
        <w:rPr>
          <w:rFonts w:ascii="Arial" w:hAnsi="Arial"/>
          <w:b/>
          <w:sz w:val="30"/>
        </w:rPr>
        <w:br/>
        <w:t>SISTEM PENYANGGA FOSFAT &amp; TEORI ASAM-BASA BRONSTED-LOWRY</w:t>
      </w:r>
    </w:p>
    <w:p w14:paraId="635CE4A0" w14:textId="77777777" w:rsidR="004F5376" w:rsidRPr="00A7252F" w:rsidRDefault="004F5376">
      <w:pPr>
        <w:spacing w:before="240" w:after="120"/>
      </w:pPr>
      <w:r w:rsidRPr="00A7252F">
        <w:rPr>
          <w:rFonts w:ascii="Arial" w:hAnsi="Arial"/>
          <w:b/>
          <w:sz w:val="26"/>
        </w:rPr>
        <w:t>1. Reaksi Kesetimbangan di Tubulus Ginjal</w:t>
      </w:r>
    </w:p>
    <w:p w14:paraId="7DBBB047" w14:textId="77777777" w:rsidR="004F5376" w:rsidRPr="00A7252F" w:rsidRDefault="004F5376">
      <w:pPr>
        <w:spacing w:after="240"/>
      </w:pPr>
      <w:r w:rsidRPr="00A7252F">
        <w:rPr>
          <w:rFonts w:ascii="Arial" w:hAnsi="Arial"/>
        </w:rPr>
        <w:t>Reaksi kesetimbangan yang terjadi pada sistem penyangga fosfat di lumen tubulus ginjal adalah:</w:t>
      </w:r>
      <w:r w:rsidRPr="00A7252F">
        <w:rPr>
          <w:rFonts w:ascii="Arial" w:hAnsi="Arial"/>
        </w:rPr>
        <w:br/>
      </w:r>
      <w:r w:rsidRPr="00A7252F">
        <w:rPr>
          <w:rFonts w:ascii="Arial" w:hAnsi="Arial"/>
          <w:b/>
        </w:rPr>
        <w:t>HPO₄²⁻ (aq) + H₃O⁺ (aq) ⇌ H₂PO₄⁻ (aq) + H₂O (l)</w:t>
      </w:r>
    </w:p>
    <w:p w14:paraId="2466920D" w14:textId="77777777" w:rsidR="004F5376" w:rsidRPr="00A7252F" w:rsidRDefault="004F5376">
      <w:pPr>
        <w:spacing w:before="240" w:after="120"/>
      </w:pPr>
      <w:r w:rsidRPr="00A7252F">
        <w:rPr>
          <w:rFonts w:ascii="Arial" w:hAnsi="Arial"/>
          <w:b/>
          <w:sz w:val="26"/>
        </w:rPr>
        <w:t>2. Analisis Berdasarkan Teori Bronsted-Lowry</w:t>
      </w:r>
    </w:p>
    <w:p w14:paraId="0DFDB2C0" w14:textId="77777777" w:rsidR="004F5376" w:rsidRPr="00A7252F" w:rsidRDefault="004F5376">
      <w:pPr>
        <w:spacing w:after="240"/>
      </w:pPr>
      <w:r w:rsidRPr="00A7252F">
        <w:rPr>
          <w:rFonts w:ascii="Arial" w:hAnsi="Arial"/>
        </w:rPr>
        <w:t>Berdasarkan teori Bronsted-Lowry:</w:t>
      </w:r>
      <w:r w:rsidRPr="00A7252F">
        <w:rPr>
          <w:rFonts w:ascii="Arial" w:hAnsi="Arial"/>
        </w:rPr>
        <w:br/>
      </w:r>
      <w:r w:rsidRPr="00A7252F">
        <w:rPr>
          <w:rFonts w:ascii="Arial" w:hAnsi="Arial"/>
          <w:b/>
        </w:rPr>
        <w:t xml:space="preserve">• Asam </w:t>
      </w:r>
      <w:r w:rsidRPr="00A7252F">
        <w:rPr>
          <w:rFonts w:ascii="Arial" w:hAnsi="Arial"/>
        </w:rPr>
        <w:t>adalah spesies yang mendonorkan proton (H⁺).</w:t>
      </w:r>
      <w:r w:rsidRPr="00A7252F">
        <w:rPr>
          <w:rFonts w:ascii="Arial" w:hAnsi="Arial"/>
        </w:rPr>
        <w:br/>
      </w:r>
      <w:r w:rsidRPr="00A7252F">
        <w:rPr>
          <w:rFonts w:ascii="Arial" w:hAnsi="Arial"/>
          <w:b/>
        </w:rPr>
        <w:t xml:space="preserve">• Basa </w:t>
      </w:r>
      <w:r w:rsidRPr="00A7252F">
        <w:rPr>
          <w:rFonts w:ascii="Arial" w:hAnsi="Arial"/>
        </w:rPr>
        <w:t>adalah spesies yang menerima proton (H⁺).</w:t>
      </w:r>
      <w:r w:rsidRPr="00A7252F">
        <w:rPr>
          <w:rFonts w:ascii="Arial" w:hAnsi="Arial"/>
        </w:rPr>
        <w:br/>
      </w:r>
      <w:r w:rsidRPr="00A7252F">
        <w:rPr>
          <w:rFonts w:ascii="Arial" w:hAnsi="Arial"/>
          <w:b/>
        </w:rPr>
        <w:t xml:space="preserve">• Pasangan asam-basa konjugasi </w:t>
      </w:r>
      <w:r w:rsidRPr="00A7252F">
        <w:rPr>
          <w:rFonts w:ascii="Arial" w:hAnsi="Arial"/>
        </w:rPr>
        <w:t>memiliki selisih satu ion H⁺.</w:t>
      </w:r>
      <w:r w:rsidRPr="00A7252F">
        <w:rPr>
          <w:rFonts w:ascii="Arial" w:hAnsi="Arial"/>
        </w:rPr>
        <w:br/>
      </w:r>
      <w:r w:rsidRPr="00A7252F">
        <w:rPr>
          <w:rFonts w:ascii="Arial" w:hAnsi="Arial"/>
        </w:rPr>
        <w:br/>
      </w:r>
      <w:r w:rsidRPr="00A7252F">
        <w:rPr>
          <w:rFonts w:ascii="Arial" w:hAnsi="Arial"/>
          <w:b/>
        </w:rPr>
        <w:t>Penjabaran pasangan dalam reaksi:</w:t>
      </w:r>
      <w:r w:rsidRPr="00A7252F">
        <w:rPr>
          <w:rFonts w:ascii="Arial" w:hAnsi="Arial"/>
          <w:b/>
        </w:rPr>
        <w:br/>
      </w:r>
      <w:r w:rsidRPr="00A7252F">
        <w:rPr>
          <w:rFonts w:ascii="Arial" w:hAnsi="Arial"/>
        </w:rPr>
        <w:t>1. H₃O⁺ mendonorkan H⁺ menjadi H₂O. Maka, H₃O⁺ (asam) berpasangan dengan H₂O (basa konjugasi).</w:t>
      </w:r>
      <w:r w:rsidRPr="00A7252F">
        <w:rPr>
          <w:rFonts w:ascii="Arial" w:hAnsi="Arial"/>
        </w:rPr>
        <w:br/>
        <w:t>2. HPO₄²⁻ menerima H⁺ menjadi H₂PO₄⁻. Maka, HPO₄²⁻ (basa) berpasangan dengan H₂PO₄⁻ (asam konjugasi).</w:t>
      </w:r>
    </w:p>
    <w:p w14:paraId="58BF21CD" w14:textId="77777777" w:rsidR="004F5376" w:rsidRPr="00A7252F" w:rsidRDefault="004F5376">
      <w:pPr>
        <w:spacing w:before="240" w:after="120"/>
      </w:pPr>
      <w:r w:rsidRPr="00A7252F">
        <w:rPr>
          <w:rFonts w:ascii="Arial" w:hAnsi="Arial"/>
          <w:b/>
          <w:sz w:val="26"/>
        </w:rPr>
        <w:t>3. Evaluasi Pilihan Jawaban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3600"/>
        <w:gridCol w:w="2880"/>
      </w:tblGrid>
      <w:tr w:rsidR="00A7252F" w:rsidRPr="00A7252F" w14:paraId="71DC6B09" w14:textId="77777777" w:rsidTr="00823B8A">
        <w:trPr>
          <w:jc w:val="center"/>
        </w:trPr>
        <w:tc>
          <w:tcPr>
            <w:tcW w:w="2475" w:type="dxa"/>
            <w:shd w:val="clear" w:color="auto" w:fill="1E5A8C"/>
            <w:tcMar>
              <w:top w:w="120" w:type="dxa"/>
              <w:left w:w="150" w:type="dxa"/>
              <w:bottom w:w="120" w:type="dxa"/>
              <w:right w:w="150" w:type="dxa"/>
            </w:tcMar>
          </w:tcPr>
          <w:p w14:paraId="37809C33" w14:textId="77777777" w:rsidR="004F5376" w:rsidRPr="00A7252F" w:rsidRDefault="004F5376">
            <w:pPr>
              <w:rPr>
                <w:b/>
              </w:rPr>
            </w:pPr>
            <w:proofErr w:type="spellStart"/>
            <w:r w:rsidRPr="00A7252F">
              <w:rPr>
                <w:rFonts w:ascii="Arial" w:hAnsi="Arial"/>
                <w:b/>
              </w:rPr>
              <w:t>Opsi</w:t>
            </w:r>
            <w:proofErr w:type="spellEnd"/>
            <w:r w:rsidRPr="00A7252F">
              <w:rPr>
                <w:rFonts w:ascii="Arial" w:hAnsi="Arial"/>
                <w:b/>
              </w:rPr>
              <w:t xml:space="preserve"> </w:t>
            </w:r>
            <w:proofErr w:type="spellStart"/>
            <w:r w:rsidRPr="00A7252F">
              <w:rPr>
                <w:rFonts w:ascii="Arial" w:hAnsi="Arial"/>
                <w:b/>
              </w:rPr>
              <w:t>Pilihan</w:t>
            </w:r>
            <w:proofErr w:type="spellEnd"/>
          </w:p>
        </w:tc>
        <w:tc>
          <w:tcPr>
            <w:tcW w:w="3600" w:type="dxa"/>
            <w:shd w:val="clear" w:color="auto" w:fill="1E5A8C"/>
            <w:tcMar>
              <w:top w:w="120" w:type="dxa"/>
              <w:left w:w="150" w:type="dxa"/>
              <w:bottom w:w="120" w:type="dxa"/>
              <w:right w:w="150" w:type="dxa"/>
            </w:tcMar>
          </w:tcPr>
          <w:p w14:paraId="5BF52B7D" w14:textId="77777777" w:rsidR="004F5376" w:rsidRPr="00A7252F" w:rsidRDefault="004F5376">
            <w:pPr>
              <w:jc w:val="center"/>
              <w:rPr>
                <w:b/>
              </w:rPr>
            </w:pPr>
            <w:r w:rsidRPr="00A7252F">
              <w:rPr>
                <w:rFonts w:ascii="Arial" w:hAnsi="Arial"/>
                <w:b/>
              </w:rPr>
              <w:t>Pasangan Spesies</w:t>
            </w:r>
          </w:p>
        </w:tc>
        <w:tc>
          <w:tcPr>
            <w:tcW w:w="2880" w:type="dxa"/>
            <w:shd w:val="clear" w:color="auto" w:fill="1E5A8C"/>
            <w:tcMar>
              <w:top w:w="120" w:type="dxa"/>
              <w:left w:w="150" w:type="dxa"/>
              <w:bottom w:w="120" w:type="dxa"/>
              <w:right w:w="150" w:type="dxa"/>
            </w:tcMar>
          </w:tcPr>
          <w:p w14:paraId="679247E1" w14:textId="77777777" w:rsidR="004F5376" w:rsidRPr="00A7252F" w:rsidRDefault="004F5376">
            <w:pPr>
              <w:jc w:val="center"/>
              <w:rPr>
                <w:b/>
              </w:rPr>
            </w:pPr>
            <w:r w:rsidRPr="00A7252F">
              <w:rPr>
                <w:rFonts w:ascii="Arial" w:hAnsi="Arial"/>
                <w:b/>
              </w:rPr>
              <w:t>Status / Keterangan</w:t>
            </w:r>
          </w:p>
        </w:tc>
      </w:tr>
      <w:tr w:rsidR="00A7252F" w:rsidRPr="00A7252F" w14:paraId="688437A1" w14:textId="77777777" w:rsidTr="00823B8A">
        <w:trPr>
          <w:jc w:val="center"/>
        </w:trPr>
        <w:tc>
          <w:tcPr>
            <w:tcW w:w="2475" w:type="dxa"/>
            <w:shd w:val="clear" w:color="auto" w:fill="F9FBFD"/>
            <w:tcMar>
              <w:top w:w="100" w:type="dxa"/>
              <w:left w:w="150" w:type="dxa"/>
              <w:bottom w:w="100" w:type="dxa"/>
              <w:right w:w="150" w:type="dxa"/>
            </w:tcMar>
          </w:tcPr>
          <w:p w14:paraId="3003327B" w14:textId="77777777" w:rsidR="004F5376" w:rsidRPr="00A7252F" w:rsidRDefault="004F5376" w:rsidP="00823B8A">
            <w:pPr>
              <w:spacing w:after="0" w:line="240" w:lineRule="auto"/>
              <w:rPr>
                <w:b/>
              </w:rPr>
            </w:pPr>
            <w:r w:rsidRPr="00A7252F">
              <w:rPr>
                <w:rFonts w:ascii="Arial" w:hAnsi="Arial"/>
                <w:b/>
              </w:rPr>
              <w:t>A. H₃O⁺ dan H₂O</w:t>
            </w:r>
          </w:p>
        </w:tc>
        <w:tc>
          <w:tcPr>
            <w:tcW w:w="3600" w:type="dxa"/>
            <w:shd w:val="clear" w:color="auto" w:fill="F9FBFD"/>
            <w:tcMar>
              <w:top w:w="100" w:type="dxa"/>
              <w:left w:w="150" w:type="dxa"/>
              <w:bottom w:w="100" w:type="dxa"/>
              <w:right w:w="150" w:type="dxa"/>
            </w:tcMar>
          </w:tcPr>
          <w:p w14:paraId="05B4560E" w14:textId="77777777" w:rsidR="004F5376" w:rsidRPr="00A7252F" w:rsidRDefault="004F5376" w:rsidP="00823B8A">
            <w:pPr>
              <w:spacing w:after="0" w:line="240" w:lineRule="auto"/>
              <w:jc w:val="center"/>
              <w:rPr>
                <w:b/>
              </w:rPr>
            </w:pPr>
            <w:r w:rsidRPr="00A7252F">
              <w:rPr>
                <w:rFonts w:ascii="Arial" w:hAnsi="Arial"/>
                <w:b/>
              </w:rPr>
              <w:t>H₃O⁺ / H₂O</w:t>
            </w:r>
          </w:p>
        </w:tc>
        <w:tc>
          <w:tcPr>
            <w:tcW w:w="2880" w:type="dxa"/>
            <w:shd w:val="clear" w:color="auto" w:fill="F9FBFD"/>
            <w:tcMar>
              <w:top w:w="100" w:type="dxa"/>
              <w:left w:w="150" w:type="dxa"/>
              <w:bottom w:w="100" w:type="dxa"/>
              <w:right w:w="150" w:type="dxa"/>
            </w:tcMar>
          </w:tcPr>
          <w:p w14:paraId="7256017E" w14:textId="77777777" w:rsidR="004F5376" w:rsidRPr="00A7252F" w:rsidRDefault="004F5376" w:rsidP="00823B8A">
            <w:pPr>
              <w:spacing w:after="0" w:line="240" w:lineRule="auto"/>
              <w:jc w:val="center"/>
              <w:rPr>
                <w:b/>
              </w:rPr>
            </w:pPr>
            <w:r w:rsidRPr="00A7252F">
              <w:rPr>
                <w:rFonts w:ascii="Arial" w:hAnsi="Arial"/>
                <w:b/>
              </w:rPr>
              <w:t>Pasangan Konjugasi Valid</w:t>
            </w:r>
          </w:p>
        </w:tc>
      </w:tr>
      <w:tr w:rsidR="00A7252F" w:rsidRPr="00A7252F" w14:paraId="6F9C2CD7" w14:textId="77777777" w:rsidTr="00823B8A">
        <w:trPr>
          <w:jc w:val="center"/>
        </w:trPr>
        <w:tc>
          <w:tcPr>
            <w:tcW w:w="2475" w:type="dxa"/>
            <w:shd w:val="clear" w:color="auto" w:fill="FFFFFF"/>
            <w:tcMar>
              <w:top w:w="100" w:type="dxa"/>
              <w:left w:w="150" w:type="dxa"/>
              <w:bottom w:w="100" w:type="dxa"/>
              <w:right w:w="150" w:type="dxa"/>
            </w:tcMar>
          </w:tcPr>
          <w:p w14:paraId="33571B3E" w14:textId="77777777" w:rsidR="004F5376" w:rsidRPr="00A7252F" w:rsidRDefault="004F5376" w:rsidP="00823B8A">
            <w:pPr>
              <w:spacing w:after="0" w:line="240" w:lineRule="auto"/>
              <w:rPr>
                <w:b/>
              </w:rPr>
            </w:pPr>
            <w:r w:rsidRPr="00A7252F">
              <w:rPr>
                <w:rFonts w:ascii="Arial" w:hAnsi="Arial"/>
                <w:b/>
              </w:rPr>
              <w:t>B. HPO₄²⁻ dan H₃O⁺</w:t>
            </w:r>
          </w:p>
        </w:tc>
        <w:tc>
          <w:tcPr>
            <w:tcW w:w="3600" w:type="dxa"/>
            <w:shd w:val="clear" w:color="auto" w:fill="FFFFFF"/>
            <w:tcMar>
              <w:top w:w="100" w:type="dxa"/>
              <w:left w:w="150" w:type="dxa"/>
              <w:bottom w:w="100" w:type="dxa"/>
              <w:right w:w="150" w:type="dxa"/>
            </w:tcMar>
          </w:tcPr>
          <w:p w14:paraId="2FBCE7C0" w14:textId="77777777" w:rsidR="004F5376" w:rsidRPr="00A7252F" w:rsidRDefault="004F5376" w:rsidP="00823B8A">
            <w:pPr>
              <w:spacing w:after="0" w:line="240" w:lineRule="auto"/>
              <w:jc w:val="center"/>
              <w:rPr>
                <w:b/>
              </w:rPr>
            </w:pPr>
            <w:r w:rsidRPr="00A7252F">
              <w:rPr>
                <w:rFonts w:ascii="Arial" w:hAnsi="Arial"/>
                <w:b/>
              </w:rPr>
              <w:t>HPO₄²⁻ / H₃O⁺</w:t>
            </w:r>
          </w:p>
        </w:tc>
        <w:tc>
          <w:tcPr>
            <w:tcW w:w="2880" w:type="dxa"/>
            <w:shd w:val="clear" w:color="auto" w:fill="FFFFFF"/>
            <w:tcMar>
              <w:top w:w="100" w:type="dxa"/>
              <w:left w:w="150" w:type="dxa"/>
              <w:bottom w:w="100" w:type="dxa"/>
              <w:right w:w="150" w:type="dxa"/>
            </w:tcMar>
          </w:tcPr>
          <w:p w14:paraId="7D137C80" w14:textId="77777777" w:rsidR="004F5376" w:rsidRPr="00A7252F" w:rsidRDefault="004F5376" w:rsidP="00823B8A">
            <w:pPr>
              <w:spacing w:after="0" w:line="240" w:lineRule="auto"/>
              <w:jc w:val="center"/>
              <w:rPr>
                <w:b/>
              </w:rPr>
            </w:pPr>
            <w:r w:rsidRPr="00A7252F">
              <w:rPr>
                <w:rFonts w:ascii="Arial" w:hAnsi="Arial"/>
                <w:b/>
              </w:rPr>
              <w:t>Bukan Pasangan</w:t>
            </w:r>
          </w:p>
        </w:tc>
      </w:tr>
      <w:tr w:rsidR="00A7252F" w:rsidRPr="00A7252F" w14:paraId="55A20ED5" w14:textId="77777777" w:rsidTr="00823B8A">
        <w:trPr>
          <w:jc w:val="center"/>
        </w:trPr>
        <w:tc>
          <w:tcPr>
            <w:tcW w:w="2475" w:type="dxa"/>
            <w:shd w:val="clear" w:color="auto" w:fill="F9FBFD"/>
            <w:tcMar>
              <w:top w:w="100" w:type="dxa"/>
              <w:left w:w="150" w:type="dxa"/>
              <w:bottom w:w="100" w:type="dxa"/>
              <w:right w:w="150" w:type="dxa"/>
            </w:tcMar>
          </w:tcPr>
          <w:p w14:paraId="55711523" w14:textId="77777777" w:rsidR="004F5376" w:rsidRPr="00A7252F" w:rsidRDefault="004F5376" w:rsidP="00823B8A">
            <w:pPr>
              <w:spacing w:after="0" w:line="240" w:lineRule="auto"/>
              <w:rPr>
                <w:b/>
              </w:rPr>
            </w:pPr>
            <w:r w:rsidRPr="00A7252F">
              <w:rPr>
                <w:rFonts w:ascii="Arial" w:hAnsi="Arial"/>
                <w:b/>
              </w:rPr>
              <w:t>C. HPO₄²⁻ dan H₂PO₄⁻</w:t>
            </w:r>
          </w:p>
        </w:tc>
        <w:tc>
          <w:tcPr>
            <w:tcW w:w="3600" w:type="dxa"/>
            <w:shd w:val="clear" w:color="auto" w:fill="F9FBFD"/>
            <w:tcMar>
              <w:top w:w="100" w:type="dxa"/>
              <w:left w:w="150" w:type="dxa"/>
              <w:bottom w:w="100" w:type="dxa"/>
              <w:right w:w="150" w:type="dxa"/>
            </w:tcMar>
          </w:tcPr>
          <w:p w14:paraId="6E44C23E" w14:textId="77777777" w:rsidR="004F5376" w:rsidRPr="00A7252F" w:rsidRDefault="004F5376" w:rsidP="00823B8A">
            <w:pPr>
              <w:spacing w:after="0" w:line="240" w:lineRule="auto"/>
              <w:jc w:val="center"/>
              <w:rPr>
                <w:b/>
              </w:rPr>
            </w:pPr>
            <w:r w:rsidRPr="00A7252F">
              <w:rPr>
                <w:rFonts w:ascii="Arial" w:hAnsi="Arial"/>
                <w:b/>
              </w:rPr>
              <w:t>HPO₄²⁻ / H₂PO₄⁻</w:t>
            </w:r>
          </w:p>
        </w:tc>
        <w:tc>
          <w:tcPr>
            <w:tcW w:w="2880" w:type="dxa"/>
            <w:shd w:val="clear" w:color="auto" w:fill="F9FBFD"/>
            <w:tcMar>
              <w:top w:w="100" w:type="dxa"/>
              <w:left w:w="150" w:type="dxa"/>
              <w:bottom w:w="100" w:type="dxa"/>
              <w:right w:w="150" w:type="dxa"/>
            </w:tcMar>
          </w:tcPr>
          <w:p w14:paraId="5EDCBF41" w14:textId="77777777" w:rsidR="004F5376" w:rsidRPr="00A7252F" w:rsidRDefault="004F5376" w:rsidP="00823B8A">
            <w:pPr>
              <w:spacing w:after="0" w:line="240" w:lineRule="auto"/>
              <w:jc w:val="center"/>
              <w:rPr>
                <w:b/>
              </w:rPr>
            </w:pPr>
            <w:r w:rsidRPr="00A7252F">
              <w:rPr>
                <w:rFonts w:ascii="Arial" w:hAnsi="Arial"/>
                <w:b/>
              </w:rPr>
              <w:t>Pasangan Buffer Utama (Benar)</w:t>
            </w:r>
          </w:p>
        </w:tc>
      </w:tr>
      <w:tr w:rsidR="00A7252F" w:rsidRPr="00A7252F" w14:paraId="28BB47C5" w14:textId="77777777" w:rsidTr="00823B8A">
        <w:trPr>
          <w:jc w:val="center"/>
        </w:trPr>
        <w:tc>
          <w:tcPr>
            <w:tcW w:w="2475" w:type="dxa"/>
            <w:shd w:val="clear" w:color="auto" w:fill="FFFFFF"/>
            <w:tcMar>
              <w:top w:w="100" w:type="dxa"/>
              <w:left w:w="150" w:type="dxa"/>
              <w:bottom w:w="100" w:type="dxa"/>
              <w:right w:w="150" w:type="dxa"/>
            </w:tcMar>
          </w:tcPr>
          <w:p w14:paraId="451FE2A3" w14:textId="77777777" w:rsidR="004F5376" w:rsidRPr="00A7252F" w:rsidRDefault="004F5376" w:rsidP="00823B8A">
            <w:pPr>
              <w:spacing w:after="0" w:line="240" w:lineRule="auto"/>
              <w:rPr>
                <w:b/>
              </w:rPr>
            </w:pPr>
            <w:r w:rsidRPr="00A7252F">
              <w:rPr>
                <w:rFonts w:ascii="Arial" w:hAnsi="Arial"/>
                <w:b/>
              </w:rPr>
              <w:t>D. HPO₄²⁻ dan H₂O</w:t>
            </w:r>
          </w:p>
        </w:tc>
        <w:tc>
          <w:tcPr>
            <w:tcW w:w="3600" w:type="dxa"/>
            <w:shd w:val="clear" w:color="auto" w:fill="FFFFFF"/>
            <w:tcMar>
              <w:top w:w="100" w:type="dxa"/>
              <w:left w:w="150" w:type="dxa"/>
              <w:bottom w:w="100" w:type="dxa"/>
              <w:right w:w="150" w:type="dxa"/>
            </w:tcMar>
          </w:tcPr>
          <w:p w14:paraId="73465836" w14:textId="77777777" w:rsidR="004F5376" w:rsidRPr="00A7252F" w:rsidRDefault="004F5376" w:rsidP="00823B8A">
            <w:pPr>
              <w:spacing w:after="0" w:line="240" w:lineRule="auto"/>
              <w:jc w:val="center"/>
              <w:rPr>
                <w:b/>
              </w:rPr>
            </w:pPr>
            <w:r w:rsidRPr="00A7252F">
              <w:rPr>
                <w:rFonts w:ascii="Arial" w:hAnsi="Arial"/>
                <w:b/>
              </w:rPr>
              <w:t>HPO₄²⁻ / H₂O</w:t>
            </w:r>
          </w:p>
        </w:tc>
        <w:tc>
          <w:tcPr>
            <w:tcW w:w="2880" w:type="dxa"/>
            <w:shd w:val="clear" w:color="auto" w:fill="FFFFFF"/>
            <w:tcMar>
              <w:top w:w="100" w:type="dxa"/>
              <w:left w:w="150" w:type="dxa"/>
              <w:bottom w:w="100" w:type="dxa"/>
              <w:right w:w="150" w:type="dxa"/>
            </w:tcMar>
          </w:tcPr>
          <w:p w14:paraId="6CB2F704" w14:textId="77777777" w:rsidR="004F5376" w:rsidRPr="00A7252F" w:rsidRDefault="004F5376" w:rsidP="00823B8A">
            <w:pPr>
              <w:spacing w:after="0" w:line="240" w:lineRule="auto"/>
              <w:jc w:val="center"/>
              <w:rPr>
                <w:b/>
              </w:rPr>
            </w:pPr>
            <w:r w:rsidRPr="00A7252F">
              <w:rPr>
                <w:rFonts w:ascii="Arial" w:hAnsi="Arial"/>
                <w:b/>
              </w:rPr>
              <w:t>Bukan Pasangan</w:t>
            </w:r>
          </w:p>
        </w:tc>
      </w:tr>
      <w:tr w:rsidR="00A7252F" w:rsidRPr="00A7252F" w14:paraId="788FA0A9" w14:textId="77777777" w:rsidTr="00823B8A">
        <w:trPr>
          <w:jc w:val="center"/>
        </w:trPr>
        <w:tc>
          <w:tcPr>
            <w:tcW w:w="2475" w:type="dxa"/>
            <w:shd w:val="clear" w:color="auto" w:fill="F9FBFD"/>
            <w:tcMar>
              <w:top w:w="100" w:type="dxa"/>
              <w:left w:w="150" w:type="dxa"/>
              <w:bottom w:w="100" w:type="dxa"/>
              <w:right w:w="150" w:type="dxa"/>
            </w:tcMar>
          </w:tcPr>
          <w:p w14:paraId="33BD1906" w14:textId="77777777" w:rsidR="004F5376" w:rsidRPr="00A7252F" w:rsidRDefault="004F5376" w:rsidP="00823B8A">
            <w:pPr>
              <w:spacing w:after="0" w:line="240" w:lineRule="auto"/>
              <w:rPr>
                <w:b/>
              </w:rPr>
            </w:pPr>
            <w:r w:rsidRPr="00A7252F">
              <w:rPr>
                <w:rFonts w:ascii="Arial" w:hAnsi="Arial"/>
                <w:b/>
              </w:rPr>
              <w:t>E. H₂PO₄⁻ dan H₂O</w:t>
            </w:r>
          </w:p>
        </w:tc>
        <w:tc>
          <w:tcPr>
            <w:tcW w:w="3600" w:type="dxa"/>
            <w:shd w:val="clear" w:color="auto" w:fill="F9FBFD"/>
            <w:tcMar>
              <w:top w:w="100" w:type="dxa"/>
              <w:left w:w="150" w:type="dxa"/>
              <w:bottom w:w="100" w:type="dxa"/>
              <w:right w:w="150" w:type="dxa"/>
            </w:tcMar>
          </w:tcPr>
          <w:p w14:paraId="7875C774" w14:textId="77777777" w:rsidR="004F5376" w:rsidRPr="00A7252F" w:rsidRDefault="004F5376" w:rsidP="00823B8A">
            <w:pPr>
              <w:spacing w:after="0" w:line="240" w:lineRule="auto"/>
              <w:jc w:val="center"/>
              <w:rPr>
                <w:b/>
              </w:rPr>
            </w:pPr>
            <w:r w:rsidRPr="00A7252F">
              <w:rPr>
                <w:rFonts w:ascii="Arial" w:hAnsi="Arial"/>
                <w:b/>
              </w:rPr>
              <w:t>H₂PO₄⁻ / H₂O</w:t>
            </w:r>
          </w:p>
        </w:tc>
        <w:tc>
          <w:tcPr>
            <w:tcW w:w="2880" w:type="dxa"/>
            <w:shd w:val="clear" w:color="auto" w:fill="F9FBFD"/>
            <w:tcMar>
              <w:top w:w="100" w:type="dxa"/>
              <w:left w:w="150" w:type="dxa"/>
              <w:bottom w:w="100" w:type="dxa"/>
              <w:right w:w="150" w:type="dxa"/>
            </w:tcMar>
          </w:tcPr>
          <w:p w14:paraId="5971A9E5" w14:textId="77777777" w:rsidR="004F5376" w:rsidRPr="00A7252F" w:rsidRDefault="004F5376" w:rsidP="00823B8A">
            <w:pPr>
              <w:spacing w:after="0" w:line="240" w:lineRule="auto"/>
              <w:jc w:val="center"/>
              <w:rPr>
                <w:b/>
              </w:rPr>
            </w:pPr>
            <w:r w:rsidRPr="00A7252F">
              <w:rPr>
                <w:rFonts w:ascii="Arial" w:hAnsi="Arial"/>
                <w:b/>
              </w:rPr>
              <w:t>Bukan Pasangan</w:t>
            </w:r>
          </w:p>
        </w:tc>
      </w:tr>
    </w:tbl>
    <w:p w14:paraId="391377DE" w14:textId="77777777" w:rsidR="004F5376" w:rsidRPr="00A7252F" w:rsidRDefault="004F5376"/>
    <w:p w14:paraId="0554C756" w14:textId="77777777" w:rsidR="004F5376" w:rsidRPr="00A7252F" w:rsidRDefault="004F5376"/>
    <w:p w14:paraId="2122BBFB" w14:textId="77777777" w:rsidR="00FB4196" w:rsidRPr="00A7252F" w:rsidRDefault="00FB4196"/>
    <w:p w14:paraId="2419829F" w14:textId="77777777" w:rsidR="00FB4196" w:rsidRPr="00A7252F" w:rsidRDefault="00FB4196"/>
    <w:p w14:paraId="0F156AF2" w14:textId="77777777" w:rsidR="00FB4196" w:rsidRPr="00A7252F" w:rsidRDefault="00FB4196"/>
    <w:p w14:paraId="0022DD2B" w14:textId="77777777" w:rsidR="00FB4196" w:rsidRPr="00A7252F" w:rsidRDefault="00FB4196"/>
    <w:p w14:paraId="02E09436" w14:textId="77777777" w:rsidR="00FB4196" w:rsidRPr="00A7252F" w:rsidRDefault="00FB4196"/>
    <w:p w14:paraId="4DA8CAE5" w14:textId="7937420D" w:rsidR="00FB4196" w:rsidRPr="00A7252F" w:rsidRDefault="00FB4196">
      <w:pPr>
        <w:spacing w:after="360"/>
        <w:jc w:val="center"/>
      </w:pPr>
      <w:r w:rsidRPr="00A7252F">
        <w:rPr>
          <w:rFonts w:ascii="Arial" w:hAnsi="Arial"/>
          <w:b/>
          <w:sz w:val="36"/>
        </w:rPr>
        <w:lastRenderedPageBreak/>
        <w:t>PEMBAHASAN SOAL KIMIA NOMOR 11</w:t>
      </w:r>
      <w:r w:rsidRPr="00A7252F">
        <w:rPr>
          <w:rFonts w:ascii="Arial" w:hAnsi="Arial"/>
          <w:b/>
          <w:sz w:val="36"/>
        </w:rPr>
        <w:br/>
      </w:r>
      <w:proofErr w:type="spellStart"/>
      <w:r w:rsidRPr="00A7252F">
        <w:rPr>
          <w:rFonts w:ascii="Arial" w:hAnsi="Arial"/>
          <w:b/>
          <w:sz w:val="36"/>
        </w:rPr>
        <w:t>Analisis</w:t>
      </w:r>
      <w:proofErr w:type="spellEnd"/>
      <w:r w:rsidRPr="00A7252F">
        <w:rPr>
          <w:rFonts w:ascii="Arial" w:hAnsi="Arial"/>
          <w:b/>
          <w:sz w:val="36"/>
        </w:rPr>
        <w:t xml:space="preserve"> Sifat </w:t>
      </w:r>
      <w:proofErr w:type="spellStart"/>
      <w:r w:rsidRPr="00A7252F">
        <w:rPr>
          <w:rFonts w:ascii="Arial" w:hAnsi="Arial"/>
          <w:b/>
          <w:sz w:val="36"/>
        </w:rPr>
        <w:t>Larutan</w:t>
      </w:r>
      <w:proofErr w:type="spellEnd"/>
      <w:r w:rsidRPr="00A7252F">
        <w:rPr>
          <w:rFonts w:ascii="Arial" w:hAnsi="Arial"/>
          <w:b/>
          <w:sz w:val="36"/>
        </w:rPr>
        <w:t xml:space="preserve"> Menggunakan Indikator Fenolftalein</w:t>
      </w:r>
    </w:p>
    <w:p w14:paraId="7C88851D" w14:textId="3427EE82" w:rsidR="00FB4196" w:rsidRPr="00A7252F" w:rsidRDefault="00FB4196">
      <w:pPr>
        <w:keepNext/>
        <w:spacing w:before="240" w:after="80"/>
        <w:rPr>
          <w:rFonts w:ascii="Arial" w:hAnsi="Arial"/>
          <w:b/>
          <w:sz w:val="32"/>
        </w:rPr>
      </w:pPr>
      <w:r w:rsidRPr="00A7252F">
        <w:rPr>
          <w:rFonts w:ascii="Arial" w:hAnsi="Arial"/>
          <w:b/>
          <w:sz w:val="32"/>
        </w:rPr>
        <w:t xml:space="preserve">1. </w:t>
      </w:r>
      <w:proofErr w:type="spellStart"/>
      <w:r w:rsidRPr="00A7252F">
        <w:rPr>
          <w:rFonts w:ascii="Arial" w:hAnsi="Arial"/>
          <w:b/>
          <w:sz w:val="32"/>
        </w:rPr>
        <w:t>Informasi</w:t>
      </w:r>
      <w:proofErr w:type="spellEnd"/>
      <w:r w:rsidRPr="00A7252F">
        <w:rPr>
          <w:rFonts w:ascii="Arial" w:hAnsi="Arial"/>
          <w:b/>
          <w:sz w:val="32"/>
        </w:rPr>
        <w:t xml:space="preserve"> </w:t>
      </w:r>
      <w:proofErr w:type="spellStart"/>
      <w:r w:rsidRPr="00A7252F">
        <w:rPr>
          <w:rFonts w:ascii="Arial" w:hAnsi="Arial"/>
          <w:b/>
          <w:sz w:val="32"/>
        </w:rPr>
        <w:t>Penting</w:t>
      </w:r>
      <w:proofErr w:type="spellEnd"/>
      <w:r w:rsidRPr="00A7252F">
        <w:rPr>
          <w:rFonts w:ascii="Arial" w:hAnsi="Arial"/>
          <w:b/>
          <w:sz w:val="32"/>
        </w:rPr>
        <w:t xml:space="preserve"> </w:t>
      </w:r>
      <w:proofErr w:type="spellStart"/>
      <w:r w:rsidRPr="00A7252F">
        <w:rPr>
          <w:rFonts w:ascii="Arial" w:hAnsi="Arial"/>
          <w:b/>
          <w:sz w:val="32"/>
        </w:rPr>
        <w:t>dari</w:t>
      </w:r>
      <w:proofErr w:type="spellEnd"/>
      <w:r w:rsidRPr="00A7252F">
        <w:rPr>
          <w:rFonts w:ascii="Arial" w:hAnsi="Arial"/>
          <w:b/>
          <w:sz w:val="32"/>
        </w:rPr>
        <w:t xml:space="preserve"> Soal</w:t>
      </w:r>
    </w:p>
    <w:p w14:paraId="477AA63E" w14:textId="77777777" w:rsidR="00FB4196" w:rsidRPr="00A7252F" w:rsidRDefault="00FB4196">
      <w:pPr>
        <w:spacing w:after="120"/>
      </w:pPr>
      <w:r w:rsidRPr="00A7252F">
        <w:rPr>
          <w:rFonts w:ascii="Arial" w:hAnsi="Arial"/>
        </w:rPr>
        <w:t>Berdasarkan soal yang diberikan, berikut adalah data penting yang menjadi acuan analisis:</w:t>
      </w:r>
    </w:p>
    <w:p w14:paraId="4748797B" w14:textId="77777777" w:rsidR="00FB4196" w:rsidRPr="00A7252F" w:rsidRDefault="00FB4196">
      <w:pPr>
        <w:pStyle w:val="ListBullet"/>
        <w:spacing w:after="60"/>
      </w:pPr>
      <w:r w:rsidRPr="00A7252F">
        <w:rPr>
          <w:rFonts w:ascii="Arial" w:hAnsi="Arial"/>
        </w:rPr>
        <w:t>Indikator yang digunakan: Fenolftalein (PP).</w:t>
      </w:r>
    </w:p>
    <w:p w14:paraId="42693F2C" w14:textId="77777777" w:rsidR="00FB4196" w:rsidRPr="00A7252F" w:rsidRDefault="00FB4196">
      <w:pPr>
        <w:pStyle w:val="ListBullet"/>
        <w:spacing w:after="60"/>
      </w:pPr>
      <w:r w:rsidRPr="00A7252F">
        <w:rPr>
          <w:rFonts w:ascii="Arial" w:hAnsi="Arial"/>
        </w:rPr>
        <w:t>Trayek pH indikator Fenolftalein: 8,0 – 10,0.</w:t>
      </w:r>
    </w:p>
    <w:p w14:paraId="5AA94C81" w14:textId="77777777" w:rsidR="00FB4196" w:rsidRPr="00A7252F" w:rsidRDefault="00FB4196">
      <w:pPr>
        <w:pStyle w:val="ListBullet"/>
        <w:spacing w:after="60"/>
      </w:pPr>
      <w:r w:rsidRPr="00A7252F">
        <w:rPr>
          <w:rFonts w:ascii="Arial" w:hAnsi="Arial"/>
        </w:rPr>
        <w:t>Perubahan warna indikator Fenolftalein:</w:t>
      </w:r>
    </w:p>
    <w:p w14:paraId="2BE8E2AE" w14:textId="77777777" w:rsidR="00FB4196" w:rsidRPr="00A7252F" w:rsidRDefault="00FB4196">
      <w:pPr>
        <w:pStyle w:val="ListBullet"/>
        <w:spacing w:after="60"/>
      </w:pPr>
      <w:r w:rsidRPr="00A7252F">
        <w:rPr>
          <w:rFonts w:ascii="Arial" w:hAnsi="Arial"/>
        </w:rPr>
        <w:t xml:space="preserve">  • pH &lt; 8,0 : Tak berwarna</w:t>
      </w:r>
    </w:p>
    <w:p w14:paraId="204D03AE" w14:textId="77777777" w:rsidR="00FB4196" w:rsidRPr="00A7252F" w:rsidRDefault="00FB4196">
      <w:pPr>
        <w:pStyle w:val="ListBullet"/>
        <w:spacing w:after="60"/>
      </w:pPr>
      <w:r w:rsidRPr="00A7252F">
        <w:rPr>
          <w:rFonts w:ascii="Arial" w:hAnsi="Arial"/>
        </w:rPr>
        <w:t xml:space="preserve">  • pH 8,0 – 10,0 : Merah muda (atau merah)</w:t>
      </w:r>
    </w:p>
    <w:p w14:paraId="4978A392" w14:textId="3C2F6DEC" w:rsidR="00FB4196" w:rsidRPr="00A7252F" w:rsidRDefault="00FB4196" w:rsidP="00FB4196">
      <w:pPr>
        <w:pStyle w:val="ListBullet"/>
        <w:spacing w:after="60"/>
      </w:pPr>
      <w:r w:rsidRPr="00A7252F">
        <w:rPr>
          <w:rFonts w:ascii="Arial" w:hAnsi="Arial"/>
        </w:rPr>
        <w:t xml:space="preserve">  • pH &gt; 10,</w:t>
      </w:r>
      <w:proofErr w:type="gramStart"/>
      <w:r w:rsidRPr="00A7252F">
        <w:rPr>
          <w:rFonts w:ascii="Arial" w:hAnsi="Arial"/>
        </w:rPr>
        <w:t>0 :</w:t>
      </w:r>
      <w:proofErr w:type="gramEnd"/>
      <w:r w:rsidRPr="00A7252F">
        <w:rPr>
          <w:rFonts w:ascii="Arial" w:hAnsi="Arial"/>
        </w:rPr>
        <w:t xml:space="preserve"> Merah </w:t>
      </w:r>
      <w:proofErr w:type="spellStart"/>
      <w:r w:rsidRPr="00A7252F">
        <w:rPr>
          <w:rFonts w:ascii="Arial" w:hAnsi="Arial"/>
        </w:rPr>
        <w:t>muda</w:t>
      </w:r>
      <w:proofErr w:type="spellEnd"/>
      <w:r w:rsidRPr="00A7252F">
        <w:rPr>
          <w:rFonts w:ascii="Arial" w:hAnsi="Arial"/>
        </w:rPr>
        <w:t xml:space="preserve"> / </w:t>
      </w:r>
      <w:proofErr w:type="spellStart"/>
      <w:r w:rsidRPr="00A7252F">
        <w:rPr>
          <w:rFonts w:ascii="Arial" w:hAnsi="Arial"/>
        </w:rPr>
        <w:t>merah</w:t>
      </w:r>
      <w:proofErr w:type="spellEnd"/>
    </w:p>
    <w:p w14:paraId="31D61201" w14:textId="77777777" w:rsidR="00FB4196" w:rsidRPr="00A7252F" w:rsidRDefault="00FB4196">
      <w:pPr>
        <w:keepNext/>
        <w:spacing w:before="240" w:after="80"/>
      </w:pPr>
      <w:r w:rsidRPr="00A7252F">
        <w:rPr>
          <w:rFonts w:ascii="Arial" w:hAnsi="Arial"/>
          <w:b/>
          <w:sz w:val="32"/>
        </w:rPr>
        <w:t>2. Analisis Sifat Larutan pada Setiap Sampel Limbah</w:t>
      </w:r>
    </w:p>
    <w:p w14:paraId="7C7D6DBA" w14:textId="77777777" w:rsidR="00FB4196" w:rsidRPr="00A7252F" w:rsidRDefault="00FB4196">
      <w:pPr>
        <w:spacing w:after="120"/>
      </w:pPr>
      <w:r w:rsidRPr="00A7252F">
        <w:rPr>
          <w:rFonts w:ascii="Arial" w:hAnsi="Arial"/>
        </w:rPr>
        <w:t>Untuk menentukan perubahan warna pada masing-masing sampel, kita perlu mengidentifikasi apakah senyawa terlarut bersifat asam atau basa, serta memperkirakan nilai pH-nya:</w:t>
      </w:r>
    </w:p>
    <w:p w14:paraId="72E76FB4" w14:textId="77777777" w:rsidR="00FB4196" w:rsidRPr="00A7252F" w:rsidRDefault="00FB4196">
      <w:pPr>
        <w:spacing w:before="120" w:after="60"/>
      </w:pPr>
      <w:r w:rsidRPr="00A7252F">
        <w:rPr>
          <w:rFonts w:ascii="Arial" w:hAnsi="Arial"/>
          <w:b/>
        </w:rPr>
        <w:t xml:space="preserve">Sampel A (HI - Asam Iodida): </w:t>
      </w:r>
      <w:r w:rsidRPr="00A7252F">
        <w:rPr>
          <w:rFonts w:ascii="Arial" w:hAnsi="Arial"/>
        </w:rPr>
        <w:t>HI adalah asam kuat. Larutan bersifat asam (pH &lt; 7), sehingga berada di bawah trayek pH indikator Fenolftalein (pH &lt; 8,0). Hasil uji warna: Tak berwarna.</w:t>
      </w:r>
    </w:p>
    <w:p w14:paraId="33B54567" w14:textId="77777777" w:rsidR="00FB4196" w:rsidRPr="00A7252F" w:rsidRDefault="00FB4196">
      <w:pPr>
        <w:spacing w:before="120" w:after="60"/>
      </w:pPr>
      <w:r w:rsidRPr="00A7252F">
        <w:rPr>
          <w:rFonts w:ascii="Arial" w:hAnsi="Arial"/>
          <w:b/>
        </w:rPr>
        <w:t xml:space="preserve">Sampel B (H₂SO₃ - Asam Sulfit): </w:t>
      </w:r>
      <w:r w:rsidRPr="00A7252F">
        <w:rPr>
          <w:rFonts w:ascii="Arial" w:hAnsi="Arial"/>
        </w:rPr>
        <w:t>H₂SO₃ adalah asam lemah. Larutan bersifat asam (pH &lt; 7), sehingga berada di bawah trayek pH indikator Fenolftalein (pH &lt; 8,0). Hasil uji warna: Tak berwarna.</w:t>
      </w:r>
    </w:p>
    <w:p w14:paraId="4C344161" w14:textId="77777777" w:rsidR="00FB4196" w:rsidRPr="00A7252F" w:rsidRDefault="00FB4196">
      <w:pPr>
        <w:spacing w:before="120" w:after="60"/>
      </w:pPr>
      <w:r w:rsidRPr="00A7252F">
        <w:rPr>
          <w:rFonts w:ascii="Arial" w:hAnsi="Arial"/>
          <w:b/>
        </w:rPr>
        <w:t xml:space="preserve">Sampel C (Sr(OH)₂ - Stronsium Hidroksida): </w:t>
      </w:r>
      <w:r w:rsidRPr="00A7252F">
        <w:rPr>
          <w:rFonts w:ascii="Arial" w:hAnsi="Arial"/>
        </w:rPr>
        <w:t>Sr(OH)₂ adalah basa kuat (basa logam alkali tanah). Larutan bersifat basa kuat dengan pH ≥ 8,0 (masuk ke dalam atau di atas trayek pH Fenolftalein). Hasil uji warna: Merah Muda.</w:t>
      </w:r>
    </w:p>
    <w:p w14:paraId="0BBD1297" w14:textId="77777777" w:rsidR="00FB4196" w:rsidRPr="00A7252F" w:rsidRDefault="00FB4196">
      <w:pPr>
        <w:spacing w:before="120" w:after="60"/>
      </w:pPr>
      <w:r w:rsidRPr="00A7252F">
        <w:rPr>
          <w:rFonts w:ascii="Arial" w:hAnsi="Arial"/>
          <w:b/>
        </w:rPr>
        <w:t xml:space="preserve">Sampel D (Ca(OH)₂ - Kalsium Hidroksida): </w:t>
      </w:r>
      <w:r w:rsidRPr="00A7252F">
        <w:rPr>
          <w:rFonts w:ascii="Arial" w:hAnsi="Arial"/>
        </w:rPr>
        <w:t>Ca(OH)₂ adalah basa kuat. Larutan bersifat basa kuat dengan pH ≥ 8,0 (masuk ke dalam atau di atas trayek pH Fenolftalein). Hasil uji warna: Merah Muda.</w:t>
      </w:r>
    </w:p>
    <w:p w14:paraId="6F7ED0FE" w14:textId="77777777" w:rsidR="00FB4196" w:rsidRPr="00A7252F" w:rsidRDefault="00FB4196">
      <w:pPr>
        <w:spacing w:before="120" w:after="60"/>
        <w:rPr>
          <w:rFonts w:ascii="Arial" w:hAnsi="Arial"/>
        </w:rPr>
      </w:pPr>
      <w:r w:rsidRPr="00A7252F">
        <w:rPr>
          <w:rFonts w:ascii="Arial" w:hAnsi="Arial"/>
          <w:b/>
        </w:rPr>
        <w:t xml:space="preserve">Sampel E (HClO₃ - Asam Klorat): </w:t>
      </w:r>
      <w:r w:rsidRPr="00A7252F">
        <w:rPr>
          <w:rFonts w:ascii="Arial" w:hAnsi="Arial"/>
        </w:rPr>
        <w:t xml:space="preserve">HClO₃ adalah asam kuat. Larutan bersifat asam (pH &lt; 7), sehingga berada di bawah trayek pH indikator Fenolftalein (pH &lt; 8,0). Hasil uji </w:t>
      </w:r>
      <w:proofErr w:type="spellStart"/>
      <w:r w:rsidRPr="00A7252F">
        <w:rPr>
          <w:rFonts w:ascii="Arial" w:hAnsi="Arial"/>
        </w:rPr>
        <w:t>warna</w:t>
      </w:r>
      <w:proofErr w:type="spellEnd"/>
      <w:r w:rsidRPr="00A7252F">
        <w:rPr>
          <w:rFonts w:ascii="Arial" w:hAnsi="Arial"/>
        </w:rPr>
        <w:t xml:space="preserve">: Tak </w:t>
      </w:r>
      <w:proofErr w:type="spellStart"/>
      <w:r w:rsidRPr="00A7252F">
        <w:rPr>
          <w:rFonts w:ascii="Arial" w:hAnsi="Arial"/>
        </w:rPr>
        <w:t>berwarna</w:t>
      </w:r>
      <w:proofErr w:type="spellEnd"/>
      <w:r w:rsidRPr="00A7252F">
        <w:rPr>
          <w:rFonts w:ascii="Arial" w:hAnsi="Arial"/>
        </w:rPr>
        <w:t>.</w:t>
      </w:r>
    </w:p>
    <w:p w14:paraId="7A84849B" w14:textId="77777777" w:rsidR="00FB4196" w:rsidRPr="00A7252F" w:rsidRDefault="00FB4196">
      <w:pPr>
        <w:spacing w:before="120" w:after="60"/>
        <w:rPr>
          <w:rFonts w:ascii="Arial" w:hAnsi="Arial"/>
        </w:rPr>
      </w:pPr>
    </w:p>
    <w:p w14:paraId="592922FF" w14:textId="77777777" w:rsidR="00FB4196" w:rsidRPr="00A7252F" w:rsidRDefault="00FB4196">
      <w:pPr>
        <w:spacing w:before="120" w:after="60"/>
        <w:rPr>
          <w:rFonts w:ascii="Arial" w:hAnsi="Arial"/>
        </w:rPr>
      </w:pPr>
    </w:p>
    <w:p w14:paraId="508B23CF" w14:textId="77777777" w:rsidR="00FB4196" w:rsidRPr="00A7252F" w:rsidRDefault="00FB4196">
      <w:pPr>
        <w:spacing w:before="120" w:after="60"/>
        <w:rPr>
          <w:rFonts w:ascii="Arial" w:hAnsi="Arial"/>
        </w:rPr>
      </w:pPr>
    </w:p>
    <w:p w14:paraId="0F9B35E7" w14:textId="77777777" w:rsidR="00FB4196" w:rsidRPr="00A7252F" w:rsidRDefault="00FB4196">
      <w:pPr>
        <w:spacing w:before="120" w:after="60"/>
        <w:rPr>
          <w:rFonts w:ascii="Arial" w:hAnsi="Arial"/>
        </w:rPr>
      </w:pPr>
    </w:p>
    <w:p w14:paraId="65FEFF74" w14:textId="77777777" w:rsidR="00FB4196" w:rsidRPr="00A7252F" w:rsidRDefault="00FB4196">
      <w:pPr>
        <w:spacing w:before="120" w:after="60"/>
        <w:rPr>
          <w:rFonts w:ascii="Arial" w:hAnsi="Arial"/>
        </w:rPr>
      </w:pPr>
    </w:p>
    <w:p w14:paraId="0C37E00A" w14:textId="77777777" w:rsidR="00FB4196" w:rsidRPr="00A7252F" w:rsidRDefault="00FB4196">
      <w:pPr>
        <w:spacing w:before="120" w:after="60"/>
        <w:rPr>
          <w:rFonts w:ascii="Arial" w:hAnsi="Arial"/>
        </w:rPr>
      </w:pPr>
    </w:p>
    <w:p w14:paraId="01473625" w14:textId="77777777" w:rsidR="00FB4196" w:rsidRPr="00A7252F" w:rsidRDefault="00FB4196">
      <w:pPr>
        <w:spacing w:before="120" w:after="60"/>
      </w:pPr>
    </w:p>
    <w:p w14:paraId="6F248B91" w14:textId="77777777" w:rsidR="00FB4196" w:rsidRPr="00A7252F" w:rsidRDefault="00FB4196">
      <w:pPr>
        <w:keepNext/>
        <w:spacing w:before="240" w:after="80"/>
      </w:pPr>
      <w:r w:rsidRPr="00A7252F">
        <w:rPr>
          <w:rFonts w:ascii="Arial" w:hAnsi="Arial"/>
          <w:b/>
          <w:sz w:val="32"/>
        </w:rPr>
        <w:lastRenderedPageBreak/>
        <w:t>3. Ringkasan dan Kesimpulan</w:t>
      </w:r>
    </w:p>
    <w:p w14:paraId="680B3E12" w14:textId="77777777" w:rsidR="00FB4196" w:rsidRPr="00A7252F" w:rsidRDefault="00FB4196">
      <w:pPr>
        <w:spacing w:after="120"/>
      </w:pPr>
      <w:r w:rsidRPr="00A7252F">
        <w:rPr>
          <w:rFonts w:ascii="Arial" w:hAnsi="Arial"/>
        </w:rPr>
        <w:t>Berdasarkan analisis di atas, ringkasan hasil uji warna indikator Fenolftalein pada kelima sampel limbah adalah sebagai berikut: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560"/>
        <w:gridCol w:w="1560"/>
        <w:gridCol w:w="1560"/>
        <w:gridCol w:w="1560"/>
        <w:gridCol w:w="1560"/>
      </w:tblGrid>
      <w:tr w:rsidR="00A7252F" w:rsidRPr="00A7252F" w14:paraId="39BAEFB6" w14:textId="77777777" w:rsidTr="00FB4196">
        <w:trPr>
          <w:jc w:val="center"/>
        </w:trPr>
        <w:tc>
          <w:tcPr>
            <w:tcW w:w="1560" w:type="dxa"/>
            <w:shd w:val="clear" w:color="auto" w:fill="8DB3E2" w:themeFill="text2" w:themeFillTint="66"/>
          </w:tcPr>
          <w:p w14:paraId="1259373F" w14:textId="77777777" w:rsidR="00FB4196" w:rsidRPr="00A7252F" w:rsidRDefault="00FB4196">
            <w:pPr>
              <w:jc w:val="center"/>
              <w:rPr>
                <w:b/>
              </w:rPr>
            </w:pPr>
            <w:r w:rsidRPr="00A7252F">
              <w:rPr>
                <w:rFonts w:ascii="Arial" w:hAnsi="Arial"/>
                <w:b/>
              </w:rPr>
              <w:t>Sampel Limbah</w:t>
            </w:r>
          </w:p>
        </w:tc>
        <w:tc>
          <w:tcPr>
            <w:tcW w:w="1560" w:type="dxa"/>
            <w:shd w:val="clear" w:color="auto" w:fill="8DB3E2" w:themeFill="text2" w:themeFillTint="66"/>
          </w:tcPr>
          <w:p w14:paraId="03A92549" w14:textId="77777777" w:rsidR="00FB4196" w:rsidRPr="00A7252F" w:rsidRDefault="00FB4196">
            <w:pPr>
              <w:jc w:val="center"/>
              <w:rPr>
                <w:b/>
              </w:rPr>
            </w:pPr>
            <w:r w:rsidRPr="00A7252F">
              <w:rPr>
                <w:rFonts w:ascii="Arial" w:hAnsi="Arial"/>
                <w:b/>
              </w:rPr>
              <w:t>A</w:t>
            </w:r>
          </w:p>
        </w:tc>
        <w:tc>
          <w:tcPr>
            <w:tcW w:w="1560" w:type="dxa"/>
            <w:shd w:val="clear" w:color="auto" w:fill="8DB3E2" w:themeFill="text2" w:themeFillTint="66"/>
          </w:tcPr>
          <w:p w14:paraId="0B081A3E" w14:textId="77777777" w:rsidR="00FB4196" w:rsidRPr="00A7252F" w:rsidRDefault="00FB4196">
            <w:pPr>
              <w:jc w:val="center"/>
              <w:rPr>
                <w:b/>
              </w:rPr>
            </w:pPr>
            <w:r w:rsidRPr="00A7252F">
              <w:rPr>
                <w:rFonts w:ascii="Arial" w:hAnsi="Arial"/>
                <w:b/>
              </w:rPr>
              <w:t>B</w:t>
            </w:r>
          </w:p>
        </w:tc>
        <w:tc>
          <w:tcPr>
            <w:tcW w:w="1560" w:type="dxa"/>
            <w:shd w:val="clear" w:color="auto" w:fill="8DB3E2" w:themeFill="text2" w:themeFillTint="66"/>
          </w:tcPr>
          <w:p w14:paraId="50E38341" w14:textId="77777777" w:rsidR="00FB4196" w:rsidRPr="00A7252F" w:rsidRDefault="00FB4196">
            <w:pPr>
              <w:jc w:val="center"/>
              <w:rPr>
                <w:b/>
              </w:rPr>
            </w:pPr>
            <w:r w:rsidRPr="00A7252F">
              <w:rPr>
                <w:rFonts w:ascii="Arial" w:hAnsi="Arial"/>
                <w:b/>
              </w:rPr>
              <w:t>C</w:t>
            </w:r>
          </w:p>
        </w:tc>
        <w:tc>
          <w:tcPr>
            <w:tcW w:w="1560" w:type="dxa"/>
            <w:shd w:val="clear" w:color="auto" w:fill="8DB3E2" w:themeFill="text2" w:themeFillTint="66"/>
          </w:tcPr>
          <w:p w14:paraId="432F406F" w14:textId="77777777" w:rsidR="00FB4196" w:rsidRPr="00A7252F" w:rsidRDefault="00FB4196">
            <w:pPr>
              <w:jc w:val="center"/>
              <w:rPr>
                <w:b/>
              </w:rPr>
            </w:pPr>
            <w:r w:rsidRPr="00A7252F">
              <w:rPr>
                <w:rFonts w:ascii="Arial" w:hAnsi="Arial"/>
                <w:b/>
              </w:rPr>
              <w:t>D</w:t>
            </w:r>
          </w:p>
        </w:tc>
        <w:tc>
          <w:tcPr>
            <w:tcW w:w="1560" w:type="dxa"/>
            <w:shd w:val="clear" w:color="auto" w:fill="8DB3E2" w:themeFill="text2" w:themeFillTint="66"/>
          </w:tcPr>
          <w:p w14:paraId="06C7CAC7" w14:textId="77777777" w:rsidR="00FB4196" w:rsidRPr="00A7252F" w:rsidRDefault="00FB4196">
            <w:pPr>
              <w:jc w:val="center"/>
              <w:rPr>
                <w:b/>
              </w:rPr>
            </w:pPr>
            <w:r w:rsidRPr="00A7252F">
              <w:rPr>
                <w:rFonts w:ascii="Arial" w:hAnsi="Arial"/>
                <w:b/>
              </w:rPr>
              <w:t>E</w:t>
            </w:r>
          </w:p>
        </w:tc>
      </w:tr>
      <w:tr w:rsidR="00A7252F" w:rsidRPr="00A7252F" w14:paraId="47C8956A" w14:textId="77777777" w:rsidTr="00FB4196">
        <w:trPr>
          <w:jc w:val="center"/>
        </w:trPr>
        <w:tc>
          <w:tcPr>
            <w:tcW w:w="1560" w:type="dxa"/>
            <w:shd w:val="clear" w:color="auto" w:fill="F2F4F8"/>
          </w:tcPr>
          <w:p w14:paraId="538AF487" w14:textId="77777777" w:rsidR="00FB4196" w:rsidRPr="00A7252F" w:rsidRDefault="00FB4196">
            <w:pPr>
              <w:jc w:val="center"/>
              <w:rPr>
                <w:b/>
              </w:rPr>
            </w:pPr>
            <w:proofErr w:type="spellStart"/>
            <w:r w:rsidRPr="00A7252F">
              <w:rPr>
                <w:rFonts w:ascii="Arial" w:hAnsi="Arial"/>
                <w:b/>
              </w:rPr>
              <w:t>Kandungan</w:t>
            </w:r>
            <w:proofErr w:type="spellEnd"/>
          </w:p>
        </w:tc>
        <w:tc>
          <w:tcPr>
            <w:tcW w:w="1560" w:type="dxa"/>
            <w:shd w:val="clear" w:color="auto" w:fill="F2F4F8"/>
          </w:tcPr>
          <w:p w14:paraId="14D3CFF6" w14:textId="77777777" w:rsidR="00FB4196" w:rsidRPr="00A7252F" w:rsidRDefault="00FB4196">
            <w:pPr>
              <w:jc w:val="center"/>
              <w:rPr>
                <w:b/>
              </w:rPr>
            </w:pPr>
            <w:r w:rsidRPr="00A7252F">
              <w:rPr>
                <w:rFonts w:ascii="Arial" w:hAnsi="Arial"/>
                <w:b/>
              </w:rPr>
              <w:t>HI</w:t>
            </w:r>
          </w:p>
        </w:tc>
        <w:tc>
          <w:tcPr>
            <w:tcW w:w="1560" w:type="dxa"/>
            <w:shd w:val="clear" w:color="auto" w:fill="F2F4F8"/>
          </w:tcPr>
          <w:p w14:paraId="1CDDDFF2" w14:textId="77777777" w:rsidR="00FB4196" w:rsidRPr="00A7252F" w:rsidRDefault="00FB4196">
            <w:pPr>
              <w:jc w:val="center"/>
              <w:rPr>
                <w:b/>
              </w:rPr>
            </w:pPr>
            <w:r w:rsidRPr="00A7252F">
              <w:rPr>
                <w:rFonts w:ascii="Arial" w:hAnsi="Arial"/>
                <w:b/>
              </w:rPr>
              <w:t>H₂SO₃</w:t>
            </w:r>
          </w:p>
        </w:tc>
        <w:tc>
          <w:tcPr>
            <w:tcW w:w="1560" w:type="dxa"/>
            <w:shd w:val="clear" w:color="auto" w:fill="F2F4F8"/>
          </w:tcPr>
          <w:p w14:paraId="06E4F6A6" w14:textId="77777777" w:rsidR="00FB4196" w:rsidRPr="00A7252F" w:rsidRDefault="00FB4196">
            <w:pPr>
              <w:jc w:val="center"/>
              <w:rPr>
                <w:b/>
              </w:rPr>
            </w:pPr>
            <w:proofErr w:type="gramStart"/>
            <w:r w:rsidRPr="00A7252F">
              <w:rPr>
                <w:rFonts w:ascii="Arial" w:hAnsi="Arial"/>
                <w:b/>
              </w:rPr>
              <w:t>Sr(</w:t>
            </w:r>
            <w:proofErr w:type="gramEnd"/>
            <w:r w:rsidRPr="00A7252F">
              <w:rPr>
                <w:rFonts w:ascii="Arial" w:hAnsi="Arial"/>
                <w:b/>
              </w:rPr>
              <w:t>OH)₂</w:t>
            </w:r>
          </w:p>
        </w:tc>
        <w:tc>
          <w:tcPr>
            <w:tcW w:w="1560" w:type="dxa"/>
            <w:shd w:val="clear" w:color="auto" w:fill="F2F4F8"/>
          </w:tcPr>
          <w:p w14:paraId="18D6E678" w14:textId="77777777" w:rsidR="00FB4196" w:rsidRPr="00A7252F" w:rsidRDefault="00FB4196">
            <w:pPr>
              <w:jc w:val="center"/>
              <w:rPr>
                <w:b/>
              </w:rPr>
            </w:pPr>
            <w:proofErr w:type="gramStart"/>
            <w:r w:rsidRPr="00A7252F">
              <w:rPr>
                <w:rFonts w:ascii="Arial" w:hAnsi="Arial"/>
                <w:b/>
              </w:rPr>
              <w:t>Ca(</w:t>
            </w:r>
            <w:proofErr w:type="gramEnd"/>
            <w:r w:rsidRPr="00A7252F">
              <w:rPr>
                <w:rFonts w:ascii="Arial" w:hAnsi="Arial"/>
                <w:b/>
              </w:rPr>
              <w:t>OH)₂</w:t>
            </w:r>
          </w:p>
        </w:tc>
        <w:tc>
          <w:tcPr>
            <w:tcW w:w="1560" w:type="dxa"/>
            <w:shd w:val="clear" w:color="auto" w:fill="F2F4F8"/>
          </w:tcPr>
          <w:p w14:paraId="07544ADC" w14:textId="77777777" w:rsidR="00FB4196" w:rsidRPr="00A7252F" w:rsidRDefault="00FB4196">
            <w:pPr>
              <w:jc w:val="center"/>
              <w:rPr>
                <w:b/>
              </w:rPr>
            </w:pPr>
            <w:r w:rsidRPr="00A7252F">
              <w:rPr>
                <w:rFonts w:ascii="Arial" w:hAnsi="Arial"/>
                <w:b/>
              </w:rPr>
              <w:t>HClO₃</w:t>
            </w:r>
          </w:p>
        </w:tc>
      </w:tr>
      <w:tr w:rsidR="00A7252F" w:rsidRPr="00A7252F" w14:paraId="0993878C" w14:textId="77777777" w:rsidTr="00FB4196">
        <w:trPr>
          <w:jc w:val="center"/>
        </w:trPr>
        <w:tc>
          <w:tcPr>
            <w:tcW w:w="1560" w:type="dxa"/>
            <w:shd w:val="clear" w:color="auto" w:fill="FFFFFF"/>
          </w:tcPr>
          <w:p w14:paraId="7518E5E3" w14:textId="77777777" w:rsidR="00FB4196" w:rsidRPr="00A7252F" w:rsidRDefault="00FB4196">
            <w:pPr>
              <w:jc w:val="center"/>
              <w:rPr>
                <w:b/>
              </w:rPr>
            </w:pPr>
            <w:r w:rsidRPr="00A7252F">
              <w:rPr>
                <w:rFonts w:ascii="Arial" w:hAnsi="Arial"/>
                <w:b/>
              </w:rPr>
              <w:t xml:space="preserve">Warna </w:t>
            </w:r>
            <w:proofErr w:type="spellStart"/>
            <w:r w:rsidRPr="00A7252F">
              <w:rPr>
                <w:rFonts w:ascii="Arial" w:hAnsi="Arial"/>
                <w:b/>
              </w:rPr>
              <w:t>Indikator</w:t>
            </w:r>
            <w:proofErr w:type="spellEnd"/>
            <w:r w:rsidRPr="00A7252F">
              <w:rPr>
                <w:rFonts w:ascii="Arial" w:hAnsi="Arial"/>
                <w:b/>
              </w:rPr>
              <w:t xml:space="preserve"> PP</w:t>
            </w:r>
          </w:p>
        </w:tc>
        <w:tc>
          <w:tcPr>
            <w:tcW w:w="1560" w:type="dxa"/>
            <w:shd w:val="clear" w:color="auto" w:fill="FFFFFF"/>
          </w:tcPr>
          <w:p w14:paraId="57382242" w14:textId="77777777" w:rsidR="00FB4196" w:rsidRPr="00A7252F" w:rsidRDefault="00FB4196">
            <w:pPr>
              <w:jc w:val="center"/>
              <w:rPr>
                <w:b/>
              </w:rPr>
            </w:pPr>
            <w:r w:rsidRPr="00A7252F">
              <w:rPr>
                <w:rFonts w:ascii="Arial" w:hAnsi="Arial"/>
                <w:b/>
              </w:rPr>
              <w:t>Tak berwarna</w:t>
            </w:r>
          </w:p>
        </w:tc>
        <w:tc>
          <w:tcPr>
            <w:tcW w:w="1560" w:type="dxa"/>
            <w:shd w:val="clear" w:color="auto" w:fill="FFFFFF"/>
          </w:tcPr>
          <w:p w14:paraId="1F87344A" w14:textId="77777777" w:rsidR="00FB4196" w:rsidRPr="00A7252F" w:rsidRDefault="00FB4196">
            <w:pPr>
              <w:jc w:val="center"/>
              <w:rPr>
                <w:b/>
              </w:rPr>
            </w:pPr>
            <w:r w:rsidRPr="00A7252F">
              <w:rPr>
                <w:rFonts w:ascii="Arial" w:hAnsi="Arial"/>
                <w:b/>
              </w:rPr>
              <w:t>Tak berwarna</w:t>
            </w:r>
          </w:p>
        </w:tc>
        <w:tc>
          <w:tcPr>
            <w:tcW w:w="1560" w:type="dxa"/>
            <w:shd w:val="clear" w:color="auto" w:fill="FFFFFF"/>
          </w:tcPr>
          <w:p w14:paraId="20EDCD75" w14:textId="77777777" w:rsidR="00FB4196" w:rsidRPr="00A7252F" w:rsidRDefault="00FB4196">
            <w:pPr>
              <w:jc w:val="center"/>
              <w:rPr>
                <w:b/>
              </w:rPr>
            </w:pPr>
            <w:r w:rsidRPr="00A7252F">
              <w:rPr>
                <w:rFonts w:ascii="Arial" w:hAnsi="Arial"/>
                <w:b/>
              </w:rPr>
              <w:t>Merah Muda</w:t>
            </w:r>
          </w:p>
        </w:tc>
        <w:tc>
          <w:tcPr>
            <w:tcW w:w="1560" w:type="dxa"/>
            <w:shd w:val="clear" w:color="auto" w:fill="FFFFFF"/>
          </w:tcPr>
          <w:p w14:paraId="5DEFBB6C" w14:textId="77777777" w:rsidR="00FB4196" w:rsidRPr="00A7252F" w:rsidRDefault="00FB4196">
            <w:pPr>
              <w:jc w:val="center"/>
              <w:rPr>
                <w:b/>
              </w:rPr>
            </w:pPr>
            <w:r w:rsidRPr="00A7252F">
              <w:rPr>
                <w:rFonts w:ascii="Arial" w:hAnsi="Arial"/>
                <w:b/>
              </w:rPr>
              <w:t>Merah Muda</w:t>
            </w:r>
          </w:p>
        </w:tc>
        <w:tc>
          <w:tcPr>
            <w:tcW w:w="1560" w:type="dxa"/>
            <w:shd w:val="clear" w:color="auto" w:fill="FFFFFF"/>
          </w:tcPr>
          <w:p w14:paraId="50F607BC" w14:textId="77777777" w:rsidR="00FB4196" w:rsidRPr="00A7252F" w:rsidRDefault="00FB4196">
            <w:pPr>
              <w:jc w:val="center"/>
              <w:rPr>
                <w:b/>
              </w:rPr>
            </w:pPr>
            <w:r w:rsidRPr="00A7252F">
              <w:rPr>
                <w:rFonts w:ascii="Arial" w:hAnsi="Arial"/>
                <w:b/>
              </w:rPr>
              <w:t>Tak berwarna</w:t>
            </w:r>
          </w:p>
        </w:tc>
      </w:tr>
    </w:tbl>
    <w:p w14:paraId="7BC3CDF0" w14:textId="77777777" w:rsidR="00FB4196" w:rsidRPr="00A7252F" w:rsidRDefault="00FB4196">
      <w:pPr>
        <w:spacing w:before="240" w:after="120"/>
      </w:pPr>
      <w:proofErr w:type="spellStart"/>
      <w:r w:rsidRPr="00A7252F">
        <w:rPr>
          <w:rFonts w:ascii="Arial" w:hAnsi="Arial"/>
        </w:rPr>
        <w:t>Berdasarkan</w:t>
      </w:r>
      <w:proofErr w:type="spellEnd"/>
      <w:r w:rsidRPr="00A7252F">
        <w:rPr>
          <w:rFonts w:ascii="Arial" w:hAnsi="Arial"/>
        </w:rPr>
        <w:t xml:space="preserve"> </w:t>
      </w:r>
      <w:proofErr w:type="spellStart"/>
      <w:r w:rsidRPr="00A7252F">
        <w:rPr>
          <w:rFonts w:ascii="Arial" w:hAnsi="Arial"/>
        </w:rPr>
        <w:t>tabel</w:t>
      </w:r>
      <w:proofErr w:type="spellEnd"/>
      <w:r w:rsidRPr="00A7252F">
        <w:rPr>
          <w:rFonts w:ascii="Arial" w:hAnsi="Arial"/>
        </w:rPr>
        <w:t xml:space="preserve"> </w:t>
      </w:r>
      <w:proofErr w:type="spellStart"/>
      <w:r w:rsidRPr="00A7252F">
        <w:rPr>
          <w:rFonts w:ascii="Arial" w:hAnsi="Arial"/>
        </w:rPr>
        <w:t>pencocokan</w:t>
      </w:r>
      <w:proofErr w:type="spellEnd"/>
      <w:r w:rsidRPr="00A7252F">
        <w:rPr>
          <w:rFonts w:ascii="Arial" w:hAnsi="Arial"/>
        </w:rPr>
        <w:t xml:space="preserve"> </w:t>
      </w:r>
      <w:proofErr w:type="spellStart"/>
      <w:r w:rsidRPr="00A7252F">
        <w:rPr>
          <w:rFonts w:ascii="Arial" w:hAnsi="Arial"/>
        </w:rPr>
        <w:t>pilihan</w:t>
      </w:r>
      <w:proofErr w:type="spellEnd"/>
      <w:r w:rsidRPr="00A7252F">
        <w:rPr>
          <w:rFonts w:ascii="Arial" w:hAnsi="Arial"/>
        </w:rPr>
        <w:t xml:space="preserve"> di atas, kombinasi hasil uji warna yang sesuai dengan analisis adalah: A = Tak berwarna, B = Tak berwarna, C = Merah Muda, D = Merah Muda, dan E = Tak berwarna.</w:t>
      </w:r>
    </w:p>
    <w:p w14:paraId="21C0665A" w14:textId="77777777" w:rsidR="00FB4196" w:rsidRPr="00A7252F" w:rsidRDefault="00FB4196">
      <w:pPr>
        <w:spacing w:before="120" w:after="240"/>
      </w:pPr>
      <w:r w:rsidRPr="00A7252F">
        <w:rPr>
          <w:rFonts w:ascii="Arial" w:hAnsi="Arial"/>
          <w:b/>
        </w:rPr>
        <w:t>Oleh karena itu, pilihan jawaban yang paling tepat adalah E.</w:t>
      </w:r>
    </w:p>
    <w:p w14:paraId="00AC3C2D" w14:textId="77777777" w:rsidR="00FB4196" w:rsidRPr="00A7252F" w:rsidRDefault="00FB4196"/>
    <w:p w14:paraId="391F44C0" w14:textId="77777777" w:rsidR="00FB4196" w:rsidRPr="00A7252F" w:rsidRDefault="00FB4196"/>
    <w:p w14:paraId="517A3215" w14:textId="77777777" w:rsidR="00FB4196" w:rsidRPr="00A7252F" w:rsidRDefault="00FB4196"/>
    <w:p w14:paraId="4DE2EF6B" w14:textId="77777777" w:rsidR="00FB4196" w:rsidRPr="00A7252F" w:rsidRDefault="00FB4196"/>
    <w:p w14:paraId="446AAF68" w14:textId="77777777" w:rsidR="00FB4196" w:rsidRPr="00A7252F" w:rsidRDefault="00FB4196"/>
    <w:p w14:paraId="36B0390A" w14:textId="77777777" w:rsidR="00FB4196" w:rsidRPr="00A7252F" w:rsidRDefault="00FB4196"/>
    <w:p w14:paraId="2378788F" w14:textId="77777777" w:rsidR="00FB4196" w:rsidRPr="00A7252F" w:rsidRDefault="00FB4196"/>
    <w:p w14:paraId="5E3D66BA" w14:textId="77777777" w:rsidR="00FB4196" w:rsidRPr="00A7252F" w:rsidRDefault="00FB4196"/>
    <w:p w14:paraId="73D7B6AC" w14:textId="77777777" w:rsidR="00FB4196" w:rsidRPr="00A7252F" w:rsidRDefault="00FB4196"/>
    <w:p w14:paraId="37409E00" w14:textId="77777777" w:rsidR="00FB4196" w:rsidRPr="00A7252F" w:rsidRDefault="00FB4196"/>
    <w:p w14:paraId="4BC9B6CF" w14:textId="77777777" w:rsidR="00FB4196" w:rsidRPr="00A7252F" w:rsidRDefault="00FB4196"/>
    <w:p w14:paraId="3343A0E7" w14:textId="77777777" w:rsidR="00FB4196" w:rsidRPr="00A7252F" w:rsidRDefault="00FB4196"/>
    <w:p w14:paraId="113A0275" w14:textId="77777777" w:rsidR="00FB4196" w:rsidRPr="00A7252F" w:rsidRDefault="00FB4196"/>
    <w:p w14:paraId="4BC43B09" w14:textId="77777777" w:rsidR="00FB4196" w:rsidRPr="00A7252F" w:rsidRDefault="00FB4196"/>
    <w:p w14:paraId="6AAC7204" w14:textId="77777777" w:rsidR="00FB4196" w:rsidRPr="00A7252F" w:rsidRDefault="00FB4196"/>
    <w:p w14:paraId="11E66685" w14:textId="77777777" w:rsidR="00FB4196" w:rsidRPr="00A7252F" w:rsidRDefault="00FB4196"/>
    <w:p w14:paraId="0EDAD386" w14:textId="77777777" w:rsidR="00FB4196" w:rsidRPr="00A7252F" w:rsidRDefault="00FB4196"/>
    <w:p w14:paraId="7B83BDB2" w14:textId="77777777" w:rsidR="00FB4196" w:rsidRPr="00A7252F" w:rsidRDefault="00FB4196"/>
    <w:p w14:paraId="1B268243" w14:textId="77777777" w:rsidR="00FB4196" w:rsidRPr="00A7252F" w:rsidRDefault="00FB4196"/>
    <w:p w14:paraId="0E321A96" w14:textId="77777777" w:rsidR="00FB4196" w:rsidRPr="00A7252F" w:rsidRDefault="00FB4196" w:rsidP="00FB4196">
      <w:pPr>
        <w:spacing w:after="320"/>
        <w:jc w:val="center"/>
      </w:pPr>
      <w:r w:rsidRPr="00A7252F">
        <w:rPr>
          <w:rFonts w:ascii="Arial" w:hAnsi="Arial"/>
          <w:b/>
          <w:sz w:val="32"/>
        </w:rPr>
        <w:lastRenderedPageBreak/>
        <w:t>PEMBAHASAN SOAL KIMIA: TITRASI ASAM-BASA</w:t>
      </w:r>
      <w:r w:rsidRPr="00A7252F">
        <w:rPr>
          <w:rFonts w:ascii="Arial" w:hAnsi="Arial"/>
          <w:b/>
          <w:sz w:val="32"/>
        </w:rPr>
        <w:br/>
        <w:t>Penentuan Kadar HCl dalam Produk Pembersih Keramik</w:t>
      </w:r>
    </w:p>
    <w:p w14:paraId="33329E05" w14:textId="77777777" w:rsidR="00FB4196" w:rsidRPr="00A7252F" w:rsidRDefault="00FB4196">
      <w:pPr>
        <w:keepNext/>
        <w:spacing w:before="240" w:after="80"/>
      </w:pPr>
      <w:r w:rsidRPr="00A7252F">
        <w:rPr>
          <w:rFonts w:ascii="Arial" w:hAnsi="Arial"/>
          <w:b/>
          <w:sz w:val="30"/>
        </w:rPr>
        <w:t>1. Informasi Penting dari Soal</w:t>
      </w:r>
    </w:p>
    <w:p w14:paraId="37E50221" w14:textId="77777777" w:rsidR="00FB4196" w:rsidRPr="00A7252F" w:rsidRDefault="00FB4196">
      <w:pPr>
        <w:spacing w:after="80"/>
      </w:pPr>
      <w:r w:rsidRPr="00A7252F">
        <w:rPr>
          <w:rFonts w:ascii="Arial" w:hAnsi="Arial"/>
        </w:rPr>
        <w:t>Berdasarkan teks dan data tabel pada soal, diperoleh informasi penting sebagai berikut:</w:t>
      </w:r>
    </w:p>
    <w:p w14:paraId="678F7D6F" w14:textId="77777777" w:rsidR="00FB4196" w:rsidRPr="00A7252F" w:rsidRDefault="00FB4196">
      <w:pPr>
        <w:pStyle w:val="ListBullet"/>
        <w:spacing w:after="40"/>
      </w:pPr>
      <w:r w:rsidRPr="00A7252F">
        <w:rPr>
          <w:rFonts w:ascii="Arial" w:hAnsi="Arial"/>
        </w:rPr>
        <w:t>Zat yang dititrasi: Larutan HCl (setelah diencerkan dari produk pembersih).</w:t>
      </w:r>
    </w:p>
    <w:p w14:paraId="06CBF62D" w14:textId="77777777" w:rsidR="00FB4196" w:rsidRPr="00A7252F" w:rsidRDefault="00FB4196">
      <w:pPr>
        <w:pStyle w:val="ListBullet"/>
        <w:spacing w:after="40"/>
      </w:pPr>
      <w:r w:rsidRPr="00A7252F">
        <w:rPr>
          <w:rFonts w:ascii="Arial" w:hAnsi="Arial"/>
        </w:rPr>
        <w:t>Zat penitrasi (titran): Larutan NaOH 0,3 M.</w:t>
      </w:r>
    </w:p>
    <w:p w14:paraId="59AFD092" w14:textId="77777777" w:rsidR="00FB4196" w:rsidRPr="00A7252F" w:rsidRDefault="00FB4196">
      <w:pPr>
        <w:pStyle w:val="ListBullet"/>
        <w:spacing w:after="40"/>
      </w:pPr>
      <w:r w:rsidRPr="00A7252F">
        <w:rPr>
          <w:rFonts w:ascii="Arial" w:hAnsi="Arial"/>
        </w:rPr>
        <w:t>Volume larutan HCl yang diambil untuk sekali titrasi (V_HCl) = 10 mL.</w:t>
      </w:r>
    </w:p>
    <w:p w14:paraId="48E16208" w14:textId="77777777" w:rsidR="00FB4196" w:rsidRPr="00A7252F" w:rsidRDefault="00FB4196">
      <w:pPr>
        <w:pStyle w:val="ListBullet"/>
        <w:spacing w:after="40"/>
      </w:pPr>
      <w:r w:rsidRPr="00A7252F">
        <w:rPr>
          <w:rFonts w:ascii="Arial" w:hAnsi="Arial"/>
        </w:rPr>
        <w:t>Data Volume NaOH 0,3 M yang digunakan:</w:t>
      </w:r>
    </w:p>
    <w:p w14:paraId="097AA374" w14:textId="77777777" w:rsidR="00FB4196" w:rsidRPr="00A7252F" w:rsidRDefault="00FB4196">
      <w:pPr>
        <w:pStyle w:val="ListBullet"/>
        <w:spacing w:after="40"/>
      </w:pPr>
      <w:r w:rsidRPr="00A7252F">
        <w:rPr>
          <w:rFonts w:ascii="Arial" w:hAnsi="Arial"/>
        </w:rPr>
        <w:t xml:space="preserve">  • Titrasi 1 = 30,0 mL</w:t>
      </w:r>
    </w:p>
    <w:p w14:paraId="40DD44C0" w14:textId="77777777" w:rsidR="00FB4196" w:rsidRPr="00A7252F" w:rsidRDefault="00FB4196">
      <w:pPr>
        <w:pStyle w:val="ListBullet"/>
        <w:spacing w:after="40"/>
      </w:pPr>
      <w:r w:rsidRPr="00A7252F">
        <w:rPr>
          <w:rFonts w:ascii="Arial" w:hAnsi="Arial"/>
        </w:rPr>
        <w:t xml:space="preserve">  • Titrasi 2 = 29,5 mL</w:t>
      </w:r>
    </w:p>
    <w:p w14:paraId="03A348A7" w14:textId="77777777" w:rsidR="00FB4196" w:rsidRPr="00A7252F" w:rsidRDefault="00FB4196">
      <w:pPr>
        <w:pStyle w:val="ListBullet"/>
        <w:spacing w:after="40"/>
      </w:pPr>
      <w:r w:rsidRPr="00A7252F">
        <w:rPr>
          <w:rFonts w:ascii="Arial" w:hAnsi="Arial"/>
        </w:rPr>
        <w:t xml:space="preserve">  • Titrasi 3 = 30,5 mL</w:t>
      </w:r>
    </w:p>
    <w:p w14:paraId="2A26EC69" w14:textId="77777777" w:rsidR="00FB4196" w:rsidRPr="00A7252F" w:rsidRDefault="00FB4196">
      <w:pPr>
        <w:pStyle w:val="ListBullet"/>
        <w:spacing w:after="40"/>
      </w:pPr>
      <w:r w:rsidRPr="00A7252F">
        <w:rPr>
          <w:rFonts w:ascii="Arial" w:hAnsi="Arial"/>
        </w:rPr>
        <w:t>Massa Atom Relatif (Ar): H = 1, Cl = 35,5 (Massa Molar HCl = 36,5 g/mol).</w:t>
      </w:r>
    </w:p>
    <w:p w14:paraId="32484566" w14:textId="77777777" w:rsidR="00FB4196" w:rsidRPr="00A7252F" w:rsidRDefault="00FB4196">
      <w:pPr>
        <w:pStyle w:val="ListBullet"/>
        <w:spacing w:after="40"/>
      </w:pPr>
      <w:r w:rsidRPr="00A7252F">
        <w:rPr>
          <w:rFonts w:ascii="Arial" w:hAnsi="Arial"/>
        </w:rPr>
        <w:t xml:space="preserve">Kadar HCl yang tertera pada label </w:t>
      </w:r>
      <w:proofErr w:type="spellStart"/>
      <w:r w:rsidRPr="00A7252F">
        <w:rPr>
          <w:rFonts w:ascii="Arial" w:hAnsi="Arial"/>
        </w:rPr>
        <w:t>produk</w:t>
      </w:r>
      <w:proofErr w:type="spellEnd"/>
      <w:r w:rsidRPr="00A7252F">
        <w:rPr>
          <w:rFonts w:ascii="Arial" w:hAnsi="Arial"/>
        </w:rPr>
        <w:t xml:space="preserve"> = 35%.</w:t>
      </w:r>
    </w:p>
    <w:p w14:paraId="199B17F3" w14:textId="77777777" w:rsidR="00FB4196" w:rsidRPr="00A7252F" w:rsidRDefault="00FB4196" w:rsidP="00FB4196">
      <w:pPr>
        <w:keepNext/>
        <w:spacing w:after="0" w:line="240" w:lineRule="auto"/>
        <w:rPr>
          <w:rFonts w:ascii="Arial" w:hAnsi="Arial"/>
          <w:b/>
          <w:sz w:val="30"/>
        </w:rPr>
      </w:pPr>
      <w:r w:rsidRPr="00A7252F">
        <w:rPr>
          <w:rFonts w:ascii="Arial" w:hAnsi="Arial"/>
          <w:b/>
          <w:sz w:val="30"/>
        </w:rPr>
        <w:t xml:space="preserve">2. Langkah-Langkah </w:t>
      </w:r>
      <w:proofErr w:type="spellStart"/>
      <w:r w:rsidRPr="00A7252F">
        <w:rPr>
          <w:rFonts w:ascii="Arial" w:hAnsi="Arial"/>
          <w:b/>
          <w:sz w:val="30"/>
        </w:rPr>
        <w:t>Penyelesaian</w:t>
      </w:r>
      <w:proofErr w:type="spellEnd"/>
    </w:p>
    <w:p w14:paraId="4FE6451A" w14:textId="77777777" w:rsidR="00FB4196" w:rsidRPr="00A7252F" w:rsidRDefault="00FB4196" w:rsidP="00FB4196">
      <w:pPr>
        <w:keepNext/>
        <w:spacing w:after="0" w:line="240" w:lineRule="auto"/>
      </w:pPr>
    </w:p>
    <w:p w14:paraId="6DF27A19" w14:textId="77777777" w:rsidR="00FB4196" w:rsidRPr="00A7252F" w:rsidRDefault="00FB4196" w:rsidP="00FB4196">
      <w:pPr>
        <w:keepNext/>
        <w:spacing w:after="0" w:line="240" w:lineRule="auto"/>
      </w:pPr>
      <w:r w:rsidRPr="00A7252F">
        <w:rPr>
          <w:rFonts w:ascii="Arial" w:hAnsi="Arial"/>
          <w:b/>
          <w:sz w:val="24"/>
        </w:rPr>
        <w:t>Langkah A: Menghitung Rata-rata Volume NaOH</w:t>
      </w:r>
    </w:p>
    <w:p w14:paraId="0A431376" w14:textId="77777777" w:rsidR="00FB4196" w:rsidRPr="00A7252F" w:rsidRDefault="00FB4196" w:rsidP="00FB4196">
      <w:pPr>
        <w:spacing w:after="0" w:line="240" w:lineRule="auto"/>
      </w:pPr>
      <w:r w:rsidRPr="00A7252F">
        <w:rPr>
          <w:rFonts w:ascii="Arial" w:hAnsi="Arial"/>
        </w:rPr>
        <w:t>Volume rata-rata NaOH yang digunakan dalam titrasi dihitung dari ketiga data percobaan:</w:t>
      </w:r>
      <w:r w:rsidRPr="00A7252F">
        <w:rPr>
          <w:rFonts w:ascii="Arial" w:hAnsi="Arial"/>
        </w:rPr>
        <w:br/>
        <w:t>Volume NaOH = (30,0 + 29,5 + 30,5) mL / 3 = 90,0 mL / 3 = 30 mL.</w:t>
      </w:r>
    </w:p>
    <w:p w14:paraId="4A4E4B71" w14:textId="77777777" w:rsidR="00FB4196" w:rsidRPr="00A7252F" w:rsidRDefault="00FB4196" w:rsidP="00FB4196">
      <w:pPr>
        <w:keepNext/>
        <w:spacing w:after="0" w:line="240" w:lineRule="auto"/>
      </w:pPr>
      <w:r w:rsidRPr="00A7252F">
        <w:rPr>
          <w:rFonts w:ascii="Arial" w:hAnsi="Arial"/>
          <w:b/>
          <w:sz w:val="24"/>
        </w:rPr>
        <w:t>Langkah B: Menghitung Molaritas Larutan HCl Encer (Hasil Pengenceran)</w:t>
      </w:r>
    </w:p>
    <w:p w14:paraId="38B10305" w14:textId="77777777" w:rsidR="00FB4196" w:rsidRPr="00A7252F" w:rsidRDefault="00FB4196" w:rsidP="00FB4196">
      <w:pPr>
        <w:spacing w:after="0" w:line="240" w:lineRule="auto"/>
      </w:pPr>
      <w:r w:rsidRPr="00A7252F">
        <w:rPr>
          <w:rFonts w:ascii="Arial" w:hAnsi="Arial"/>
        </w:rPr>
        <w:t>Reaksi netralisasi antara HCl dan NaOH berbanding koefisien 1 : 1:</w:t>
      </w:r>
      <w:r w:rsidRPr="00A7252F">
        <w:rPr>
          <w:rFonts w:ascii="Arial" w:hAnsi="Arial"/>
        </w:rPr>
        <w:br/>
        <w:t xml:space="preserve">  mol HCl = mol NaOH</w:t>
      </w:r>
      <w:r w:rsidRPr="00A7252F">
        <w:rPr>
          <w:rFonts w:ascii="Arial" w:hAnsi="Arial"/>
        </w:rPr>
        <w:br/>
        <w:t xml:space="preserve">  M_HCl × V_HCl = M_NaOH × V_NaOH</w:t>
      </w:r>
      <w:r w:rsidRPr="00A7252F">
        <w:rPr>
          <w:rFonts w:ascii="Arial" w:hAnsi="Arial"/>
        </w:rPr>
        <w:br/>
        <w:t xml:space="preserve">  M_HCl × 10 mL = 0,3 M × 30 mL</w:t>
      </w:r>
      <w:r w:rsidRPr="00A7252F">
        <w:rPr>
          <w:rFonts w:ascii="Arial" w:hAnsi="Arial"/>
        </w:rPr>
        <w:br/>
        <w:t xml:space="preserve">  M_HCl = 9 / 10 = 0,9 M (Molaritas larutan HCl setelah diencerkan).</w:t>
      </w:r>
    </w:p>
    <w:p w14:paraId="79CDAFE7" w14:textId="77777777" w:rsidR="00FB4196" w:rsidRPr="00A7252F" w:rsidRDefault="00FB4196" w:rsidP="00FB4196">
      <w:pPr>
        <w:keepNext/>
        <w:spacing w:after="0" w:line="240" w:lineRule="auto"/>
      </w:pPr>
      <w:r w:rsidRPr="00A7252F">
        <w:rPr>
          <w:rFonts w:ascii="Arial" w:hAnsi="Arial"/>
          <w:b/>
          <w:sz w:val="24"/>
        </w:rPr>
        <w:t>Langkah C: Menghitung Molaritas Larutan HCl Awal (Sebelum Pengenceran)</w:t>
      </w:r>
    </w:p>
    <w:p w14:paraId="62E22FFF" w14:textId="77777777" w:rsidR="00FB4196" w:rsidRPr="00A7252F" w:rsidRDefault="00FB4196" w:rsidP="00FB4196">
      <w:pPr>
        <w:spacing w:after="0" w:line="240" w:lineRule="auto"/>
      </w:pPr>
      <w:r w:rsidRPr="00A7252F">
        <w:rPr>
          <w:rFonts w:ascii="Arial" w:hAnsi="Arial"/>
        </w:rPr>
        <w:t>Sebelumnya, 10 mL sampel diambil dan diencerkan hingga volume 100 mL (faktor pengenceran 10 kali). Menggunakan rumus pengenceran:</w:t>
      </w:r>
      <w:r w:rsidRPr="00A7252F">
        <w:rPr>
          <w:rFonts w:ascii="Arial" w:hAnsi="Arial"/>
        </w:rPr>
        <w:br/>
        <w:t xml:space="preserve">  M_awal × V_awal = M_encer × V_encer</w:t>
      </w:r>
      <w:r w:rsidRPr="00A7252F">
        <w:rPr>
          <w:rFonts w:ascii="Arial" w:hAnsi="Arial"/>
        </w:rPr>
        <w:br/>
        <w:t xml:space="preserve">  M_awal × 10 mL = 0,9 M × 100 mL</w:t>
      </w:r>
      <w:r w:rsidRPr="00A7252F">
        <w:rPr>
          <w:rFonts w:ascii="Arial" w:hAnsi="Arial"/>
        </w:rPr>
        <w:br/>
        <w:t xml:space="preserve">  M_awal = 90 / 10 = 9 M (Konsentrasi HCl dalam sampel pekat).</w:t>
      </w:r>
    </w:p>
    <w:p w14:paraId="1A5825E0" w14:textId="77777777" w:rsidR="00FB4196" w:rsidRPr="00A7252F" w:rsidRDefault="00FB4196" w:rsidP="00FB4196">
      <w:pPr>
        <w:keepNext/>
        <w:spacing w:after="0" w:line="240" w:lineRule="auto"/>
      </w:pPr>
      <w:r w:rsidRPr="00A7252F">
        <w:rPr>
          <w:rFonts w:ascii="Arial" w:hAnsi="Arial"/>
          <w:b/>
          <w:sz w:val="24"/>
        </w:rPr>
        <w:t>Langkah D: Menghitung Kadar Massa (%) HCl dalam Produk</w:t>
      </w:r>
    </w:p>
    <w:p w14:paraId="42B1CCDB" w14:textId="77777777" w:rsidR="00FB4196" w:rsidRPr="00A7252F" w:rsidRDefault="00FB4196" w:rsidP="00FB4196">
      <w:pPr>
        <w:spacing w:after="0" w:line="240" w:lineRule="auto"/>
        <w:rPr>
          <w:rFonts w:ascii="Arial" w:hAnsi="Arial"/>
        </w:rPr>
      </w:pPr>
      <w:r w:rsidRPr="00A7252F">
        <w:rPr>
          <w:rFonts w:ascii="Arial" w:hAnsi="Arial"/>
        </w:rPr>
        <w:t>Untuk menentukan kadar persen (%) massa HCl, kita asumsikan massa jenis larutan pembersih ρ = 1 kg/L atau 1 g/mL (standar umum larutan cair encer jika tidak disebutkan):</w:t>
      </w:r>
      <w:r w:rsidRPr="00A7252F">
        <w:rPr>
          <w:rFonts w:ascii="Arial" w:hAnsi="Arial"/>
        </w:rPr>
        <w:br/>
        <w:t>• Dalam 1 Liter (1000 mL) larutan terdapat 9 mol HCl.</w:t>
      </w:r>
      <w:r w:rsidRPr="00A7252F">
        <w:rPr>
          <w:rFonts w:ascii="Arial" w:hAnsi="Arial"/>
        </w:rPr>
        <w:br/>
        <w:t>• Massa HCl = mol × Mr = 9 mol × 36,5 g/mol = 328,5 gram.</w:t>
      </w:r>
      <w:r w:rsidRPr="00A7252F">
        <w:rPr>
          <w:rFonts w:ascii="Arial" w:hAnsi="Arial"/>
        </w:rPr>
        <w:br/>
        <w:t>• Massa total larutan (1000 mL) = 1000 gram.</w:t>
      </w:r>
      <w:r w:rsidRPr="00A7252F">
        <w:rPr>
          <w:rFonts w:ascii="Arial" w:hAnsi="Arial"/>
        </w:rPr>
        <w:br/>
        <w:t>• Kadar (%) = (Massa HCl / Massa total larutan) × 100%</w:t>
      </w:r>
      <w:r w:rsidRPr="00A7252F">
        <w:rPr>
          <w:rFonts w:ascii="Arial" w:hAnsi="Arial"/>
        </w:rPr>
        <w:br/>
        <w:t xml:space="preserve">  Kadar (%) = (328,5 gram / 1000 gram) × 100% = 32,85%.</w:t>
      </w:r>
    </w:p>
    <w:p w14:paraId="27ED6808" w14:textId="77777777" w:rsidR="00FB4196" w:rsidRPr="00A7252F" w:rsidRDefault="00FB4196" w:rsidP="00FB4196">
      <w:pPr>
        <w:spacing w:after="0" w:line="240" w:lineRule="auto"/>
      </w:pPr>
    </w:p>
    <w:p w14:paraId="3A0CB62A" w14:textId="77777777" w:rsidR="00FB4196" w:rsidRPr="00A7252F" w:rsidRDefault="00FB4196" w:rsidP="00FB4196">
      <w:pPr>
        <w:keepNext/>
        <w:spacing w:after="0" w:line="240" w:lineRule="auto"/>
        <w:rPr>
          <w:rFonts w:ascii="Arial" w:hAnsi="Arial"/>
          <w:b/>
          <w:sz w:val="30"/>
        </w:rPr>
      </w:pPr>
      <w:r w:rsidRPr="00A7252F">
        <w:rPr>
          <w:rFonts w:ascii="Arial" w:hAnsi="Arial"/>
          <w:b/>
          <w:sz w:val="30"/>
        </w:rPr>
        <w:t>3. Kesimpulan</w:t>
      </w:r>
    </w:p>
    <w:p w14:paraId="3C0C7721" w14:textId="77777777" w:rsidR="00FB4196" w:rsidRPr="00A7252F" w:rsidRDefault="00FB4196" w:rsidP="00FB4196">
      <w:pPr>
        <w:keepNext/>
        <w:spacing w:after="0" w:line="240" w:lineRule="auto"/>
      </w:pPr>
    </w:p>
    <w:p w14:paraId="14B54379" w14:textId="77777777" w:rsidR="00FB4196" w:rsidRPr="00A7252F" w:rsidRDefault="00FB4196" w:rsidP="00FB4196">
      <w:pPr>
        <w:spacing w:after="0" w:line="240" w:lineRule="auto"/>
      </w:pPr>
      <w:r w:rsidRPr="00A7252F">
        <w:rPr>
          <w:rFonts w:ascii="Arial" w:hAnsi="Arial"/>
        </w:rPr>
        <w:t>Berdasarkan perhitungan di atas, kadar HCl yang sebenarnya dalam produk pembersih adalah 32,85%, sedangkan kadar yang tertera pada label adalah 35%. Dengan demikian, kadar asam klorida kurang dari yang tercantum di label, yaitu hanya mengandung 32,85% HCl.</w:t>
      </w:r>
    </w:p>
    <w:p w14:paraId="08EA471C" w14:textId="77777777" w:rsidR="00FB4196" w:rsidRPr="00A7252F" w:rsidRDefault="00FB4196" w:rsidP="00FB4196">
      <w:pPr>
        <w:spacing w:after="0" w:line="240" w:lineRule="auto"/>
      </w:pPr>
      <w:r w:rsidRPr="00A7252F">
        <w:rPr>
          <w:rFonts w:ascii="Arial" w:hAnsi="Arial"/>
          <w:b/>
        </w:rPr>
        <w:t>Oleh karena itu, pilihan jawaban yang paling tepat adalah E.</w:t>
      </w:r>
    </w:p>
    <w:p w14:paraId="33CBC8BC" w14:textId="77777777" w:rsidR="00FB4196" w:rsidRPr="00A7252F" w:rsidRDefault="00FB4196" w:rsidP="00FB4196">
      <w:pPr>
        <w:spacing w:after="0" w:line="240" w:lineRule="auto"/>
      </w:pPr>
    </w:p>
    <w:p w14:paraId="35BA9816" w14:textId="77777777" w:rsidR="00FB4196" w:rsidRPr="00A7252F" w:rsidRDefault="00FB4196" w:rsidP="00FB4196">
      <w:pPr>
        <w:spacing w:after="0" w:line="240" w:lineRule="auto"/>
      </w:pPr>
    </w:p>
    <w:p w14:paraId="2FD6FF54" w14:textId="77777777" w:rsidR="00FB4196" w:rsidRPr="00A7252F" w:rsidRDefault="00FB4196" w:rsidP="00FB4196">
      <w:pPr>
        <w:spacing w:after="0" w:line="240" w:lineRule="auto"/>
      </w:pPr>
    </w:p>
    <w:p w14:paraId="4199C34E" w14:textId="77777777" w:rsidR="00FB4196" w:rsidRPr="00A7252F" w:rsidRDefault="00FB4196" w:rsidP="00FB4196">
      <w:pPr>
        <w:spacing w:after="0" w:line="240" w:lineRule="auto"/>
      </w:pPr>
    </w:p>
    <w:p w14:paraId="127F76F2" w14:textId="06F61813" w:rsidR="00FB4196" w:rsidRPr="00A7252F" w:rsidRDefault="00FB4196">
      <w:pPr>
        <w:spacing w:after="40"/>
        <w:jc w:val="center"/>
      </w:pPr>
      <w:r w:rsidRPr="00A7252F">
        <w:rPr>
          <w:b/>
          <w:sz w:val="40"/>
          <w:szCs w:val="40"/>
        </w:rPr>
        <w:lastRenderedPageBreak/>
        <w:t>PEMBAHASAN SOAL KIMIA SMA NOMOR 13</w:t>
      </w:r>
      <w:r w:rsidRPr="00A7252F">
        <w:rPr>
          <w:b/>
          <w:sz w:val="24"/>
        </w:rPr>
        <w:br/>
      </w:r>
      <w:r w:rsidRPr="00A7252F">
        <w:rPr>
          <w:b/>
          <w:sz w:val="40"/>
        </w:rPr>
        <w:t xml:space="preserve">Daya </w:t>
      </w:r>
      <w:proofErr w:type="spellStart"/>
      <w:r w:rsidRPr="00A7252F">
        <w:rPr>
          <w:b/>
          <w:sz w:val="40"/>
        </w:rPr>
        <w:t>Hantar</w:t>
      </w:r>
      <w:proofErr w:type="spellEnd"/>
      <w:r w:rsidRPr="00A7252F">
        <w:rPr>
          <w:b/>
          <w:sz w:val="40"/>
        </w:rPr>
        <w:t xml:space="preserve"> Listrik Larutan &amp; Senyawa</w:t>
      </w:r>
    </w:p>
    <w:p w14:paraId="6E7B8410" w14:textId="77777777" w:rsidR="00FB4196" w:rsidRPr="00A7252F" w:rsidRDefault="00FB4196">
      <w:pPr>
        <w:keepNext/>
        <w:spacing w:before="320"/>
      </w:pPr>
      <w:r w:rsidRPr="00A7252F">
        <w:rPr>
          <w:b/>
          <w:sz w:val="28"/>
        </w:rPr>
        <w:t>1. Analisis Data Hasil Percobaan</w:t>
      </w:r>
    </w:p>
    <w:p w14:paraId="13864018" w14:textId="6AB63781" w:rsidR="00FB4196" w:rsidRPr="00A7252F" w:rsidRDefault="00FB4196" w:rsidP="00FB4196">
      <w:pPr>
        <w:spacing w:after="0" w:line="240" w:lineRule="auto"/>
      </w:pPr>
      <w:r w:rsidRPr="00A7252F">
        <w:t xml:space="preserve">Berdasarkan tabel pengamatan pada soal, kita dapat mengidentifikasi </w:t>
      </w:r>
      <w:proofErr w:type="spellStart"/>
      <w:r w:rsidRPr="00A7252F">
        <w:t>sifat</w:t>
      </w:r>
      <w:proofErr w:type="spellEnd"/>
      <w:r w:rsidRPr="00A7252F">
        <w:t xml:space="preserve"> </w:t>
      </w:r>
      <w:proofErr w:type="spellStart"/>
      <w:r w:rsidRPr="00A7252F">
        <w:t>hantaran</w:t>
      </w:r>
      <w:proofErr w:type="spellEnd"/>
      <w:r w:rsidRPr="00A7252F">
        <w:t xml:space="preserve"> </w:t>
      </w:r>
      <w:proofErr w:type="spellStart"/>
      <w:r w:rsidRPr="00A7252F">
        <w:t>listrik</w:t>
      </w:r>
      <w:proofErr w:type="spellEnd"/>
      <w:r w:rsidRPr="00A7252F">
        <w:t xml:space="preserve"> </w:t>
      </w:r>
      <w:proofErr w:type="spellStart"/>
      <w:r w:rsidRPr="00A7252F">
        <w:t>dari</w:t>
      </w:r>
      <w:proofErr w:type="spellEnd"/>
      <w:r w:rsidRPr="00A7252F">
        <w:t xml:space="preserve"> masing-masing </w:t>
      </w:r>
      <w:proofErr w:type="spellStart"/>
      <w:proofErr w:type="gramStart"/>
      <w:r w:rsidRPr="00A7252F">
        <w:t>zat</w:t>
      </w:r>
      <w:proofErr w:type="spellEnd"/>
      <w:r w:rsidRPr="00A7252F">
        <w:t xml:space="preserve"> :</w:t>
      </w:r>
      <w:proofErr w:type="gramEnd"/>
    </w:p>
    <w:p w14:paraId="205589F3" w14:textId="77777777" w:rsidR="00FB4196" w:rsidRPr="00A7252F" w:rsidRDefault="00FB4196" w:rsidP="00FB4196">
      <w:pPr>
        <w:pStyle w:val="ListBullet"/>
        <w:spacing w:after="0" w:line="240" w:lineRule="auto"/>
        <w:jc w:val="both"/>
      </w:pPr>
      <w:proofErr w:type="spellStart"/>
      <w:r w:rsidRPr="00A7252F">
        <w:rPr>
          <w:b/>
        </w:rPr>
        <w:t>Zat</w:t>
      </w:r>
      <w:proofErr w:type="spellEnd"/>
      <w:r w:rsidRPr="00A7252F">
        <w:rPr>
          <w:b/>
        </w:rPr>
        <w:t xml:space="preserve"> X</w:t>
      </w:r>
      <w:r w:rsidRPr="00A7252F">
        <w:t xml:space="preserve"> (</w:t>
      </w:r>
      <w:proofErr w:type="spellStart"/>
      <w:r w:rsidRPr="00A7252F">
        <w:t>Lelehan</w:t>
      </w:r>
      <w:proofErr w:type="spellEnd"/>
      <w:r w:rsidRPr="00A7252F">
        <w:t xml:space="preserve">: </w:t>
      </w:r>
      <w:proofErr w:type="spellStart"/>
      <w:r w:rsidRPr="00A7252F">
        <w:t>Redup</w:t>
      </w:r>
      <w:proofErr w:type="spellEnd"/>
      <w:r w:rsidRPr="00A7252F">
        <w:t xml:space="preserve">, </w:t>
      </w:r>
      <w:proofErr w:type="spellStart"/>
      <w:r w:rsidRPr="00A7252F">
        <w:t>ada</w:t>
      </w:r>
      <w:proofErr w:type="spellEnd"/>
      <w:r w:rsidRPr="00A7252F">
        <w:t xml:space="preserve"> gelembung; Larutan: Terang, banyak gelembung): Lelehannya mampu menghantarkan listrik (menyalakan lampu redup dan menghasilkan gelembung gas), yang menunjukkan bahwa zat X merupakan senyawa ionik atau elektrolit kuat yang ion-ionnya dapat bergerak bebas saat meleleh. Larutannya menunjukkan sifat elektrolit kuat (lampu </w:t>
      </w:r>
      <w:proofErr w:type="spellStart"/>
      <w:r w:rsidRPr="00A7252F">
        <w:t>terang</w:t>
      </w:r>
      <w:proofErr w:type="spellEnd"/>
      <w:r w:rsidRPr="00A7252F">
        <w:t xml:space="preserve"> dan </w:t>
      </w:r>
      <w:proofErr w:type="spellStart"/>
      <w:r w:rsidRPr="00A7252F">
        <w:t>banyak</w:t>
      </w:r>
      <w:proofErr w:type="spellEnd"/>
      <w:r w:rsidRPr="00A7252F">
        <w:t xml:space="preserve"> </w:t>
      </w:r>
      <w:proofErr w:type="spellStart"/>
      <w:r w:rsidRPr="00A7252F">
        <w:t>gelembung</w:t>
      </w:r>
      <w:proofErr w:type="spellEnd"/>
      <w:r w:rsidRPr="00A7252F">
        <w:t>).</w:t>
      </w:r>
    </w:p>
    <w:p w14:paraId="0C99EFB8" w14:textId="77777777" w:rsidR="00FB4196" w:rsidRPr="00A7252F" w:rsidRDefault="00FB4196" w:rsidP="00FB4196">
      <w:pPr>
        <w:pStyle w:val="ListBullet"/>
        <w:spacing w:after="0" w:line="240" w:lineRule="auto"/>
      </w:pPr>
      <w:r w:rsidRPr="00A7252F">
        <w:rPr>
          <w:b/>
        </w:rPr>
        <w:t>Zat Y</w:t>
      </w:r>
      <w:r w:rsidRPr="00A7252F">
        <w:t xml:space="preserve"> (Lelehan: Tidak menyala, tidak ada gelembung; Larutan: Redup, sedikit gelembung): Lelehannya tidak dapat menghantarkan listrik (karena berupa senyawa kovalen polar/nonpolar atau molekuler murni). Larutannya menunjukkan sifat elektrolit lemah (lampu redup dan sedikit gelembung), yang merupakan ciri khas larutan asam lemah, seperti CH₃COOH (asam asetat).</w:t>
      </w:r>
    </w:p>
    <w:p w14:paraId="088E216A" w14:textId="77777777" w:rsidR="00FB4196" w:rsidRPr="00A7252F" w:rsidRDefault="00FB4196" w:rsidP="00FB4196">
      <w:pPr>
        <w:pStyle w:val="ListBullet"/>
        <w:spacing w:after="0" w:line="240" w:lineRule="auto"/>
      </w:pPr>
      <w:r w:rsidRPr="00A7252F">
        <w:rPr>
          <w:b/>
        </w:rPr>
        <w:t>Zat Z</w:t>
      </w:r>
      <w:r w:rsidRPr="00A7252F">
        <w:t xml:space="preserve"> (Lelehan: Tidak menyala, tidak ada gelembung; Larutan: Terang, banyak gelembung): Lelehannya tidak dapat menghantarkan listrik, namun larutannya menunjukkan sifat elektrolit kuat (lampu </w:t>
      </w:r>
      <w:proofErr w:type="spellStart"/>
      <w:r w:rsidRPr="00A7252F">
        <w:t>terang</w:t>
      </w:r>
      <w:proofErr w:type="spellEnd"/>
      <w:r w:rsidRPr="00A7252F">
        <w:t xml:space="preserve"> dan </w:t>
      </w:r>
      <w:proofErr w:type="spellStart"/>
      <w:r w:rsidRPr="00A7252F">
        <w:t>banyak</w:t>
      </w:r>
      <w:proofErr w:type="spellEnd"/>
      <w:r w:rsidRPr="00A7252F">
        <w:t xml:space="preserve"> </w:t>
      </w:r>
      <w:proofErr w:type="spellStart"/>
      <w:r w:rsidRPr="00A7252F">
        <w:t>gelembung</w:t>
      </w:r>
      <w:proofErr w:type="spellEnd"/>
      <w:r w:rsidRPr="00A7252F">
        <w:t>).</w:t>
      </w:r>
    </w:p>
    <w:p w14:paraId="06AA93C0" w14:textId="77777777" w:rsidR="00FB4196" w:rsidRPr="00A7252F" w:rsidRDefault="00FB4196" w:rsidP="00FB4196">
      <w:pPr>
        <w:pStyle w:val="ListBullet"/>
        <w:spacing w:after="0" w:line="240" w:lineRule="auto"/>
      </w:pPr>
    </w:p>
    <w:p w14:paraId="4FA4A27E" w14:textId="77777777" w:rsidR="00FB4196" w:rsidRPr="00A7252F" w:rsidRDefault="00FB4196" w:rsidP="00FB4196">
      <w:pPr>
        <w:keepNext/>
        <w:spacing w:after="0" w:line="240" w:lineRule="auto"/>
        <w:rPr>
          <w:b/>
          <w:sz w:val="28"/>
        </w:rPr>
      </w:pPr>
      <w:r w:rsidRPr="00A7252F">
        <w:rPr>
          <w:b/>
          <w:sz w:val="28"/>
        </w:rPr>
        <w:t xml:space="preserve">2. </w:t>
      </w:r>
      <w:proofErr w:type="spellStart"/>
      <w:r w:rsidRPr="00A7252F">
        <w:rPr>
          <w:b/>
          <w:sz w:val="28"/>
        </w:rPr>
        <w:t>Analisis</w:t>
      </w:r>
      <w:proofErr w:type="spellEnd"/>
      <w:r w:rsidRPr="00A7252F">
        <w:rPr>
          <w:b/>
          <w:sz w:val="28"/>
        </w:rPr>
        <w:t xml:space="preserve"> </w:t>
      </w:r>
      <w:proofErr w:type="spellStart"/>
      <w:r w:rsidRPr="00A7252F">
        <w:rPr>
          <w:b/>
          <w:sz w:val="28"/>
        </w:rPr>
        <w:t>Pilihan</w:t>
      </w:r>
      <w:proofErr w:type="spellEnd"/>
      <w:r w:rsidRPr="00A7252F">
        <w:rPr>
          <w:b/>
          <w:sz w:val="28"/>
        </w:rPr>
        <w:t xml:space="preserve"> </w:t>
      </w:r>
      <w:proofErr w:type="spellStart"/>
      <w:r w:rsidRPr="00A7252F">
        <w:rPr>
          <w:b/>
          <w:sz w:val="28"/>
        </w:rPr>
        <w:t>Jawaban</w:t>
      </w:r>
      <w:proofErr w:type="spellEnd"/>
    </w:p>
    <w:p w14:paraId="6BA4ED8F" w14:textId="77777777" w:rsidR="00FB4196" w:rsidRPr="00A7252F" w:rsidRDefault="00FB4196" w:rsidP="00FB4196">
      <w:pPr>
        <w:keepNext/>
        <w:spacing w:after="0" w:line="240" w:lineRule="auto"/>
      </w:pPr>
    </w:p>
    <w:p w14:paraId="79FAA472" w14:textId="77777777" w:rsidR="00FB4196" w:rsidRPr="00A7252F" w:rsidRDefault="00FB4196" w:rsidP="00FB4196">
      <w:pPr>
        <w:spacing w:after="0" w:line="240" w:lineRule="auto"/>
        <w:ind w:left="360"/>
      </w:pPr>
      <w:r w:rsidRPr="00A7252F">
        <w:rPr>
          <w:b/>
        </w:rPr>
        <w:t>A. Senyawa X adalah Na₂S₂O₃ dan senyawa Y adalah KI.</w:t>
      </w:r>
      <w:r w:rsidRPr="00A7252F">
        <w:rPr>
          <w:b/>
        </w:rPr>
        <w:br/>
      </w:r>
      <w:r w:rsidRPr="00A7252F">
        <w:t>Salah, karena KI (Kalium Iodida) adalah senyawa ionik yang dalam bentuk lelehan merupakan elektrolit kuat (menghantarkan listrik dengan baik), tidak sesuai dengan sifat zat Y yang merupakan elektrolit lemah pada larutannya.</w:t>
      </w:r>
    </w:p>
    <w:p w14:paraId="1F83A01A" w14:textId="77777777" w:rsidR="00FB4196" w:rsidRPr="00A7252F" w:rsidRDefault="00FB4196" w:rsidP="00FB4196">
      <w:pPr>
        <w:spacing w:after="0" w:line="240" w:lineRule="auto"/>
        <w:ind w:left="360"/>
      </w:pPr>
      <w:r w:rsidRPr="00A7252F">
        <w:rPr>
          <w:b/>
        </w:rPr>
        <w:t>B. Senyawa X adalah Na₂S₂O₃ dan senyawa Y adalah CH₃COOH.</w:t>
      </w:r>
      <w:r w:rsidRPr="00A7252F">
        <w:rPr>
          <w:b/>
        </w:rPr>
        <w:br/>
      </w:r>
      <w:r w:rsidRPr="00A7252F">
        <w:t>Benar, karena CH₃COOH (asam asetat) adalah senyawa kovalen polar berbentuk molekul netral yang lelehannya tidak menghantarkan listrik, tetapi di dalam air terionisasi sebagian sehingga larutannya merupakan elektrolit lemah (sesuai dengan data zat Y). Sementara itu, Na₂S₂O₃ (natrium tiosulfat) merupakan garam ionik yang sesuai dengan karakteristik zat X.</w:t>
      </w:r>
    </w:p>
    <w:p w14:paraId="17A1D47F" w14:textId="77777777" w:rsidR="00FB4196" w:rsidRPr="00A7252F" w:rsidRDefault="00FB4196" w:rsidP="00FB4196">
      <w:pPr>
        <w:spacing w:after="0" w:line="240" w:lineRule="auto"/>
        <w:ind w:left="360"/>
      </w:pPr>
      <w:r w:rsidRPr="00A7252F">
        <w:rPr>
          <w:b/>
        </w:rPr>
        <w:t>C. Senyawa X adalah KI dan senyawa Z adalah CH₃COOH.</w:t>
      </w:r>
      <w:r w:rsidRPr="00A7252F">
        <w:rPr>
          <w:b/>
        </w:rPr>
        <w:br/>
      </w:r>
      <w:r w:rsidRPr="00A7252F">
        <w:t>Salah, karena CH₃COOH adalah elektrolit lemah, sedangkan zat Z pada tabel tergolong elektrolit kuat (larutan terang, banyak gelembung).</w:t>
      </w:r>
    </w:p>
    <w:p w14:paraId="3661D7D1" w14:textId="77777777" w:rsidR="00FB4196" w:rsidRPr="00A7252F" w:rsidRDefault="00FB4196" w:rsidP="00FB4196">
      <w:pPr>
        <w:spacing w:after="0" w:line="240" w:lineRule="auto"/>
        <w:ind w:left="360"/>
      </w:pPr>
      <w:r w:rsidRPr="00A7252F">
        <w:rPr>
          <w:b/>
        </w:rPr>
        <w:t>D. Senyawa Y adalah CH₃COOH dan senyawa Z adalah Na₂S₂O₃.</w:t>
      </w:r>
      <w:r w:rsidRPr="00A7252F">
        <w:rPr>
          <w:b/>
        </w:rPr>
        <w:br/>
      </w:r>
      <w:r w:rsidRPr="00A7252F">
        <w:t>Kurang tepat / mengecoh dalam konteks pilihan pasangan menyeluruh, di mana opsi B secara spesifik menyajikan pasangan zat X dan Y secara lengkap dan tepat.</w:t>
      </w:r>
    </w:p>
    <w:p w14:paraId="62A131EF" w14:textId="77777777" w:rsidR="00FB4196" w:rsidRPr="00A7252F" w:rsidRDefault="00FB4196" w:rsidP="00FB4196">
      <w:pPr>
        <w:spacing w:after="0" w:line="240" w:lineRule="auto"/>
        <w:ind w:left="360"/>
      </w:pPr>
      <w:r w:rsidRPr="00A7252F">
        <w:rPr>
          <w:b/>
        </w:rPr>
        <w:t>E. Senyawa Y adalah HCl dan senyawa Z adalah Na₂S₂O₃.</w:t>
      </w:r>
      <w:r w:rsidRPr="00A7252F">
        <w:rPr>
          <w:b/>
        </w:rPr>
        <w:br/>
      </w:r>
      <w:r w:rsidRPr="00A7252F">
        <w:t xml:space="preserve">Salah, karena HCl murni (senyawa kovalen polar anhidrat) lelehannya memang tidak menghantarkan listrik, tetapi larutan HCl adalah elektrolit kuat (menyalakan lampu dengan terang dan banyak gelembung), bukan elektrolit </w:t>
      </w:r>
      <w:proofErr w:type="spellStart"/>
      <w:r w:rsidRPr="00A7252F">
        <w:t>lemah</w:t>
      </w:r>
      <w:proofErr w:type="spellEnd"/>
      <w:r w:rsidRPr="00A7252F">
        <w:t xml:space="preserve"> </w:t>
      </w:r>
      <w:proofErr w:type="spellStart"/>
      <w:r w:rsidRPr="00A7252F">
        <w:t>seperti</w:t>
      </w:r>
      <w:proofErr w:type="spellEnd"/>
      <w:r w:rsidRPr="00A7252F">
        <w:t xml:space="preserve"> </w:t>
      </w:r>
      <w:proofErr w:type="spellStart"/>
      <w:r w:rsidRPr="00A7252F">
        <w:t>zat</w:t>
      </w:r>
      <w:proofErr w:type="spellEnd"/>
      <w:r w:rsidRPr="00A7252F">
        <w:t xml:space="preserve"> Y.</w:t>
      </w:r>
    </w:p>
    <w:p w14:paraId="797F7801" w14:textId="77777777" w:rsidR="00FB4196" w:rsidRPr="00A7252F" w:rsidRDefault="00FB4196" w:rsidP="00FB4196">
      <w:pPr>
        <w:spacing w:after="0" w:line="240" w:lineRule="auto"/>
        <w:ind w:left="360"/>
      </w:pPr>
    </w:p>
    <w:p w14:paraId="5D0582D3" w14:textId="77777777" w:rsidR="00FB4196" w:rsidRPr="00A7252F" w:rsidRDefault="00FB4196" w:rsidP="00FB4196">
      <w:pPr>
        <w:keepNext/>
        <w:spacing w:after="0" w:line="240" w:lineRule="auto"/>
        <w:rPr>
          <w:b/>
          <w:sz w:val="28"/>
        </w:rPr>
      </w:pPr>
      <w:r w:rsidRPr="00A7252F">
        <w:rPr>
          <w:b/>
          <w:sz w:val="28"/>
        </w:rPr>
        <w:t>3. Kesimpulan</w:t>
      </w:r>
    </w:p>
    <w:p w14:paraId="2D73D416" w14:textId="77777777" w:rsidR="00FB4196" w:rsidRPr="00A7252F" w:rsidRDefault="00FB4196" w:rsidP="00FB4196">
      <w:pPr>
        <w:keepNext/>
        <w:spacing w:after="0" w:line="240" w:lineRule="auto"/>
      </w:pPr>
    </w:p>
    <w:p w14:paraId="3778D329" w14:textId="77777777" w:rsidR="00FB4196" w:rsidRPr="00A7252F" w:rsidRDefault="00FB4196" w:rsidP="00FB4196">
      <w:pPr>
        <w:spacing w:after="0" w:line="240" w:lineRule="auto"/>
      </w:pPr>
      <w:r w:rsidRPr="00A7252F">
        <w:t>Berdasarkan analisis data percobaan di atas, zat Y yang lelehannya tidak menghantarkan listrik tetapi larutannya merupakan elektrolit lemah (lampu redup, sedikit gelembung) paling tepat diidentifikasi sebagai CH₃COOH (asam asetat). Oleh karena itu, pilihan jawaban yang paling tepat adalah:</w:t>
      </w:r>
    </w:p>
    <w:tbl>
      <w:tblPr>
        <w:tblW w:w="0" w:type="auto"/>
        <w:jc w:val="center"/>
        <w:tblLook w:val="04A0" w:firstRow="1" w:lastRow="0" w:firstColumn="1" w:lastColumn="0" w:noHBand="0" w:noVBand="1"/>
      </w:tblPr>
      <w:tblGrid>
        <w:gridCol w:w="9072"/>
      </w:tblGrid>
      <w:tr w:rsidR="00A7252F" w:rsidRPr="00A7252F" w14:paraId="714E1021" w14:textId="77777777">
        <w:trPr>
          <w:jc w:val="center"/>
        </w:trPr>
        <w:tc>
          <w:tcPr>
            <w:tcW w:w="9072" w:type="dxa"/>
            <w:tcBorders>
              <w:left w:val="single" w:sz="24" w:space="0" w:color="184565"/>
            </w:tcBorders>
            <w:shd w:val="clear" w:color="auto" w:fill="F0F4F8"/>
          </w:tcPr>
          <w:p w14:paraId="3149A50F" w14:textId="77777777" w:rsidR="00FB4196" w:rsidRPr="00A7252F" w:rsidRDefault="00FB4196" w:rsidP="00FB4196">
            <w:pPr>
              <w:spacing w:after="0" w:line="240" w:lineRule="auto"/>
              <w:ind w:left="216"/>
            </w:pPr>
            <w:r w:rsidRPr="00A7252F">
              <w:rPr>
                <w:b/>
              </w:rPr>
              <w:t>KUNCI JAWABAN: B. Senyawa X adalah Na₂S₂O₃ dan senyawa Y adalah CH₃COOH.</w:t>
            </w:r>
          </w:p>
        </w:tc>
      </w:tr>
    </w:tbl>
    <w:p w14:paraId="5ACDC077" w14:textId="77777777" w:rsidR="00FB4196" w:rsidRPr="00A7252F" w:rsidRDefault="00FB4196" w:rsidP="00FB4196">
      <w:pPr>
        <w:spacing w:after="0" w:line="240" w:lineRule="auto"/>
      </w:pPr>
    </w:p>
    <w:p w14:paraId="1A5BD655" w14:textId="77777777" w:rsidR="00FB4196" w:rsidRPr="00A7252F" w:rsidRDefault="00FB4196" w:rsidP="00FB4196">
      <w:pPr>
        <w:spacing w:after="0" w:line="240" w:lineRule="auto"/>
      </w:pPr>
    </w:p>
    <w:p w14:paraId="32B05C90" w14:textId="77777777" w:rsidR="00FB4196" w:rsidRPr="00A7252F" w:rsidRDefault="00FB4196" w:rsidP="00FB4196">
      <w:pPr>
        <w:spacing w:after="0" w:line="240" w:lineRule="auto"/>
      </w:pPr>
    </w:p>
    <w:p w14:paraId="1BFE376F" w14:textId="6DAEDB6A" w:rsidR="00FB4196" w:rsidRPr="00A7252F" w:rsidRDefault="00FB4196">
      <w:pPr>
        <w:spacing w:after="40"/>
        <w:jc w:val="center"/>
        <w:rPr>
          <w:b/>
          <w:sz w:val="40"/>
        </w:rPr>
      </w:pPr>
      <w:r w:rsidRPr="00A7252F">
        <w:rPr>
          <w:b/>
          <w:sz w:val="36"/>
          <w:szCs w:val="36"/>
        </w:rPr>
        <w:lastRenderedPageBreak/>
        <w:t>PEMBAHASAN SOAL KIMIA SOAL NOMOR 14</w:t>
      </w:r>
      <w:r w:rsidRPr="00A7252F">
        <w:rPr>
          <w:b/>
          <w:sz w:val="40"/>
        </w:rPr>
        <w:br/>
      </w:r>
      <w:proofErr w:type="spellStart"/>
      <w:r w:rsidRPr="00A7252F">
        <w:rPr>
          <w:b/>
          <w:sz w:val="40"/>
        </w:rPr>
        <w:t>Analisis</w:t>
      </w:r>
      <w:proofErr w:type="spellEnd"/>
      <w:r w:rsidRPr="00A7252F">
        <w:rPr>
          <w:b/>
          <w:sz w:val="40"/>
        </w:rPr>
        <w:t xml:space="preserve"> </w:t>
      </w:r>
      <w:proofErr w:type="spellStart"/>
      <w:r w:rsidRPr="00A7252F">
        <w:rPr>
          <w:b/>
          <w:sz w:val="40"/>
        </w:rPr>
        <w:t>Kandungan</w:t>
      </w:r>
      <w:proofErr w:type="spellEnd"/>
      <w:r w:rsidRPr="00A7252F">
        <w:rPr>
          <w:b/>
          <w:sz w:val="40"/>
        </w:rPr>
        <w:t xml:space="preserve"> Toner </w:t>
      </w:r>
      <w:proofErr w:type="spellStart"/>
      <w:r w:rsidRPr="00A7252F">
        <w:rPr>
          <w:b/>
          <w:sz w:val="40"/>
        </w:rPr>
        <w:t>untuk</w:t>
      </w:r>
      <w:proofErr w:type="spellEnd"/>
      <w:r w:rsidRPr="00A7252F">
        <w:rPr>
          <w:b/>
          <w:sz w:val="40"/>
        </w:rPr>
        <w:t xml:space="preserve"> </w:t>
      </w:r>
      <w:proofErr w:type="spellStart"/>
      <w:r w:rsidRPr="00A7252F">
        <w:rPr>
          <w:b/>
          <w:sz w:val="40"/>
        </w:rPr>
        <w:t>Kulit</w:t>
      </w:r>
      <w:proofErr w:type="spellEnd"/>
      <w:r w:rsidRPr="00A7252F">
        <w:rPr>
          <w:b/>
          <w:sz w:val="40"/>
        </w:rPr>
        <w:t xml:space="preserve"> </w:t>
      </w:r>
      <w:proofErr w:type="spellStart"/>
      <w:r w:rsidRPr="00A7252F">
        <w:rPr>
          <w:b/>
          <w:sz w:val="40"/>
        </w:rPr>
        <w:t>Sensitif</w:t>
      </w:r>
      <w:proofErr w:type="spellEnd"/>
    </w:p>
    <w:p w14:paraId="237D9477" w14:textId="77777777" w:rsidR="00FB4196" w:rsidRPr="00A7252F" w:rsidRDefault="00FB4196">
      <w:pPr>
        <w:spacing w:after="40"/>
        <w:jc w:val="center"/>
      </w:pPr>
    </w:p>
    <w:p w14:paraId="02C22D58" w14:textId="77777777" w:rsidR="00FB4196" w:rsidRPr="00A7252F" w:rsidRDefault="00FB4196" w:rsidP="00FB4196">
      <w:pPr>
        <w:keepNext/>
        <w:spacing w:after="0" w:line="240" w:lineRule="auto"/>
        <w:rPr>
          <w:b/>
          <w:sz w:val="28"/>
        </w:rPr>
      </w:pPr>
      <w:r w:rsidRPr="00A7252F">
        <w:rPr>
          <w:b/>
          <w:sz w:val="28"/>
        </w:rPr>
        <w:t>1. Menghitung Massa Total Sampel Toner</w:t>
      </w:r>
    </w:p>
    <w:p w14:paraId="01EFB805" w14:textId="77777777" w:rsidR="00FB4196" w:rsidRPr="00A7252F" w:rsidRDefault="00FB4196" w:rsidP="00FB4196">
      <w:pPr>
        <w:keepNext/>
        <w:spacing w:after="0" w:line="240" w:lineRule="auto"/>
      </w:pPr>
    </w:p>
    <w:p w14:paraId="6E524A02" w14:textId="77777777" w:rsidR="00FB4196" w:rsidRPr="00A7252F" w:rsidRDefault="00FB4196" w:rsidP="00FB4196">
      <w:pPr>
        <w:spacing w:after="0" w:line="240" w:lineRule="auto"/>
      </w:pPr>
      <w:r w:rsidRPr="00A7252F">
        <w:t>Berdasarkan informasi yang tertera pada soal, diketahui besaran fisik sampel toner sebagai berikut:</w:t>
      </w:r>
    </w:p>
    <w:p w14:paraId="65EE12AD" w14:textId="77777777" w:rsidR="00FB4196" w:rsidRPr="00A7252F" w:rsidRDefault="00FB4196" w:rsidP="00FB4196">
      <w:pPr>
        <w:pStyle w:val="ListBullet"/>
        <w:spacing w:after="0" w:line="240" w:lineRule="auto"/>
      </w:pPr>
      <w:r w:rsidRPr="00A7252F">
        <w:rPr>
          <w:b/>
        </w:rPr>
        <w:t xml:space="preserve">Volume sampel toner </w:t>
      </w:r>
      <w:r w:rsidRPr="00A7252F">
        <w:t>= 50 mL</w:t>
      </w:r>
    </w:p>
    <w:p w14:paraId="794F5508" w14:textId="77777777" w:rsidR="00FB4196" w:rsidRPr="00A7252F" w:rsidRDefault="00FB4196" w:rsidP="00FB4196">
      <w:pPr>
        <w:pStyle w:val="ListBullet"/>
        <w:spacing w:after="0" w:line="240" w:lineRule="auto"/>
      </w:pPr>
      <w:r w:rsidRPr="00A7252F">
        <w:rPr>
          <w:b/>
        </w:rPr>
        <w:t xml:space="preserve">Massa jenis (ρ) toner </w:t>
      </w:r>
      <w:r w:rsidRPr="00A7252F">
        <w:t>= 1 g/mL</w:t>
      </w:r>
    </w:p>
    <w:p w14:paraId="737DFA1B" w14:textId="77777777" w:rsidR="00FB4196" w:rsidRPr="00A7252F" w:rsidRDefault="00FB4196" w:rsidP="00FB4196">
      <w:pPr>
        <w:spacing w:after="0" w:line="240" w:lineRule="auto"/>
      </w:pPr>
      <w:r w:rsidRPr="00A7252F">
        <w:t>Massa total sampel toner dapat dihitung menggunakan rumus densitas (massa jenis):</w:t>
      </w:r>
      <w:r w:rsidRPr="00A7252F">
        <w:br/>
        <w:t>Massa Total = Volume × Massa Jenis (ρ)</w:t>
      </w:r>
      <w:r w:rsidRPr="00A7252F">
        <w:br/>
        <w:t>Massa Total = 50 mL × 1 g/mL = 50 gram</w:t>
      </w:r>
    </w:p>
    <w:p w14:paraId="42F0D4B8" w14:textId="77777777" w:rsidR="00FB4196" w:rsidRPr="00A7252F" w:rsidRDefault="00FB4196" w:rsidP="00FB4196">
      <w:pPr>
        <w:keepNext/>
        <w:spacing w:after="0" w:line="240" w:lineRule="auto"/>
      </w:pPr>
      <w:r w:rsidRPr="00A7252F">
        <w:rPr>
          <w:b/>
          <w:sz w:val="28"/>
        </w:rPr>
        <w:t xml:space="preserve">2. Menghitung Kadar Persentase (%) Zat per 100 Gram </w:t>
      </w:r>
      <w:proofErr w:type="spellStart"/>
      <w:r w:rsidRPr="00A7252F">
        <w:rPr>
          <w:b/>
          <w:sz w:val="28"/>
        </w:rPr>
        <w:t>Produk</w:t>
      </w:r>
      <w:proofErr w:type="spellEnd"/>
    </w:p>
    <w:p w14:paraId="408AD5E9" w14:textId="77777777" w:rsidR="00FB4196" w:rsidRPr="00A7252F" w:rsidRDefault="00FB4196" w:rsidP="00FB4196">
      <w:pPr>
        <w:spacing w:after="0" w:line="240" w:lineRule="auto"/>
      </w:pPr>
    </w:p>
    <w:p w14:paraId="2C1D7AE0" w14:textId="51D70294" w:rsidR="00FB4196" w:rsidRPr="00A7252F" w:rsidRDefault="00FB4196" w:rsidP="00FB4196">
      <w:pPr>
        <w:spacing w:after="0" w:line="240" w:lineRule="auto"/>
      </w:pPr>
      <w:proofErr w:type="spellStart"/>
      <w:r w:rsidRPr="00A7252F">
        <w:t>Regulasi</w:t>
      </w:r>
      <w:proofErr w:type="spellEnd"/>
      <w:r w:rsidRPr="00A7252F">
        <w:t xml:space="preserve"> </w:t>
      </w:r>
      <w:proofErr w:type="spellStart"/>
      <w:r w:rsidRPr="00A7252F">
        <w:t>dermatologis</w:t>
      </w:r>
      <w:proofErr w:type="spellEnd"/>
      <w:r w:rsidRPr="00A7252F">
        <w:t xml:space="preserve"> </w:t>
      </w:r>
      <w:proofErr w:type="spellStart"/>
      <w:r w:rsidRPr="00A7252F">
        <w:t>menetapkan</w:t>
      </w:r>
      <w:proofErr w:type="spellEnd"/>
      <w:r w:rsidRPr="00A7252F">
        <w:t xml:space="preserve"> </w:t>
      </w:r>
      <w:proofErr w:type="spellStart"/>
      <w:r w:rsidRPr="00A7252F">
        <w:t>standar</w:t>
      </w:r>
      <w:proofErr w:type="spellEnd"/>
      <w:r w:rsidRPr="00A7252F">
        <w:t xml:space="preserve"> kandungan bahan aktif per </w:t>
      </w:r>
      <w:proofErr w:type="gramStart"/>
      <w:r w:rsidRPr="00A7252F">
        <w:t>100 gram</w:t>
      </w:r>
      <w:proofErr w:type="gramEnd"/>
      <w:r w:rsidRPr="00A7252F">
        <w:t xml:space="preserve"> produk. Karena sampel yang diuji sebanyak 50 gram, maka persentase (% b/b) masing-masing zat dihitung dengan mengalikan dua dari jumlah gram dalam 50 mL sampel:</w:t>
      </w:r>
    </w:p>
    <w:p w14:paraId="01FFA9A9" w14:textId="77777777" w:rsidR="00FB4196" w:rsidRPr="00A7252F" w:rsidRDefault="00FB4196" w:rsidP="00FB4196">
      <w:pPr>
        <w:pStyle w:val="ListBullet"/>
        <w:spacing w:after="0" w:line="240" w:lineRule="auto"/>
      </w:pPr>
      <w:r w:rsidRPr="00A7252F">
        <w:rPr>
          <w:b/>
        </w:rPr>
        <w:t xml:space="preserve">Asam Salisilat: </w:t>
      </w:r>
      <w:r w:rsidRPr="00A7252F">
        <w:t>Kadar = 0,40 g / 50 g × 100% = 0,8%. Regulasi: Maksimal 0,5% (Tidak memenuhi karena terlalu tinggi/melebihi batas).</w:t>
      </w:r>
    </w:p>
    <w:p w14:paraId="481C7A68" w14:textId="77777777" w:rsidR="00FB4196" w:rsidRPr="00A7252F" w:rsidRDefault="00FB4196" w:rsidP="00FB4196">
      <w:pPr>
        <w:pStyle w:val="ListBullet"/>
        <w:spacing w:after="0" w:line="240" w:lineRule="auto"/>
      </w:pPr>
      <w:r w:rsidRPr="00A7252F">
        <w:rPr>
          <w:b/>
        </w:rPr>
        <w:t xml:space="preserve">Niacinamide: </w:t>
      </w:r>
      <w:r w:rsidRPr="00A7252F">
        <w:t>Kadar = 1,50 g / 50 g × 100% = 3,0%. Regulasi: Minimal 2% (Memenuhi standar karena berada di atas batas minimal).</w:t>
      </w:r>
    </w:p>
    <w:p w14:paraId="0790C29A" w14:textId="77777777" w:rsidR="00FB4196" w:rsidRPr="00A7252F" w:rsidRDefault="00FB4196" w:rsidP="00FB4196">
      <w:pPr>
        <w:pStyle w:val="ListBullet"/>
        <w:spacing w:after="0" w:line="240" w:lineRule="auto"/>
      </w:pPr>
      <w:r w:rsidRPr="00A7252F">
        <w:rPr>
          <w:b/>
        </w:rPr>
        <w:t xml:space="preserve">Alkohol: </w:t>
      </w:r>
      <w:r w:rsidRPr="00A7252F">
        <w:t>Kadar = 7,50 g / 50 g × 100% = 15,0%. Regulasi: Maksimal 10% (Tidak memenuhi karena terlalu tinggi/melebihi batas).</w:t>
      </w:r>
    </w:p>
    <w:p w14:paraId="29E516F2" w14:textId="77777777" w:rsidR="00FB4196" w:rsidRPr="00A7252F" w:rsidRDefault="00FB4196" w:rsidP="00FB4196">
      <w:pPr>
        <w:keepNext/>
        <w:spacing w:after="0" w:line="240" w:lineRule="auto"/>
        <w:rPr>
          <w:b/>
          <w:sz w:val="28"/>
        </w:rPr>
      </w:pPr>
    </w:p>
    <w:p w14:paraId="578637C1" w14:textId="293D25EF" w:rsidR="00FB4196" w:rsidRPr="00A7252F" w:rsidRDefault="00FB4196" w:rsidP="00FB4196">
      <w:pPr>
        <w:keepNext/>
        <w:spacing w:after="0" w:line="240" w:lineRule="auto"/>
      </w:pPr>
      <w:r w:rsidRPr="00A7252F">
        <w:rPr>
          <w:b/>
          <w:sz w:val="28"/>
        </w:rPr>
        <w:t>3. Analisis Pilihan Jawaban</w:t>
      </w:r>
    </w:p>
    <w:p w14:paraId="32A5B83D" w14:textId="77777777" w:rsidR="00FB4196" w:rsidRPr="00A7252F" w:rsidRDefault="00FB4196" w:rsidP="00FB4196">
      <w:pPr>
        <w:spacing w:after="0" w:line="240" w:lineRule="auto"/>
        <w:ind w:left="360"/>
        <w:rPr>
          <w:b/>
        </w:rPr>
      </w:pPr>
    </w:p>
    <w:p w14:paraId="5315CE97" w14:textId="54AE0294" w:rsidR="00FB4196" w:rsidRPr="00A7252F" w:rsidRDefault="00FB4196" w:rsidP="00FB4196">
      <w:pPr>
        <w:spacing w:after="0" w:line="240" w:lineRule="auto"/>
        <w:ind w:left="360"/>
      </w:pPr>
      <w:r w:rsidRPr="00A7252F">
        <w:rPr>
          <w:b/>
        </w:rPr>
        <w:t>A. Semua komposisi toner memenuhi standar keamanan kulit sensitif.</w:t>
      </w:r>
      <w:r w:rsidRPr="00A7252F">
        <w:rPr>
          <w:b/>
        </w:rPr>
        <w:br/>
      </w:r>
      <w:r w:rsidRPr="00A7252F">
        <w:t>Salah, karena asam salisilat (0,8%) dan alkohol (15%) melampaui batas maksimal yang diizinkan.</w:t>
      </w:r>
    </w:p>
    <w:p w14:paraId="06A34AC7" w14:textId="77777777" w:rsidR="00FB4196" w:rsidRPr="00A7252F" w:rsidRDefault="00FB4196" w:rsidP="00FB4196">
      <w:pPr>
        <w:spacing w:after="0" w:line="240" w:lineRule="auto"/>
        <w:ind w:left="360"/>
      </w:pPr>
      <w:r w:rsidRPr="00A7252F">
        <w:rPr>
          <w:b/>
        </w:rPr>
        <w:t>B. Komposisi asam salisilat pada toner sebanyak 0,4% sesuai regulasi yang ditentukan.</w:t>
      </w:r>
      <w:r w:rsidRPr="00A7252F">
        <w:rPr>
          <w:b/>
        </w:rPr>
        <w:br/>
      </w:r>
      <w:r w:rsidRPr="00A7252F">
        <w:t>Salah, kadar asam salisilat adalah 0,8% (0,4 g dalam 50 mL), yang melebihi batas maksimal 0,5%.</w:t>
      </w:r>
    </w:p>
    <w:p w14:paraId="4178788E" w14:textId="77777777" w:rsidR="00FB4196" w:rsidRPr="00A7252F" w:rsidRDefault="00FB4196" w:rsidP="00FB4196">
      <w:pPr>
        <w:spacing w:after="0" w:line="240" w:lineRule="auto"/>
        <w:ind w:left="360"/>
      </w:pPr>
      <w:r w:rsidRPr="00A7252F">
        <w:rPr>
          <w:b/>
        </w:rPr>
        <w:t>C. Kadar niacinamide dan alkohol melebihi standar yang ditetapkan.</w:t>
      </w:r>
      <w:r w:rsidRPr="00A7252F">
        <w:rPr>
          <w:b/>
        </w:rPr>
        <w:br/>
      </w:r>
      <w:r w:rsidRPr="00A7252F">
        <w:t>Salah, niacinamide justru memenuhi standar (kadarnya 3% yang berada di atas batas minimal 2%).</w:t>
      </w:r>
    </w:p>
    <w:p w14:paraId="45B5A545" w14:textId="77777777" w:rsidR="00FB4196" w:rsidRPr="00A7252F" w:rsidRDefault="00FB4196" w:rsidP="00FB4196">
      <w:pPr>
        <w:spacing w:after="0" w:line="240" w:lineRule="auto"/>
        <w:ind w:left="360"/>
      </w:pPr>
      <w:r w:rsidRPr="00A7252F">
        <w:rPr>
          <w:b/>
        </w:rPr>
        <w:t>D. Hanya niacinamide yang memenuhi standar, kadarnya sebesar 3%.</w:t>
      </w:r>
      <w:r w:rsidRPr="00A7252F">
        <w:rPr>
          <w:b/>
        </w:rPr>
        <w:br/>
      </w:r>
      <w:r w:rsidRPr="00A7252F">
        <w:t>Benar, karena hanya niacinamide yang kadarnya berada di dalam rentang aman sesuai regulasi (3% &gt;= 2%), sementara asam salisilat dan alkohol melampaui batas maksimum.</w:t>
      </w:r>
    </w:p>
    <w:p w14:paraId="64921F0E" w14:textId="77777777" w:rsidR="00FB4196" w:rsidRPr="00A7252F" w:rsidRDefault="00FB4196" w:rsidP="00FB4196">
      <w:pPr>
        <w:spacing w:after="0" w:line="240" w:lineRule="auto"/>
        <w:ind w:left="360"/>
      </w:pPr>
      <w:r w:rsidRPr="00A7252F">
        <w:rPr>
          <w:b/>
        </w:rPr>
        <w:t>E. Kadar alkohol dapat menyebabkan kulit kering karena terlalu tinggi yaitu 12,5%.</w:t>
      </w:r>
      <w:r w:rsidRPr="00A7252F">
        <w:rPr>
          <w:b/>
        </w:rPr>
        <w:br/>
      </w:r>
      <w:r w:rsidRPr="00A7252F">
        <w:t>Salah, kadar alkohol yang benar berdasarkan perhitungan adalah 15%, bukan 12,5%.</w:t>
      </w:r>
    </w:p>
    <w:p w14:paraId="1B2C4A3E" w14:textId="77777777" w:rsidR="00FB4196" w:rsidRPr="00A7252F" w:rsidRDefault="00FB4196" w:rsidP="00FB4196">
      <w:pPr>
        <w:keepNext/>
        <w:spacing w:after="0" w:line="240" w:lineRule="auto"/>
        <w:rPr>
          <w:b/>
          <w:sz w:val="28"/>
        </w:rPr>
      </w:pPr>
    </w:p>
    <w:p w14:paraId="54BE57DE" w14:textId="1A99D926" w:rsidR="00FB4196" w:rsidRPr="00A7252F" w:rsidRDefault="00FB4196" w:rsidP="00FB4196">
      <w:pPr>
        <w:keepNext/>
        <w:spacing w:after="0" w:line="240" w:lineRule="auto"/>
        <w:rPr>
          <w:b/>
          <w:sz w:val="28"/>
        </w:rPr>
      </w:pPr>
      <w:r w:rsidRPr="00A7252F">
        <w:rPr>
          <w:b/>
          <w:sz w:val="28"/>
        </w:rPr>
        <w:t>4. Kesimpulan</w:t>
      </w:r>
    </w:p>
    <w:p w14:paraId="76E3921D" w14:textId="77777777" w:rsidR="00FB4196" w:rsidRPr="00A7252F" w:rsidRDefault="00FB4196" w:rsidP="00FB4196">
      <w:pPr>
        <w:keepNext/>
        <w:spacing w:after="0" w:line="240" w:lineRule="auto"/>
      </w:pPr>
    </w:p>
    <w:tbl>
      <w:tblPr>
        <w:tblW w:w="0" w:type="auto"/>
        <w:jc w:val="center"/>
        <w:tblLook w:val="04A0" w:firstRow="1" w:lastRow="0" w:firstColumn="1" w:lastColumn="0" w:noHBand="0" w:noVBand="1"/>
      </w:tblPr>
      <w:tblGrid>
        <w:gridCol w:w="9072"/>
      </w:tblGrid>
      <w:tr w:rsidR="00A7252F" w:rsidRPr="00A7252F" w14:paraId="4C693D6D" w14:textId="77777777">
        <w:trPr>
          <w:jc w:val="center"/>
        </w:trPr>
        <w:tc>
          <w:tcPr>
            <w:tcW w:w="9072" w:type="dxa"/>
            <w:tcBorders>
              <w:left w:val="single" w:sz="24" w:space="0" w:color="184565"/>
            </w:tcBorders>
            <w:shd w:val="clear" w:color="auto" w:fill="F0F4F8"/>
          </w:tcPr>
          <w:p w14:paraId="253DBC30" w14:textId="77777777" w:rsidR="00FB4196" w:rsidRPr="00A7252F" w:rsidRDefault="00FB4196" w:rsidP="00FB4196">
            <w:pPr>
              <w:spacing w:after="0" w:line="240" w:lineRule="auto"/>
              <w:ind w:left="216"/>
            </w:pPr>
            <w:r w:rsidRPr="00A7252F">
              <w:rPr>
                <w:b/>
              </w:rPr>
              <w:t>KUNCI JAWABAN: D. Hanya niacinamide yang memenuhi standar, kadarnya sebesar 3%.</w:t>
            </w:r>
          </w:p>
        </w:tc>
      </w:tr>
    </w:tbl>
    <w:p w14:paraId="7C665D14" w14:textId="77777777" w:rsidR="00FB4196" w:rsidRPr="00A7252F" w:rsidRDefault="00FB4196" w:rsidP="00FB4196">
      <w:pPr>
        <w:spacing w:after="0" w:line="240" w:lineRule="auto"/>
      </w:pPr>
    </w:p>
    <w:p w14:paraId="375B3B32" w14:textId="77777777" w:rsidR="00FB4196" w:rsidRPr="00A7252F" w:rsidRDefault="00FB4196" w:rsidP="00FB4196">
      <w:pPr>
        <w:spacing w:after="0" w:line="240" w:lineRule="auto"/>
      </w:pPr>
    </w:p>
    <w:p w14:paraId="4BB60D26" w14:textId="77777777" w:rsidR="00FB4196" w:rsidRPr="00A7252F" w:rsidRDefault="00FB4196" w:rsidP="00FB4196">
      <w:pPr>
        <w:spacing w:after="0" w:line="240" w:lineRule="auto"/>
      </w:pPr>
    </w:p>
    <w:p w14:paraId="40718411" w14:textId="77777777" w:rsidR="00FB4196" w:rsidRPr="00A7252F" w:rsidRDefault="00FB4196" w:rsidP="00FB4196">
      <w:pPr>
        <w:spacing w:after="0" w:line="240" w:lineRule="auto"/>
      </w:pPr>
    </w:p>
    <w:p w14:paraId="1CFC3604" w14:textId="77777777" w:rsidR="00FB4196" w:rsidRPr="00A7252F" w:rsidRDefault="00FB4196" w:rsidP="00FB4196">
      <w:pPr>
        <w:spacing w:after="0" w:line="240" w:lineRule="auto"/>
      </w:pPr>
    </w:p>
    <w:p w14:paraId="28A758D5" w14:textId="77777777" w:rsidR="00FB4196" w:rsidRPr="00A7252F" w:rsidRDefault="00FB4196" w:rsidP="00FB4196">
      <w:pPr>
        <w:spacing w:after="0" w:line="240" w:lineRule="auto"/>
      </w:pPr>
    </w:p>
    <w:p w14:paraId="3C8E9A90" w14:textId="77777777" w:rsidR="00FB4196" w:rsidRPr="00A7252F" w:rsidRDefault="00FB4196" w:rsidP="00FB4196">
      <w:pPr>
        <w:spacing w:after="0" w:line="240" w:lineRule="auto"/>
      </w:pPr>
    </w:p>
    <w:p w14:paraId="4BD0F281" w14:textId="77777777" w:rsidR="00FB4196" w:rsidRPr="00A7252F" w:rsidRDefault="00FB4196" w:rsidP="00FB4196">
      <w:pPr>
        <w:spacing w:after="0" w:line="240" w:lineRule="auto"/>
      </w:pPr>
    </w:p>
    <w:p w14:paraId="04507150" w14:textId="0A99EF3D" w:rsidR="00FB4196" w:rsidRPr="00A7252F" w:rsidRDefault="00FB4196">
      <w:pPr>
        <w:spacing w:after="40"/>
        <w:jc w:val="center"/>
      </w:pPr>
      <w:r w:rsidRPr="00A7252F">
        <w:rPr>
          <w:b/>
          <w:sz w:val="36"/>
          <w:szCs w:val="36"/>
        </w:rPr>
        <w:lastRenderedPageBreak/>
        <w:t xml:space="preserve">PEMBAHASAN SOAL KIMIA </w:t>
      </w:r>
      <w:r w:rsidR="00A7252F" w:rsidRPr="00A7252F">
        <w:rPr>
          <w:b/>
          <w:sz w:val="36"/>
          <w:szCs w:val="36"/>
        </w:rPr>
        <w:t>NOMOR 15</w:t>
      </w:r>
      <w:r w:rsidRPr="00A7252F">
        <w:rPr>
          <w:b/>
          <w:sz w:val="24"/>
        </w:rPr>
        <w:t xml:space="preserve"> </w:t>
      </w:r>
      <w:r w:rsidRPr="00A7252F">
        <w:rPr>
          <w:b/>
          <w:sz w:val="24"/>
        </w:rPr>
        <w:br/>
      </w:r>
      <w:proofErr w:type="spellStart"/>
      <w:r w:rsidRPr="00A7252F">
        <w:rPr>
          <w:b/>
          <w:sz w:val="40"/>
        </w:rPr>
        <w:t>Analisis</w:t>
      </w:r>
      <w:proofErr w:type="spellEnd"/>
      <w:r w:rsidRPr="00A7252F">
        <w:rPr>
          <w:b/>
          <w:sz w:val="40"/>
        </w:rPr>
        <w:t xml:space="preserve"> </w:t>
      </w:r>
      <w:proofErr w:type="spellStart"/>
      <w:r w:rsidRPr="00A7252F">
        <w:rPr>
          <w:b/>
          <w:sz w:val="40"/>
        </w:rPr>
        <w:t>Terbentuknya</w:t>
      </w:r>
      <w:proofErr w:type="spellEnd"/>
      <w:r w:rsidRPr="00A7252F">
        <w:rPr>
          <w:b/>
          <w:sz w:val="40"/>
        </w:rPr>
        <w:t xml:space="preserve"> </w:t>
      </w:r>
      <w:proofErr w:type="spellStart"/>
      <w:r w:rsidRPr="00A7252F">
        <w:rPr>
          <w:b/>
          <w:sz w:val="40"/>
        </w:rPr>
        <w:t>Endapan</w:t>
      </w:r>
      <w:proofErr w:type="spellEnd"/>
      <w:r w:rsidRPr="00A7252F">
        <w:rPr>
          <w:b/>
          <w:sz w:val="40"/>
        </w:rPr>
        <w:t xml:space="preserve"> BaSO₃ dalam Pengolahan Limbah</w:t>
      </w:r>
    </w:p>
    <w:p w14:paraId="1D17AACF" w14:textId="77777777" w:rsidR="00FB4196" w:rsidRPr="00A7252F" w:rsidRDefault="00FB4196">
      <w:pPr>
        <w:pBdr>
          <w:bottom w:val="single" w:sz="12" w:space="1" w:color="184565"/>
        </w:pBdr>
        <w:spacing w:after="280"/>
        <w:jc w:val="center"/>
      </w:pPr>
    </w:p>
    <w:p w14:paraId="30008923" w14:textId="77777777" w:rsidR="00FB4196" w:rsidRPr="00A7252F" w:rsidRDefault="00FB4196">
      <w:pPr>
        <w:keepNext/>
        <w:spacing w:before="320"/>
      </w:pPr>
      <w:r w:rsidRPr="00A7252F">
        <w:rPr>
          <w:b/>
          <w:sz w:val="28"/>
        </w:rPr>
        <w:t>1. Menghitung Konsentrasi Ion-Ion Setelah Pencampuran</w:t>
      </w:r>
    </w:p>
    <w:p w14:paraId="1F99D790" w14:textId="77777777" w:rsidR="00FB4196" w:rsidRPr="00A7252F" w:rsidRDefault="00FB4196">
      <w:r w:rsidRPr="00A7252F">
        <w:t>Berdasarkan soal, dilakukan pencampuran dua larutan dengan masing-masing volume 50 mL:</w:t>
      </w:r>
      <w:r w:rsidRPr="00A7252F">
        <w:br/>
        <w:t>• Volume larutan 1 (sumber ion CO₃²⁻ / MgCO₃) = 50 mL</w:t>
      </w:r>
      <w:r w:rsidRPr="00A7252F">
        <w:br/>
        <w:t>• Volume larutan 2 (sumber ion Ba²⁺ / BaSO₃) = 50 mL</w:t>
      </w:r>
      <w:r w:rsidRPr="00A7252F">
        <w:br/>
        <w:t>• Volume total campuran = 50 mL + 50 mL = 100 mL = 0,1 L</w:t>
      </w:r>
    </w:p>
    <w:p w14:paraId="6BEF6C9A" w14:textId="77777777" w:rsidR="00FB4196" w:rsidRPr="00A7252F" w:rsidRDefault="00FB4196">
      <w:r w:rsidRPr="00A7252F">
        <w:t>Menghitung konsentrasi masing-masing ion setelah pencampuran menggunakan rumus pengenceran (M₁ × V₁ = M₂ × V₂):</w:t>
      </w:r>
      <w:r w:rsidRPr="00A7252F">
        <w:br/>
      </w:r>
      <w:r w:rsidRPr="00A7252F">
        <w:br/>
        <w:t>1. Konsentrasi ion barium ([Ba²⁺]):</w:t>
      </w:r>
      <w:r w:rsidRPr="00A7252F">
        <w:br/>
        <w:t xml:space="preserve">   Mol Ba²⁺ = 50 mL × 0,4 M = 20 mmol</w:t>
      </w:r>
      <w:r w:rsidRPr="00A7252F">
        <w:br/>
        <w:t xml:space="preserve">   [Ba²⁺] = 20 mmol / 100 mL = 0,2 M = 2 × 10⁻¹ M</w:t>
      </w:r>
      <w:r w:rsidRPr="00A7252F">
        <w:br/>
      </w:r>
      <w:r w:rsidRPr="00A7252F">
        <w:br/>
        <w:t>2. Konsentrasi ion sulfit / karbonat ([SO₃²⁻]):</w:t>
      </w:r>
      <w:r w:rsidRPr="00A7252F">
        <w:br/>
        <w:t xml:space="preserve">   Mol SO₃²⁻ = 50 mL × 0,2 M = 10 mmol</w:t>
      </w:r>
      <w:r w:rsidRPr="00A7252F">
        <w:br/>
        <w:t xml:space="preserve">   [SO₃²⁻] = 10 mmol / 100 mL = 0,1 M = 1 × 10⁻¹ M</w:t>
      </w:r>
    </w:p>
    <w:p w14:paraId="5B26401D" w14:textId="77777777" w:rsidR="00FB4196" w:rsidRPr="00A7252F" w:rsidRDefault="00FB4196">
      <w:pPr>
        <w:keepNext/>
        <w:spacing w:before="320"/>
      </w:pPr>
      <w:r w:rsidRPr="00A7252F">
        <w:rPr>
          <w:b/>
          <w:sz w:val="28"/>
        </w:rPr>
        <w:t>2. Menghitung Nilai Hasil Kali Konsentrasi Ion (Q)</w:t>
      </w:r>
    </w:p>
    <w:p w14:paraId="65766F3A" w14:textId="77777777" w:rsidR="00FB4196" w:rsidRPr="00A7252F" w:rsidRDefault="00FB4196">
      <w:r w:rsidRPr="00A7252F">
        <w:t>Reaksi kesetimbangan kelarutan untuk BaSO₃:</w:t>
      </w:r>
      <w:r w:rsidRPr="00A7252F">
        <w:br/>
        <w:t>BaSO₃(s) ⇌ Ba²⁺(aq) + SO₃²⁻(aq)</w:t>
      </w:r>
      <w:r w:rsidRPr="00A7252F">
        <w:br/>
      </w:r>
      <w:r w:rsidRPr="00A7252F">
        <w:br/>
        <w:t>Rumus tetapan hasil kali konsentrasi ion (Q):</w:t>
      </w:r>
      <w:r w:rsidRPr="00A7252F">
        <w:br/>
        <w:t>Q = [Ba²⁺] × [SO₃²⁻]</w:t>
      </w:r>
      <w:r w:rsidRPr="00A7252F">
        <w:br/>
        <w:t>Q = (2 × 10⁻¹) × (1 × 10⁻¹) = 2 × 10⁻² = 0,02</w:t>
      </w:r>
    </w:p>
    <w:p w14:paraId="0B95E3FB" w14:textId="77777777" w:rsidR="00FB4196" w:rsidRPr="00A7252F" w:rsidRDefault="00FB4196">
      <w:pPr>
        <w:keepNext/>
        <w:spacing w:before="320"/>
      </w:pPr>
      <w:r w:rsidRPr="00A7252F">
        <w:rPr>
          <w:b/>
          <w:sz w:val="28"/>
        </w:rPr>
        <w:t>3. Membandingkan Nilai Q dengan Ksp</w:t>
      </w:r>
    </w:p>
    <w:p w14:paraId="1057DAD8" w14:textId="77777777" w:rsidR="00FB4196" w:rsidRPr="00A7252F" w:rsidRDefault="00FB4196">
      <w:r w:rsidRPr="00A7252F">
        <w:t>Diketahui dari soal bahwa nilai Ksp BaSO₃ = 5 × 10⁻⁹.</w:t>
      </w:r>
      <w:r w:rsidRPr="00A7252F">
        <w:br/>
      </w:r>
      <w:r w:rsidRPr="00A7252F">
        <w:br/>
        <w:t>Perbandingan nilai:</w:t>
      </w:r>
      <w:r w:rsidRPr="00A7252F">
        <w:br/>
        <w:t>• Q = 2 × 10⁻²</w:t>
      </w:r>
      <w:r w:rsidRPr="00A7252F">
        <w:br/>
        <w:t>• Ksp = 5 × 10⁻⁹</w:t>
      </w:r>
      <w:r w:rsidRPr="00A7252F">
        <w:br/>
      </w:r>
      <w:r w:rsidRPr="00A7252F">
        <w:br/>
        <w:t>Maka, Q &gt; Ksp (atau Ksp &lt; Q).</w:t>
      </w:r>
      <w:r w:rsidRPr="00A7252F">
        <w:br/>
      </w:r>
      <w:r w:rsidRPr="00A7252F">
        <w:br/>
        <w:t>Aturan pengendapan larutan:</w:t>
      </w:r>
      <w:r w:rsidRPr="00A7252F">
        <w:br/>
        <w:t>• Q &lt; Ksp → Larutan belum jenuh (tidak ada endapan).</w:t>
      </w:r>
      <w:r w:rsidRPr="00A7252F">
        <w:br/>
        <w:t>• Q = Ksp → Larutan tepat jenuh.</w:t>
      </w:r>
      <w:r w:rsidRPr="00A7252F">
        <w:br/>
        <w:t>• Q &gt; Ksp → Larutan lewat jenuh, terbentuk endapan.</w:t>
      </w:r>
    </w:p>
    <w:p w14:paraId="15734EF6" w14:textId="77777777" w:rsidR="00FB4196" w:rsidRPr="00A7252F" w:rsidRDefault="00FB4196">
      <w:pPr>
        <w:keepNext/>
        <w:spacing w:before="320"/>
      </w:pPr>
      <w:r w:rsidRPr="00A7252F">
        <w:rPr>
          <w:b/>
          <w:sz w:val="28"/>
        </w:rPr>
        <w:lastRenderedPageBreak/>
        <w:t>4. Analisis Pilihan Jawaban</w:t>
      </w:r>
    </w:p>
    <w:p w14:paraId="03A8F994" w14:textId="77777777" w:rsidR="00FB4196" w:rsidRPr="00A7252F" w:rsidRDefault="00FB4196">
      <w:pPr>
        <w:spacing w:before="80" w:after="80"/>
        <w:ind w:left="360"/>
      </w:pPr>
      <w:r w:rsidRPr="00A7252F">
        <w:rPr>
          <w:b/>
        </w:rPr>
        <w:t>A. Terbentuk endapan BaSO₃ karena Ksp lebih kecil dari harga Q.</w:t>
      </w:r>
      <w:r w:rsidRPr="00A7252F">
        <w:rPr>
          <w:b/>
        </w:rPr>
        <w:br/>
      </w:r>
      <w:r w:rsidRPr="00A7252F">
        <w:t>Benar, karena syarat terbentuknya endapan adalah Q &gt; Ksp (atau Ksp &lt; Q).</w:t>
      </w:r>
    </w:p>
    <w:p w14:paraId="047B5DD0" w14:textId="77777777" w:rsidR="00FB4196" w:rsidRPr="00A7252F" w:rsidRDefault="00FB4196">
      <w:pPr>
        <w:spacing w:before="80" w:after="80"/>
        <w:ind w:left="360"/>
      </w:pPr>
      <w:r w:rsidRPr="00A7252F">
        <w:rPr>
          <w:b/>
        </w:rPr>
        <w:t>B. Garam BaSO₃ akan terus larut karena Ksp lebih besar dari harga Q.</w:t>
      </w:r>
      <w:r w:rsidRPr="00A7252F">
        <w:rPr>
          <w:b/>
        </w:rPr>
        <w:br/>
      </w:r>
      <w:r w:rsidRPr="00A7252F">
        <w:t>Salah, ini adalah kondisi jika Ksp &gt; Q (larutan belum jenuh).</w:t>
      </w:r>
    </w:p>
    <w:p w14:paraId="0BCAAD23" w14:textId="77777777" w:rsidR="00FB4196" w:rsidRPr="00A7252F" w:rsidRDefault="00FB4196">
      <w:pPr>
        <w:spacing w:before="80" w:after="80"/>
        <w:ind w:left="360"/>
      </w:pPr>
      <w:r w:rsidRPr="00A7252F">
        <w:rPr>
          <w:b/>
        </w:rPr>
        <w:t>C. Larutan BaSO₃ tepat jenuh karena Ksp sama dengan harga Q.</w:t>
      </w:r>
      <w:r w:rsidRPr="00A7252F">
        <w:rPr>
          <w:b/>
        </w:rPr>
        <w:br/>
      </w:r>
      <w:r w:rsidRPr="00A7252F">
        <w:t>Salah, ini terjadi jika Ksp = Q.</w:t>
      </w:r>
    </w:p>
    <w:p w14:paraId="7960D082" w14:textId="77777777" w:rsidR="00FB4196" w:rsidRPr="00A7252F" w:rsidRDefault="00FB4196">
      <w:pPr>
        <w:spacing w:before="80" w:after="80"/>
        <w:ind w:left="360"/>
      </w:pPr>
      <w:r w:rsidRPr="00A7252F">
        <w:rPr>
          <w:b/>
        </w:rPr>
        <w:t>D. Terbentuk endapan BaSO₃ karena Ksp lebih besar dari harga Q.</w:t>
      </w:r>
      <w:r w:rsidRPr="00A7252F">
        <w:rPr>
          <w:b/>
        </w:rPr>
        <w:br/>
      </w:r>
      <w:r w:rsidRPr="00A7252F">
        <w:t>Salah, pernyataan alasan terbalik (seharusnya Ksp lebih kecil dari Q).</w:t>
      </w:r>
    </w:p>
    <w:p w14:paraId="122BFF4B" w14:textId="77777777" w:rsidR="00FB4196" w:rsidRPr="00A7252F" w:rsidRDefault="00FB4196">
      <w:pPr>
        <w:spacing w:before="80" w:after="80"/>
        <w:ind w:left="360"/>
      </w:pPr>
      <w:r w:rsidRPr="00A7252F">
        <w:rPr>
          <w:b/>
        </w:rPr>
        <w:t>E. Garam BaSO₃ akan larut karena harga Q lebih besar dari Ksp.</w:t>
      </w:r>
      <w:r w:rsidRPr="00A7252F">
        <w:rPr>
          <w:b/>
        </w:rPr>
        <w:br/>
      </w:r>
      <w:r w:rsidRPr="00A7252F">
        <w:t>Salah, jika Q &gt; Ksp justru terbentuk endapan, bukan larut.</w:t>
      </w:r>
    </w:p>
    <w:p w14:paraId="3CEDA1A9" w14:textId="77777777" w:rsidR="00FB4196" w:rsidRPr="00A7252F" w:rsidRDefault="00FB4196">
      <w:pPr>
        <w:keepNext/>
        <w:spacing w:before="320"/>
      </w:pPr>
      <w:r w:rsidRPr="00A7252F">
        <w:rPr>
          <w:b/>
          <w:sz w:val="28"/>
        </w:rPr>
        <w:t>5. Kesimpulan</w:t>
      </w:r>
    </w:p>
    <w:tbl>
      <w:tblPr>
        <w:tblW w:w="0" w:type="auto"/>
        <w:jc w:val="center"/>
        <w:tblLook w:val="04A0" w:firstRow="1" w:lastRow="0" w:firstColumn="1" w:lastColumn="0" w:noHBand="0" w:noVBand="1"/>
      </w:tblPr>
      <w:tblGrid>
        <w:gridCol w:w="9072"/>
      </w:tblGrid>
      <w:tr w:rsidR="00A7252F" w:rsidRPr="00A7252F" w14:paraId="059D0DCC" w14:textId="77777777">
        <w:trPr>
          <w:jc w:val="center"/>
        </w:trPr>
        <w:tc>
          <w:tcPr>
            <w:tcW w:w="9072" w:type="dxa"/>
            <w:tcBorders>
              <w:left w:val="single" w:sz="24" w:space="0" w:color="184565"/>
            </w:tcBorders>
            <w:shd w:val="clear" w:color="auto" w:fill="F0F4F8"/>
          </w:tcPr>
          <w:p w14:paraId="035F99D4" w14:textId="77777777" w:rsidR="00FB4196" w:rsidRPr="00A7252F" w:rsidRDefault="00FB4196">
            <w:pPr>
              <w:spacing w:before="160" w:after="160"/>
              <w:ind w:left="216"/>
            </w:pPr>
            <w:r w:rsidRPr="00A7252F">
              <w:rPr>
                <w:b/>
              </w:rPr>
              <w:t>KUNCI JAWABAN: A. Terbentuk endapan BaSO₃ karena Ksp lebih kecil dari harga Q.</w:t>
            </w:r>
          </w:p>
        </w:tc>
      </w:tr>
    </w:tbl>
    <w:p w14:paraId="7526EBED" w14:textId="77777777" w:rsidR="00FB4196" w:rsidRPr="00A7252F" w:rsidRDefault="00FB4196"/>
    <w:p w14:paraId="157596C8" w14:textId="77777777" w:rsidR="00FB4196" w:rsidRPr="00A7252F" w:rsidRDefault="00FB4196" w:rsidP="00FB4196">
      <w:pPr>
        <w:spacing w:after="0" w:line="240" w:lineRule="auto"/>
      </w:pPr>
    </w:p>
    <w:sectPr w:rsidR="00FB4196" w:rsidRPr="00A7252F" w:rsidSect="00FB4196">
      <w:pgSz w:w="12240" w:h="15840"/>
      <w:pgMar w:top="567" w:right="1325"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0524040">
    <w:abstractNumId w:val="8"/>
  </w:num>
  <w:num w:numId="2" w16cid:durableId="611478766">
    <w:abstractNumId w:val="6"/>
  </w:num>
  <w:num w:numId="3" w16cid:durableId="953440177">
    <w:abstractNumId w:val="5"/>
  </w:num>
  <w:num w:numId="4" w16cid:durableId="479004056">
    <w:abstractNumId w:val="4"/>
  </w:num>
  <w:num w:numId="5" w16cid:durableId="380250811">
    <w:abstractNumId w:val="7"/>
  </w:num>
  <w:num w:numId="6" w16cid:durableId="785468889">
    <w:abstractNumId w:val="3"/>
  </w:num>
  <w:num w:numId="7" w16cid:durableId="1392997108">
    <w:abstractNumId w:val="2"/>
  </w:num>
  <w:num w:numId="8" w16cid:durableId="1357077756">
    <w:abstractNumId w:val="1"/>
  </w:num>
  <w:num w:numId="9" w16cid:durableId="267810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F5C"/>
    <w:rsid w:val="0015074B"/>
    <w:rsid w:val="0029639D"/>
    <w:rsid w:val="00326F90"/>
    <w:rsid w:val="004F5376"/>
    <w:rsid w:val="00573BE8"/>
    <w:rsid w:val="006412FC"/>
    <w:rsid w:val="00823B8A"/>
    <w:rsid w:val="008F2116"/>
    <w:rsid w:val="00A637B9"/>
    <w:rsid w:val="00A7252F"/>
    <w:rsid w:val="00AA1D8D"/>
    <w:rsid w:val="00B47730"/>
    <w:rsid w:val="00BC6C23"/>
    <w:rsid w:val="00CB0664"/>
    <w:rsid w:val="00FB41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ADE33F"/>
  <w14:defaultImageDpi w14:val="300"/>
  <w15:docId w15:val="{3CC383A1-647C-4CF7-B145-A75BB1BC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20</Pages>
  <Words>3948</Words>
  <Characters>22510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Muhammad Arif</cp:lastModifiedBy>
  <cp:revision>3</cp:revision>
  <dcterms:created xsi:type="dcterms:W3CDTF">2026-08-02T12:21:00Z</dcterms:created>
  <dcterms:modified xsi:type="dcterms:W3CDTF">2026-08-02T12:51:00Z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deff9e43-cf55-4f19-9401-91927c0e23d1</vt:lpwstr>
  </property>
</Properties>
</file>