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92"/>
        <w:gridCol w:w="4821"/>
        <w:gridCol w:w="2649"/>
      </w:tblGrid>
      <w:tr w:rsidR="0004335B" w:rsidRPr="0004335B" w14:paraId="42739C69" w14:textId="77777777" w:rsidTr="00085F48">
        <w:trPr>
          <w:trHeight w:val="2127"/>
          <w:jc w:val="center"/>
        </w:trPr>
        <w:tc>
          <w:tcPr>
            <w:tcW w:w="1892" w:type="dxa"/>
          </w:tcPr>
          <w:p w14:paraId="38A6F6EF" w14:textId="77777777" w:rsidR="0004335B" w:rsidRPr="0004335B" w:rsidRDefault="0004335B" w:rsidP="006C60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445204" wp14:editId="200B568C">
                  <wp:extent cx="1027821" cy="1272540"/>
                  <wp:effectExtent l="0" t="0" r="127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190" cy="1277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1" w:type="dxa"/>
          </w:tcPr>
          <w:p w14:paraId="785C0CC8" w14:textId="77777777" w:rsidR="0004335B" w:rsidRPr="0004335B" w:rsidRDefault="0004335B" w:rsidP="006C60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b/>
                <w:sz w:val="36"/>
                <w:szCs w:val="36"/>
              </w:rPr>
              <w:t>PEMERINTAH ACEH</w:t>
            </w:r>
            <w:r w:rsidRPr="0004335B">
              <w:rPr>
                <w:rFonts w:ascii="Times New Roman" w:hAnsi="Times New Roman" w:cs="Times New Roman"/>
                <w:b/>
                <w:sz w:val="36"/>
                <w:szCs w:val="36"/>
              </w:rPr>
              <w:br/>
            </w:r>
            <w:r w:rsidRPr="0004335B">
              <w:rPr>
                <w:rFonts w:ascii="Times New Roman" w:hAnsi="Times New Roman" w:cs="Times New Roman"/>
                <w:b/>
                <w:sz w:val="32"/>
                <w:szCs w:val="32"/>
              </w:rPr>
              <w:t>DINAS PENDIDIKAN</w:t>
            </w:r>
            <w:r w:rsidRPr="0004335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SMK NEGERI 1 SABANG</w:t>
            </w:r>
            <w:r w:rsidRPr="0004335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KONSENTRASI KEAHLIAN          DESAIN KOMUNIKASI VISUAL</w:t>
            </w:r>
          </w:p>
        </w:tc>
        <w:tc>
          <w:tcPr>
            <w:tcW w:w="2649" w:type="dxa"/>
          </w:tcPr>
          <w:p w14:paraId="7E634C50" w14:textId="77777777" w:rsidR="0004335B" w:rsidRPr="0004335B" w:rsidRDefault="0004335B" w:rsidP="006C60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E03EC55" wp14:editId="278E70EA">
                  <wp:simplePos x="0" y="0"/>
                  <wp:positionH relativeFrom="column">
                    <wp:posOffset>401320</wp:posOffset>
                  </wp:positionH>
                  <wp:positionV relativeFrom="paragraph">
                    <wp:posOffset>1270</wp:posOffset>
                  </wp:positionV>
                  <wp:extent cx="979805" cy="1272540"/>
                  <wp:effectExtent l="0" t="0" r="0" b="3810"/>
                  <wp:wrapTight wrapText="bothSides">
                    <wp:wrapPolygon edited="0">
                      <wp:start x="0" y="0"/>
                      <wp:lineTo x="0" y="21341"/>
                      <wp:lineTo x="20998" y="21341"/>
                      <wp:lineTo x="20998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805" cy="127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2F5657D" w14:textId="77777777" w:rsidR="00017761" w:rsidRPr="0004335B" w:rsidRDefault="00000000" w:rsidP="00DB656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335B">
        <w:rPr>
          <w:rFonts w:ascii="Times New Roman" w:hAnsi="Times New Roman" w:cs="Times New Roman"/>
          <w:b/>
          <w:sz w:val="24"/>
          <w:szCs w:val="24"/>
        </w:rPr>
        <w:t>RENCANA PELAKSANAAN PEMBELAJARAN (RPP)</w:t>
      </w:r>
    </w:p>
    <w:p w14:paraId="42B25973" w14:textId="77777777" w:rsidR="00017761" w:rsidRPr="0004335B" w:rsidRDefault="00000000" w:rsidP="00057041">
      <w:pPr>
        <w:pStyle w:val="Heading1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4335B">
        <w:rPr>
          <w:rFonts w:ascii="Times New Roman" w:hAnsi="Times New Roman" w:cs="Times New Roman"/>
          <w:color w:val="auto"/>
          <w:sz w:val="24"/>
          <w:szCs w:val="24"/>
        </w:rPr>
        <w:t>IDENTITAS MODUL</w:t>
      </w:r>
    </w:p>
    <w:tbl>
      <w:tblPr>
        <w:tblStyle w:val="TableGrid"/>
        <w:tblW w:w="0" w:type="auto"/>
        <w:jc w:val="center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4964"/>
        <w:gridCol w:w="4962"/>
      </w:tblGrid>
      <w:tr w:rsidR="00017761" w:rsidRPr="0004335B" w14:paraId="7FA75654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4F1E642C" w14:textId="77777777" w:rsidR="00017761" w:rsidRPr="0004335B" w:rsidRDefault="0000000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Satuan Pendidikan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5BF5CC31" w14:textId="77777777" w:rsidR="00017761" w:rsidRPr="0004335B" w:rsidRDefault="0000000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SMK Negeri 1 Sabang</w:t>
            </w:r>
          </w:p>
        </w:tc>
      </w:tr>
      <w:tr w:rsidR="00017761" w:rsidRPr="0004335B" w14:paraId="35DFF711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51A7CF3F" w14:textId="77777777" w:rsidR="00017761" w:rsidRPr="0004335B" w:rsidRDefault="0000000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Mata Pelajaran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2DC6921C" w14:textId="77777777" w:rsidR="00017761" w:rsidRPr="0004335B" w:rsidRDefault="0000000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Desain Komunikasi Visual (DKV)</w:t>
            </w:r>
          </w:p>
        </w:tc>
      </w:tr>
      <w:tr w:rsidR="00017761" w:rsidRPr="0004335B" w14:paraId="6B1B9DEA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6C16182C" w14:textId="77777777" w:rsidR="00017761" w:rsidRPr="0004335B" w:rsidRDefault="0000000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Program/Konsentrasi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26AA3763" w14:textId="77777777" w:rsidR="00017761" w:rsidRPr="0004335B" w:rsidRDefault="0000000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Seni dan Ekonomi Kreatif / Desain Komunikasi Visual</w:t>
            </w:r>
          </w:p>
        </w:tc>
      </w:tr>
      <w:tr w:rsidR="00DB6560" w:rsidRPr="0004335B" w14:paraId="43B25E7D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1D8608C1" w14:textId="77777777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3A0A9993" w14:textId="0A68CC10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Isu-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isu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global pada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Desain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Visual</w:t>
            </w:r>
          </w:p>
        </w:tc>
      </w:tr>
      <w:tr w:rsidR="00DB6560" w:rsidRPr="0004335B" w14:paraId="5CA4AA88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2CDFC331" w14:textId="77777777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Kelas / Fase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1F500A37" w14:textId="6E5BD077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X / Fase E</w:t>
            </w:r>
          </w:p>
        </w:tc>
      </w:tr>
      <w:tr w:rsidR="00DB6560" w:rsidRPr="0004335B" w14:paraId="35D70357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342F1958" w14:textId="77777777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Alokasi Waktu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0DEC1B11" w14:textId="22AFDD76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48 x 45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B6560" w:rsidRPr="0004335B" w14:paraId="5C74AE3E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14A7E1DF" w14:textId="77777777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Semester / TP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0790E382" w14:textId="6CF5C040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Ganjil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/ 2025/2026</w:t>
            </w:r>
          </w:p>
        </w:tc>
      </w:tr>
      <w:tr w:rsidR="00DB6560" w:rsidRPr="0004335B" w14:paraId="4140CF3C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034D6D53" w14:textId="77777777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Topik Pembelajaran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4C67B2BD" w14:textId="068544EE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Desain Daur Ulang </w:t>
            </w: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(Sustainable &amp; Green Design)</w:t>
            </w:r>
          </w:p>
        </w:tc>
      </w:tr>
    </w:tbl>
    <w:p w14:paraId="6E5B01B8" w14:textId="77777777" w:rsidR="00017761" w:rsidRDefault="00000000" w:rsidP="00DB6560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335B">
        <w:rPr>
          <w:rFonts w:ascii="Times New Roman" w:hAnsi="Times New Roman" w:cs="Times New Roman"/>
          <w:color w:val="auto"/>
          <w:sz w:val="24"/>
          <w:szCs w:val="24"/>
        </w:rPr>
        <w:t>1. KOMPETENSI INTI</w:t>
      </w:r>
    </w:p>
    <w:p w14:paraId="345DD047" w14:textId="77777777" w:rsidR="00017761" w:rsidRPr="0004335B" w:rsidRDefault="00000000" w:rsidP="00DB65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35B">
        <w:rPr>
          <w:rFonts w:ascii="Times New Roman" w:hAnsi="Times New Roman" w:cs="Times New Roman"/>
          <w:b/>
          <w:sz w:val="24"/>
          <w:szCs w:val="24"/>
        </w:rPr>
        <w:t>Capaian</w:t>
      </w:r>
      <w:proofErr w:type="spellEnd"/>
      <w:r w:rsidRPr="000433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35B"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 w:rsidRPr="0004335B">
        <w:rPr>
          <w:rFonts w:ascii="Times New Roman" w:hAnsi="Times New Roman" w:cs="Times New Roman"/>
          <w:b/>
          <w:sz w:val="24"/>
          <w:szCs w:val="24"/>
        </w:rPr>
        <w:t xml:space="preserve"> (CP):</w:t>
      </w:r>
    </w:p>
    <w:p w14:paraId="42A092D8" w14:textId="77777777" w:rsidR="00DB6560" w:rsidRDefault="00DB6560" w:rsidP="00DB6560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modern, Industri 4.0, Internet of Things,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pemanasan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global,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iklim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aspek-aspek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ketenagakerjaan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Life Cycle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reuse</w:t>
      </w:r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recycling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7E266086" w14:textId="77777777" w:rsidR="00017761" w:rsidRPr="0004335B" w:rsidRDefault="00000000" w:rsidP="00DB65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35B">
        <w:rPr>
          <w:rFonts w:ascii="Times New Roman" w:hAnsi="Times New Roman" w:cs="Times New Roman"/>
          <w:b/>
          <w:sz w:val="24"/>
          <w:szCs w:val="24"/>
        </w:rPr>
        <w:t xml:space="preserve">Tujuan </w:t>
      </w:r>
      <w:proofErr w:type="spellStart"/>
      <w:r w:rsidRPr="0004335B"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 w:rsidRPr="0004335B">
        <w:rPr>
          <w:rFonts w:ascii="Times New Roman" w:hAnsi="Times New Roman" w:cs="Times New Roman"/>
          <w:b/>
          <w:sz w:val="24"/>
          <w:szCs w:val="24"/>
        </w:rPr>
        <w:t xml:space="preserve"> (TP):</w:t>
      </w:r>
    </w:p>
    <w:p w14:paraId="6BDA7F84" w14:textId="77777777" w:rsidR="00DB6560" w:rsidRPr="00B231F0" w:rsidRDefault="00DB6560" w:rsidP="00DB6560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Desain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Visual,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modern.</w:t>
      </w:r>
    </w:p>
    <w:p w14:paraId="2B8931FA" w14:textId="77777777" w:rsidR="00DB6560" w:rsidRDefault="00DB6560" w:rsidP="00DB6560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560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Industri 4.0 dan </w:t>
      </w:r>
      <w:r w:rsidRPr="00DB6560">
        <w:rPr>
          <w:rFonts w:ascii="Times New Roman" w:hAnsi="Times New Roman" w:cs="Times New Roman"/>
          <w:i/>
          <w:iCs/>
          <w:sz w:val="24"/>
          <w:szCs w:val="24"/>
        </w:rPr>
        <w:t>Internet of Things</w:t>
      </w:r>
      <w:r w:rsidRPr="00DB6560">
        <w:rPr>
          <w:rFonts w:ascii="Times New Roman" w:hAnsi="Times New Roman" w:cs="Times New Roman"/>
          <w:sz w:val="24"/>
          <w:szCs w:val="24"/>
        </w:rPr>
        <w:t xml:space="preserve"> (IoT)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ekosistem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DKV.</w:t>
      </w:r>
    </w:p>
    <w:p w14:paraId="100DF11C" w14:textId="5006AF8A" w:rsidR="00DB6560" w:rsidRPr="00DB6560" w:rsidRDefault="00DB6560" w:rsidP="00DB6560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560">
        <w:rPr>
          <w:rFonts w:ascii="Times New Roman" w:hAnsi="Times New Roman" w:cs="Times New Roman"/>
          <w:sz w:val="24"/>
          <w:szCs w:val="24"/>
        </w:rPr>
        <w:lastRenderedPageBreak/>
        <w:t>Memahami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digital dan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otomatisasi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DKV.</w:t>
      </w:r>
    </w:p>
    <w:p w14:paraId="01E78190" w14:textId="28FE4B93" w:rsidR="00DB6560" w:rsidRPr="00B231F0" w:rsidRDefault="00DB6560" w:rsidP="00DB6560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pemanasan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global,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iklim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ketenagakerjaan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Life Cycle Assessment</w:t>
      </w:r>
      <w:r w:rsidRPr="00B231F0">
        <w:rPr>
          <w:rFonts w:ascii="Times New Roman" w:hAnsi="Times New Roman" w:cs="Times New Roman"/>
          <w:sz w:val="24"/>
          <w:szCs w:val="24"/>
        </w:rPr>
        <w:t xml:space="preserve"> (LCA)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DKV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reuse</w:t>
      </w:r>
      <w:r w:rsidRPr="00B231F0">
        <w:rPr>
          <w:rFonts w:ascii="Times New Roman" w:hAnsi="Times New Roman" w:cs="Times New Roman"/>
          <w:sz w:val="24"/>
          <w:szCs w:val="24"/>
        </w:rPr>
        <w:t xml:space="preserve"> dan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recycling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3E93A4BA" w14:textId="77777777" w:rsidR="00017761" w:rsidRPr="0004335B" w:rsidRDefault="00000000" w:rsidP="00DB65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35B">
        <w:rPr>
          <w:rFonts w:ascii="Times New Roman" w:hAnsi="Times New Roman" w:cs="Times New Roman"/>
          <w:b/>
          <w:sz w:val="24"/>
          <w:szCs w:val="24"/>
        </w:rPr>
        <w:t>Pemahaman</w:t>
      </w:r>
      <w:proofErr w:type="spellEnd"/>
      <w:r w:rsidRPr="0004335B">
        <w:rPr>
          <w:rFonts w:ascii="Times New Roman" w:hAnsi="Times New Roman" w:cs="Times New Roman"/>
          <w:b/>
          <w:sz w:val="24"/>
          <w:szCs w:val="24"/>
        </w:rPr>
        <w:t xml:space="preserve"> Bermakna:</w:t>
      </w:r>
    </w:p>
    <w:p w14:paraId="5422213E" w14:textId="77777777" w:rsidR="00DB6560" w:rsidRPr="00B231F0" w:rsidRDefault="00DB6560" w:rsidP="00DB6560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Desain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Visual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sekadar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estetika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visual,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global yang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modern, Industri 4.0,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Life Cycle Assessment</w:t>
      </w:r>
      <w:r w:rsidRPr="00B231F0">
        <w:rPr>
          <w:rFonts w:ascii="Times New Roman" w:hAnsi="Times New Roman" w:cs="Times New Roman"/>
          <w:sz w:val="24"/>
          <w:szCs w:val="24"/>
        </w:rPr>
        <w:t xml:space="preserve"> dan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green design</w:t>
      </w:r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inovatif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ramah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kelestarian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bumi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3C6233A5" w14:textId="77777777" w:rsidR="00DB6560" w:rsidRPr="00B231F0" w:rsidRDefault="00DB6560" w:rsidP="00DB6560">
      <w:pPr>
        <w:spacing w:after="16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Pemantik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E641EE7" w14:textId="77777777" w:rsidR="00DB6560" w:rsidRPr="00B231F0" w:rsidRDefault="00DB6560" w:rsidP="00DB6560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Bagaimana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seorang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desainer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DKV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dapat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memanfaatkan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teknologi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modern dan Industri 4.0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menciptakan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karya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hanya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menarik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secara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visual,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tetapi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ramah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lingkungan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, minim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limbah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, dan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memberikan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solusi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bagi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isu-isu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global?"</w:t>
      </w:r>
    </w:p>
    <w:p w14:paraId="4F0B45C9" w14:textId="77777777" w:rsidR="00017761" w:rsidRPr="0004335B" w:rsidRDefault="00000000" w:rsidP="00DB6560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335B">
        <w:rPr>
          <w:rFonts w:ascii="Times New Roman" w:hAnsi="Times New Roman" w:cs="Times New Roman"/>
          <w:color w:val="auto"/>
          <w:sz w:val="24"/>
          <w:szCs w:val="24"/>
        </w:rPr>
        <w:t>2. PRINSIP DEEP LEARNING</w:t>
      </w:r>
    </w:p>
    <w:p w14:paraId="308203CA" w14:textId="77777777" w:rsidR="00DB6560" w:rsidRPr="00B231F0" w:rsidRDefault="00DB6560" w:rsidP="00DB6560">
      <w:pPr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Segoe UI Emoji" w:hAnsi="Segoe UI Emoji" w:cs="Segoe UI Emoji"/>
          <w:sz w:val="24"/>
          <w:szCs w:val="24"/>
        </w:rPr>
        <w:t>🧠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b/>
          <w:bCs/>
          <w:sz w:val="24"/>
          <w:szCs w:val="24"/>
        </w:rPr>
        <w:t>MINDFUL (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Berkesadaran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6D8315B" w14:textId="77777777" w:rsidR="00DB6560" w:rsidRPr="00B231F0" w:rsidRDefault="00DB6560" w:rsidP="00DB6560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hadir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utuh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STOP),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ekologis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material,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tinta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merefleksikan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etis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perancang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visual.</w:t>
      </w:r>
    </w:p>
    <w:p w14:paraId="2EEA22C9" w14:textId="77777777" w:rsidR="00DB6560" w:rsidRPr="00B231F0" w:rsidRDefault="00DB6560" w:rsidP="00DB6560">
      <w:pPr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Segoe UI Emoji" w:hAnsi="Segoe UI Emoji" w:cs="Segoe UI Emoji"/>
          <w:sz w:val="24"/>
          <w:szCs w:val="24"/>
        </w:rPr>
        <w:t>💡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b/>
          <w:bCs/>
          <w:sz w:val="24"/>
          <w:szCs w:val="24"/>
        </w:rPr>
        <w:t>MEANINGFUL (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Bermakna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74551BC" w14:textId="77777777" w:rsidR="00DB6560" w:rsidRPr="00B231F0" w:rsidRDefault="00DB6560" w:rsidP="00DB6560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mengaitkan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DKV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pemanasan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global,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jejak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karbon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digital,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siklus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"Desain Daur Ulang" yang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solutif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695D7588" w14:textId="77777777" w:rsidR="00DB6560" w:rsidRPr="00B231F0" w:rsidRDefault="00DB6560" w:rsidP="00DB6560">
      <w:pPr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Segoe UI Emoji" w:hAnsi="Segoe UI Emoji" w:cs="Segoe UI Emoji"/>
          <w:sz w:val="24"/>
          <w:szCs w:val="24"/>
        </w:rPr>
        <w:t>😊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b/>
          <w:bCs/>
          <w:sz w:val="24"/>
          <w:szCs w:val="24"/>
        </w:rPr>
        <w:t>JOYFUL (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Menggembirakan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172D340" w14:textId="77777777" w:rsidR="00DB6560" w:rsidRPr="00B231F0" w:rsidRDefault="00DB6560" w:rsidP="00DB6560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simulasi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sungguhan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eksplorasi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digital/AI/AR,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pameran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exhibition</w:t>
      </w:r>
      <w:r w:rsidRPr="00B231F0">
        <w:rPr>
          <w:rFonts w:ascii="Times New Roman" w:hAnsi="Times New Roman" w:cs="Times New Roman"/>
          <w:sz w:val="24"/>
          <w:szCs w:val="24"/>
        </w:rPr>
        <w:t xml:space="preserve">) di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3B3DA2AA" w14:textId="77777777" w:rsidR="00017761" w:rsidRPr="0004335B" w:rsidRDefault="00000000" w:rsidP="00DB6560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335B">
        <w:rPr>
          <w:rFonts w:ascii="Times New Roman" w:hAnsi="Times New Roman" w:cs="Times New Roman"/>
          <w:color w:val="auto"/>
          <w:sz w:val="24"/>
          <w:szCs w:val="24"/>
        </w:rPr>
        <w:lastRenderedPageBreak/>
        <w:t>3. KEGIATAN PEMBELAJARAN (DEEP LEARNING) – MODEL PjBL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5"/>
        <w:gridCol w:w="3036"/>
        <w:gridCol w:w="2218"/>
      </w:tblGrid>
      <w:tr w:rsidR="00017761" w:rsidRPr="0004335B" w14:paraId="22391ADC" w14:textId="77777777" w:rsidTr="00DB6560">
        <w:trPr>
          <w:jc w:val="center"/>
        </w:trPr>
        <w:tc>
          <w:tcPr>
            <w:tcW w:w="2482" w:type="dxa"/>
            <w:vAlign w:val="center"/>
          </w:tcPr>
          <w:p w14:paraId="46961E03" w14:textId="77777777" w:rsidR="00017761" w:rsidRPr="0004335B" w:rsidRDefault="0000000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Tahap</w:t>
            </w:r>
            <w:proofErr w:type="spellEnd"/>
          </w:p>
        </w:tc>
        <w:tc>
          <w:tcPr>
            <w:tcW w:w="2481" w:type="dxa"/>
            <w:vAlign w:val="center"/>
          </w:tcPr>
          <w:p w14:paraId="080A3328" w14:textId="77777777" w:rsidR="00017761" w:rsidRPr="0004335B" w:rsidRDefault="0000000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Kegiatan Guru</w:t>
            </w:r>
          </w:p>
        </w:tc>
        <w:tc>
          <w:tcPr>
            <w:tcW w:w="2483" w:type="dxa"/>
            <w:vAlign w:val="center"/>
          </w:tcPr>
          <w:p w14:paraId="0A5945C0" w14:textId="77777777" w:rsidR="00017761" w:rsidRPr="0004335B" w:rsidRDefault="0000000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Kegiatan Peserta Didik</w:t>
            </w:r>
          </w:p>
        </w:tc>
        <w:tc>
          <w:tcPr>
            <w:tcW w:w="2480" w:type="dxa"/>
            <w:vAlign w:val="center"/>
          </w:tcPr>
          <w:p w14:paraId="1DD57D6A" w14:textId="77777777" w:rsidR="00017761" w:rsidRPr="0004335B" w:rsidRDefault="0000000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35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</w:p>
        </w:tc>
      </w:tr>
      <w:tr w:rsidR="00DB6560" w:rsidRPr="0004335B" w14:paraId="67424D7F" w14:textId="77777777" w:rsidTr="00DB6560">
        <w:trPr>
          <w:jc w:val="center"/>
        </w:trPr>
        <w:tc>
          <w:tcPr>
            <w:tcW w:w="2482" w:type="dxa"/>
            <w:vAlign w:val="center"/>
          </w:tcPr>
          <w:p w14:paraId="03C82B1D" w14:textId="392EFE98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ORIENTASI</w:t>
            </w:r>
          </w:p>
        </w:tc>
        <w:tc>
          <w:tcPr>
            <w:tcW w:w="2481" w:type="dxa"/>
            <w:vAlign w:val="center"/>
          </w:tcPr>
          <w:p w14:paraId="312AAC10" w14:textId="57EAD7CC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menyajikan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stimulus visual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isu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sampah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jejak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karbon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memandu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STOP, dan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pemantik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tantangan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"Desain Daur Ulang".</w:t>
            </w:r>
          </w:p>
        </w:tc>
        <w:tc>
          <w:tcPr>
            <w:tcW w:w="2483" w:type="dxa"/>
            <w:vAlign w:val="center"/>
          </w:tcPr>
          <w:p w14:paraId="4D17A1F3" w14:textId="3CD46B80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Berdoa,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menenangkan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pikiran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fenomena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isu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global,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pemantik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kaitan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DKV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80" w:type="dxa"/>
            <w:vAlign w:val="center"/>
          </w:tcPr>
          <w:p w14:paraId="1EACD3B3" w14:textId="234BF3EA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Mindful</w:t>
            </w:r>
          </w:p>
        </w:tc>
      </w:tr>
      <w:tr w:rsidR="00DB6560" w:rsidRPr="0004335B" w14:paraId="004A6A7C" w14:textId="77777777" w:rsidTr="00DB6560">
        <w:trPr>
          <w:jc w:val="center"/>
        </w:trPr>
        <w:tc>
          <w:tcPr>
            <w:tcW w:w="2482" w:type="dxa"/>
            <w:vAlign w:val="center"/>
          </w:tcPr>
          <w:p w14:paraId="75A3E84F" w14:textId="2CD33518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EKSPLORASI</w:t>
            </w:r>
          </w:p>
        </w:tc>
        <w:tc>
          <w:tcPr>
            <w:tcW w:w="2481" w:type="dxa"/>
            <w:vAlign w:val="center"/>
          </w:tcPr>
          <w:p w14:paraId="2C142379" w14:textId="09AD2144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Memfasilitasi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kasus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DKV (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konvensional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vs Industri 4.0/IoT),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isu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greenwashing</w:t>
            </w: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Life Cycle Assessment</w:t>
            </w: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(LCA),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regulasi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etika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ketenagakerjaan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83" w:type="dxa"/>
            <w:vAlign w:val="center"/>
          </w:tcPr>
          <w:p w14:paraId="1BA1ADB4" w14:textId="6234EB9F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mengeksplorasi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referensi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visual (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Behance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/Pinterest),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ekologis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material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merumuskan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ide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kampanye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80" w:type="dxa"/>
            <w:vAlign w:val="center"/>
          </w:tcPr>
          <w:p w14:paraId="24919694" w14:textId="6E4F5DA9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Meaningful</w:t>
            </w:r>
          </w:p>
        </w:tc>
      </w:tr>
      <w:tr w:rsidR="00DB6560" w:rsidRPr="0004335B" w14:paraId="5B064860" w14:textId="77777777" w:rsidTr="00DB6560">
        <w:trPr>
          <w:jc w:val="center"/>
        </w:trPr>
        <w:tc>
          <w:tcPr>
            <w:tcW w:w="2482" w:type="dxa"/>
            <w:vAlign w:val="center"/>
          </w:tcPr>
          <w:p w14:paraId="41E3CBCC" w14:textId="07F96C76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KOLABORASI</w:t>
            </w:r>
          </w:p>
        </w:tc>
        <w:tc>
          <w:tcPr>
            <w:tcW w:w="2481" w:type="dxa"/>
            <w:vAlign w:val="center"/>
          </w:tcPr>
          <w:p w14:paraId="5B0E2627" w14:textId="764984B8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membimbing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penyusunan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mind map</w:t>
            </w: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pembagian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penetapan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timeline</w:t>
            </w: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peer review</w:t>
            </w: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83" w:type="dxa"/>
            <w:vAlign w:val="center"/>
          </w:tcPr>
          <w:p w14:paraId="48DA949D" w14:textId="20B3AA25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agensi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membagi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jadwal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pengerjaan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masukan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konstruktif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gallery walk</w:t>
            </w: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480" w:type="dxa"/>
            <w:vAlign w:val="center"/>
          </w:tcPr>
          <w:p w14:paraId="04841AD6" w14:textId="4DC506F9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Meaningful</w:t>
            </w:r>
          </w:p>
        </w:tc>
      </w:tr>
      <w:tr w:rsidR="00DB6560" w:rsidRPr="0004335B" w14:paraId="36340D6D" w14:textId="77777777" w:rsidTr="00DB6560">
        <w:trPr>
          <w:jc w:val="center"/>
        </w:trPr>
        <w:tc>
          <w:tcPr>
            <w:tcW w:w="2482" w:type="dxa"/>
            <w:vAlign w:val="center"/>
          </w:tcPr>
          <w:p w14:paraId="1B137367" w14:textId="6F39DB6F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 KREASI</w:t>
            </w:r>
          </w:p>
        </w:tc>
        <w:tc>
          <w:tcPr>
            <w:tcW w:w="2481" w:type="dxa"/>
            <w:vAlign w:val="center"/>
          </w:tcPr>
          <w:p w14:paraId="543EF8CE" w14:textId="463E9124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Membimbing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kampanye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(poster,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konten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medsos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prototipe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reuse/recycling</w:t>
            </w: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mengarahkan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perangkat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digital/AI/AR.</w:t>
            </w:r>
          </w:p>
        </w:tc>
        <w:tc>
          <w:tcPr>
            <w:tcW w:w="2483" w:type="dxa"/>
            <w:vAlign w:val="center"/>
          </w:tcPr>
          <w:p w14:paraId="0EDBCE21" w14:textId="2E08FE58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Mengerjakan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sketsa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eksekusi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digital (Canva/Figma/Adobe/Corel),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green design</w:t>
            </w: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mengelola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aset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digital.</w:t>
            </w:r>
          </w:p>
        </w:tc>
        <w:tc>
          <w:tcPr>
            <w:tcW w:w="2480" w:type="dxa"/>
            <w:vAlign w:val="center"/>
          </w:tcPr>
          <w:p w14:paraId="217F92EB" w14:textId="1B27EE66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Joyful</w:t>
            </w:r>
          </w:p>
        </w:tc>
      </w:tr>
      <w:tr w:rsidR="00DB6560" w:rsidRPr="0004335B" w14:paraId="7AC8B735" w14:textId="77777777" w:rsidTr="00DB6560">
        <w:trPr>
          <w:jc w:val="center"/>
        </w:trPr>
        <w:tc>
          <w:tcPr>
            <w:tcW w:w="2482" w:type="dxa"/>
            <w:vAlign w:val="center"/>
          </w:tcPr>
          <w:p w14:paraId="05F3D017" w14:textId="7F108B8B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REFLEKSI</w:t>
            </w:r>
          </w:p>
        </w:tc>
        <w:tc>
          <w:tcPr>
            <w:tcW w:w="2481" w:type="dxa"/>
            <w:vAlign w:val="center"/>
          </w:tcPr>
          <w:p w14:paraId="7582AC63" w14:textId="2AA2B5EB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Memandu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refleksi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model 4F (</w:t>
            </w: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Facts, Feelings, Findings, Future</w:t>
            </w:r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mengarahkan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portofolio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83" w:type="dxa"/>
            <w:vAlign w:val="center"/>
          </w:tcPr>
          <w:p w14:paraId="311C4E59" w14:textId="3F6CF614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hambatan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efektivitas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pesan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mengekspresikan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perasaan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B231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80" w:type="dxa"/>
            <w:vAlign w:val="center"/>
          </w:tcPr>
          <w:p w14:paraId="25F673E4" w14:textId="118A401D" w:rsidR="00DB6560" w:rsidRPr="0004335B" w:rsidRDefault="00DB6560" w:rsidP="00DB65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Mindful</w:t>
            </w:r>
          </w:p>
        </w:tc>
      </w:tr>
    </w:tbl>
    <w:p w14:paraId="0129741A" w14:textId="7F1D67B7" w:rsidR="00017761" w:rsidRPr="0004335B" w:rsidRDefault="00000000" w:rsidP="00DB6560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335B">
        <w:rPr>
          <w:rFonts w:ascii="Times New Roman" w:hAnsi="Times New Roman" w:cs="Times New Roman"/>
          <w:color w:val="auto"/>
          <w:sz w:val="24"/>
          <w:szCs w:val="24"/>
        </w:rPr>
        <w:t>4. ASESMEN PEMBELAJARAN</w:t>
      </w:r>
    </w:p>
    <w:p w14:paraId="25E47029" w14:textId="77777777" w:rsidR="00DB6560" w:rsidRDefault="00DB6560" w:rsidP="00DB6560">
      <w:pPr>
        <w:pStyle w:val="ListBulle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560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Diagnostik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(Awal):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HOTS dan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esai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DKV, Industri 4.0, IoT, dan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pemanasan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global.</w:t>
      </w:r>
    </w:p>
    <w:p w14:paraId="47AF98B4" w14:textId="77777777" w:rsidR="00DB6560" w:rsidRPr="00DB6560" w:rsidRDefault="00DB6560" w:rsidP="00DB6560">
      <w:pPr>
        <w:pStyle w:val="ListBulle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560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Formatif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(Proses): Lembar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, checklist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mind map,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(4F), dan peer review.</w:t>
      </w:r>
    </w:p>
    <w:p w14:paraId="368219FE" w14:textId="77777777" w:rsidR="00DB6560" w:rsidRPr="00DB6560" w:rsidRDefault="00DB6560" w:rsidP="00DB6560">
      <w:pPr>
        <w:pStyle w:val="ListBulle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560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Sumatif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(Akhir):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visual "Desain Daur Ulang" (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estetika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LCA),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esai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evaluatif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>.</w:t>
      </w:r>
    </w:p>
    <w:p w14:paraId="382BEEA1" w14:textId="77777777" w:rsidR="00DB6560" w:rsidRPr="00DB6560" w:rsidRDefault="00DB6560" w:rsidP="00DB6560">
      <w:pPr>
        <w:pStyle w:val="ListBulle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560">
        <w:rPr>
          <w:rFonts w:ascii="Times New Roman" w:hAnsi="Times New Roman" w:cs="Times New Roman"/>
          <w:sz w:val="24"/>
          <w:szCs w:val="24"/>
        </w:rPr>
        <w:t xml:space="preserve">Teknik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(performance),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>.</w:t>
      </w:r>
    </w:p>
    <w:p w14:paraId="086E69AA" w14:textId="77777777" w:rsidR="00DB6560" w:rsidRPr="00DB6560" w:rsidRDefault="00DB6560" w:rsidP="00DB6560">
      <w:pPr>
        <w:pStyle w:val="ListBulle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560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: Rubrik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penalaran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rubrik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kisi-kisi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HOTS.</w:t>
      </w:r>
    </w:p>
    <w:p w14:paraId="477D972B" w14:textId="03AC0C21" w:rsidR="00017761" w:rsidRPr="0004335B" w:rsidRDefault="00017761" w:rsidP="00DB6560">
      <w:pPr>
        <w:pStyle w:val="ListBullet"/>
        <w:numPr>
          <w:ilvl w:val="0"/>
          <w:numId w:val="0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81D384B" w14:textId="77777777" w:rsidR="00017761" w:rsidRPr="0004335B" w:rsidRDefault="00000000" w:rsidP="00DB6560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335B">
        <w:rPr>
          <w:rFonts w:ascii="Times New Roman" w:hAnsi="Times New Roman" w:cs="Times New Roman"/>
          <w:color w:val="auto"/>
          <w:sz w:val="24"/>
          <w:szCs w:val="24"/>
        </w:rPr>
        <w:lastRenderedPageBreak/>
        <w:t>5. MEDIA, ALAT DAN SUMBER BELAJAR</w:t>
      </w:r>
    </w:p>
    <w:p w14:paraId="6F75B734" w14:textId="77777777" w:rsidR="00DB6560" w:rsidRPr="00B231F0" w:rsidRDefault="00DB6560" w:rsidP="00DB6560">
      <w:pPr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>Media &amp; Alat:</w:t>
      </w:r>
    </w:p>
    <w:p w14:paraId="12024280" w14:textId="77777777" w:rsidR="00DB6560" w:rsidRPr="00B231F0" w:rsidRDefault="00DB6560" w:rsidP="00DB6560">
      <w:pPr>
        <w:numPr>
          <w:ilvl w:val="1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/Laptop Lab Studio DKV, Smartphone, LCD Projector.</w:t>
      </w:r>
    </w:p>
    <w:p w14:paraId="7BBDDEAB" w14:textId="77777777" w:rsidR="00DB6560" w:rsidRPr="00B231F0" w:rsidRDefault="00DB6560" w:rsidP="00DB6560">
      <w:pPr>
        <w:numPr>
          <w:ilvl w:val="1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Lunak Desain: Canva, Figma, Adobe Photoshop/Illustrator, CorelDRAW.</w:t>
      </w:r>
    </w:p>
    <w:p w14:paraId="3E1452D6" w14:textId="77777777" w:rsidR="00DB6560" w:rsidRPr="00B231F0" w:rsidRDefault="00DB6560" w:rsidP="00DB6560">
      <w:pPr>
        <w:numPr>
          <w:ilvl w:val="1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Platform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&amp; AI: Google Gemini/ChatGPT (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), Miro/Padlet (brainstorming),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Artivive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(AR).</w:t>
      </w:r>
    </w:p>
    <w:p w14:paraId="2CBABA61" w14:textId="77777777" w:rsidR="00DB6560" w:rsidRPr="00B231F0" w:rsidRDefault="00DB6560" w:rsidP="00DB6560">
      <w:pPr>
        <w:numPr>
          <w:ilvl w:val="1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Papan Tulis,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Plano, Sticky Notes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Idea Wall</w:t>
      </w:r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128CDE87" w14:textId="77777777" w:rsidR="00DB6560" w:rsidRPr="00B231F0" w:rsidRDefault="00DB6560" w:rsidP="00DB6560">
      <w:pPr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Sumber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Belajar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14198DD" w14:textId="77777777" w:rsidR="00DB6560" w:rsidRPr="00B231F0" w:rsidRDefault="00DB6560" w:rsidP="00DB6560">
      <w:pPr>
        <w:numPr>
          <w:ilvl w:val="1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/Modul Ajar DKV Fase E, Artikel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berita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0C923C7E" w14:textId="77777777" w:rsidR="00DB6560" w:rsidRPr="00B231F0" w:rsidRDefault="00DB6560" w:rsidP="00DB6560">
      <w:pPr>
        <w:numPr>
          <w:ilvl w:val="1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Industri: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Behance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Dribbble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, Pinterest (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: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Sustainable Design</w:t>
      </w:r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Environmental Campaign</w:t>
      </w:r>
      <w:r w:rsidRPr="00B231F0">
        <w:rPr>
          <w:rFonts w:ascii="Times New Roman" w:hAnsi="Times New Roman" w:cs="Times New Roman"/>
          <w:sz w:val="24"/>
          <w:szCs w:val="24"/>
        </w:rPr>
        <w:t>).</w:t>
      </w:r>
    </w:p>
    <w:p w14:paraId="612757F5" w14:textId="77777777" w:rsidR="00DB6560" w:rsidRPr="00B231F0" w:rsidRDefault="00DB6560" w:rsidP="00DB6560">
      <w:pPr>
        <w:numPr>
          <w:ilvl w:val="1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3D6635F5" w14:textId="77777777" w:rsidR="00DB6560" w:rsidRPr="00B231F0" w:rsidRDefault="00DB6560" w:rsidP="00DB6560">
      <w:pPr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Kemitraan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Pembelajaran:</w:t>
      </w:r>
    </w:p>
    <w:p w14:paraId="1530DDAF" w14:textId="77777777" w:rsidR="00DB6560" w:rsidRPr="00B231F0" w:rsidRDefault="00DB6560" w:rsidP="00DB6560">
      <w:pPr>
        <w:numPr>
          <w:ilvl w:val="1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>DUDI / Industri: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Percetakan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modern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ramah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).</w:t>
      </w:r>
    </w:p>
    <w:p w14:paraId="0EB548B6" w14:textId="77777777" w:rsidR="00DB6560" w:rsidRPr="00B231F0" w:rsidRDefault="00DB6560" w:rsidP="00DB6560">
      <w:pPr>
        <w:numPr>
          <w:ilvl w:val="1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Komunitas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231F0"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Hidup Sabang.</w:t>
      </w:r>
    </w:p>
    <w:p w14:paraId="5BB32231" w14:textId="77777777" w:rsidR="00DB6560" w:rsidRPr="00B231F0" w:rsidRDefault="00DB6560" w:rsidP="00DB6560">
      <w:pPr>
        <w:numPr>
          <w:ilvl w:val="1"/>
          <w:numId w:val="1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Lintas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Disiplin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231F0">
        <w:rPr>
          <w:rFonts w:ascii="Times New Roman" w:hAnsi="Times New Roman" w:cs="Times New Roman"/>
          <w:sz w:val="24"/>
          <w:szCs w:val="24"/>
        </w:rPr>
        <w:t xml:space="preserve"> Guru IPA (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limbah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&amp; Jejak Karbon), Guru IPS (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Ketenagakerjaan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), Guru TIK (IoT &amp; Cloud).</w:t>
      </w:r>
    </w:p>
    <w:p w14:paraId="00FFBC2B" w14:textId="77777777" w:rsidR="00017761" w:rsidRPr="0004335B" w:rsidRDefault="00000000" w:rsidP="00DB6560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335B">
        <w:rPr>
          <w:rFonts w:ascii="Times New Roman" w:hAnsi="Times New Roman" w:cs="Times New Roman"/>
          <w:color w:val="auto"/>
          <w:sz w:val="24"/>
          <w:szCs w:val="24"/>
        </w:rPr>
        <w:t>6. DIFERENSIASI PEMBELAJARAN</w:t>
      </w:r>
    </w:p>
    <w:p w14:paraId="1CF9A69E" w14:textId="77777777" w:rsidR="00DB6560" w:rsidRPr="00DB6560" w:rsidRDefault="00DB6560" w:rsidP="00DB6560">
      <w:pPr>
        <w:pStyle w:val="ListBulle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Diferensiasi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: Materi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kesiapan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rantai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pasok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digital modern).</w:t>
      </w:r>
    </w:p>
    <w:p w14:paraId="3079CAD3" w14:textId="77777777" w:rsidR="00DB6560" w:rsidRPr="00DB6560" w:rsidRDefault="00DB6560" w:rsidP="00DB6560">
      <w:pPr>
        <w:pStyle w:val="ListBulle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Diferensiasi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Proses: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butuh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didampingi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intensif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ideasi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berkemampuan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diarahkan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mengeplorasi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AR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Life Cycle Assessment yang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>.</w:t>
      </w:r>
    </w:p>
    <w:p w14:paraId="4B66C8CF" w14:textId="77777777" w:rsidR="00DB6560" w:rsidRPr="00DB6560" w:rsidRDefault="00DB6560" w:rsidP="00DB6560">
      <w:pPr>
        <w:pStyle w:val="ListBulle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Diferensiasi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: Hasil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set poster A3,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Instagram/TikTok,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prototipe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reusable,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AR.</w:t>
      </w:r>
    </w:p>
    <w:p w14:paraId="413283F7" w14:textId="77777777" w:rsidR="00DB6560" w:rsidRPr="00DB6560" w:rsidRDefault="00DB6560" w:rsidP="00DB6560">
      <w:pPr>
        <w:pStyle w:val="ListBulle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560">
        <w:rPr>
          <w:rFonts w:ascii="Times New Roman" w:hAnsi="Times New Roman" w:cs="Times New Roman"/>
          <w:sz w:val="24"/>
          <w:szCs w:val="24"/>
        </w:rPr>
        <w:lastRenderedPageBreak/>
        <w:t>Diferensiasi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studio DKV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co-working space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kolaboratif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Idea Wall dan Exhibition Corner,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dikombinasikan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B6560">
        <w:rPr>
          <w:rFonts w:ascii="Times New Roman" w:hAnsi="Times New Roman" w:cs="Times New Roman"/>
          <w:sz w:val="24"/>
          <w:szCs w:val="24"/>
        </w:rPr>
        <w:t xml:space="preserve"> LMS Google Classroom.</w:t>
      </w:r>
    </w:p>
    <w:p w14:paraId="03D48A6C" w14:textId="77777777" w:rsidR="00017761" w:rsidRPr="0004335B" w:rsidRDefault="00000000" w:rsidP="00DB6560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335B">
        <w:rPr>
          <w:rFonts w:ascii="Times New Roman" w:hAnsi="Times New Roman" w:cs="Times New Roman"/>
          <w:color w:val="auto"/>
          <w:sz w:val="24"/>
          <w:szCs w:val="24"/>
        </w:rPr>
        <w:t>7. PENGUATAN PROFIL LULUSAN</w:t>
      </w:r>
    </w:p>
    <w:p w14:paraId="5FADDEDE" w14:textId="77777777" w:rsidR="006C6076" w:rsidRPr="006C6076" w:rsidRDefault="006C6076" w:rsidP="006C6076">
      <w:pPr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Keimanan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Ketakwaan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kepada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Tuhan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YME &amp;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Berakhlak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Mulia: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6C6076">
        <w:rPr>
          <w:rFonts w:ascii="Times New Roman" w:hAnsi="Times New Roman" w:cs="Times New Roman"/>
          <w:sz w:val="24"/>
          <w:szCs w:val="24"/>
        </w:rPr>
        <w:t xml:space="preserve">rasa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ramah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>.</w:t>
      </w:r>
    </w:p>
    <w:p w14:paraId="2C4BDC2B" w14:textId="77777777" w:rsidR="006C6076" w:rsidRPr="006C6076" w:rsidRDefault="006C6076" w:rsidP="006C6076">
      <w:pPr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6076">
        <w:rPr>
          <w:rFonts w:ascii="Times New Roman" w:hAnsi="Times New Roman" w:cs="Times New Roman"/>
          <w:sz w:val="24"/>
          <w:szCs w:val="24"/>
        </w:rPr>
        <w:t>Kewargaan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(Global Citizenship):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pemanasan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global dan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ketenagakerjaan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DKV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global.</w:t>
      </w:r>
    </w:p>
    <w:p w14:paraId="754A1836" w14:textId="0A7F9DF3" w:rsidR="006C6076" w:rsidRPr="006C6076" w:rsidRDefault="006C6076" w:rsidP="006C6076">
      <w:pPr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6076">
        <w:rPr>
          <w:rFonts w:ascii="Times New Roman" w:hAnsi="Times New Roman" w:cs="Times New Roman"/>
          <w:sz w:val="24"/>
          <w:szCs w:val="24"/>
        </w:rPr>
        <w:t>Penalaran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ekologis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r w:rsidRPr="006C6076">
        <w:rPr>
          <w:rFonts w:ascii="Times New Roman" w:hAnsi="Times New Roman" w:cs="Times New Roman"/>
          <w:i/>
          <w:iCs/>
          <w:sz w:val="24"/>
          <w:szCs w:val="24"/>
        </w:rPr>
        <w:t>greenwashing</w:t>
      </w:r>
      <w:r w:rsidRPr="006C6076">
        <w:rPr>
          <w:rFonts w:ascii="Times New Roman" w:hAnsi="Times New Roman" w:cs="Times New Roman"/>
          <w:sz w:val="24"/>
          <w:szCs w:val="24"/>
        </w:rPr>
        <w:t>.</w:t>
      </w:r>
    </w:p>
    <w:p w14:paraId="368FD178" w14:textId="45397395" w:rsidR="006C6076" w:rsidRPr="006C6076" w:rsidRDefault="006C6076" w:rsidP="006C6076">
      <w:pPr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6076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Merekayasa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solutif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inovatif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daur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(</w:t>
      </w:r>
      <w:r w:rsidRPr="006C6076">
        <w:rPr>
          <w:rFonts w:ascii="Times New Roman" w:hAnsi="Times New Roman" w:cs="Times New Roman"/>
          <w:i/>
          <w:iCs/>
          <w:sz w:val="24"/>
          <w:szCs w:val="24"/>
        </w:rPr>
        <w:t>reuse/recycle</w:t>
      </w:r>
      <w:r w:rsidRPr="006C6076">
        <w:rPr>
          <w:rFonts w:ascii="Times New Roman" w:hAnsi="Times New Roman" w:cs="Times New Roman"/>
          <w:sz w:val="24"/>
          <w:szCs w:val="24"/>
        </w:rPr>
        <w:t>).</w:t>
      </w:r>
    </w:p>
    <w:p w14:paraId="4663BA31" w14:textId="127F8FC9" w:rsidR="006C6076" w:rsidRPr="006C6076" w:rsidRDefault="006C6076" w:rsidP="006C6076">
      <w:pPr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6076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mengeksekusi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>.</w:t>
      </w:r>
    </w:p>
    <w:p w14:paraId="7AEABC38" w14:textId="43CD4181" w:rsidR="006C6076" w:rsidRPr="006C6076" w:rsidRDefault="006C6076" w:rsidP="006C6076">
      <w:pPr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6076"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pengerjaan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>.</w:t>
      </w:r>
    </w:p>
    <w:p w14:paraId="1A43A90E" w14:textId="4F875AFC" w:rsidR="006C6076" w:rsidRPr="006C6076" w:rsidRDefault="006C6076" w:rsidP="006C6076">
      <w:pPr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6C6076">
        <w:rPr>
          <w:rFonts w:ascii="Times New Roman" w:hAnsi="Times New Roman" w:cs="Times New Roman"/>
          <w:sz w:val="24"/>
          <w:szCs w:val="24"/>
        </w:rPr>
        <w:t xml:space="preserve">Kesehatan: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ergonomic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mental/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>.</w:t>
      </w:r>
    </w:p>
    <w:p w14:paraId="30B9498A" w14:textId="1DFF945B" w:rsidR="006C6076" w:rsidRPr="006C6076" w:rsidRDefault="006C6076" w:rsidP="006C6076">
      <w:pPr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6076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visual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persuasif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76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6C6076">
        <w:rPr>
          <w:rFonts w:ascii="Times New Roman" w:hAnsi="Times New Roman" w:cs="Times New Roman"/>
          <w:sz w:val="24"/>
          <w:szCs w:val="24"/>
        </w:rPr>
        <w:t xml:space="preserve"> dan media DKV.</w:t>
      </w:r>
    </w:p>
    <w:p w14:paraId="086D6952" w14:textId="77777777" w:rsidR="00017761" w:rsidRPr="0004335B" w:rsidRDefault="00000000" w:rsidP="00DB6560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335B">
        <w:rPr>
          <w:rFonts w:ascii="Times New Roman" w:hAnsi="Times New Roman" w:cs="Times New Roman"/>
          <w:color w:val="auto"/>
          <w:sz w:val="24"/>
          <w:szCs w:val="24"/>
        </w:rPr>
        <w:t>8. RENCANA TINDAK LANJUT</w:t>
      </w:r>
    </w:p>
    <w:p w14:paraId="1B240EAA" w14:textId="77777777" w:rsidR="00071E5B" w:rsidRPr="00B231F0" w:rsidRDefault="00071E5B" w:rsidP="00071E5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>A. Remedial:</w:t>
      </w:r>
    </w:p>
    <w:p w14:paraId="51534DB9" w14:textId="77777777" w:rsidR="00071E5B" w:rsidRPr="00B231F0" w:rsidRDefault="00071E5B" w:rsidP="00071E5B">
      <w:pPr>
        <w:numPr>
          <w:ilvl w:val="0"/>
          <w:numId w:val="14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ketuntasan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minimal.</w:t>
      </w:r>
    </w:p>
    <w:p w14:paraId="03D9945E" w14:textId="77777777" w:rsidR="00071E5B" w:rsidRPr="00B231F0" w:rsidRDefault="00071E5B" w:rsidP="00071E5B">
      <w:pPr>
        <w:numPr>
          <w:ilvl w:val="0"/>
          <w:numId w:val="14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Penugasan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Life Cycle</w:t>
      </w:r>
      <w:r w:rsidRPr="00B231F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4D1D8BAD" w14:textId="77777777" w:rsidR="00071E5B" w:rsidRPr="00B231F0" w:rsidRDefault="00071E5B" w:rsidP="00071E5B">
      <w:pPr>
        <w:numPr>
          <w:ilvl w:val="0"/>
          <w:numId w:val="14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draf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guru.</w:t>
      </w:r>
    </w:p>
    <w:p w14:paraId="0184482A" w14:textId="77777777" w:rsidR="00071E5B" w:rsidRPr="00B231F0" w:rsidRDefault="00071E5B" w:rsidP="00071E5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Pengayaan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AD11E57" w14:textId="77777777" w:rsidR="00071E5B" w:rsidRPr="00B231F0" w:rsidRDefault="00071E5B" w:rsidP="00071E5B">
      <w:pPr>
        <w:numPr>
          <w:ilvl w:val="0"/>
          <w:numId w:val="15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Membimbing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mengunggah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platform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Behance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ArtStation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).</w:t>
      </w:r>
    </w:p>
    <w:p w14:paraId="5385DA74" w14:textId="77777777" w:rsidR="00071E5B" w:rsidRPr="00B231F0" w:rsidRDefault="00071E5B" w:rsidP="00071E5B">
      <w:pPr>
        <w:numPr>
          <w:ilvl w:val="0"/>
          <w:numId w:val="15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Mengintegrasikan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Augmented Reality</w:t>
      </w:r>
      <w:r w:rsidRPr="00B231F0">
        <w:rPr>
          <w:rFonts w:ascii="Times New Roman" w:hAnsi="Times New Roman" w:cs="Times New Roman"/>
          <w:sz w:val="24"/>
          <w:szCs w:val="24"/>
        </w:rPr>
        <w:t xml:space="preserve"> (AR)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Artivive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511A7A31" w14:textId="77777777" w:rsidR="00071E5B" w:rsidRPr="00B231F0" w:rsidRDefault="00071E5B" w:rsidP="00071E5B">
      <w:pPr>
        <w:numPr>
          <w:ilvl w:val="0"/>
          <w:numId w:val="15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Mengikutkan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pameran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lomba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bertema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7FCE92C6" w14:textId="77777777" w:rsidR="00071E5B" w:rsidRPr="00B231F0" w:rsidRDefault="00071E5B" w:rsidP="00071E5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Tindak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Lanjut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Guru:</w:t>
      </w:r>
    </w:p>
    <w:p w14:paraId="32E1A221" w14:textId="77777777" w:rsidR="00071E5B" w:rsidRPr="00B231F0" w:rsidRDefault="00071E5B" w:rsidP="00071E5B">
      <w:pPr>
        <w:numPr>
          <w:ilvl w:val="0"/>
          <w:numId w:val="16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PjBL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integrasi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Deep Learning</w:t>
      </w:r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15158A8E" w14:textId="77777777" w:rsidR="00071E5B" w:rsidRPr="00B231F0" w:rsidRDefault="00071E5B" w:rsidP="00071E5B">
      <w:pPr>
        <w:numPr>
          <w:ilvl w:val="0"/>
          <w:numId w:val="16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lastRenderedPageBreak/>
        <w:t>Memperbarui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DKV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terkini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Industri 4.0/5.0.</w:t>
      </w:r>
    </w:p>
    <w:p w14:paraId="767136C2" w14:textId="77777777" w:rsidR="00071E5B" w:rsidRPr="00B231F0" w:rsidRDefault="00071E5B" w:rsidP="00071E5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D.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Tindak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Lanjut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Peserta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Didik:</w:t>
      </w:r>
    </w:p>
    <w:p w14:paraId="704EB41F" w14:textId="77777777" w:rsidR="00071E5B" w:rsidRPr="00B231F0" w:rsidRDefault="00071E5B" w:rsidP="00071E5B">
      <w:pPr>
        <w:numPr>
          <w:ilvl w:val="0"/>
          <w:numId w:val="17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Google Drive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16610F03" w14:textId="77777777" w:rsidR="00071E5B" w:rsidRPr="00B231F0" w:rsidRDefault="00071E5B" w:rsidP="00071E5B">
      <w:pPr>
        <w:numPr>
          <w:ilvl w:val="0"/>
          <w:numId w:val="17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green design</w:t>
      </w:r>
      <w:r w:rsidRPr="00B231F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elemen-elemen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5C668340" w14:textId="77777777" w:rsidR="00017761" w:rsidRDefault="00000000" w:rsidP="00071E5B">
      <w:pPr>
        <w:pStyle w:val="Heading1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4335B">
        <w:rPr>
          <w:rFonts w:ascii="Times New Roman" w:hAnsi="Times New Roman" w:cs="Times New Roman"/>
          <w:color w:val="auto"/>
          <w:sz w:val="24"/>
          <w:szCs w:val="24"/>
        </w:rPr>
        <w:t>LAMPIRAN A. LANGKAH-LANGKAH PEMBELAJARAN</w:t>
      </w:r>
    </w:p>
    <w:p w14:paraId="5F3BAB26" w14:textId="77777777" w:rsidR="00071E5B" w:rsidRPr="00071E5B" w:rsidRDefault="00071E5B" w:rsidP="00071E5B"/>
    <w:p w14:paraId="32C92CFF" w14:textId="77777777" w:rsidR="00071E5B" w:rsidRPr="00B231F0" w:rsidRDefault="00071E5B" w:rsidP="0013762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KEGIATAN AWAL PEMBELAJARAN (4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@ 15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Menit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AD00AFA" w14:textId="77777777" w:rsidR="00071E5B" w:rsidRPr="00B231F0" w:rsidRDefault="00071E5B" w:rsidP="0013762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1: "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Orientasi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&amp; Isu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Lingkungan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DKV"</w:t>
      </w:r>
    </w:p>
    <w:p w14:paraId="4A41F894" w14:textId="77777777" w:rsidR="00071E5B" w:rsidRPr="00B231F0" w:rsidRDefault="00071E5B" w:rsidP="00071E5B">
      <w:pPr>
        <w:numPr>
          <w:ilvl w:val="0"/>
          <w:numId w:val="18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>Tujuan: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Mengorientasikan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keterkaitan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DKV,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pemanasan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global.</w:t>
      </w:r>
    </w:p>
    <w:p w14:paraId="5FEA24FF" w14:textId="77777777" w:rsidR="00071E5B" w:rsidRPr="00B231F0" w:rsidRDefault="00071E5B" w:rsidP="00071E5B">
      <w:pPr>
        <w:numPr>
          <w:ilvl w:val="0"/>
          <w:numId w:val="18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>Langkah-langkah:</w:t>
      </w:r>
    </w:p>
    <w:p w14:paraId="349A45AC" w14:textId="77777777" w:rsidR="00071E5B" w:rsidRPr="00B231F0" w:rsidRDefault="00071E5B" w:rsidP="00071E5B">
      <w:pPr>
        <w:numPr>
          <w:ilvl w:val="1"/>
          <w:numId w:val="18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menyapa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memandu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berdoa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mengajak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STOP (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Mindful</w:t>
      </w:r>
      <w:r w:rsidRPr="00B231F0">
        <w:rPr>
          <w:rFonts w:ascii="Times New Roman" w:hAnsi="Times New Roman" w:cs="Times New Roman"/>
          <w:sz w:val="24"/>
          <w:szCs w:val="24"/>
        </w:rPr>
        <w:t>).</w:t>
      </w:r>
    </w:p>
    <w:p w14:paraId="1D6F94B4" w14:textId="77777777" w:rsidR="00071E5B" w:rsidRPr="00B231F0" w:rsidRDefault="00071E5B" w:rsidP="00071E5B">
      <w:pPr>
        <w:numPr>
          <w:ilvl w:val="1"/>
          <w:numId w:val="18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tumpukan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plastik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visual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memantik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: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Sebagai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perancang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visual,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tanggung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jawab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desain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berakhir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sampah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>?"</w:t>
      </w:r>
    </w:p>
    <w:p w14:paraId="5CA8803A" w14:textId="77777777" w:rsidR="00071E5B" w:rsidRPr="00B231F0" w:rsidRDefault="00071E5B" w:rsidP="00071E5B">
      <w:pPr>
        <w:numPr>
          <w:ilvl w:val="1"/>
          <w:numId w:val="18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Memutar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inspiratif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Green Design</w:t>
      </w:r>
      <w:r w:rsidRPr="00B231F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"Desain Daur Ulang".</w:t>
      </w:r>
    </w:p>
    <w:p w14:paraId="474C0BCF" w14:textId="77777777" w:rsidR="00071E5B" w:rsidRPr="00B231F0" w:rsidRDefault="00071E5B" w:rsidP="0013762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2: "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Evolusi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Teknologi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Konvensional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ke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Industri 4.0 &amp; IoT"</w:t>
      </w:r>
    </w:p>
    <w:p w14:paraId="4B6DDCC4" w14:textId="77777777" w:rsidR="00071E5B" w:rsidRPr="00B231F0" w:rsidRDefault="00071E5B" w:rsidP="00071E5B">
      <w:pPr>
        <w:numPr>
          <w:ilvl w:val="0"/>
          <w:numId w:val="19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>Tujuan: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pergeseran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jejak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karbon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digital.</w:t>
      </w:r>
    </w:p>
    <w:p w14:paraId="50BB1981" w14:textId="77777777" w:rsidR="00071E5B" w:rsidRPr="00B231F0" w:rsidRDefault="00071E5B" w:rsidP="00071E5B">
      <w:pPr>
        <w:numPr>
          <w:ilvl w:val="0"/>
          <w:numId w:val="19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>Langkah-langkah:</w:t>
      </w:r>
    </w:p>
    <w:p w14:paraId="34CE3C96" w14:textId="77777777" w:rsidR="00071E5B" w:rsidRPr="00B231F0" w:rsidRDefault="00071E5B" w:rsidP="00071E5B">
      <w:pPr>
        <w:numPr>
          <w:ilvl w:val="1"/>
          <w:numId w:val="19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komparasi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poster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saring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digital &amp;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QR/IoT.</w:t>
      </w:r>
    </w:p>
    <w:p w14:paraId="66F70E59" w14:textId="77777777" w:rsidR="00071E5B" w:rsidRPr="00B231F0" w:rsidRDefault="00071E5B" w:rsidP="00071E5B">
      <w:pPr>
        <w:numPr>
          <w:ilvl w:val="1"/>
          <w:numId w:val="19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kuis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(Kahoot/Quizizz)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Industri 4.0, IoT, dan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Digital Carbon Footprint</w:t>
      </w:r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2EEE4D97" w14:textId="77777777" w:rsidR="00071E5B" w:rsidRDefault="00071E5B" w:rsidP="00071E5B">
      <w:pPr>
        <w:numPr>
          <w:ilvl w:val="1"/>
          <w:numId w:val="19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mengaitkan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ketenagakerjaan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630C0808" w14:textId="77777777" w:rsidR="00BE4597" w:rsidRDefault="00BE4597" w:rsidP="00BE4597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</w:p>
    <w:p w14:paraId="26F26C32" w14:textId="77777777" w:rsidR="00BE4597" w:rsidRDefault="00BE4597" w:rsidP="00BE4597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</w:p>
    <w:p w14:paraId="13133B68" w14:textId="77777777" w:rsidR="00BE4597" w:rsidRPr="00B231F0" w:rsidRDefault="00BE4597" w:rsidP="00BE4597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</w:p>
    <w:p w14:paraId="07236ADB" w14:textId="77777777" w:rsidR="00071E5B" w:rsidRPr="00B231F0" w:rsidRDefault="00071E5B" w:rsidP="0013762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lastRenderedPageBreak/>
        <w:t>Pertemuan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3: "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Observasi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Masalah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Penentuan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Pokok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"</w:t>
      </w:r>
    </w:p>
    <w:p w14:paraId="74C71498" w14:textId="77777777" w:rsidR="00071E5B" w:rsidRPr="00B231F0" w:rsidRDefault="00071E5B" w:rsidP="00071E5B">
      <w:pPr>
        <w:numPr>
          <w:ilvl w:val="0"/>
          <w:numId w:val="20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>Tujuan: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limbah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visual/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146DFE89" w14:textId="77777777" w:rsidR="00071E5B" w:rsidRPr="00B231F0" w:rsidRDefault="00071E5B" w:rsidP="00071E5B">
      <w:pPr>
        <w:numPr>
          <w:ilvl w:val="0"/>
          <w:numId w:val="20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>Langkah-langkah:</w:t>
      </w:r>
    </w:p>
    <w:p w14:paraId="5ACA9639" w14:textId="77777777" w:rsidR="00071E5B" w:rsidRPr="00B231F0" w:rsidRDefault="00071E5B" w:rsidP="00071E5B">
      <w:pPr>
        <w:numPr>
          <w:ilvl w:val="1"/>
          <w:numId w:val="20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diajak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mengobservasi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area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memotret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terbanyak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botol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plastik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dll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).</w:t>
      </w:r>
    </w:p>
    <w:p w14:paraId="28F1FB59" w14:textId="77777777" w:rsidR="00071E5B" w:rsidRPr="00B231F0" w:rsidRDefault="00071E5B" w:rsidP="00071E5B">
      <w:pPr>
        <w:numPr>
          <w:ilvl w:val="1"/>
          <w:numId w:val="20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"Desain Daur Ulang".</w:t>
      </w:r>
    </w:p>
    <w:p w14:paraId="66445BB9" w14:textId="77777777" w:rsidR="00071E5B" w:rsidRPr="00B231F0" w:rsidRDefault="00071E5B" w:rsidP="00071E5B">
      <w:pPr>
        <w:numPr>
          <w:ilvl w:val="1"/>
          <w:numId w:val="20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Menumbuhkan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: Karya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dipublikasikan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di media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677FB29A" w14:textId="77777777" w:rsidR="00071E5B" w:rsidRPr="00B231F0" w:rsidRDefault="00071E5B" w:rsidP="0013762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4: "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Perencanaan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Manajemen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Tim Kreatif"</w:t>
      </w:r>
    </w:p>
    <w:p w14:paraId="28F3BB74" w14:textId="77777777" w:rsidR="00071E5B" w:rsidRPr="00B231F0" w:rsidRDefault="00071E5B" w:rsidP="00071E5B">
      <w:pPr>
        <w:numPr>
          <w:ilvl w:val="0"/>
          <w:numId w:val="2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>Tujuan:</w:t>
      </w:r>
      <w:r w:rsidRPr="00B231F0">
        <w:rPr>
          <w:rFonts w:ascii="Times New Roman" w:hAnsi="Times New Roman" w:cs="Times New Roman"/>
          <w:sz w:val="24"/>
          <w:szCs w:val="24"/>
        </w:rPr>
        <w:t xml:space="preserve"> Menyusun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296B0E22" w14:textId="77777777" w:rsidR="00071E5B" w:rsidRPr="00B231F0" w:rsidRDefault="00071E5B" w:rsidP="00071E5B">
      <w:pPr>
        <w:numPr>
          <w:ilvl w:val="0"/>
          <w:numId w:val="2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>Langkah-langkah:</w:t>
      </w:r>
    </w:p>
    <w:p w14:paraId="0B0A02A6" w14:textId="77777777" w:rsidR="00071E5B" w:rsidRPr="00B231F0" w:rsidRDefault="00071E5B" w:rsidP="00071E5B">
      <w:pPr>
        <w:numPr>
          <w:ilvl w:val="1"/>
          <w:numId w:val="2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memperlihatkan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timeline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DKV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1A145B0C" w14:textId="77777777" w:rsidR="00071E5B" w:rsidRPr="00B231F0" w:rsidRDefault="00071E5B" w:rsidP="00071E5B">
      <w:pPr>
        <w:numPr>
          <w:ilvl w:val="1"/>
          <w:numId w:val="2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(Art Director, Copywriter, Graphic Designer, Researcher).</w:t>
      </w:r>
    </w:p>
    <w:p w14:paraId="19F58C71" w14:textId="77777777" w:rsidR="00071E5B" w:rsidRPr="00B231F0" w:rsidRDefault="00071E5B" w:rsidP="00071E5B">
      <w:pPr>
        <w:numPr>
          <w:ilvl w:val="1"/>
          <w:numId w:val="2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Memutar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musik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instrumental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kondusif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7C197D8D" w14:textId="77777777" w:rsidR="00071E5B" w:rsidRPr="00B231F0" w:rsidRDefault="00071E5B" w:rsidP="0013762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KEGIATAN INTI PEMBELAJARAN (Model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- 4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@ 75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Menit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8F27465" w14:textId="77777777" w:rsidR="00071E5B" w:rsidRPr="00B231F0" w:rsidRDefault="00071E5B" w:rsidP="0013762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Mendasar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Perencanaan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Memahami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8682F5F" w14:textId="77777777" w:rsidR="00071E5B" w:rsidRPr="00B231F0" w:rsidRDefault="00071E5B" w:rsidP="00071E5B">
      <w:pPr>
        <w:numPr>
          <w:ilvl w:val="0"/>
          <w:numId w:val="2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Menentukan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Mendasar</w:t>
      </w:r>
      <w:proofErr w:type="spellEnd"/>
    </w:p>
    <w:p w14:paraId="1FEDF98C" w14:textId="77777777" w:rsidR="00071E5B" w:rsidRPr="00B231F0" w:rsidRDefault="00071E5B" w:rsidP="00071E5B">
      <w:pPr>
        <w:numPr>
          <w:ilvl w:val="1"/>
          <w:numId w:val="2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: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Bagaimana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dapat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menekan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volume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sampah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plastik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sekolah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melalui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kampanye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 xml:space="preserve"> 'Desain Daur Ulang' yang </w:t>
      </w:r>
      <w:proofErr w:type="spellStart"/>
      <w:r w:rsidRPr="00B231F0">
        <w:rPr>
          <w:rFonts w:ascii="Times New Roman" w:hAnsi="Times New Roman" w:cs="Times New Roman"/>
          <w:i/>
          <w:iCs/>
          <w:sz w:val="24"/>
          <w:szCs w:val="24"/>
        </w:rPr>
        <w:t>persuasif</w:t>
      </w:r>
      <w:proofErr w:type="spellEnd"/>
      <w:r w:rsidRPr="00B231F0">
        <w:rPr>
          <w:rFonts w:ascii="Times New Roman" w:hAnsi="Times New Roman" w:cs="Times New Roman"/>
          <w:i/>
          <w:iCs/>
          <w:sz w:val="24"/>
          <w:szCs w:val="24"/>
        </w:rPr>
        <w:t>?"</w:t>
      </w:r>
    </w:p>
    <w:p w14:paraId="078B45E1" w14:textId="77777777" w:rsidR="00071E5B" w:rsidRPr="00B231F0" w:rsidRDefault="00071E5B" w:rsidP="00071E5B">
      <w:pPr>
        <w:numPr>
          <w:ilvl w:val="1"/>
          <w:numId w:val="2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berdiskusi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Think-Pair-Share</w:t>
      </w:r>
      <w:r w:rsidRPr="00B231F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target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audiens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media.</w:t>
      </w:r>
    </w:p>
    <w:p w14:paraId="0504904C" w14:textId="77777777" w:rsidR="00071E5B" w:rsidRPr="00B231F0" w:rsidRDefault="00071E5B" w:rsidP="00071E5B">
      <w:pPr>
        <w:numPr>
          <w:ilvl w:val="0"/>
          <w:numId w:val="2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Mendesain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Perencanaan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</w:p>
    <w:p w14:paraId="1B2078FF" w14:textId="77777777" w:rsidR="00071E5B" w:rsidRPr="00B231F0" w:rsidRDefault="00071E5B" w:rsidP="00071E5B">
      <w:pPr>
        <w:numPr>
          <w:ilvl w:val="1"/>
          <w:numId w:val="2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mind map</w:t>
      </w:r>
      <w:r w:rsidRPr="00B231F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plano/Miro yang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: Tujuan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Output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(poster/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medsos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stiker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daur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),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47CE89C1" w14:textId="77777777" w:rsidR="00071E5B" w:rsidRDefault="00071E5B" w:rsidP="00071E5B">
      <w:pPr>
        <w:numPr>
          <w:ilvl w:val="1"/>
          <w:numId w:val="22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Gallery Walk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sticky note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apresiasi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09AE444D" w14:textId="77777777" w:rsidR="00BE4597" w:rsidRDefault="00BE4597" w:rsidP="00BE4597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</w:p>
    <w:p w14:paraId="0B2F6CE0" w14:textId="77777777" w:rsidR="00BE4597" w:rsidRDefault="00BE4597" w:rsidP="00BE4597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</w:p>
    <w:p w14:paraId="36629002" w14:textId="77777777" w:rsidR="00BE4597" w:rsidRDefault="00BE4597" w:rsidP="00BE4597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</w:p>
    <w:p w14:paraId="4999B1D9" w14:textId="77777777" w:rsidR="00BE4597" w:rsidRPr="00B231F0" w:rsidRDefault="00BE4597" w:rsidP="00BE4597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</w:p>
    <w:p w14:paraId="59879704" w14:textId="77777777" w:rsidR="00071E5B" w:rsidRPr="00B231F0" w:rsidRDefault="00071E5B" w:rsidP="0013762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2: Menyusun Jadwal &amp; Riset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Mendalam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Mengaplikasi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1B94F7E" w14:textId="77777777" w:rsidR="00071E5B" w:rsidRPr="00B231F0" w:rsidRDefault="00071E5B" w:rsidP="00071E5B">
      <w:pPr>
        <w:numPr>
          <w:ilvl w:val="0"/>
          <w:numId w:val="2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3: Menyusun Jadwal (Create Schedule)</w:t>
      </w:r>
    </w:p>
    <w:p w14:paraId="7D2B62D8" w14:textId="77777777" w:rsidR="00071E5B" w:rsidRPr="00B231F0" w:rsidRDefault="00071E5B" w:rsidP="00071E5B">
      <w:pPr>
        <w:numPr>
          <w:ilvl w:val="1"/>
          <w:numId w:val="2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linimasa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penanggung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tenggat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dan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checklist</w:t>
      </w:r>
      <w:r w:rsidRPr="00B231F0">
        <w:rPr>
          <w:rFonts w:ascii="Times New Roman" w:hAnsi="Times New Roman" w:cs="Times New Roman"/>
          <w:sz w:val="24"/>
          <w:szCs w:val="24"/>
        </w:rPr>
        <w:t xml:space="preserve"> material).</w:t>
      </w:r>
    </w:p>
    <w:p w14:paraId="047C0304" w14:textId="77777777" w:rsidR="00071E5B" w:rsidRPr="00B231F0" w:rsidRDefault="00071E5B" w:rsidP="00071E5B">
      <w:pPr>
        <w:numPr>
          <w:ilvl w:val="0"/>
          <w:numId w:val="2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Memantau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Kemajuan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(Monitor Progress - Sesi Riset)</w:t>
      </w:r>
    </w:p>
    <w:p w14:paraId="248C5E63" w14:textId="77777777" w:rsidR="00071E5B" w:rsidRPr="00B231F0" w:rsidRDefault="00071E5B" w:rsidP="00071E5B">
      <w:pPr>
        <w:numPr>
          <w:ilvl w:val="1"/>
          <w:numId w:val="2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visual di Pinterest/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Behance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fakta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Life Cycle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380DBCB4" w14:textId="77777777" w:rsidR="00071E5B" w:rsidRPr="00B231F0" w:rsidRDefault="00071E5B" w:rsidP="00071E5B">
      <w:pPr>
        <w:numPr>
          <w:ilvl w:val="1"/>
          <w:numId w:val="23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memvalidasi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kesesuaian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ramah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020D1CD6" w14:textId="77777777" w:rsidR="00071E5B" w:rsidRPr="00B231F0" w:rsidRDefault="00071E5B" w:rsidP="0013762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Eksekusi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Produksi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Bimbingan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Kreatif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Mengaplikasi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C17F03E" w14:textId="77777777" w:rsidR="00071E5B" w:rsidRPr="00B231F0" w:rsidRDefault="00071E5B" w:rsidP="00071E5B">
      <w:pPr>
        <w:numPr>
          <w:ilvl w:val="0"/>
          <w:numId w:val="24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Memantau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Kemajuan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(Sesi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Eksekusi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Digital)</w:t>
      </w:r>
    </w:p>
    <w:p w14:paraId="4D6864B3" w14:textId="77777777" w:rsidR="00071E5B" w:rsidRPr="00B231F0" w:rsidRDefault="00071E5B" w:rsidP="00071E5B">
      <w:pPr>
        <w:numPr>
          <w:ilvl w:val="1"/>
          <w:numId w:val="24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mengesekusi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(Canva, Figma, Adobe Illustrator/Photoshop).</w:t>
      </w:r>
    </w:p>
    <w:p w14:paraId="38EC0045" w14:textId="77777777" w:rsidR="00071E5B" w:rsidRPr="00B231F0" w:rsidRDefault="00071E5B" w:rsidP="00071E5B">
      <w:pPr>
        <w:numPr>
          <w:ilvl w:val="1"/>
          <w:numId w:val="24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bertindak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Art Director</w:t>
      </w:r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pada tata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letak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(layout),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visual,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keterbacaan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tipografi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hemat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tinta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50D3175B" w14:textId="77777777" w:rsidR="00071E5B" w:rsidRPr="00B231F0" w:rsidRDefault="00071E5B" w:rsidP="00071E5B">
      <w:pPr>
        <w:numPr>
          <w:ilvl w:val="1"/>
          <w:numId w:val="24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Peer Review</w:t>
      </w:r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sekelas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saran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visual.</w:t>
      </w:r>
    </w:p>
    <w:p w14:paraId="4D33D20D" w14:textId="77777777" w:rsidR="00071E5B" w:rsidRPr="00B231F0" w:rsidRDefault="00071E5B" w:rsidP="0013762B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Finalisasi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Presentasi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Evaluasi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Mengaplikasi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Merefleksi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80E2E50" w14:textId="77777777" w:rsidR="00071E5B" w:rsidRPr="00B231F0" w:rsidRDefault="00071E5B" w:rsidP="00071E5B">
      <w:pPr>
        <w:numPr>
          <w:ilvl w:val="0"/>
          <w:numId w:val="25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5: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Menguji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Hasil (Assess Outcome)</w:t>
      </w:r>
    </w:p>
    <w:p w14:paraId="33139AFD" w14:textId="77777777" w:rsidR="00071E5B" w:rsidRPr="00B231F0" w:rsidRDefault="00071E5B" w:rsidP="00071E5B">
      <w:pPr>
        <w:numPr>
          <w:ilvl w:val="1"/>
          <w:numId w:val="25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menyempurnakan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r w:rsidRPr="00B231F0">
        <w:rPr>
          <w:rFonts w:ascii="Times New Roman" w:hAnsi="Times New Roman" w:cs="Times New Roman"/>
          <w:i/>
          <w:iCs/>
          <w:sz w:val="24"/>
          <w:szCs w:val="24"/>
        </w:rPr>
        <w:t>peer review</w:t>
      </w:r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122DB348" w14:textId="77777777" w:rsidR="00071E5B" w:rsidRPr="00B231F0" w:rsidRDefault="00071E5B" w:rsidP="00071E5B">
      <w:pPr>
        <w:numPr>
          <w:ilvl w:val="1"/>
          <w:numId w:val="25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mempresentasikan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proposal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(3-5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) di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panelis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>.</w:t>
      </w:r>
    </w:p>
    <w:p w14:paraId="7E437CB0" w14:textId="77777777" w:rsidR="00071E5B" w:rsidRPr="00B231F0" w:rsidRDefault="00071E5B" w:rsidP="00071E5B">
      <w:pPr>
        <w:numPr>
          <w:ilvl w:val="0"/>
          <w:numId w:val="25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6: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Mengevaluasi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b/>
          <w:bCs/>
          <w:sz w:val="24"/>
          <w:szCs w:val="24"/>
        </w:rPr>
        <w:t>Pengalaman</w:t>
      </w:r>
      <w:proofErr w:type="spellEnd"/>
      <w:r w:rsidRPr="00B231F0">
        <w:rPr>
          <w:rFonts w:ascii="Times New Roman" w:hAnsi="Times New Roman" w:cs="Times New Roman"/>
          <w:b/>
          <w:bCs/>
          <w:sz w:val="24"/>
          <w:szCs w:val="24"/>
        </w:rPr>
        <w:t xml:space="preserve"> (Evaluate Experience)</w:t>
      </w:r>
    </w:p>
    <w:p w14:paraId="7E135A3A" w14:textId="77777777" w:rsidR="00071E5B" w:rsidRPr="00B231F0" w:rsidRDefault="00071E5B" w:rsidP="00071E5B">
      <w:pPr>
        <w:numPr>
          <w:ilvl w:val="1"/>
          <w:numId w:val="25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B231F0">
        <w:rPr>
          <w:rFonts w:ascii="Times New Roman" w:hAnsi="Times New Roman" w:cs="Times New Roman"/>
          <w:sz w:val="24"/>
          <w:szCs w:val="24"/>
        </w:rPr>
        <w:t xml:space="preserve">Guru dan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mendiskusikan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ideasi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1F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B231F0">
        <w:rPr>
          <w:rFonts w:ascii="Times New Roman" w:hAnsi="Times New Roman" w:cs="Times New Roman"/>
          <w:sz w:val="24"/>
          <w:szCs w:val="24"/>
        </w:rPr>
        <w:t xml:space="preserve"> digital.</w:t>
      </w:r>
    </w:p>
    <w:p w14:paraId="081DDC26" w14:textId="2547B6B9" w:rsidR="00017761" w:rsidRDefault="00017761" w:rsidP="00071E5B">
      <w:pPr>
        <w:pStyle w:val="Heading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36443" w14:textId="77777777" w:rsidR="00BE4597" w:rsidRPr="00BE4597" w:rsidRDefault="00BE4597" w:rsidP="00BE4597"/>
    <w:sectPr w:rsidR="00BE4597" w:rsidRPr="00BE4597" w:rsidSect="00034616"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7D8FD" w14:textId="77777777" w:rsidR="0066135C" w:rsidRDefault="0066135C">
      <w:pPr>
        <w:spacing w:after="0" w:line="240" w:lineRule="auto"/>
      </w:pPr>
      <w:r>
        <w:separator/>
      </w:r>
    </w:p>
  </w:endnote>
  <w:endnote w:type="continuationSeparator" w:id="0">
    <w:p w14:paraId="7009DA02" w14:textId="77777777" w:rsidR="0066135C" w:rsidRDefault="00661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FE13" w14:textId="77777777" w:rsidR="00017761" w:rsidRDefault="00000000">
    <w:pPr>
      <w:pStyle w:val="Footer"/>
      <w:jc w:val="center"/>
    </w:pPr>
    <w:r>
      <w:t xml:space="preserve">SMK Negeri 1 Sabang | Desain </w:t>
    </w:r>
    <w:proofErr w:type="spellStart"/>
    <w:r>
      <w:t>Komunikasi</w:t>
    </w:r>
    <w:proofErr w:type="spellEnd"/>
    <w:r>
      <w:t xml:space="preserve"> Visual | </w:t>
    </w:r>
    <w:proofErr w:type="spellStart"/>
    <w:r>
      <w:t>Elemen</w:t>
    </w:r>
    <w:proofErr w:type="spellEnd"/>
    <w:r>
      <w:t xml:space="preserve"> 2 – Proses </w:t>
    </w:r>
    <w:proofErr w:type="spellStart"/>
    <w:r>
      <w:t>Bisnis</w:t>
    </w:r>
    <w:proofErr w:type="spellEnd"/>
    <w:r>
      <w:t xml:space="preserve"> </w:t>
    </w:r>
    <w:proofErr w:type="spellStart"/>
    <w:r>
      <w:t>Berbagai</w:t>
    </w:r>
    <w:proofErr w:type="spellEnd"/>
    <w:r>
      <w:t xml:space="preserve"> Industri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8CF8D" w14:textId="77777777" w:rsidR="0066135C" w:rsidRDefault="0066135C">
      <w:pPr>
        <w:spacing w:after="0" w:line="240" w:lineRule="auto"/>
      </w:pPr>
      <w:r>
        <w:separator/>
      </w:r>
    </w:p>
  </w:footnote>
  <w:footnote w:type="continuationSeparator" w:id="0">
    <w:p w14:paraId="1A68732D" w14:textId="77777777" w:rsidR="0066135C" w:rsidRDefault="00661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A266A2"/>
    <w:multiLevelType w:val="multilevel"/>
    <w:tmpl w:val="2FBA3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C2496D"/>
    <w:multiLevelType w:val="multilevel"/>
    <w:tmpl w:val="2230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7228CC"/>
    <w:multiLevelType w:val="multilevel"/>
    <w:tmpl w:val="CF2C7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3810AE"/>
    <w:multiLevelType w:val="multilevel"/>
    <w:tmpl w:val="0A42E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931FC0"/>
    <w:multiLevelType w:val="multilevel"/>
    <w:tmpl w:val="A616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005174"/>
    <w:multiLevelType w:val="multilevel"/>
    <w:tmpl w:val="281E4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600BEC"/>
    <w:multiLevelType w:val="multilevel"/>
    <w:tmpl w:val="40BA9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2F6EB2"/>
    <w:multiLevelType w:val="multilevel"/>
    <w:tmpl w:val="E2F6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E26A41"/>
    <w:multiLevelType w:val="multilevel"/>
    <w:tmpl w:val="0BFE6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D55199"/>
    <w:multiLevelType w:val="multilevel"/>
    <w:tmpl w:val="26D66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AC7234"/>
    <w:multiLevelType w:val="multilevel"/>
    <w:tmpl w:val="0BDE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B220F8"/>
    <w:multiLevelType w:val="multilevel"/>
    <w:tmpl w:val="DEBA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2004D0"/>
    <w:multiLevelType w:val="multilevel"/>
    <w:tmpl w:val="91DE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C01114"/>
    <w:multiLevelType w:val="multilevel"/>
    <w:tmpl w:val="A98A9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626996"/>
    <w:multiLevelType w:val="multilevel"/>
    <w:tmpl w:val="E252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C23037"/>
    <w:multiLevelType w:val="multilevel"/>
    <w:tmpl w:val="F2B4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1582480">
    <w:abstractNumId w:val="8"/>
  </w:num>
  <w:num w:numId="2" w16cid:durableId="1208420490">
    <w:abstractNumId w:val="6"/>
  </w:num>
  <w:num w:numId="3" w16cid:durableId="1393768864">
    <w:abstractNumId w:val="5"/>
  </w:num>
  <w:num w:numId="4" w16cid:durableId="1192451281">
    <w:abstractNumId w:val="4"/>
  </w:num>
  <w:num w:numId="5" w16cid:durableId="95103681">
    <w:abstractNumId w:val="7"/>
  </w:num>
  <w:num w:numId="6" w16cid:durableId="1663508649">
    <w:abstractNumId w:val="3"/>
  </w:num>
  <w:num w:numId="7" w16cid:durableId="1357193100">
    <w:abstractNumId w:val="2"/>
  </w:num>
  <w:num w:numId="8" w16cid:durableId="1196163087">
    <w:abstractNumId w:val="1"/>
  </w:num>
  <w:num w:numId="9" w16cid:durableId="930695491">
    <w:abstractNumId w:val="0"/>
  </w:num>
  <w:num w:numId="10" w16cid:durableId="1889681847">
    <w:abstractNumId w:val="20"/>
  </w:num>
  <w:num w:numId="11" w16cid:durableId="590505124">
    <w:abstractNumId w:val="17"/>
  </w:num>
  <w:num w:numId="12" w16cid:durableId="1069617562">
    <w:abstractNumId w:val="12"/>
  </w:num>
  <w:num w:numId="13" w16cid:durableId="166790124">
    <w:abstractNumId w:val="10"/>
  </w:num>
  <w:num w:numId="14" w16cid:durableId="935865175">
    <w:abstractNumId w:val="14"/>
  </w:num>
  <w:num w:numId="15" w16cid:durableId="1353258744">
    <w:abstractNumId w:val="24"/>
  </w:num>
  <w:num w:numId="16" w16cid:durableId="1781487429">
    <w:abstractNumId w:val="22"/>
  </w:num>
  <w:num w:numId="17" w16cid:durableId="1146359732">
    <w:abstractNumId w:val="16"/>
  </w:num>
  <w:num w:numId="18" w16cid:durableId="1376656677">
    <w:abstractNumId w:val="13"/>
  </w:num>
  <w:num w:numId="19" w16cid:durableId="1715036895">
    <w:abstractNumId w:val="21"/>
  </w:num>
  <w:num w:numId="20" w16cid:durableId="1941063885">
    <w:abstractNumId w:val="18"/>
  </w:num>
  <w:num w:numId="21" w16cid:durableId="1699620679">
    <w:abstractNumId w:val="15"/>
  </w:num>
  <w:num w:numId="22" w16cid:durableId="1536848779">
    <w:abstractNumId w:val="11"/>
  </w:num>
  <w:num w:numId="23" w16cid:durableId="1210843679">
    <w:abstractNumId w:val="23"/>
  </w:num>
  <w:num w:numId="24" w16cid:durableId="1580014681">
    <w:abstractNumId w:val="9"/>
  </w:num>
  <w:num w:numId="25" w16cid:durableId="509247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761"/>
    <w:rsid w:val="00034616"/>
    <w:rsid w:val="0004335B"/>
    <w:rsid w:val="00057041"/>
    <w:rsid w:val="0006063C"/>
    <w:rsid w:val="00071E5B"/>
    <w:rsid w:val="0015074B"/>
    <w:rsid w:val="001534BC"/>
    <w:rsid w:val="00215A0A"/>
    <w:rsid w:val="0029639D"/>
    <w:rsid w:val="00326F90"/>
    <w:rsid w:val="006077BC"/>
    <w:rsid w:val="0066135C"/>
    <w:rsid w:val="006C6076"/>
    <w:rsid w:val="007123FE"/>
    <w:rsid w:val="007433C4"/>
    <w:rsid w:val="00AA1D8D"/>
    <w:rsid w:val="00B47730"/>
    <w:rsid w:val="00BE4597"/>
    <w:rsid w:val="00CB0664"/>
    <w:rsid w:val="00CC1D9D"/>
    <w:rsid w:val="00DB6560"/>
    <w:rsid w:val="00EA4D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E9AE0"/>
  <w14:defaultImageDpi w14:val="300"/>
  <w15:docId w15:val="{B5824E00-6033-4FF7-BE43-6B0C0884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1938</Words>
  <Characters>11048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Cut Wilda Farmi</cp:lastModifiedBy>
  <cp:revision>7</cp:revision>
  <dcterms:created xsi:type="dcterms:W3CDTF">2026-09-11T14:28:00Z</dcterms:created>
  <dcterms:modified xsi:type="dcterms:W3CDTF">2026-09-11T14:43:00Z</dcterms:modified>
  <cp:category/>
</cp:coreProperties>
</file>