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DEC" w:rsidRPr="003916AC" w:rsidRDefault="003916AC">
      <w:pPr>
        <w:jc w:val="center"/>
        <w:rPr>
          <w:color w:val="000000" w:themeColor="text1"/>
        </w:rPr>
      </w:pPr>
      <w:r w:rsidRPr="003916AC">
        <w:rPr>
          <w:b/>
          <w:color w:val="000000" w:themeColor="text1"/>
        </w:rPr>
        <w:br/>
      </w:r>
      <w:r w:rsidRPr="003916AC">
        <w:rPr>
          <w:b/>
          <w:color w:val="000000" w:themeColor="text1"/>
        </w:rPr>
        <w:br/>
        <w:t>MATERI PEMBELAJARAN</w:t>
      </w:r>
      <w:r w:rsidRPr="003916AC">
        <w:rPr>
          <w:b/>
          <w:color w:val="000000" w:themeColor="text1"/>
        </w:rPr>
        <w:br/>
      </w:r>
      <w:r w:rsidRPr="003916AC">
        <w:rPr>
          <w:b/>
          <w:color w:val="000000" w:themeColor="text1"/>
          <w:sz w:val="44"/>
        </w:rPr>
        <w:t>MEMBUAT PROJECT BARU MENGGUNAKAN LARAVEL</w:t>
      </w:r>
      <w:r w:rsidRPr="003916AC">
        <w:rPr>
          <w:color w:val="000000" w:themeColor="text1"/>
        </w:rPr>
        <w:br/>
      </w:r>
      <w:r w:rsidRPr="003916AC">
        <w:rPr>
          <w:color w:val="000000" w:themeColor="text1"/>
        </w:rPr>
        <w:br/>
        <w:t>Laravel 12 – Pengembangan Aplikasi Web</w:t>
      </w:r>
      <w:r w:rsidRPr="003916AC">
        <w:rPr>
          <w:color w:val="000000" w:themeColor="text1"/>
        </w:rPr>
        <w:br/>
      </w:r>
      <w:r w:rsidRPr="003916AC">
        <w:rPr>
          <w:color w:val="000000" w:themeColor="text1"/>
        </w:rPr>
        <w:br/>
      </w:r>
      <w:r w:rsidRPr="003916AC">
        <w:rPr>
          <w:b/>
          <w:color w:val="000000" w:themeColor="text1"/>
        </w:rPr>
        <w:t>Kompetensi Keahlian Rekayasa Perangkat Lunak (RPL)</w:t>
      </w:r>
      <w:r w:rsidRPr="003916AC">
        <w:rPr>
          <w:color w:val="000000" w:themeColor="text1"/>
        </w:rPr>
        <w:br/>
      </w:r>
      <w:r w:rsidRPr="003916AC">
        <w:rPr>
          <w:color w:val="000000" w:themeColor="text1"/>
        </w:rPr>
        <w:br/>
        <w:t>SMK NEGERI 2 PEUSANGAN</w:t>
      </w:r>
      <w:r w:rsidRPr="003916AC">
        <w:rPr>
          <w:color w:val="000000" w:themeColor="text1"/>
        </w:rPr>
        <w:br/>
        <w:t>Tahun Pembelajaran 2026/2027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br w:type="page"/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lastRenderedPageBreak/>
        <w:t>A. Identitas Materi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Mata Pelajaran</w:t>
            </w:r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Pemrograman Web / Pengembangan Perangkat Lunak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Materi</w:t>
            </w:r>
            <w:proofErr w:type="spellEnd"/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Membuat Project Baru Menggunakan Laravel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Teknologi</w:t>
            </w:r>
            <w:proofErr w:type="spellEnd"/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Laravel 12, PHP, Composer, MySQL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Editor</w:t>
            </w:r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Visual Studio Code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Server </w:t>
            </w:r>
            <w:proofErr w:type="spellStart"/>
            <w:r w:rsidRPr="003916AC">
              <w:rPr>
                <w:color w:val="000000" w:themeColor="text1"/>
              </w:rPr>
              <w:t>Lokal</w:t>
            </w:r>
            <w:proofErr w:type="spellEnd"/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XAMPP atau Laragon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Target </w:t>
            </w:r>
            <w:proofErr w:type="spellStart"/>
            <w:r w:rsidRPr="003916AC">
              <w:rPr>
                <w:color w:val="000000" w:themeColor="text1"/>
              </w:rPr>
              <w:t>Peserta</w:t>
            </w:r>
            <w:proofErr w:type="spellEnd"/>
          </w:p>
        </w:tc>
        <w:tc>
          <w:tcPr>
            <w:tcW w:w="4844" w:type="dxa"/>
            <w:vAlign w:val="center"/>
          </w:tcPr>
          <w:p w:rsidR="00600DEC" w:rsidRPr="003916AC" w:rsidRDefault="003916A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MGMP</w:t>
            </w:r>
            <w:r w:rsidRPr="003916AC">
              <w:rPr>
                <w:color w:val="000000" w:themeColor="text1"/>
              </w:rPr>
              <w:t xml:space="preserve"> RP</w:t>
            </w:r>
            <w:r w:rsidRPr="003916AC">
              <w:rPr>
                <w:color w:val="000000" w:themeColor="text1"/>
              </w:rPr>
              <w:t>L</w:t>
            </w:r>
          </w:p>
        </w:tc>
      </w:tr>
    </w:tbl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B. Tujuan Pembelajaran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Menjelaskan konsep dan fungsi Laravel dalam pengembangan aplikasi web.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Menjelaskan kebutuhan perangkat lunak untuk membuat project Laravel.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Memeriksa instalasi PHP dan Composer melalui terminal.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 xml:space="preserve">Membuat project Laravel baru </w:t>
      </w:r>
      <w:r w:rsidRPr="003916AC">
        <w:rPr>
          <w:color w:val="000000" w:themeColor="text1"/>
        </w:rPr>
        <w:t>menggunakan Composer.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Menjalankan aplikasi Laravel menggunakan development server.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Mengenali struktur folder dan file utama Laravel.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Mengonfigurasi koneksi database MySQL melalui file .env.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Menjalankan migration dan memeriksa daftar route.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Membuat route se</w:t>
      </w:r>
      <w:r w:rsidRPr="003916AC">
        <w:rPr>
          <w:color w:val="000000" w:themeColor="text1"/>
        </w:rPr>
        <w:t>derhana dan menampilkannya melalui browser.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C. Prasyarat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Memahami dasar HTML, CSS, dan konsep aplikasi web.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Memahami penggunaan folder dan file pada sistem operasi.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Memahami dasar pemrograman PHP akan sangat membantu.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Mampu menggunakan terminal/Command Pro</w:t>
      </w:r>
      <w:r w:rsidRPr="003916AC">
        <w:rPr>
          <w:color w:val="000000" w:themeColor="text1"/>
        </w:rPr>
        <w:t>mpt.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D. Pengenalan Laravel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Laravel adalah framework PHP untuk membangun aplikasi web secara terstruktur, aman, dan lebih efisien. Laravel menerapkan pola arsitektur MVC (Model–View–Controller) dan menyediakan berbagai fitur seperti routing, controller, mod</w:t>
      </w:r>
      <w:r w:rsidRPr="003916AC">
        <w:rPr>
          <w:color w:val="000000" w:themeColor="text1"/>
        </w:rPr>
        <w:t>el, migration, validation, authentication, dan Blade template.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Dengan framework, pengembang tidak perlu membangun seluruh komponen aplikasi dari awal. Laravel menyediakan struktur project dan command-line tool Artisan yang membantu proses pengembangan.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lastRenderedPageBreak/>
        <w:t xml:space="preserve">E. </w:t>
      </w:r>
      <w:r w:rsidRPr="003916AC">
        <w:rPr>
          <w:color w:val="000000" w:themeColor="text1"/>
        </w:rPr>
        <w:t>Konsep Dasar yang Perlu Dipahami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Framework: </w:t>
      </w:r>
      <w:r w:rsidRPr="003916AC">
        <w:rPr>
          <w:color w:val="000000" w:themeColor="text1"/>
        </w:rPr>
        <w:t>Kerangka kerja yang menyediakan struktur, aturan, dan komponen siap pakai untuk membantu pengembangan aplikasi.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Composer: </w:t>
      </w:r>
      <w:r w:rsidRPr="003916AC">
        <w:rPr>
          <w:color w:val="000000" w:themeColor="text1"/>
        </w:rPr>
        <w:t>Dependency manager PHP yang digunakan untuk menginstal Laravel dan library PHP lainnya.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>Ar</w:t>
      </w:r>
      <w:r w:rsidRPr="003916AC">
        <w:rPr>
          <w:b/>
          <w:color w:val="000000" w:themeColor="text1"/>
        </w:rPr>
        <w:t xml:space="preserve">tisan: </w:t>
      </w:r>
      <w:r w:rsidRPr="003916AC">
        <w:rPr>
          <w:color w:val="000000" w:themeColor="text1"/>
        </w:rPr>
        <w:t>Command-line interface milik Laravel untuk menjalankan berbagai perintah pengembangan.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Route: </w:t>
      </w:r>
      <w:r w:rsidRPr="003916AC">
        <w:rPr>
          <w:color w:val="000000" w:themeColor="text1"/>
        </w:rPr>
        <w:t>Aturan yang menentukan URL dan proses yang dijalankan ketika URL tersebut diakses.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MVC: </w:t>
      </w:r>
      <w:r w:rsidRPr="003916AC">
        <w:rPr>
          <w:color w:val="000000" w:themeColor="text1"/>
        </w:rPr>
        <w:t>Pola pemisahan aplikasi menjadi Model, View, dan Controller.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>Migrat</w:t>
      </w:r>
      <w:r w:rsidRPr="003916AC">
        <w:rPr>
          <w:b/>
          <w:color w:val="000000" w:themeColor="text1"/>
        </w:rPr>
        <w:t xml:space="preserve">ion: </w:t>
      </w:r>
      <w:r w:rsidRPr="003916AC">
        <w:rPr>
          <w:color w:val="000000" w:themeColor="text1"/>
        </w:rPr>
        <w:t>Mekanisme Laravel untuk mengelola struktur tabel database melalui kode.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.env: </w:t>
      </w:r>
      <w:r w:rsidRPr="003916AC">
        <w:rPr>
          <w:color w:val="000000" w:themeColor="text1"/>
        </w:rPr>
        <w:t>File konfigurasi environment yang menyimpan pengaturan seperti nama aplikasi dan koneksi database.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F. Persiapan Lingkungan Kerja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Perangkat lunak yang diperlukan: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 xml:space="preserve">PHP 8.2 </w:t>
      </w:r>
      <w:r w:rsidRPr="003916AC">
        <w:rPr>
          <w:color w:val="000000" w:themeColor="text1"/>
        </w:rPr>
        <w:t>atau lebih baru yang kompatibel dengan versi Laravel yang digunakan.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Composer.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Visual Studio Code.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XAMPP atau Laragon untuk Apache/MySQL bila diperlukan.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Browser Google Chrome, Microsoft Edge, atau browser lain.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Terminal/Command Prompt.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G. Mengecek PHP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Buka Command Prompt atau terminal VS Code, kemudian jalankan: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php -v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Jika berhasil, terminal akan menampilkan versi PHP yang terpasang, misalnya PHP 8.2.x.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H. Mengecek Composer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composer -V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Jika Composer sudah terpasang, versi Composer akan ditampilkan.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 xml:space="preserve">I. </w:t>
      </w:r>
      <w:r w:rsidRPr="003916AC">
        <w:rPr>
          <w:color w:val="000000" w:themeColor="text1"/>
        </w:rPr>
        <w:t>Membuat Project Laravel Baru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Masuk ke folder tempat project akan dibuat. Contoh menggunakan XAMPP: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cd C:\xampp\htdocs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lastRenderedPageBreak/>
        <w:t>Buat project baru menggunakan Composer: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composer create-project laravel/laravel aplikasi_siswa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Perintah tersebut akan membuat folder aplik</w:t>
      </w:r>
      <w:r w:rsidRPr="003916AC">
        <w:rPr>
          <w:color w:val="000000" w:themeColor="text1"/>
        </w:rPr>
        <w:t>asi_siswa dan mengunduh Laravel beserta dependency yang diperlukan.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J. Masuk ke Folder Project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cd aplikasi_siswa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Untuk melihat isi folder pada Windows: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dir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Pada Git Bash/Linux/macOS dapat menggunakan: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ls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K. Membuka Project di Visual Studio Code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code 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Peri</w:t>
      </w:r>
      <w:r w:rsidRPr="003916AC">
        <w:rPr>
          <w:color w:val="000000" w:themeColor="text1"/>
        </w:rPr>
        <w:t>ntah code . membuka folder project yang sedang aktif di Visual Studio Code.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L. Struktur Folder Laravel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aplikasi_siswa/</w:t>
      </w:r>
      <w:r w:rsidRPr="003916AC">
        <w:rPr>
          <w:rFonts w:ascii="Consolas" w:hAnsi="Consolas"/>
          <w:color w:val="000000" w:themeColor="text1"/>
          <w:sz w:val="19"/>
        </w:rPr>
        <w:br/>
        <w:t>├── app/</w:t>
      </w:r>
      <w:r w:rsidRPr="003916AC">
        <w:rPr>
          <w:rFonts w:ascii="Consolas" w:hAnsi="Consolas"/>
          <w:color w:val="000000" w:themeColor="text1"/>
          <w:sz w:val="19"/>
        </w:rPr>
        <w:br/>
        <w:t>├── bootstrap/</w:t>
      </w:r>
      <w:r w:rsidRPr="003916AC">
        <w:rPr>
          <w:rFonts w:ascii="Consolas" w:hAnsi="Consolas"/>
          <w:color w:val="000000" w:themeColor="text1"/>
          <w:sz w:val="19"/>
        </w:rPr>
        <w:br/>
        <w:t>├── config/</w:t>
      </w:r>
      <w:r w:rsidRPr="003916AC">
        <w:rPr>
          <w:rFonts w:ascii="Consolas" w:hAnsi="Consolas"/>
          <w:color w:val="000000" w:themeColor="text1"/>
          <w:sz w:val="19"/>
        </w:rPr>
        <w:br/>
        <w:t>├── database/</w:t>
      </w:r>
      <w:r w:rsidRPr="003916AC">
        <w:rPr>
          <w:rFonts w:ascii="Consolas" w:hAnsi="Consolas"/>
          <w:color w:val="000000" w:themeColor="text1"/>
          <w:sz w:val="19"/>
        </w:rPr>
        <w:br/>
        <w:t>├── public/</w:t>
      </w:r>
      <w:r w:rsidRPr="003916AC">
        <w:rPr>
          <w:rFonts w:ascii="Consolas" w:hAnsi="Consolas"/>
          <w:color w:val="000000" w:themeColor="text1"/>
          <w:sz w:val="19"/>
        </w:rPr>
        <w:br/>
        <w:t>├── resources/</w:t>
      </w:r>
      <w:r w:rsidRPr="003916AC">
        <w:rPr>
          <w:rFonts w:ascii="Consolas" w:hAnsi="Consolas"/>
          <w:color w:val="000000" w:themeColor="text1"/>
          <w:sz w:val="19"/>
        </w:rPr>
        <w:br/>
        <w:t>├── routes/</w:t>
      </w:r>
      <w:r w:rsidRPr="003916AC">
        <w:rPr>
          <w:rFonts w:ascii="Consolas" w:hAnsi="Consolas"/>
          <w:color w:val="000000" w:themeColor="text1"/>
          <w:sz w:val="19"/>
        </w:rPr>
        <w:br/>
        <w:t>├── storage/</w:t>
      </w:r>
      <w:r w:rsidRPr="003916AC">
        <w:rPr>
          <w:rFonts w:ascii="Consolas" w:hAnsi="Consolas"/>
          <w:color w:val="000000" w:themeColor="text1"/>
          <w:sz w:val="19"/>
        </w:rPr>
        <w:br/>
        <w:t>├── tests/</w:t>
      </w:r>
      <w:r w:rsidRPr="003916AC">
        <w:rPr>
          <w:rFonts w:ascii="Consolas" w:hAnsi="Consolas"/>
          <w:color w:val="000000" w:themeColor="text1"/>
          <w:sz w:val="19"/>
        </w:rPr>
        <w:br/>
        <w:t>├── vendor/</w:t>
      </w:r>
      <w:r w:rsidRPr="003916AC">
        <w:rPr>
          <w:rFonts w:ascii="Consolas" w:hAnsi="Consolas"/>
          <w:color w:val="000000" w:themeColor="text1"/>
          <w:sz w:val="19"/>
        </w:rPr>
        <w:br/>
        <w:t>├── .env</w:t>
      </w:r>
      <w:r w:rsidRPr="003916AC">
        <w:rPr>
          <w:rFonts w:ascii="Consolas" w:hAnsi="Consolas"/>
          <w:color w:val="000000" w:themeColor="text1"/>
          <w:sz w:val="19"/>
        </w:rPr>
        <w:br/>
        <w:t>├──</w:t>
      </w:r>
      <w:r w:rsidRPr="003916AC">
        <w:rPr>
          <w:rFonts w:ascii="Consolas" w:hAnsi="Consolas"/>
          <w:color w:val="000000" w:themeColor="text1"/>
          <w:sz w:val="19"/>
        </w:rPr>
        <w:t xml:space="preserve"> artisan</w:t>
      </w:r>
      <w:r w:rsidRPr="003916AC">
        <w:rPr>
          <w:rFonts w:ascii="Consolas" w:hAnsi="Consolas"/>
          <w:color w:val="000000" w:themeColor="text1"/>
          <w:sz w:val="19"/>
        </w:rPr>
        <w:br/>
        <w:t>├── composer.json</w:t>
      </w:r>
      <w:r w:rsidRPr="003916AC">
        <w:rPr>
          <w:rFonts w:ascii="Consolas" w:hAnsi="Consolas"/>
          <w:color w:val="000000" w:themeColor="text1"/>
          <w:sz w:val="19"/>
        </w:rPr>
        <w:br/>
        <w:t>└── package.json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Penjelasan folder penting: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app/ </w:t>
      </w:r>
      <w:r w:rsidRPr="003916AC">
        <w:rPr>
          <w:color w:val="000000" w:themeColor="text1"/>
        </w:rPr>
        <w:t>Menyimpan kode utama aplikasi, termasuk model, controller, middleware, dan komponen aplikasi.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bootstrap/ </w:t>
      </w:r>
      <w:r w:rsidRPr="003916AC">
        <w:rPr>
          <w:color w:val="000000" w:themeColor="text1"/>
        </w:rPr>
        <w:t>Berisi file yang digunakan untuk proses bootstrap aplikasi.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config/ </w:t>
      </w:r>
      <w:r w:rsidRPr="003916AC">
        <w:rPr>
          <w:color w:val="000000" w:themeColor="text1"/>
        </w:rPr>
        <w:t>Menyimp</w:t>
      </w:r>
      <w:r w:rsidRPr="003916AC">
        <w:rPr>
          <w:color w:val="000000" w:themeColor="text1"/>
        </w:rPr>
        <w:t>an konfigurasi aplikasi.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database/ </w:t>
      </w:r>
      <w:r w:rsidRPr="003916AC">
        <w:rPr>
          <w:color w:val="000000" w:themeColor="text1"/>
        </w:rPr>
        <w:t>Berisi migration, seeder, dan factory.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lastRenderedPageBreak/>
        <w:t xml:space="preserve">public/ </w:t>
      </w:r>
      <w:r w:rsidRPr="003916AC">
        <w:rPr>
          <w:color w:val="000000" w:themeColor="text1"/>
        </w:rPr>
        <w:t>Direktori publik aplikasi dan titik masuk web.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resources/ </w:t>
      </w:r>
      <w:r w:rsidRPr="003916AC">
        <w:rPr>
          <w:color w:val="000000" w:themeColor="text1"/>
        </w:rPr>
        <w:t>Menyimpan view Blade dan resource frontend.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routes/ </w:t>
      </w:r>
      <w:r w:rsidRPr="003916AC">
        <w:rPr>
          <w:color w:val="000000" w:themeColor="text1"/>
        </w:rPr>
        <w:t>Menyimpan definisi route aplikasi, termasuk routes/web.php.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>stor</w:t>
      </w:r>
      <w:r w:rsidRPr="003916AC">
        <w:rPr>
          <w:b/>
          <w:color w:val="000000" w:themeColor="text1"/>
        </w:rPr>
        <w:t xml:space="preserve">age/ </w:t>
      </w:r>
      <w:r w:rsidRPr="003916AC">
        <w:rPr>
          <w:color w:val="000000" w:themeColor="text1"/>
        </w:rPr>
        <w:t>Menyimpan file yang dibuat aplikasi seperti log dan cache.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tests/ </w:t>
      </w:r>
      <w:r w:rsidRPr="003916AC">
        <w:rPr>
          <w:color w:val="000000" w:themeColor="text1"/>
        </w:rPr>
        <w:t>Menyimpan file pengujian aplikasi.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vendor/ </w:t>
      </w:r>
      <w:r w:rsidRPr="003916AC">
        <w:rPr>
          <w:color w:val="000000" w:themeColor="text1"/>
        </w:rPr>
        <w:t>Berisi dependency Composer. Folder ini biasanya tidak diedit secara manual.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.env </w:t>
      </w:r>
      <w:r w:rsidRPr="003916AC">
        <w:rPr>
          <w:color w:val="000000" w:themeColor="text1"/>
        </w:rPr>
        <w:t>Konfigurasi environment lokal, termasuk database.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b/>
          <w:color w:val="000000" w:themeColor="text1"/>
        </w:rPr>
        <w:t xml:space="preserve">artisan </w:t>
      </w:r>
      <w:r w:rsidRPr="003916AC">
        <w:rPr>
          <w:color w:val="000000" w:themeColor="text1"/>
        </w:rPr>
        <w:t>Command-line interface Laravel.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M. Menjalankan Project Laravel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php artisan serve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Biasanya Laravel menampilkan alamat seperti: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http://127.0.0.1:8000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Buka alamat tersebut pada browser. Jika halaman Laravel tampil, project berhasil dijalankan.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N. Membuat Rout</w:t>
      </w:r>
      <w:r w:rsidRPr="003916AC">
        <w:rPr>
          <w:color w:val="000000" w:themeColor="text1"/>
        </w:rPr>
        <w:t>e Sederhana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Buka file: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routes/web.php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Tambahkan route berikut: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Route::get('/profil', function () {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return 'SMK Negeri 2 Peusangan - Rekayasa Perangkat Lunak';</w:t>
      </w:r>
      <w:r w:rsidRPr="003916AC">
        <w:rPr>
          <w:rFonts w:ascii="Consolas" w:hAnsi="Consolas"/>
          <w:color w:val="000000" w:themeColor="text1"/>
          <w:sz w:val="19"/>
        </w:rPr>
        <w:br/>
        <w:t>});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Simpan file, kemudian buka: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http://127.0.0.1:8000/profil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Browser akan menampilkan teks da</w:t>
      </w:r>
      <w:r w:rsidRPr="003916AC">
        <w:rPr>
          <w:color w:val="000000" w:themeColor="text1"/>
        </w:rPr>
        <w:t>ri route tersebut.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O. Mengenal Route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Route menghubungkan URL dengan proses tertentu dalam aplikasi.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Route::get('/siswa', function () {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return 'Data Siswa';</w:t>
      </w:r>
      <w:r w:rsidRPr="003916AC">
        <w:rPr>
          <w:rFonts w:ascii="Consolas" w:hAnsi="Consolas"/>
          <w:color w:val="000000" w:themeColor="text1"/>
          <w:sz w:val="19"/>
        </w:rPr>
        <w:br/>
        <w:t>});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Contoh metode HTTP yang umum: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GET – mengambil/menampilkan data.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lastRenderedPageBreak/>
        <w:t>POST – mengirim data.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PUT/PATCH – memperbarui data.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DELETE – menghapus data.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P. Konfigurasi Database MySQL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Aktifkan MySQL pada XAMPP atau Laragon. Kemudian buat database, misalnya: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dbsekolah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Atur file .env, misalnya: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DB_CONNECTION=mysql</w:t>
      </w:r>
      <w:r w:rsidRPr="003916AC">
        <w:rPr>
          <w:rFonts w:ascii="Consolas" w:hAnsi="Consolas"/>
          <w:color w:val="000000" w:themeColor="text1"/>
          <w:sz w:val="19"/>
        </w:rPr>
        <w:br/>
        <w:t>DB_HOST=127.0.0.1</w:t>
      </w:r>
      <w:r w:rsidRPr="003916AC">
        <w:rPr>
          <w:rFonts w:ascii="Consolas" w:hAnsi="Consolas"/>
          <w:color w:val="000000" w:themeColor="text1"/>
          <w:sz w:val="19"/>
        </w:rPr>
        <w:br/>
        <w:t>DB_PORT=3306</w:t>
      </w:r>
      <w:r w:rsidRPr="003916AC">
        <w:rPr>
          <w:rFonts w:ascii="Consolas" w:hAnsi="Consolas"/>
          <w:color w:val="000000" w:themeColor="text1"/>
          <w:sz w:val="19"/>
        </w:rPr>
        <w:br/>
        <w:t>DB_DATABAS</w:t>
      </w:r>
      <w:r w:rsidRPr="003916AC">
        <w:rPr>
          <w:rFonts w:ascii="Consolas" w:hAnsi="Consolas"/>
          <w:color w:val="000000" w:themeColor="text1"/>
          <w:sz w:val="19"/>
        </w:rPr>
        <w:t>E=dbsekolah</w:t>
      </w:r>
      <w:r w:rsidRPr="003916AC">
        <w:rPr>
          <w:rFonts w:ascii="Consolas" w:hAnsi="Consolas"/>
          <w:color w:val="000000" w:themeColor="text1"/>
          <w:sz w:val="19"/>
        </w:rPr>
        <w:br/>
        <w:t>DB_USERNAME=root</w:t>
      </w:r>
      <w:r w:rsidRPr="003916AC">
        <w:rPr>
          <w:rFonts w:ascii="Consolas" w:hAnsi="Consolas"/>
          <w:color w:val="000000" w:themeColor="text1"/>
          <w:sz w:val="19"/>
        </w:rPr>
        <w:br/>
        <w:t>DB_PASSWORD=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Catatan: nilai DB_USERNAME dan DB_PASSWORD harus disesuaikan dengan konfigurasi MySQL pada komputer.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Q. Menjalankan Migration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php artisan migrate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Migration membuat tabel yang didefinisikan oleh migration Laravel ke</w:t>
      </w:r>
      <w:r w:rsidRPr="003916AC">
        <w:rPr>
          <w:color w:val="000000" w:themeColor="text1"/>
        </w:rPr>
        <w:t xml:space="preserve"> database. Jika koneksi database benar, proses akan selesai tanpa error.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R. Melihat Daftar Route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php artisan route:list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Perintah tersebut menampilkan daftar route, HTTP method, URI, nama route, dan action.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S. Perintah Artisan Penting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44"/>
        <w:gridCol w:w="4844"/>
      </w:tblGrid>
      <w:tr w:rsidR="003916AC" w:rsidRPr="003916AC">
        <w:trPr>
          <w:jc w:val="center"/>
        </w:trPr>
        <w:tc>
          <w:tcPr>
            <w:tcW w:w="4844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Perintah</w:t>
            </w:r>
          </w:p>
        </w:tc>
        <w:tc>
          <w:tcPr>
            <w:tcW w:w="4844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Fungsi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r w:rsidRPr="003916AC">
              <w:rPr>
                <w:color w:val="000000" w:themeColor="text1"/>
              </w:rPr>
              <w:t>artisan serve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Menjalankan development server.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migrate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Menjalankan migration.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</w:t>
            </w:r>
            <w:proofErr w:type="spellStart"/>
            <w:r w:rsidRPr="003916AC">
              <w:rPr>
                <w:color w:val="000000" w:themeColor="text1"/>
              </w:rPr>
              <w:t>route:list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Menampilkan daftar route.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</w:t>
            </w:r>
            <w:proofErr w:type="spellStart"/>
            <w:r w:rsidRPr="003916AC">
              <w:rPr>
                <w:color w:val="000000" w:themeColor="text1"/>
              </w:rPr>
              <w:t>make:controller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NamaController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Membuat controller.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</w:t>
            </w:r>
            <w:proofErr w:type="spellStart"/>
            <w:r w:rsidRPr="003916AC">
              <w:rPr>
                <w:color w:val="000000" w:themeColor="text1"/>
              </w:rPr>
              <w:t>make:model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NamaModel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Membuat model.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</w:t>
            </w:r>
            <w:r w:rsidRPr="003916AC">
              <w:rPr>
                <w:color w:val="000000" w:themeColor="text1"/>
              </w:rPr>
              <w:t>p</w:t>
            </w:r>
            <w:proofErr w:type="spellEnd"/>
            <w:r w:rsidRPr="003916AC">
              <w:rPr>
                <w:color w:val="000000" w:themeColor="text1"/>
              </w:rPr>
              <w:t xml:space="preserve"> artisan </w:t>
            </w:r>
            <w:proofErr w:type="spellStart"/>
            <w:r w:rsidRPr="003916AC">
              <w:rPr>
                <w:color w:val="000000" w:themeColor="text1"/>
              </w:rPr>
              <w:t>make:migration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nama_migration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Membuat file migration.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lastRenderedPageBreak/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about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Menampilkan informasi aplikasi.</w:t>
            </w:r>
          </w:p>
        </w:tc>
      </w:tr>
      <w:tr w:rsidR="003916AC" w:rsidRPr="003916AC">
        <w:trPr>
          <w:jc w:val="center"/>
        </w:trPr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artisan </w:t>
            </w:r>
            <w:proofErr w:type="spellStart"/>
            <w:r w:rsidRPr="003916AC">
              <w:rPr>
                <w:color w:val="000000" w:themeColor="text1"/>
              </w:rPr>
              <w:t>migrate:fresh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Menghapus tabel dan menjalankan ulang seluruh migration; gunakan dengan hati-hati pada data penting.</w:t>
            </w:r>
          </w:p>
        </w:tc>
      </w:tr>
    </w:tbl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 xml:space="preserve">T. Alur </w:t>
      </w:r>
      <w:r w:rsidRPr="003916AC">
        <w:rPr>
          <w:color w:val="000000" w:themeColor="text1"/>
        </w:rPr>
        <w:t>Kerja Membuat Project</w:t>
      </w:r>
    </w:p>
    <w:p w:rsidR="00600DEC" w:rsidRPr="003916AC" w:rsidRDefault="003916AC">
      <w:pPr>
        <w:spacing w:before="60" w:after="120"/>
        <w:ind w:left="283"/>
        <w:rPr>
          <w:color w:val="000000" w:themeColor="text1"/>
        </w:rPr>
      </w:pPr>
      <w:r w:rsidRPr="003916AC">
        <w:rPr>
          <w:rFonts w:ascii="Consolas" w:hAnsi="Consolas"/>
          <w:color w:val="000000" w:themeColor="text1"/>
          <w:sz w:val="19"/>
        </w:rPr>
        <w:t>PHP + Composer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Membuat Project Laravel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Masuk ke Folder Project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Buka dengan VS Code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Konfigurasi .env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Konfigurasi Database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php artisan migrate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php artisan serve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Buka Browse</w:t>
      </w:r>
      <w:r w:rsidRPr="003916AC">
        <w:rPr>
          <w:rFonts w:ascii="Consolas" w:hAnsi="Consolas"/>
          <w:color w:val="000000" w:themeColor="text1"/>
          <w:sz w:val="19"/>
        </w:rPr>
        <w:t>r</w:t>
      </w:r>
      <w:r w:rsidRPr="003916AC">
        <w:rPr>
          <w:rFonts w:ascii="Consolas" w:hAnsi="Consolas"/>
          <w:color w:val="000000" w:themeColor="text1"/>
          <w:sz w:val="19"/>
        </w:rPr>
        <w:br/>
        <w:t xml:space="preserve">      ↓</w:t>
      </w:r>
      <w:r w:rsidRPr="003916AC">
        <w:rPr>
          <w:rFonts w:ascii="Consolas" w:hAnsi="Consolas"/>
          <w:color w:val="000000" w:themeColor="text1"/>
          <w:sz w:val="19"/>
        </w:rPr>
        <w:br/>
        <w:t>Mulai Mengembangkan Aplikasi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U. Praktikum Terstruktur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Judul: Membuat Project Laravel Sistem Informasi Sekolah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Buat project bernama sistem_informasi_sekolah.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Gunakan Composer untuk membuat project.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Buka project menggunakan Visual Studio Code.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Buat</w:t>
      </w:r>
      <w:r w:rsidRPr="003916AC">
        <w:rPr>
          <w:color w:val="000000" w:themeColor="text1"/>
        </w:rPr>
        <w:t xml:space="preserve"> database dbsekolah.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Atur koneksi database pada .env.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Jalankan php artisan migrate.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Jalankan php artisan serve.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Buat route /profil.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Buat route /siswa yang menampilkan teks Data Siswa.</w:t>
      </w:r>
    </w:p>
    <w:p w:rsidR="00600DEC" w:rsidRPr="003916AC" w:rsidRDefault="003916AC">
      <w:pPr>
        <w:pStyle w:val="ListNumber"/>
        <w:rPr>
          <w:color w:val="000000" w:themeColor="text1"/>
        </w:rPr>
      </w:pPr>
      <w:r w:rsidRPr="003916AC">
        <w:rPr>
          <w:color w:val="000000" w:themeColor="text1"/>
        </w:rPr>
        <w:t>Periksa seluruh route menggunakan php artisan route:list.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V. Tugas Prakt</w:t>
      </w:r>
      <w:r w:rsidRPr="003916AC">
        <w:rPr>
          <w:color w:val="000000" w:themeColor="text1"/>
        </w:rPr>
        <w:t>ik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Buat project Laravel dengan ketentuan berikut: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Nama project: perpustakaan_sekolah.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lastRenderedPageBreak/>
        <w:t>Database: dbperpustakaan.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Buat route /tentang yang menampilkan nama sekolah dan kompetensi keahlian.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Buat route /buku yang menampilkan teks Daftar Buku Perpustakaan.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Buktikan project dapat berjalan melalui browser.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W. Troubleshooting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3916AC" w:rsidRPr="003916AC">
        <w:tc>
          <w:tcPr>
            <w:tcW w:w="4844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Masalah</w:t>
            </w:r>
          </w:p>
        </w:tc>
        <w:tc>
          <w:tcPr>
            <w:tcW w:w="4844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Solusi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php</w:t>
            </w:r>
            <w:proofErr w:type="spellEnd"/>
            <w:r w:rsidRPr="003916AC">
              <w:rPr>
                <w:color w:val="000000" w:themeColor="text1"/>
              </w:rPr>
              <w:t xml:space="preserve"> is not recognized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PHP belum masuk PATH atau terminal belum membaca konfigurasi PATH. Periksa instalasi PHP dan environment variable.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composer is not recognized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Compose</w:t>
            </w:r>
            <w:r w:rsidRPr="003916AC">
              <w:rPr>
                <w:color w:val="000000" w:themeColor="text1"/>
              </w:rPr>
              <w:t>r belum terpasang atau PATH Composer belum tersedia. Periksa instalasi Composer.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Could not open input file: artisan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Terminal belum berada di folder utama project Laravel. Gunakan cd untuk masuk ke folder project.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Port 8000 </w:t>
            </w:r>
            <w:proofErr w:type="spellStart"/>
            <w:r w:rsidRPr="003916AC">
              <w:rPr>
                <w:color w:val="000000" w:themeColor="text1"/>
              </w:rPr>
              <w:t>sudah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digunakan</w:t>
            </w:r>
            <w:proofErr w:type="spellEnd"/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Gunakan port </w:t>
            </w:r>
            <w:r w:rsidRPr="003916AC">
              <w:rPr>
                <w:color w:val="000000" w:themeColor="text1"/>
              </w:rPr>
              <w:t>lain, misalnya php artisan serve --port=8001.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SQLSTATE / </w:t>
            </w:r>
            <w:proofErr w:type="spellStart"/>
            <w:r w:rsidRPr="003916AC">
              <w:rPr>
                <w:color w:val="000000" w:themeColor="text1"/>
              </w:rPr>
              <w:t>koneksi</w:t>
            </w:r>
            <w:proofErr w:type="spellEnd"/>
            <w:r w:rsidRPr="003916AC">
              <w:rPr>
                <w:color w:val="000000" w:themeColor="text1"/>
              </w:rPr>
              <w:t xml:space="preserve"> database error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Periksa MySQL aktif, DB_DATABASE, DB_USERNAME, DB_PASSWORD, host, dan port pada .env.</w:t>
            </w:r>
          </w:p>
        </w:tc>
      </w:tr>
      <w:tr w:rsidR="003916AC" w:rsidRPr="003916AC"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Table doesn't exist</w:t>
            </w:r>
          </w:p>
        </w:tc>
        <w:tc>
          <w:tcPr>
            <w:tcW w:w="4844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Pastikan migration sudah dijalankan dengan php artisan migrate.</w:t>
            </w:r>
          </w:p>
        </w:tc>
      </w:tr>
    </w:tbl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 xml:space="preserve">X. </w:t>
      </w:r>
      <w:r w:rsidRPr="003916AC">
        <w:rPr>
          <w:color w:val="000000" w:themeColor="text1"/>
        </w:rPr>
        <w:t>Evaluasi Pengetahuan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1. Apa yang dimaksud dengan Laravel?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2. Apa fungsi Composer dalam project Laravel?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3. Apa fungsi perintah composer create-project laravel/laravel nama_project?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4. Apa fungsi php artisan serve?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5. Apa fungsi file routes/web.php?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 xml:space="preserve">6. Apa </w:t>
      </w:r>
      <w:r w:rsidRPr="003916AC">
        <w:rPr>
          <w:color w:val="000000" w:themeColor="text1"/>
        </w:rPr>
        <w:t>fungsi file .env?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7. Apa yang dimaksud dengan migration?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8. Apa fungsi php artisan migrate?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9. Apa fungsi folder resources?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lastRenderedPageBreak/>
        <w:t>10. Apa fungsi folder app?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Y. Evaluasi Praktik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Project Laravel berhasil dibuat.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Project dapat dijalankan tanpa error.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 xml:space="preserve">Peserta didik </w:t>
      </w:r>
      <w:r w:rsidRPr="003916AC">
        <w:rPr>
          <w:color w:val="000000" w:themeColor="text1"/>
        </w:rPr>
        <w:t>dapat membuka project di VS Code.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Database berhasil dikonfigurasi.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Migration berhasil dijalankan.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Route baru berhasil dibuat.</w:t>
      </w:r>
    </w:p>
    <w:p w:rsidR="00600DEC" w:rsidRPr="003916AC" w:rsidRDefault="003916AC">
      <w:pPr>
        <w:pStyle w:val="ListBullet"/>
        <w:rPr>
          <w:color w:val="000000" w:themeColor="text1"/>
        </w:rPr>
      </w:pPr>
      <w:r w:rsidRPr="003916AC">
        <w:rPr>
          <w:color w:val="000000" w:themeColor="text1"/>
        </w:rPr>
        <w:t>Route dapat diakses melalui browser.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Z. Rubrik Penilaian Praktik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9"/>
        <w:gridCol w:w="3230"/>
        <w:gridCol w:w="3230"/>
      </w:tblGrid>
      <w:tr w:rsidR="003916AC" w:rsidRPr="003916AC">
        <w:tc>
          <w:tcPr>
            <w:tcW w:w="3230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Aspek</w:t>
            </w:r>
          </w:p>
        </w:tc>
        <w:tc>
          <w:tcPr>
            <w:tcW w:w="3230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Bobot</w:t>
            </w:r>
          </w:p>
        </w:tc>
        <w:tc>
          <w:tcPr>
            <w:tcW w:w="3230" w:type="dxa"/>
            <w:shd w:val="clear" w:color="auto" w:fill="D9EAF7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Kriteria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Persiapan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lingkungan</w:t>
            </w:r>
            <w:proofErr w:type="spellEnd"/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15%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 xml:space="preserve">PHP, Composer, </w:t>
            </w:r>
            <w:r w:rsidRPr="003916AC">
              <w:rPr>
                <w:color w:val="000000" w:themeColor="text1"/>
              </w:rPr>
              <w:t>editor, dan server tersedia.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Pembuatan</w:t>
            </w:r>
            <w:proofErr w:type="spellEnd"/>
            <w:r w:rsidRPr="003916AC">
              <w:rPr>
                <w:color w:val="000000" w:themeColor="text1"/>
              </w:rPr>
              <w:t xml:space="preserve"> project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20%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Project Laravel berhasil dibuat.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Menjalankan</w:t>
            </w:r>
            <w:proofErr w:type="spellEnd"/>
            <w:r w:rsidRPr="003916AC">
              <w:rPr>
                <w:color w:val="000000" w:themeColor="text1"/>
              </w:rPr>
              <w:t xml:space="preserve"> </w:t>
            </w:r>
            <w:proofErr w:type="spellStart"/>
            <w:r w:rsidRPr="003916AC">
              <w:rPr>
                <w:color w:val="000000" w:themeColor="text1"/>
              </w:rPr>
              <w:t>aplikasi</w:t>
            </w:r>
            <w:proofErr w:type="spellEnd"/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15%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Aplikasi dapat diakses melalui browser.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Struktur</w:t>
            </w:r>
            <w:proofErr w:type="spellEnd"/>
            <w:r w:rsidRPr="003916AC">
              <w:rPr>
                <w:color w:val="000000" w:themeColor="text1"/>
              </w:rPr>
              <w:t xml:space="preserve"> project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15%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Mampu menjelaskan folder/file utama.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Database &amp; migration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15%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Koneksi database dan</w:t>
            </w:r>
            <w:r w:rsidRPr="003916AC">
              <w:rPr>
                <w:color w:val="000000" w:themeColor="text1"/>
              </w:rPr>
              <w:t xml:space="preserve"> migration berhasil.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Route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10%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Mampu membuat dan menguji route.</w:t>
            </w:r>
          </w:p>
        </w:tc>
      </w:tr>
      <w:tr w:rsidR="003916AC" w:rsidRPr="003916AC"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proofErr w:type="spellStart"/>
            <w:r w:rsidRPr="003916AC">
              <w:rPr>
                <w:color w:val="000000" w:themeColor="text1"/>
              </w:rPr>
              <w:t>Kerapian</w:t>
            </w:r>
            <w:proofErr w:type="spellEnd"/>
            <w:r w:rsidRPr="003916AC">
              <w:rPr>
                <w:color w:val="000000" w:themeColor="text1"/>
              </w:rPr>
              <w:t xml:space="preserve"> &amp; </w:t>
            </w:r>
            <w:proofErr w:type="spellStart"/>
            <w:r w:rsidRPr="003916AC">
              <w:rPr>
                <w:color w:val="000000" w:themeColor="text1"/>
              </w:rPr>
              <w:t>kemandirian</w:t>
            </w:r>
            <w:proofErr w:type="spellEnd"/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10%</w:t>
            </w:r>
          </w:p>
        </w:tc>
        <w:tc>
          <w:tcPr>
            <w:tcW w:w="3230" w:type="dxa"/>
          </w:tcPr>
          <w:p w:rsidR="00600DEC" w:rsidRPr="003916AC" w:rsidRDefault="003916AC">
            <w:pPr>
              <w:rPr>
                <w:color w:val="000000" w:themeColor="text1"/>
              </w:rPr>
            </w:pPr>
            <w:r w:rsidRPr="003916AC">
              <w:rPr>
                <w:color w:val="000000" w:themeColor="text1"/>
              </w:rPr>
              <w:t>Pekerjaan rapi dan mampu menyelesaikan masalah dasar.</w:t>
            </w:r>
          </w:p>
        </w:tc>
      </w:tr>
    </w:tbl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t>AA. Ringkasan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Membuat project Laravel dimulai dengan memastikan PHP dan Composer telah tersedia. Project dap</w:t>
      </w:r>
      <w:r w:rsidRPr="003916AC">
        <w:rPr>
          <w:color w:val="000000" w:themeColor="text1"/>
        </w:rPr>
        <w:t>at dibuat menggunakan Composer dengan perintah composer create-project. Setelah project dibuat, pengembang masuk ke folder project, membuka project di Visual Studio Code, mengatur file .env bila menggunakan database, menjalankan migration, kemudian menjala</w:t>
      </w:r>
      <w:r w:rsidRPr="003916AC">
        <w:rPr>
          <w:color w:val="000000" w:themeColor="text1"/>
        </w:rPr>
        <w:t>nkan development server dengan php artisan serve. Route pada routes/web.php dapat digunakan untuk menentukan halaman atau proses yang dapat diakses pengguna.</w:t>
      </w:r>
    </w:p>
    <w:p w:rsidR="00600DEC" w:rsidRPr="003916AC" w:rsidRDefault="003916AC">
      <w:pPr>
        <w:pStyle w:val="Heading1"/>
        <w:rPr>
          <w:color w:val="000000" w:themeColor="text1"/>
        </w:rPr>
      </w:pPr>
      <w:r w:rsidRPr="003916AC">
        <w:rPr>
          <w:color w:val="000000" w:themeColor="text1"/>
        </w:rPr>
        <w:lastRenderedPageBreak/>
        <w:t>AB. Kesimpulan</w:t>
      </w:r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Laravel memberikan struktur kerja yang terorganisasi untuk membangun aplikasi web b</w:t>
      </w:r>
      <w:r w:rsidRPr="003916AC">
        <w:rPr>
          <w:color w:val="000000" w:themeColor="text1"/>
        </w:rPr>
        <w:t>erbasis PHP. Penguasaan proses pembuatan project merupakan langkah awal sebelum mempelajari MVC, Controller, Model, Blade, database, CRUD, authentication, dan pengembangan aplikasi Laravel yang lebih kompleks.</w:t>
      </w:r>
    </w:p>
    <w:p w:rsidR="00600DEC" w:rsidRPr="003916AC" w:rsidRDefault="003916AC">
      <w:pPr>
        <w:pStyle w:val="Heading1"/>
        <w:rPr>
          <w:color w:val="000000" w:themeColor="text1"/>
        </w:rPr>
      </w:pPr>
      <w:r>
        <w:rPr>
          <w:color w:val="000000" w:themeColor="text1"/>
        </w:rPr>
        <w:t xml:space="preserve">AC. </w:t>
      </w:r>
      <w:proofErr w:type="spellStart"/>
      <w:r>
        <w:rPr>
          <w:color w:val="000000" w:themeColor="text1"/>
        </w:rPr>
        <w:t>Catatan</w:t>
      </w:r>
      <w:proofErr w:type="spellEnd"/>
    </w:p>
    <w:p w:rsidR="00600DEC" w:rsidRPr="003916AC" w:rsidRDefault="003916AC">
      <w:pPr>
        <w:rPr>
          <w:color w:val="000000" w:themeColor="text1"/>
        </w:rPr>
      </w:pPr>
      <w:r w:rsidRPr="003916AC">
        <w:rPr>
          <w:color w:val="000000" w:themeColor="text1"/>
        </w:rPr>
        <w:t>Gunakan materi ini sebagai ba</w:t>
      </w:r>
      <w:r w:rsidRPr="003916AC">
        <w:rPr>
          <w:color w:val="000000" w:themeColor="text1"/>
        </w:rPr>
        <w:t xml:space="preserve">han ajar dan praktikum. </w:t>
      </w:r>
      <w:proofErr w:type="spellStart"/>
      <w:proofErr w:type="gramStart"/>
      <w:r w:rsidRPr="003916AC">
        <w:rPr>
          <w:color w:val="000000" w:themeColor="text1"/>
        </w:rPr>
        <w:t>sebaiknya</w:t>
      </w:r>
      <w:proofErr w:type="spellEnd"/>
      <w:proofErr w:type="gramEnd"/>
      <w:r w:rsidRPr="003916AC">
        <w:rPr>
          <w:color w:val="000000" w:themeColor="text1"/>
        </w:rPr>
        <w:t xml:space="preserve"> </w:t>
      </w:r>
      <w:proofErr w:type="spellStart"/>
      <w:r w:rsidRPr="003916AC">
        <w:rPr>
          <w:color w:val="000000" w:themeColor="text1"/>
        </w:rPr>
        <w:t>mengetik</w:t>
      </w:r>
      <w:proofErr w:type="spellEnd"/>
      <w:r w:rsidRPr="003916AC">
        <w:rPr>
          <w:color w:val="000000" w:themeColor="text1"/>
        </w:rPr>
        <w:t xml:space="preserve"> </w:t>
      </w:r>
      <w:proofErr w:type="spellStart"/>
      <w:r w:rsidRPr="003916AC">
        <w:rPr>
          <w:color w:val="000000" w:themeColor="text1"/>
        </w:rPr>
        <w:t>sendiri</w:t>
      </w:r>
      <w:proofErr w:type="spellEnd"/>
      <w:r w:rsidRPr="003916AC">
        <w:rPr>
          <w:color w:val="000000" w:themeColor="text1"/>
        </w:rPr>
        <w:t xml:space="preserve"> </w:t>
      </w:r>
      <w:proofErr w:type="spellStart"/>
      <w:r w:rsidRPr="003916AC">
        <w:rPr>
          <w:color w:val="000000" w:themeColor="text1"/>
        </w:rPr>
        <w:t>setiap</w:t>
      </w:r>
      <w:proofErr w:type="spellEnd"/>
      <w:r w:rsidRPr="003916AC">
        <w:rPr>
          <w:color w:val="000000" w:themeColor="text1"/>
        </w:rPr>
        <w:t xml:space="preserve"> perintah di terminal agar memahami fungsi command, bukan sekadar menyalin. Untuk pembelajaran lanjutan, materi dapat diteruskan ke MVC, routing lanjutan, Blade, migration, Eloquent ORM</w:t>
      </w:r>
      <w:r w:rsidRPr="003916AC">
        <w:rPr>
          <w:color w:val="000000" w:themeColor="text1"/>
        </w:rPr>
        <w:t>, CRUD, validasi, dan authentication.</w:t>
      </w:r>
      <w:bookmarkStart w:id="0" w:name="_GoBack"/>
      <w:bookmarkEnd w:id="0"/>
    </w:p>
    <w:sectPr w:rsidR="00600DEC" w:rsidRPr="003916A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6AC"/>
    <w:rsid w:val="00600D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767191"/>
  <w14:defaultImageDpi w14:val="300"/>
  <w15:docId w15:val="{A70CA88B-0138-4D17-9CF5-804C82C9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410EC0-A5AB-413E-B438-DE74B608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</cp:lastModifiedBy>
  <cp:revision>2</cp:revision>
  <dcterms:created xsi:type="dcterms:W3CDTF">2026-08-30T05:32:00Z</dcterms:created>
  <dcterms:modified xsi:type="dcterms:W3CDTF">2026-08-30T05:32:00Z</dcterms:modified>
  <cp:category/>
</cp:coreProperties>
</file>