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A14" w14:textId="77777777" w:rsidR="00365219" w:rsidRDefault="00695781">
      <w:pPr>
        <w:jc w:val="center"/>
      </w:pPr>
      <w:r>
        <w:rPr>
          <w:b/>
          <w:sz w:val="56"/>
        </w:rPr>
        <w:t>BANK SOAL</w:t>
      </w:r>
    </w:p>
    <w:p w14:paraId="038F58A4" w14:textId="77777777" w:rsidR="00365219" w:rsidRDefault="00695781">
      <w:pPr>
        <w:jc w:val="center"/>
      </w:pPr>
      <w:r>
        <w:rPr>
          <w:b/>
          <w:sz w:val="40"/>
        </w:rPr>
        <w:t>TKA MATEMATIKA SMA/SMK WAJIB</w:t>
      </w:r>
    </w:p>
    <w:p w14:paraId="2D4847F9" w14:textId="77777777" w:rsidR="00365219" w:rsidRDefault="00695781">
      <w:pPr>
        <w:jc w:val="center"/>
      </w:pPr>
      <w:r>
        <w:rPr>
          <w:b/>
          <w:sz w:val="34"/>
        </w:rPr>
        <w:t>100 SOAL - ELEMEN ALJABAR</w:t>
      </w:r>
    </w:p>
    <w:p w14:paraId="48FDDE5E" w14:textId="77777777" w:rsidR="00365219" w:rsidRDefault="00695781">
      <w:pPr>
        <w:jc w:val="center"/>
      </w:pPr>
      <w:r>
        <w:rPr>
          <w:sz w:val="26"/>
        </w:rPr>
        <w:t>Persamaan &amp; Pertidaksamaan Linear | Fungsi Linear, Invers &amp; Komposisi</w:t>
      </w:r>
    </w:p>
    <w:p w14:paraId="4E489DDB" w14:textId="77777777" w:rsidR="00365219" w:rsidRDefault="00695781">
      <w:r>
        <w:br/>
      </w:r>
    </w:p>
    <w:tbl>
      <w:tblPr>
        <w:tblStyle w:val="TableGrid"/>
        <w:tblW w:w="0" w:type="auto"/>
        <w:jc w:val="center"/>
        <w:tblLook w:val="04A0" w:firstRow="1" w:lastRow="0" w:firstColumn="1" w:lastColumn="0" w:noHBand="0" w:noVBand="1"/>
      </w:tblPr>
      <w:tblGrid>
        <w:gridCol w:w="2835"/>
        <w:gridCol w:w="5102"/>
      </w:tblGrid>
      <w:tr w:rsidR="00365219" w14:paraId="6899B6D4" w14:textId="77777777">
        <w:trPr>
          <w:jc w:val="center"/>
        </w:trPr>
        <w:tc>
          <w:tcPr>
            <w:tcW w:w="2835" w:type="dxa"/>
            <w:vAlign w:val="center"/>
          </w:tcPr>
          <w:p w14:paraId="52DCAF01" w14:textId="77777777" w:rsidR="00365219" w:rsidRDefault="00695781">
            <w:r>
              <w:rPr>
                <w:b/>
                <w:sz w:val="20"/>
              </w:rPr>
              <w:t>Kekhasan Kelompok</w:t>
            </w:r>
          </w:p>
        </w:tc>
        <w:tc>
          <w:tcPr>
            <w:tcW w:w="5102" w:type="dxa"/>
            <w:vAlign w:val="center"/>
          </w:tcPr>
          <w:p w14:paraId="77328809" w14:textId="77777777" w:rsidR="00365219" w:rsidRDefault="00695781">
            <w:r>
              <w:rPr>
                <w:sz w:val="20"/>
              </w:rPr>
              <w:t>Tahapan ZPD Vygotsky &amp; Berpikir Komputasi</w:t>
            </w:r>
          </w:p>
        </w:tc>
      </w:tr>
      <w:tr w:rsidR="00365219" w14:paraId="3D017810" w14:textId="77777777">
        <w:trPr>
          <w:jc w:val="center"/>
        </w:trPr>
        <w:tc>
          <w:tcPr>
            <w:tcW w:w="2835" w:type="dxa"/>
            <w:vAlign w:val="center"/>
          </w:tcPr>
          <w:p w14:paraId="6C07E311" w14:textId="77777777" w:rsidR="00365219" w:rsidRDefault="00695781">
            <w:r>
              <w:rPr>
                <w:b/>
                <w:sz w:val="20"/>
              </w:rPr>
              <w:t>Jenjang</w:t>
            </w:r>
          </w:p>
        </w:tc>
        <w:tc>
          <w:tcPr>
            <w:tcW w:w="5102" w:type="dxa"/>
            <w:vAlign w:val="center"/>
          </w:tcPr>
          <w:p w14:paraId="059EED47" w14:textId="77777777" w:rsidR="00365219" w:rsidRDefault="00695781">
            <w:r>
              <w:rPr>
                <w:sz w:val="20"/>
              </w:rPr>
              <w:t>SMA/MA/SMK/MAK/Sederajat</w:t>
            </w:r>
          </w:p>
        </w:tc>
      </w:tr>
      <w:tr w:rsidR="00365219" w14:paraId="42C9EA1C" w14:textId="77777777">
        <w:trPr>
          <w:jc w:val="center"/>
        </w:trPr>
        <w:tc>
          <w:tcPr>
            <w:tcW w:w="2835" w:type="dxa"/>
            <w:vAlign w:val="center"/>
          </w:tcPr>
          <w:p w14:paraId="7C67CB49" w14:textId="77777777" w:rsidR="00365219" w:rsidRDefault="00695781">
            <w:r>
              <w:rPr>
                <w:b/>
                <w:sz w:val="20"/>
              </w:rPr>
              <w:t>Jumlah Soal</w:t>
            </w:r>
          </w:p>
        </w:tc>
        <w:tc>
          <w:tcPr>
            <w:tcW w:w="5102" w:type="dxa"/>
            <w:vAlign w:val="center"/>
          </w:tcPr>
          <w:p w14:paraId="34EEA8AE" w14:textId="77777777" w:rsidR="00365219" w:rsidRDefault="00695781">
            <w:r>
              <w:rPr>
                <w:sz w:val="20"/>
              </w:rPr>
              <w:t>100 butir</w:t>
            </w:r>
          </w:p>
        </w:tc>
      </w:tr>
      <w:tr w:rsidR="00365219" w14:paraId="1FC26F41" w14:textId="77777777">
        <w:trPr>
          <w:jc w:val="center"/>
        </w:trPr>
        <w:tc>
          <w:tcPr>
            <w:tcW w:w="2835" w:type="dxa"/>
            <w:vAlign w:val="center"/>
          </w:tcPr>
          <w:p w14:paraId="57271846" w14:textId="77777777" w:rsidR="00365219" w:rsidRDefault="00695781">
            <w:r>
              <w:rPr>
                <w:b/>
                <w:sz w:val="20"/>
              </w:rPr>
              <w:t>Tahun Penyusunan</w:t>
            </w:r>
          </w:p>
        </w:tc>
        <w:tc>
          <w:tcPr>
            <w:tcW w:w="5102" w:type="dxa"/>
            <w:vAlign w:val="center"/>
          </w:tcPr>
          <w:p w14:paraId="11DB290C" w14:textId="77777777" w:rsidR="00365219" w:rsidRDefault="00695781">
            <w:r>
              <w:rPr>
                <w:sz w:val="20"/>
              </w:rPr>
              <w:t>2026</w:t>
            </w:r>
          </w:p>
        </w:tc>
      </w:tr>
    </w:tbl>
    <w:p w14:paraId="1A121283" w14:textId="77777777" w:rsidR="00BC0F0F" w:rsidRDefault="00BC0F0F"/>
    <w:p w14:paraId="02F15DCE" w14:textId="77777777" w:rsidR="00BC0F0F" w:rsidRDefault="00BC0F0F"/>
    <w:p w14:paraId="13CD35B4" w14:textId="1BF491B4" w:rsidR="00365219" w:rsidRDefault="00695781">
      <w:pPr>
        <w:jc w:val="center"/>
        <w:rPr>
          <w:i/>
          <w:sz w:val="19"/>
        </w:rPr>
      </w:pPr>
      <w:proofErr w:type="spellStart"/>
      <w:r>
        <w:rPr>
          <w:i/>
          <w:sz w:val="19"/>
        </w:rPr>
        <w:t>Disusun</w:t>
      </w:r>
      <w:proofErr w:type="spellEnd"/>
      <w:r>
        <w:rPr>
          <w:i/>
          <w:sz w:val="19"/>
        </w:rPr>
        <w:t xml:space="preserve"> </w:t>
      </w:r>
      <w:proofErr w:type="spellStart"/>
      <w:r>
        <w:rPr>
          <w:i/>
          <w:sz w:val="19"/>
        </w:rPr>
        <w:t>mengacu</w:t>
      </w:r>
      <w:proofErr w:type="spellEnd"/>
      <w:r>
        <w:rPr>
          <w:i/>
          <w:sz w:val="19"/>
        </w:rPr>
        <w:t xml:space="preserve"> pada </w:t>
      </w:r>
      <w:proofErr w:type="spellStart"/>
      <w:r>
        <w:rPr>
          <w:i/>
          <w:sz w:val="19"/>
        </w:rPr>
        <w:t>kerangka</w:t>
      </w:r>
      <w:proofErr w:type="spellEnd"/>
      <w:r>
        <w:rPr>
          <w:i/>
          <w:sz w:val="19"/>
        </w:rPr>
        <w:t xml:space="preserve"> asesmen TKA Matematika Wajib Pusmendik Kemendikdasmen dan karakteristik bentuk soal TKA Matematika Umum SMA 2025. Seluruh butir dalam dokumen </w:t>
      </w:r>
      <w:proofErr w:type="spellStart"/>
      <w:r>
        <w:rPr>
          <w:i/>
          <w:sz w:val="19"/>
        </w:rPr>
        <w:t>ini</w:t>
      </w:r>
      <w:proofErr w:type="spellEnd"/>
      <w:r>
        <w:rPr>
          <w:i/>
          <w:sz w:val="19"/>
        </w:rPr>
        <w:t xml:space="preserve"> </w:t>
      </w:r>
      <w:proofErr w:type="spellStart"/>
      <w:r>
        <w:rPr>
          <w:i/>
          <w:sz w:val="19"/>
        </w:rPr>
        <w:t>merupakan</w:t>
      </w:r>
      <w:proofErr w:type="spellEnd"/>
      <w:r>
        <w:rPr>
          <w:i/>
          <w:sz w:val="19"/>
        </w:rPr>
        <w:t xml:space="preserve"> </w:t>
      </w:r>
      <w:proofErr w:type="spellStart"/>
      <w:r>
        <w:rPr>
          <w:i/>
          <w:sz w:val="19"/>
        </w:rPr>
        <w:t>soal</w:t>
      </w:r>
      <w:proofErr w:type="spellEnd"/>
      <w:r>
        <w:rPr>
          <w:i/>
          <w:sz w:val="19"/>
        </w:rPr>
        <w:t xml:space="preserve"> </w:t>
      </w:r>
      <w:proofErr w:type="spellStart"/>
      <w:r>
        <w:rPr>
          <w:i/>
          <w:sz w:val="19"/>
        </w:rPr>
        <w:t>baru</w:t>
      </w:r>
      <w:proofErr w:type="spellEnd"/>
      <w:r>
        <w:rPr>
          <w:i/>
          <w:sz w:val="19"/>
        </w:rPr>
        <w:t>/</w:t>
      </w:r>
      <w:proofErr w:type="spellStart"/>
      <w:r>
        <w:rPr>
          <w:i/>
          <w:sz w:val="19"/>
        </w:rPr>
        <w:t>orisinal</w:t>
      </w:r>
      <w:proofErr w:type="spellEnd"/>
      <w:r>
        <w:rPr>
          <w:i/>
          <w:sz w:val="19"/>
        </w:rPr>
        <w:t>.</w:t>
      </w:r>
    </w:p>
    <w:p w14:paraId="10865C91" w14:textId="0D99E6AB" w:rsidR="00544570" w:rsidRDefault="00544570">
      <w:pPr>
        <w:jc w:val="center"/>
        <w:rPr>
          <w:i/>
          <w:sz w:val="19"/>
        </w:rPr>
      </w:pPr>
    </w:p>
    <w:p w14:paraId="6432E63E" w14:textId="0FB7B43D" w:rsidR="00544570" w:rsidRDefault="00544570">
      <w:pPr>
        <w:jc w:val="center"/>
        <w:rPr>
          <w:i/>
          <w:sz w:val="19"/>
        </w:rPr>
      </w:pPr>
    </w:p>
    <w:p w14:paraId="158A483A" w14:textId="75019828" w:rsidR="00544570" w:rsidRDefault="00544570">
      <w:pPr>
        <w:jc w:val="center"/>
        <w:rPr>
          <w:i/>
          <w:sz w:val="19"/>
        </w:rPr>
      </w:pPr>
    </w:p>
    <w:p w14:paraId="5937347C" w14:textId="77777777" w:rsidR="00544570" w:rsidRDefault="00544570">
      <w:pPr>
        <w:jc w:val="center"/>
      </w:pPr>
    </w:p>
    <w:tbl>
      <w:tblPr>
        <w:tblStyle w:val="TableGrid"/>
        <w:tblW w:w="0" w:type="auto"/>
        <w:jc w:val="center"/>
        <w:tblLayout w:type="fixed"/>
        <w:tblLook w:val="04A0" w:firstRow="1" w:lastRow="0" w:firstColumn="1" w:lastColumn="0" w:noHBand="0" w:noVBand="1"/>
      </w:tblPr>
      <w:tblGrid>
        <w:gridCol w:w="2438"/>
        <w:gridCol w:w="5386"/>
      </w:tblGrid>
      <w:tr w:rsidR="00544570" w14:paraId="10495769" w14:textId="77777777" w:rsidTr="003244D7">
        <w:trPr>
          <w:jc w:val="center"/>
        </w:trPr>
        <w:tc>
          <w:tcPr>
            <w:tcW w:w="2438" w:type="dxa"/>
            <w:tcMar>
              <w:top w:w="100" w:type="dxa"/>
              <w:left w:w="100" w:type="dxa"/>
              <w:bottom w:w="100" w:type="dxa"/>
              <w:right w:w="100" w:type="dxa"/>
            </w:tcMar>
            <w:vAlign w:val="center"/>
          </w:tcPr>
          <w:p w14:paraId="4D38DCB1" w14:textId="77777777" w:rsidR="00544570" w:rsidRDefault="00544570" w:rsidP="003244D7">
            <w:r>
              <w:rPr>
                <w:rFonts w:ascii="Times New Roman" w:eastAsia="Times New Roman" w:hAnsi="Times New Roman"/>
                <w:b/>
                <w:sz w:val="20"/>
              </w:rPr>
              <w:t xml:space="preserve">Nama </w:t>
            </w:r>
            <w:proofErr w:type="spellStart"/>
            <w:r>
              <w:rPr>
                <w:rFonts w:ascii="Times New Roman" w:eastAsia="Times New Roman" w:hAnsi="Times New Roman"/>
                <w:b/>
                <w:sz w:val="20"/>
              </w:rPr>
              <w:t>Penyusun</w:t>
            </w:r>
            <w:proofErr w:type="spellEnd"/>
          </w:p>
        </w:tc>
        <w:tc>
          <w:tcPr>
            <w:tcW w:w="5386" w:type="dxa"/>
            <w:tcMar>
              <w:top w:w="100" w:type="dxa"/>
              <w:left w:w="100" w:type="dxa"/>
              <w:bottom w:w="100" w:type="dxa"/>
              <w:right w:w="100" w:type="dxa"/>
            </w:tcMar>
            <w:vAlign w:val="center"/>
          </w:tcPr>
          <w:p w14:paraId="19774972" w14:textId="77777777" w:rsidR="00544570" w:rsidRDefault="00544570" w:rsidP="003244D7">
            <w:r>
              <w:rPr>
                <w:rFonts w:eastAsia="Times New Roman"/>
                <w:sz w:val="20"/>
              </w:rPr>
              <w:t xml:space="preserve">Heri Risdianto, </w:t>
            </w:r>
            <w:proofErr w:type="spellStart"/>
            <w:proofErr w:type="gramStart"/>
            <w:r>
              <w:rPr>
                <w:rFonts w:eastAsia="Times New Roman"/>
                <w:sz w:val="20"/>
              </w:rPr>
              <w:t>S.Pd</w:t>
            </w:r>
            <w:proofErr w:type="spellEnd"/>
            <w:proofErr w:type="gramEnd"/>
            <w:r>
              <w:rPr>
                <w:rFonts w:eastAsia="Times New Roman"/>
                <w:sz w:val="20"/>
              </w:rPr>
              <w:t xml:space="preserve">, </w:t>
            </w:r>
            <w:proofErr w:type="spellStart"/>
            <w:r>
              <w:rPr>
                <w:rFonts w:eastAsia="Times New Roman"/>
                <w:sz w:val="20"/>
              </w:rPr>
              <w:t>M.Pd</w:t>
            </w:r>
            <w:proofErr w:type="spellEnd"/>
          </w:p>
        </w:tc>
      </w:tr>
      <w:tr w:rsidR="00544570" w14:paraId="723DAACD" w14:textId="77777777" w:rsidTr="003244D7">
        <w:trPr>
          <w:jc w:val="center"/>
        </w:trPr>
        <w:tc>
          <w:tcPr>
            <w:tcW w:w="2438" w:type="dxa"/>
            <w:tcMar>
              <w:top w:w="100" w:type="dxa"/>
              <w:left w:w="100" w:type="dxa"/>
              <w:bottom w:w="100" w:type="dxa"/>
              <w:right w:w="100" w:type="dxa"/>
            </w:tcMar>
            <w:vAlign w:val="center"/>
          </w:tcPr>
          <w:p w14:paraId="68AB0513" w14:textId="77777777" w:rsidR="00544570" w:rsidRDefault="00544570" w:rsidP="003244D7">
            <w:proofErr w:type="spellStart"/>
            <w:r>
              <w:rPr>
                <w:rFonts w:ascii="Times New Roman" w:eastAsia="Times New Roman" w:hAnsi="Times New Roman"/>
                <w:b/>
                <w:sz w:val="20"/>
              </w:rPr>
              <w:t>Satuan</w:t>
            </w:r>
            <w:proofErr w:type="spellEnd"/>
            <w:r>
              <w:rPr>
                <w:rFonts w:ascii="Times New Roman" w:eastAsia="Times New Roman" w:hAnsi="Times New Roman"/>
                <w:b/>
                <w:sz w:val="20"/>
              </w:rPr>
              <w:t xml:space="preserve"> Pendidikan</w:t>
            </w:r>
          </w:p>
        </w:tc>
        <w:tc>
          <w:tcPr>
            <w:tcW w:w="5386" w:type="dxa"/>
            <w:tcMar>
              <w:top w:w="100" w:type="dxa"/>
              <w:left w:w="100" w:type="dxa"/>
              <w:bottom w:w="100" w:type="dxa"/>
              <w:right w:w="100" w:type="dxa"/>
            </w:tcMar>
            <w:vAlign w:val="center"/>
          </w:tcPr>
          <w:p w14:paraId="03EE9102" w14:textId="77777777" w:rsidR="00544570" w:rsidRDefault="00544570" w:rsidP="003244D7">
            <w:r>
              <w:rPr>
                <w:rFonts w:eastAsia="Times New Roman"/>
                <w:sz w:val="20"/>
              </w:rPr>
              <w:t xml:space="preserve">SMA Negeri 3 </w:t>
            </w:r>
            <w:proofErr w:type="spellStart"/>
            <w:r>
              <w:rPr>
                <w:rFonts w:eastAsia="Times New Roman"/>
                <w:sz w:val="20"/>
              </w:rPr>
              <w:t>Langsa</w:t>
            </w:r>
            <w:proofErr w:type="spellEnd"/>
          </w:p>
        </w:tc>
      </w:tr>
      <w:tr w:rsidR="00544570" w14:paraId="0909F6DF" w14:textId="77777777" w:rsidTr="003244D7">
        <w:trPr>
          <w:jc w:val="center"/>
        </w:trPr>
        <w:tc>
          <w:tcPr>
            <w:tcW w:w="2438" w:type="dxa"/>
            <w:tcMar>
              <w:top w:w="100" w:type="dxa"/>
              <w:left w:w="100" w:type="dxa"/>
              <w:bottom w:w="100" w:type="dxa"/>
              <w:right w:w="100" w:type="dxa"/>
            </w:tcMar>
            <w:vAlign w:val="center"/>
          </w:tcPr>
          <w:p w14:paraId="42CE79B3" w14:textId="77777777" w:rsidR="00544570" w:rsidRDefault="00544570" w:rsidP="003244D7">
            <w:proofErr w:type="spellStart"/>
            <w:r>
              <w:rPr>
                <w:rFonts w:ascii="Times New Roman" w:eastAsia="Times New Roman" w:hAnsi="Times New Roman"/>
                <w:b/>
                <w:sz w:val="20"/>
              </w:rPr>
              <w:t>Tahun</w:t>
            </w:r>
            <w:proofErr w:type="spellEnd"/>
            <w:r>
              <w:rPr>
                <w:rFonts w:ascii="Times New Roman" w:eastAsia="Times New Roman" w:hAnsi="Times New Roman"/>
                <w:b/>
                <w:sz w:val="20"/>
              </w:rPr>
              <w:t xml:space="preserve"> Pelajaran</w:t>
            </w:r>
          </w:p>
        </w:tc>
        <w:tc>
          <w:tcPr>
            <w:tcW w:w="5386" w:type="dxa"/>
            <w:tcMar>
              <w:top w:w="100" w:type="dxa"/>
              <w:left w:w="100" w:type="dxa"/>
              <w:bottom w:w="100" w:type="dxa"/>
              <w:right w:w="100" w:type="dxa"/>
            </w:tcMar>
            <w:vAlign w:val="center"/>
          </w:tcPr>
          <w:p w14:paraId="061FB25B" w14:textId="77777777" w:rsidR="00544570" w:rsidRDefault="00544570" w:rsidP="003244D7">
            <w:r>
              <w:rPr>
                <w:rFonts w:eastAsia="Times New Roman"/>
                <w:sz w:val="20"/>
              </w:rPr>
              <w:t>2006/2027</w:t>
            </w:r>
          </w:p>
        </w:tc>
      </w:tr>
      <w:tr w:rsidR="00544570" w14:paraId="0740DC1F" w14:textId="77777777" w:rsidTr="003244D7">
        <w:trPr>
          <w:jc w:val="center"/>
        </w:trPr>
        <w:tc>
          <w:tcPr>
            <w:tcW w:w="2438" w:type="dxa"/>
            <w:tcMar>
              <w:top w:w="100" w:type="dxa"/>
              <w:left w:w="100" w:type="dxa"/>
              <w:bottom w:w="100" w:type="dxa"/>
              <w:right w:w="100" w:type="dxa"/>
            </w:tcMar>
            <w:vAlign w:val="center"/>
          </w:tcPr>
          <w:p w14:paraId="5E508A1F" w14:textId="77777777" w:rsidR="00544570" w:rsidRDefault="00544570" w:rsidP="003244D7">
            <w:proofErr w:type="spellStart"/>
            <w:r>
              <w:rPr>
                <w:rFonts w:ascii="Times New Roman" w:eastAsia="Times New Roman" w:hAnsi="Times New Roman"/>
                <w:b/>
                <w:sz w:val="20"/>
              </w:rPr>
              <w:t>Tahun</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Penyusunan</w:t>
            </w:r>
            <w:proofErr w:type="spellEnd"/>
          </w:p>
        </w:tc>
        <w:tc>
          <w:tcPr>
            <w:tcW w:w="5386" w:type="dxa"/>
            <w:tcMar>
              <w:top w:w="100" w:type="dxa"/>
              <w:left w:w="100" w:type="dxa"/>
              <w:bottom w:w="100" w:type="dxa"/>
              <w:right w:w="100" w:type="dxa"/>
            </w:tcMar>
            <w:vAlign w:val="center"/>
          </w:tcPr>
          <w:p w14:paraId="52CFC18B" w14:textId="77777777" w:rsidR="00544570" w:rsidRDefault="00544570" w:rsidP="003244D7">
            <w:r>
              <w:rPr>
                <w:rFonts w:ascii="Times New Roman" w:eastAsia="Times New Roman" w:hAnsi="Times New Roman"/>
                <w:sz w:val="20"/>
              </w:rPr>
              <w:t>2026</w:t>
            </w:r>
          </w:p>
        </w:tc>
      </w:tr>
    </w:tbl>
    <w:p w14:paraId="4291EFF7" w14:textId="72D0BEE9" w:rsidR="00365219" w:rsidRDefault="00695781">
      <w:r>
        <w:br w:type="page"/>
      </w:r>
      <w:r w:rsidR="00544570">
        <w:lastRenderedPageBreak/>
        <w:t>\</w:t>
      </w:r>
    </w:p>
    <w:p w14:paraId="73AFB733" w14:textId="77777777" w:rsidR="00365219" w:rsidRDefault="00695781">
      <w:pPr>
        <w:pStyle w:val="Heading1"/>
      </w:pPr>
      <w:r>
        <w:t>PETUNJUK PENGGUNAAN</w:t>
      </w:r>
    </w:p>
    <w:p w14:paraId="3714073B" w14:textId="77777777" w:rsidR="00365219" w:rsidRDefault="00695781">
      <w:r>
        <w:t>Dokumen ini terdiri atas naskah soal, lembar jawaban ringkas, kunci jawaban, pembahasan singkat, dan matriks butir. Untuk tes siswa, bagian Naskah Soal dan Lembar Jawaban dapat dicetak terpisah dari bagian kunci/pembahasan.</w:t>
      </w:r>
    </w:p>
    <w:p w14:paraId="166624E6" w14:textId="77777777" w:rsidR="00365219" w:rsidRDefault="00695781">
      <w:r>
        <w:t>Bentuk soal meliputi Pilihan Ganda (PG), Pilihan Ganda Kompleks Multiple Correct Multiple Answer (PGK-MCMA), PGK Kategori Benar/Salah, dan Kecukupan Data.</w:t>
      </w:r>
    </w:p>
    <w:p w14:paraId="67A24373" w14:textId="77777777" w:rsidR="00365219" w:rsidRDefault="00695781">
      <w:r>
        <w:t>Pengelompokan ZPD pada dokumen ini adalah adaptasi pedagogis untuk mengatur tingkat scaffolding, bukan pembagian tahap resmi teori Vygotsky: ZPD-1 (dukungan tinggi), ZPD-2 (penerapan bertahap), ZPD-3 (zona tantangan), dan ZPD-4 (transfer mandiri).</w:t>
      </w:r>
    </w:p>
    <w:p w14:paraId="57027FF2" w14:textId="77777777" w:rsidR="00365219" w:rsidRDefault="00695781">
      <w:r>
        <w:t>Kode berpikir komputasi pada matriks guru: DK = Dekomposisi, PR = Pengenalan Pola, AB = Abstraksi, dan AL = Berpikir Algoritmik.</w:t>
      </w:r>
    </w:p>
    <w:p w14:paraId="15F359B5" w14:textId="77777777" w:rsidR="00365219" w:rsidRDefault="00695781">
      <w:r>
        <w:t>Fokus fungsi sengaja dipersempit pada fungsi linear serta invers dan komposisi yang berbasis fungsi linear, sesuai fokus permintaan penyusunan.</w:t>
      </w:r>
    </w:p>
    <w:p w14:paraId="33C532B8" w14:textId="77777777" w:rsidR="00365219" w:rsidRDefault="00695781">
      <w:pPr>
        <w:pStyle w:val="Heading2"/>
      </w:pPr>
      <w:r>
        <w:t>PEMETAAN TAHAPAN ZPD</w:t>
      </w:r>
    </w:p>
    <w:tbl>
      <w:tblPr>
        <w:tblStyle w:val="TableGrid"/>
        <w:tblW w:w="0" w:type="auto"/>
        <w:jc w:val="center"/>
        <w:tblLook w:val="04A0" w:firstRow="1" w:lastRow="0" w:firstColumn="1" w:lastColumn="0" w:noHBand="0" w:noVBand="1"/>
      </w:tblPr>
      <w:tblGrid>
        <w:gridCol w:w="2466"/>
        <w:gridCol w:w="2466"/>
        <w:gridCol w:w="2466"/>
        <w:gridCol w:w="2466"/>
      </w:tblGrid>
      <w:tr w:rsidR="00365219" w14:paraId="7F741E86" w14:textId="77777777">
        <w:trPr>
          <w:jc w:val="center"/>
        </w:trPr>
        <w:tc>
          <w:tcPr>
            <w:tcW w:w="2466" w:type="dxa"/>
            <w:shd w:val="clear" w:color="auto" w:fill="D9EAF7"/>
            <w:vAlign w:val="center"/>
          </w:tcPr>
          <w:p w14:paraId="2F379F00" w14:textId="77777777" w:rsidR="00365219" w:rsidRDefault="00695781">
            <w:r>
              <w:rPr>
                <w:b/>
                <w:sz w:val="18"/>
              </w:rPr>
              <w:t>Tahap</w:t>
            </w:r>
          </w:p>
        </w:tc>
        <w:tc>
          <w:tcPr>
            <w:tcW w:w="2466" w:type="dxa"/>
            <w:shd w:val="clear" w:color="auto" w:fill="D9EAF7"/>
            <w:vAlign w:val="center"/>
          </w:tcPr>
          <w:p w14:paraId="03DB9AE5" w14:textId="77777777" w:rsidR="00365219" w:rsidRDefault="00695781">
            <w:r>
              <w:rPr>
                <w:b/>
                <w:sz w:val="18"/>
              </w:rPr>
              <w:t>Karakteristik</w:t>
            </w:r>
          </w:p>
        </w:tc>
        <w:tc>
          <w:tcPr>
            <w:tcW w:w="2466" w:type="dxa"/>
            <w:shd w:val="clear" w:color="auto" w:fill="D9EAF7"/>
            <w:vAlign w:val="center"/>
          </w:tcPr>
          <w:p w14:paraId="1AD1F924" w14:textId="77777777" w:rsidR="00365219" w:rsidRDefault="00695781">
            <w:r>
              <w:rPr>
                <w:b/>
                <w:sz w:val="18"/>
              </w:rPr>
              <w:t>Kaitan Proses TKA</w:t>
            </w:r>
          </w:p>
        </w:tc>
        <w:tc>
          <w:tcPr>
            <w:tcW w:w="2466" w:type="dxa"/>
            <w:shd w:val="clear" w:color="auto" w:fill="D9EAF7"/>
            <w:vAlign w:val="center"/>
          </w:tcPr>
          <w:p w14:paraId="044FAB87" w14:textId="77777777" w:rsidR="00365219" w:rsidRDefault="00695781">
            <w:r>
              <w:rPr>
                <w:b/>
                <w:sz w:val="18"/>
              </w:rPr>
              <w:t>Dukungan</w:t>
            </w:r>
          </w:p>
        </w:tc>
      </w:tr>
      <w:tr w:rsidR="00365219" w14:paraId="4119C919" w14:textId="77777777">
        <w:trPr>
          <w:jc w:val="center"/>
        </w:trPr>
        <w:tc>
          <w:tcPr>
            <w:tcW w:w="2466" w:type="dxa"/>
            <w:vAlign w:val="center"/>
          </w:tcPr>
          <w:p w14:paraId="24C3FBA2" w14:textId="77777777" w:rsidR="00365219" w:rsidRDefault="00695781">
            <w:r>
              <w:rPr>
                <w:sz w:val="17"/>
              </w:rPr>
              <w:t>ZPD-1</w:t>
            </w:r>
          </w:p>
        </w:tc>
        <w:tc>
          <w:tcPr>
            <w:tcW w:w="2466" w:type="dxa"/>
            <w:vAlign w:val="center"/>
          </w:tcPr>
          <w:p w14:paraId="0D99408F" w14:textId="77777777" w:rsidR="00365219" w:rsidRDefault="00695781">
            <w:r>
              <w:rPr>
                <w:sz w:val="17"/>
              </w:rPr>
              <w:t>Konsep/prosedur familiar; informasi eksplisit</w:t>
            </w:r>
          </w:p>
        </w:tc>
        <w:tc>
          <w:tcPr>
            <w:tcW w:w="2466" w:type="dxa"/>
            <w:vAlign w:val="center"/>
          </w:tcPr>
          <w:p w14:paraId="4B4E6519" w14:textId="77777777" w:rsidR="00365219" w:rsidRDefault="00695781">
            <w:r>
              <w:rPr>
                <w:sz w:val="17"/>
              </w:rPr>
              <w:t>Level 1</w:t>
            </w:r>
          </w:p>
        </w:tc>
        <w:tc>
          <w:tcPr>
            <w:tcW w:w="2466" w:type="dxa"/>
            <w:vAlign w:val="center"/>
          </w:tcPr>
          <w:p w14:paraId="19893DEF" w14:textId="77777777" w:rsidR="00365219" w:rsidRDefault="00695781">
            <w:r>
              <w:rPr>
                <w:sz w:val="17"/>
              </w:rPr>
              <w:t>Scaffolding tinggi</w:t>
            </w:r>
          </w:p>
        </w:tc>
      </w:tr>
      <w:tr w:rsidR="00365219" w14:paraId="40EEE794" w14:textId="77777777">
        <w:trPr>
          <w:jc w:val="center"/>
        </w:trPr>
        <w:tc>
          <w:tcPr>
            <w:tcW w:w="2466" w:type="dxa"/>
            <w:vAlign w:val="center"/>
          </w:tcPr>
          <w:p w14:paraId="1544A4AB" w14:textId="77777777" w:rsidR="00365219" w:rsidRDefault="00695781">
            <w:r>
              <w:rPr>
                <w:sz w:val="17"/>
              </w:rPr>
              <w:t>ZPD-2</w:t>
            </w:r>
          </w:p>
        </w:tc>
        <w:tc>
          <w:tcPr>
            <w:tcW w:w="2466" w:type="dxa"/>
            <w:vAlign w:val="center"/>
          </w:tcPr>
          <w:p w14:paraId="056DECC5" w14:textId="77777777" w:rsidR="00365219" w:rsidRDefault="00695781">
            <w:r>
              <w:rPr>
                <w:sz w:val="17"/>
              </w:rPr>
              <w:t>Memilih dan menerapkan strategi</w:t>
            </w:r>
          </w:p>
        </w:tc>
        <w:tc>
          <w:tcPr>
            <w:tcW w:w="2466" w:type="dxa"/>
            <w:vAlign w:val="center"/>
          </w:tcPr>
          <w:p w14:paraId="65210154" w14:textId="77777777" w:rsidR="00365219" w:rsidRDefault="00695781">
            <w:r>
              <w:rPr>
                <w:sz w:val="17"/>
              </w:rPr>
              <w:t>Level 1-2</w:t>
            </w:r>
          </w:p>
        </w:tc>
        <w:tc>
          <w:tcPr>
            <w:tcW w:w="2466" w:type="dxa"/>
            <w:vAlign w:val="center"/>
          </w:tcPr>
          <w:p w14:paraId="3E3CE375" w14:textId="77777777" w:rsidR="00365219" w:rsidRDefault="00695781">
            <w:r>
              <w:rPr>
                <w:sz w:val="17"/>
              </w:rPr>
              <w:t>Scaffolding berkurang</w:t>
            </w:r>
          </w:p>
        </w:tc>
      </w:tr>
      <w:tr w:rsidR="00365219" w14:paraId="2FCD73C6" w14:textId="77777777">
        <w:trPr>
          <w:jc w:val="center"/>
        </w:trPr>
        <w:tc>
          <w:tcPr>
            <w:tcW w:w="2466" w:type="dxa"/>
            <w:vAlign w:val="center"/>
          </w:tcPr>
          <w:p w14:paraId="2836FE12" w14:textId="77777777" w:rsidR="00365219" w:rsidRDefault="00695781">
            <w:r>
              <w:rPr>
                <w:sz w:val="17"/>
              </w:rPr>
              <w:t>ZPD-3</w:t>
            </w:r>
          </w:p>
        </w:tc>
        <w:tc>
          <w:tcPr>
            <w:tcW w:w="2466" w:type="dxa"/>
            <w:vAlign w:val="center"/>
          </w:tcPr>
          <w:p w14:paraId="60BDC231" w14:textId="77777777" w:rsidR="00365219" w:rsidRDefault="00695781">
            <w:r>
              <w:rPr>
                <w:sz w:val="17"/>
              </w:rPr>
              <w:t>Masalah multilangkah dan kontekstual</w:t>
            </w:r>
          </w:p>
        </w:tc>
        <w:tc>
          <w:tcPr>
            <w:tcW w:w="2466" w:type="dxa"/>
            <w:vAlign w:val="center"/>
          </w:tcPr>
          <w:p w14:paraId="6ACFC0D8" w14:textId="77777777" w:rsidR="00365219" w:rsidRDefault="00695781">
            <w:r>
              <w:rPr>
                <w:sz w:val="17"/>
              </w:rPr>
              <w:t>Level 2-3</w:t>
            </w:r>
          </w:p>
        </w:tc>
        <w:tc>
          <w:tcPr>
            <w:tcW w:w="2466" w:type="dxa"/>
            <w:vAlign w:val="center"/>
          </w:tcPr>
          <w:p w14:paraId="3F25FFA7" w14:textId="77777777" w:rsidR="00365219" w:rsidRDefault="00695781">
            <w:r>
              <w:rPr>
                <w:sz w:val="17"/>
              </w:rPr>
              <w:t>Dukungan minimal</w:t>
            </w:r>
          </w:p>
        </w:tc>
      </w:tr>
      <w:tr w:rsidR="00365219" w14:paraId="79F1B3E4" w14:textId="77777777">
        <w:trPr>
          <w:jc w:val="center"/>
        </w:trPr>
        <w:tc>
          <w:tcPr>
            <w:tcW w:w="2466" w:type="dxa"/>
            <w:vAlign w:val="center"/>
          </w:tcPr>
          <w:p w14:paraId="77DF3F0E" w14:textId="77777777" w:rsidR="00365219" w:rsidRDefault="00695781">
            <w:r>
              <w:rPr>
                <w:sz w:val="17"/>
              </w:rPr>
              <w:t>ZPD-4</w:t>
            </w:r>
          </w:p>
        </w:tc>
        <w:tc>
          <w:tcPr>
            <w:tcW w:w="2466" w:type="dxa"/>
            <w:vAlign w:val="center"/>
          </w:tcPr>
          <w:p w14:paraId="4A82EAE8" w14:textId="77777777" w:rsidR="00365219" w:rsidRDefault="00695781">
            <w:r>
              <w:rPr>
                <w:sz w:val="17"/>
              </w:rPr>
              <w:t>Situasi baru, evaluasi, generalisasi</w:t>
            </w:r>
          </w:p>
        </w:tc>
        <w:tc>
          <w:tcPr>
            <w:tcW w:w="2466" w:type="dxa"/>
            <w:vAlign w:val="center"/>
          </w:tcPr>
          <w:p w14:paraId="1B7A92A3" w14:textId="77777777" w:rsidR="00365219" w:rsidRDefault="00695781">
            <w:r>
              <w:rPr>
                <w:sz w:val="17"/>
              </w:rPr>
              <w:t>Level 3</w:t>
            </w:r>
          </w:p>
        </w:tc>
        <w:tc>
          <w:tcPr>
            <w:tcW w:w="2466" w:type="dxa"/>
            <w:vAlign w:val="center"/>
          </w:tcPr>
          <w:p w14:paraId="48582E36" w14:textId="77777777" w:rsidR="00365219" w:rsidRDefault="00695781">
            <w:r>
              <w:rPr>
                <w:sz w:val="17"/>
              </w:rPr>
              <w:t>Mandiri</w:t>
            </w:r>
          </w:p>
        </w:tc>
      </w:tr>
    </w:tbl>
    <w:p w14:paraId="488F2FB5" w14:textId="77777777" w:rsidR="00365219" w:rsidRDefault="00695781">
      <w:pPr>
        <w:pStyle w:val="Heading2"/>
      </w:pPr>
      <w:r>
        <w:t>DISTRIBUSI BANK SOAL</w:t>
      </w:r>
    </w:p>
    <w:tbl>
      <w:tblPr>
        <w:tblStyle w:val="TableGrid"/>
        <w:tblW w:w="0" w:type="auto"/>
        <w:jc w:val="center"/>
        <w:tblLook w:val="04A0" w:firstRow="1" w:lastRow="0" w:firstColumn="1" w:lastColumn="0" w:noHBand="0" w:noVBand="1"/>
      </w:tblPr>
      <w:tblGrid>
        <w:gridCol w:w="3289"/>
        <w:gridCol w:w="3289"/>
        <w:gridCol w:w="3289"/>
      </w:tblGrid>
      <w:tr w:rsidR="00365219" w14:paraId="31E34ACB" w14:textId="77777777">
        <w:trPr>
          <w:jc w:val="center"/>
        </w:trPr>
        <w:tc>
          <w:tcPr>
            <w:tcW w:w="3289" w:type="dxa"/>
            <w:shd w:val="clear" w:color="auto" w:fill="E2F0D9"/>
            <w:vAlign w:val="center"/>
          </w:tcPr>
          <w:p w14:paraId="38261297" w14:textId="77777777" w:rsidR="00365219" w:rsidRDefault="00695781">
            <w:r>
              <w:rPr>
                <w:b/>
                <w:sz w:val="18"/>
              </w:rPr>
              <w:t>Kelompok</w:t>
            </w:r>
          </w:p>
        </w:tc>
        <w:tc>
          <w:tcPr>
            <w:tcW w:w="3289" w:type="dxa"/>
            <w:shd w:val="clear" w:color="auto" w:fill="E2F0D9"/>
            <w:vAlign w:val="center"/>
          </w:tcPr>
          <w:p w14:paraId="27A3EA8C" w14:textId="77777777" w:rsidR="00365219" w:rsidRDefault="00695781">
            <w:r>
              <w:rPr>
                <w:b/>
                <w:sz w:val="18"/>
              </w:rPr>
              <w:t>Nomor</w:t>
            </w:r>
          </w:p>
        </w:tc>
        <w:tc>
          <w:tcPr>
            <w:tcW w:w="3289" w:type="dxa"/>
            <w:shd w:val="clear" w:color="auto" w:fill="E2F0D9"/>
            <w:vAlign w:val="center"/>
          </w:tcPr>
          <w:p w14:paraId="5669BF78" w14:textId="77777777" w:rsidR="00365219" w:rsidRDefault="00695781">
            <w:r>
              <w:rPr>
                <w:b/>
                <w:sz w:val="18"/>
              </w:rPr>
              <w:t>Jumlah</w:t>
            </w:r>
          </w:p>
        </w:tc>
      </w:tr>
      <w:tr w:rsidR="00365219" w14:paraId="4BDDE777" w14:textId="77777777">
        <w:trPr>
          <w:jc w:val="center"/>
        </w:trPr>
        <w:tc>
          <w:tcPr>
            <w:tcW w:w="3289" w:type="dxa"/>
            <w:vAlign w:val="center"/>
          </w:tcPr>
          <w:p w14:paraId="77B90C4F" w14:textId="77777777" w:rsidR="00365219" w:rsidRDefault="00695781">
            <w:r>
              <w:rPr>
                <w:b/>
                <w:sz w:val="18"/>
              </w:rPr>
              <w:t>ZPD-1</w:t>
            </w:r>
          </w:p>
        </w:tc>
        <w:tc>
          <w:tcPr>
            <w:tcW w:w="3289" w:type="dxa"/>
            <w:vAlign w:val="center"/>
          </w:tcPr>
          <w:p w14:paraId="111A263E" w14:textId="77777777" w:rsidR="00365219" w:rsidRDefault="00695781">
            <w:r>
              <w:rPr>
                <w:sz w:val="18"/>
              </w:rPr>
              <w:t>1-25</w:t>
            </w:r>
          </w:p>
        </w:tc>
        <w:tc>
          <w:tcPr>
            <w:tcW w:w="3289" w:type="dxa"/>
            <w:vAlign w:val="center"/>
          </w:tcPr>
          <w:p w14:paraId="3339CF99" w14:textId="77777777" w:rsidR="00365219" w:rsidRDefault="00695781">
            <w:r>
              <w:rPr>
                <w:sz w:val="18"/>
              </w:rPr>
              <w:t>25</w:t>
            </w:r>
          </w:p>
        </w:tc>
      </w:tr>
      <w:tr w:rsidR="00365219" w14:paraId="76DA5C83" w14:textId="77777777">
        <w:trPr>
          <w:jc w:val="center"/>
        </w:trPr>
        <w:tc>
          <w:tcPr>
            <w:tcW w:w="3289" w:type="dxa"/>
            <w:vAlign w:val="center"/>
          </w:tcPr>
          <w:p w14:paraId="1B0593A1" w14:textId="77777777" w:rsidR="00365219" w:rsidRDefault="00695781">
            <w:r>
              <w:rPr>
                <w:b/>
                <w:sz w:val="18"/>
              </w:rPr>
              <w:t>ZPD-2</w:t>
            </w:r>
          </w:p>
        </w:tc>
        <w:tc>
          <w:tcPr>
            <w:tcW w:w="3289" w:type="dxa"/>
            <w:vAlign w:val="center"/>
          </w:tcPr>
          <w:p w14:paraId="3FFD4155" w14:textId="77777777" w:rsidR="00365219" w:rsidRDefault="00695781">
            <w:r>
              <w:rPr>
                <w:sz w:val="18"/>
              </w:rPr>
              <w:t>26-50</w:t>
            </w:r>
          </w:p>
        </w:tc>
        <w:tc>
          <w:tcPr>
            <w:tcW w:w="3289" w:type="dxa"/>
            <w:vAlign w:val="center"/>
          </w:tcPr>
          <w:p w14:paraId="71C03C68" w14:textId="77777777" w:rsidR="00365219" w:rsidRDefault="00695781">
            <w:r>
              <w:rPr>
                <w:sz w:val="18"/>
              </w:rPr>
              <w:t>25</w:t>
            </w:r>
          </w:p>
        </w:tc>
      </w:tr>
      <w:tr w:rsidR="00365219" w14:paraId="748C51F0" w14:textId="77777777">
        <w:trPr>
          <w:jc w:val="center"/>
        </w:trPr>
        <w:tc>
          <w:tcPr>
            <w:tcW w:w="3289" w:type="dxa"/>
            <w:vAlign w:val="center"/>
          </w:tcPr>
          <w:p w14:paraId="321BFBCF" w14:textId="77777777" w:rsidR="00365219" w:rsidRDefault="00695781">
            <w:r>
              <w:rPr>
                <w:b/>
                <w:sz w:val="18"/>
              </w:rPr>
              <w:t>ZPD-3</w:t>
            </w:r>
          </w:p>
        </w:tc>
        <w:tc>
          <w:tcPr>
            <w:tcW w:w="3289" w:type="dxa"/>
            <w:vAlign w:val="center"/>
          </w:tcPr>
          <w:p w14:paraId="76981587" w14:textId="77777777" w:rsidR="00365219" w:rsidRDefault="00695781">
            <w:r>
              <w:rPr>
                <w:sz w:val="18"/>
              </w:rPr>
              <w:t>51-75</w:t>
            </w:r>
          </w:p>
        </w:tc>
        <w:tc>
          <w:tcPr>
            <w:tcW w:w="3289" w:type="dxa"/>
            <w:vAlign w:val="center"/>
          </w:tcPr>
          <w:p w14:paraId="437EDA5F" w14:textId="77777777" w:rsidR="00365219" w:rsidRDefault="00695781">
            <w:r>
              <w:rPr>
                <w:sz w:val="18"/>
              </w:rPr>
              <w:t>25</w:t>
            </w:r>
          </w:p>
        </w:tc>
      </w:tr>
      <w:tr w:rsidR="00365219" w14:paraId="0D301931" w14:textId="77777777">
        <w:trPr>
          <w:jc w:val="center"/>
        </w:trPr>
        <w:tc>
          <w:tcPr>
            <w:tcW w:w="3289" w:type="dxa"/>
            <w:vAlign w:val="center"/>
          </w:tcPr>
          <w:p w14:paraId="463065D0" w14:textId="77777777" w:rsidR="00365219" w:rsidRDefault="00695781">
            <w:r>
              <w:rPr>
                <w:b/>
                <w:sz w:val="18"/>
              </w:rPr>
              <w:t>ZPD-4</w:t>
            </w:r>
          </w:p>
        </w:tc>
        <w:tc>
          <w:tcPr>
            <w:tcW w:w="3289" w:type="dxa"/>
            <w:vAlign w:val="center"/>
          </w:tcPr>
          <w:p w14:paraId="49BEBFB1" w14:textId="77777777" w:rsidR="00365219" w:rsidRDefault="00695781">
            <w:r>
              <w:rPr>
                <w:sz w:val="18"/>
              </w:rPr>
              <w:t>76-100</w:t>
            </w:r>
          </w:p>
        </w:tc>
        <w:tc>
          <w:tcPr>
            <w:tcW w:w="3289" w:type="dxa"/>
            <w:vAlign w:val="center"/>
          </w:tcPr>
          <w:p w14:paraId="35CCCF0E" w14:textId="77777777" w:rsidR="00365219" w:rsidRDefault="00695781">
            <w:r>
              <w:rPr>
                <w:sz w:val="18"/>
              </w:rPr>
              <w:t>25</w:t>
            </w:r>
          </w:p>
        </w:tc>
      </w:tr>
    </w:tbl>
    <w:p w14:paraId="09431CC2" w14:textId="77777777" w:rsidR="00365219" w:rsidRDefault="00695781">
      <w:pPr>
        <w:pStyle w:val="Small"/>
      </w:pPr>
      <w:r>
        <w:t>Distribusi bentuk soal: PG: 72, PGK Kategori: 9, PGK MCMA: 11, Kecukupan Data: 8.</w:t>
      </w:r>
    </w:p>
    <w:p w14:paraId="6EB2FB8A" w14:textId="77777777" w:rsidR="00365219" w:rsidRDefault="00695781">
      <w:r>
        <w:br w:type="page"/>
      </w:r>
    </w:p>
    <w:p w14:paraId="6368DEC2" w14:textId="77777777" w:rsidR="00365219" w:rsidRDefault="00695781">
      <w:pPr>
        <w:pStyle w:val="Heading1"/>
        <w:jc w:val="center"/>
      </w:pPr>
      <w:r>
        <w:lastRenderedPageBreak/>
        <w:t>NASKAH SOAL</w:t>
      </w:r>
    </w:p>
    <w:tbl>
      <w:tblPr>
        <w:tblStyle w:val="TableGrid"/>
        <w:tblW w:w="0" w:type="auto"/>
        <w:jc w:val="center"/>
        <w:tblLook w:val="04A0" w:firstRow="1" w:lastRow="0" w:firstColumn="1" w:lastColumn="0" w:noHBand="0" w:noVBand="1"/>
      </w:tblPr>
      <w:tblGrid>
        <w:gridCol w:w="2466"/>
        <w:gridCol w:w="2466"/>
        <w:gridCol w:w="2466"/>
        <w:gridCol w:w="2466"/>
      </w:tblGrid>
      <w:tr w:rsidR="00365219" w14:paraId="1B48AB96" w14:textId="77777777">
        <w:trPr>
          <w:jc w:val="center"/>
        </w:trPr>
        <w:tc>
          <w:tcPr>
            <w:tcW w:w="2466" w:type="dxa"/>
            <w:vAlign w:val="center"/>
          </w:tcPr>
          <w:p w14:paraId="49369B9B" w14:textId="77777777" w:rsidR="00365219" w:rsidRDefault="00695781">
            <w:r>
              <w:rPr>
                <w:b/>
                <w:sz w:val="18"/>
              </w:rPr>
              <w:t>Nama</w:t>
            </w:r>
          </w:p>
        </w:tc>
        <w:tc>
          <w:tcPr>
            <w:tcW w:w="2466" w:type="dxa"/>
            <w:vAlign w:val="center"/>
          </w:tcPr>
          <w:p w14:paraId="4EFC6F10" w14:textId="77777777" w:rsidR="00365219" w:rsidRDefault="00695781">
            <w:r>
              <w:rPr>
                <w:sz w:val="18"/>
              </w:rPr>
              <w:t>........................................</w:t>
            </w:r>
          </w:p>
        </w:tc>
        <w:tc>
          <w:tcPr>
            <w:tcW w:w="2466" w:type="dxa"/>
            <w:vAlign w:val="center"/>
          </w:tcPr>
          <w:p w14:paraId="453D85EA" w14:textId="77777777" w:rsidR="00365219" w:rsidRDefault="00695781">
            <w:r>
              <w:rPr>
                <w:b/>
                <w:sz w:val="18"/>
              </w:rPr>
              <w:t>Kelas</w:t>
            </w:r>
          </w:p>
        </w:tc>
        <w:tc>
          <w:tcPr>
            <w:tcW w:w="2466" w:type="dxa"/>
            <w:vAlign w:val="center"/>
          </w:tcPr>
          <w:p w14:paraId="64473853" w14:textId="77777777" w:rsidR="00365219" w:rsidRDefault="00695781">
            <w:r>
              <w:rPr>
                <w:sz w:val="18"/>
              </w:rPr>
              <w:t>..................</w:t>
            </w:r>
          </w:p>
        </w:tc>
      </w:tr>
      <w:tr w:rsidR="00365219" w14:paraId="4255E92D" w14:textId="77777777">
        <w:trPr>
          <w:jc w:val="center"/>
        </w:trPr>
        <w:tc>
          <w:tcPr>
            <w:tcW w:w="2466" w:type="dxa"/>
            <w:vAlign w:val="center"/>
          </w:tcPr>
          <w:p w14:paraId="4DEB4E64" w14:textId="77777777" w:rsidR="00365219" w:rsidRDefault="00695781">
            <w:r>
              <w:rPr>
                <w:b/>
                <w:sz w:val="18"/>
              </w:rPr>
              <w:t>Sekolah</w:t>
            </w:r>
          </w:p>
        </w:tc>
        <w:tc>
          <w:tcPr>
            <w:tcW w:w="2466" w:type="dxa"/>
            <w:vAlign w:val="center"/>
          </w:tcPr>
          <w:p w14:paraId="572B354F" w14:textId="77777777" w:rsidR="00365219" w:rsidRDefault="00695781">
            <w:r>
              <w:rPr>
                <w:sz w:val="18"/>
              </w:rPr>
              <w:t>........................................</w:t>
            </w:r>
          </w:p>
        </w:tc>
        <w:tc>
          <w:tcPr>
            <w:tcW w:w="2466" w:type="dxa"/>
            <w:vAlign w:val="center"/>
          </w:tcPr>
          <w:p w14:paraId="2FA8EF84" w14:textId="77777777" w:rsidR="00365219" w:rsidRDefault="00695781">
            <w:r>
              <w:rPr>
                <w:b/>
                <w:sz w:val="18"/>
              </w:rPr>
              <w:t>Tanggal</w:t>
            </w:r>
          </w:p>
        </w:tc>
        <w:tc>
          <w:tcPr>
            <w:tcW w:w="2466" w:type="dxa"/>
            <w:vAlign w:val="center"/>
          </w:tcPr>
          <w:p w14:paraId="7EF9704B" w14:textId="77777777" w:rsidR="00365219" w:rsidRDefault="00695781">
            <w:r>
              <w:rPr>
                <w:sz w:val="18"/>
              </w:rPr>
              <w:t>..................</w:t>
            </w:r>
          </w:p>
        </w:tc>
      </w:tr>
    </w:tbl>
    <w:p w14:paraId="74DF4DF8" w14:textId="77777777" w:rsidR="00365219" w:rsidRDefault="00695781">
      <w:pPr>
        <w:pStyle w:val="Small"/>
      </w:pPr>
      <w:r>
        <w:t>Petunjuk: Pilih satu jawaban paling tepat untuk PG. Untuk PGK-MCMA, pilih semua pernyataan yang benar. Untuk PGK Kategori, beri tanda pada kolom Benar atau Salah. Untuk soal kecukupan data, gunakan pilihan A-E yang tersedia.</w:t>
      </w:r>
    </w:p>
    <w:p w14:paraId="35BF0F24" w14:textId="77777777" w:rsidR="00365219" w:rsidRDefault="00695781">
      <w:pPr>
        <w:pStyle w:val="Heading2"/>
        <w:jc w:val="center"/>
      </w:pPr>
      <w:r>
        <w:t>ZPD-1 - SCAFFOLDING TINGGI</w:t>
      </w:r>
    </w:p>
    <w:p w14:paraId="7DB4AF37" w14:textId="77777777" w:rsidR="00365219" w:rsidRDefault="00695781">
      <w:pPr>
        <w:pStyle w:val="Question"/>
      </w:pPr>
      <w:r>
        <w:rPr>
          <w:b/>
        </w:rPr>
        <w:t xml:space="preserve">1. </w:t>
      </w:r>
      <w:r>
        <w:t>Diketahui sistem persamaan x + y = 8 dan x - y = 2. Nilai 2x + y adalah ....</w:t>
      </w:r>
    </w:p>
    <w:p w14:paraId="17B2DAB4" w14:textId="77777777" w:rsidR="00365219" w:rsidRDefault="00695781">
      <w:pPr>
        <w:pStyle w:val="Option"/>
        <w:keepNext/>
      </w:pPr>
      <w:r>
        <w:t>A. 10</w:t>
      </w:r>
    </w:p>
    <w:p w14:paraId="437CD979" w14:textId="77777777" w:rsidR="00365219" w:rsidRDefault="00695781">
      <w:pPr>
        <w:pStyle w:val="Option"/>
        <w:keepNext/>
      </w:pPr>
      <w:r>
        <w:t>B. 11</w:t>
      </w:r>
    </w:p>
    <w:p w14:paraId="27AFC5A2" w14:textId="77777777" w:rsidR="00365219" w:rsidRDefault="00695781">
      <w:pPr>
        <w:pStyle w:val="Option"/>
        <w:keepNext/>
      </w:pPr>
      <w:r>
        <w:t>C. 12</w:t>
      </w:r>
    </w:p>
    <w:p w14:paraId="1D3DA70E" w14:textId="77777777" w:rsidR="00365219" w:rsidRDefault="00695781">
      <w:pPr>
        <w:pStyle w:val="Option"/>
        <w:keepNext/>
      </w:pPr>
      <w:r>
        <w:t>D. 13</w:t>
      </w:r>
    </w:p>
    <w:p w14:paraId="613E7756" w14:textId="77777777" w:rsidR="00365219" w:rsidRDefault="00695781">
      <w:pPr>
        <w:pStyle w:val="Option"/>
      </w:pPr>
      <w:r>
        <w:t>E. 14</w:t>
      </w:r>
    </w:p>
    <w:p w14:paraId="34750160" w14:textId="77777777" w:rsidR="00365219" w:rsidRDefault="00365219">
      <w:pPr>
        <w:pStyle w:val="Small"/>
      </w:pPr>
    </w:p>
    <w:p w14:paraId="07C27F45" w14:textId="77777777" w:rsidR="00365219" w:rsidRDefault="00695781">
      <w:pPr>
        <w:pStyle w:val="Question"/>
      </w:pPr>
      <w:r>
        <w:rPr>
          <w:b/>
        </w:rPr>
        <w:t xml:space="preserve">2. </w:t>
      </w:r>
      <w:r>
        <w:t>Diketahui 3x + 2y = 18 dan x + y = 7. Nilai 2x - y adalah ....</w:t>
      </w:r>
    </w:p>
    <w:p w14:paraId="4B9920CE" w14:textId="77777777" w:rsidR="00365219" w:rsidRDefault="00695781">
      <w:pPr>
        <w:pStyle w:val="Option"/>
        <w:keepNext/>
      </w:pPr>
      <w:r>
        <w:t>A. 3</w:t>
      </w:r>
    </w:p>
    <w:p w14:paraId="4C8C5527" w14:textId="77777777" w:rsidR="00365219" w:rsidRDefault="00695781">
      <w:pPr>
        <w:pStyle w:val="Option"/>
        <w:keepNext/>
      </w:pPr>
      <w:r>
        <w:t>B. 4</w:t>
      </w:r>
    </w:p>
    <w:p w14:paraId="3EAB9C99" w14:textId="77777777" w:rsidR="00365219" w:rsidRDefault="00695781">
      <w:pPr>
        <w:pStyle w:val="Option"/>
        <w:keepNext/>
      </w:pPr>
      <w:r>
        <w:t>C. 5</w:t>
      </w:r>
    </w:p>
    <w:p w14:paraId="58A374D8" w14:textId="77777777" w:rsidR="00365219" w:rsidRDefault="00695781">
      <w:pPr>
        <w:pStyle w:val="Option"/>
        <w:keepNext/>
      </w:pPr>
      <w:r>
        <w:t>D. 6</w:t>
      </w:r>
    </w:p>
    <w:p w14:paraId="11C66574" w14:textId="77777777" w:rsidR="00365219" w:rsidRDefault="00695781">
      <w:pPr>
        <w:pStyle w:val="Option"/>
      </w:pPr>
      <w:r>
        <w:t>E. 7</w:t>
      </w:r>
    </w:p>
    <w:p w14:paraId="032EC499" w14:textId="77777777" w:rsidR="00365219" w:rsidRDefault="00365219">
      <w:pPr>
        <w:pStyle w:val="Small"/>
      </w:pPr>
    </w:p>
    <w:p w14:paraId="3438D090" w14:textId="77777777" w:rsidR="00365219" w:rsidRDefault="00695781">
      <w:pPr>
        <w:pStyle w:val="Question"/>
      </w:pPr>
      <w:r>
        <w:rPr>
          <w:b/>
        </w:rPr>
        <w:t xml:space="preserve">3. </w:t>
      </w:r>
      <w:r>
        <w:t>Sistem x + 2y = 14 dan 3x - y = 7 mempunyai solusi (</w:t>
      </w:r>
      <w:proofErr w:type="gramStart"/>
      <w:r>
        <w:t>x,y</w:t>
      </w:r>
      <w:proofErr w:type="gramEnd"/>
      <w:r>
        <w:t>). Nilai xy adalah ....</w:t>
      </w:r>
    </w:p>
    <w:p w14:paraId="02A5F9E3" w14:textId="77777777" w:rsidR="00365219" w:rsidRDefault="00695781">
      <w:pPr>
        <w:pStyle w:val="Option"/>
        <w:keepNext/>
      </w:pPr>
      <w:r>
        <w:t>A. 15</w:t>
      </w:r>
    </w:p>
    <w:p w14:paraId="34702E37" w14:textId="77777777" w:rsidR="00365219" w:rsidRDefault="00695781">
      <w:pPr>
        <w:pStyle w:val="Option"/>
        <w:keepNext/>
      </w:pPr>
      <w:r>
        <w:t>B. 18</w:t>
      </w:r>
    </w:p>
    <w:p w14:paraId="4EA9C907" w14:textId="77777777" w:rsidR="00365219" w:rsidRDefault="00695781">
      <w:pPr>
        <w:pStyle w:val="Option"/>
        <w:keepNext/>
      </w:pPr>
      <w:r>
        <w:t>C. 20</w:t>
      </w:r>
    </w:p>
    <w:p w14:paraId="6291E23D" w14:textId="77777777" w:rsidR="00365219" w:rsidRDefault="00695781">
      <w:pPr>
        <w:pStyle w:val="Option"/>
        <w:keepNext/>
      </w:pPr>
      <w:r>
        <w:t>D. 24</w:t>
      </w:r>
    </w:p>
    <w:p w14:paraId="11A1300E" w14:textId="77777777" w:rsidR="00365219" w:rsidRDefault="00695781">
      <w:pPr>
        <w:pStyle w:val="Option"/>
      </w:pPr>
      <w:r>
        <w:t>E. 28</w:t>
      </w:r>
    </w:p>
    <w:p w14:paraId="6FBD4028" w14:textId="77777777" w:rsidR="00365219" w:rsidRDefault="00365219">
      <w:pPr>
        <w:pStyle w:val="Small"/>
      </w:pPr>
    </w:p>
    <w:p w14:paraId="4A532BC7" w14:textId="77777777" w:rsidR="00365219" w:rsidRDefault="00695781">
      <w:pPr>
        <w:pStyle w:val="Question"/>
      </w:pPr>
      <w:r>
        <w:rPr>
          <w:b/>
        </w:rPr>
        <w:t xml:space="preserve">4. </w:t>
      </w:r>
      <w:r>
        <w:t>Diketahui 2a + 3b = 19 dan a + b = 7. Nilai b - a adalah ....</w:t>
      </w:r>
    </w:p>
    <w:p w14:paraId="73C344D6" w14:textId="77777777" w:rsidR="00365219" w:rsidRDefault="00695781">
      <w:pPr>
        <w:pStyle w:val="Option"/>
        <w:keepNext/>
      </w:pPr>
      <w:r>
        <w:t>A. 1</w:t>
      </w:r>
    </w:p>
    <w:p w14:paraId="2534B3E4" w14:textId="77777777" w:rsidR="00365219" w:rsidRDefault="00695781">
      <w:pPr>
        <w:pStyle w:val="Option"/>
        <w:keepNext/>
      </w:pPr>
      <w:r>
        <w:t>B. 2</w:t>
      </w:r>
    </w:p>
    <w:p w14:paraId="71E5E5E7" w14:textId="77777777" w:rsidR="00365219" w:rsidRDefault="00695781">
      <w:pPr>
        <w:pStyle w:val="Option"/>
        <w:keepNext/>
      </w:pPr>
      <w:r>
        <w:t>C. 3</w:t>
      </w:r>
    </w:p>
    <w:p w14:paraId="1BB1B1FA" w14:textId="77777777" w:rsidR="00365219" w:rsidRDefault="00695781">
      <w:pPr>
        <w:pStyle w:val="Option"/>
        <w:keepNext/>
      </w:pPr>
      <w:r>
        <w:t>D. 4</w:t>
      </w:r>
    </w:p>
    <w:p w14:paraId="0B057C65" w14:textId="77777777" w:rsidR="00365219" w:rsidRDefault="00695781">
      <w:pPr>
        <w:pStyle w:val="Option"/>
      </w:pPr>
      <w:r>
        <w:t>E. 5</w:t>
      </w:r>
    </w:p>
    <w:p w14:paraId="6C81E77C" w14:textId="77777777" w:rsidR="00365219" w:rsidRDefault="00365219">
      <w:pPr>
        <w:pStyle w:val="Small"/>
      </w:pPr>
    </w:p>
    <w:p w14:paraId="4E9A741C" w14:textId="77777777" w:rsidR="00365219" w:rsidRDefault="00695781">
      <w:pPr>
        <w:pStyle w:val="Question"/>
      </w:pPr>
      <w:r>
        <w:rPr>
          <w:b/>
        </w:rPr>
        <w:t xml:space="preserve">5. </w:t>
      </w:r>
      <w:r>
        <w:t>Diketahui 4p + q = 23 dan 2p - q = 1. Nilai p + q adalah ....</w:t>
      </w:r>
    </w:p>
    <w:p w14:paraId="16653DF3" w14:textId="77777777" w:rsidR="00365219" w:rsidRDefault="00695781">
      <w:pPr>
        <w:pStyle w:val="Option"/>
        <w:keepNext/>
      </w:pPr>
      <w:r>
        <w:t>A. 9</w:t>
      </w:r>
    </w:p>
    <w:p w14:paraId="45065CB5" w14:textId="77777777" w:rsidR="00365219" w:rsidRDefault="00695781">
      <w:pPr>
        <w:pStyle w:val="Option"/>
        <w:keepNext/>
      </w:pPr>
      <w:r>
        <w:t>B. 10</w:t>
      </w:r>
    </w:p>
    <w:p w14:paraId="201F65E5" w14:textId="77777777" w:rsidR="00365219" w:rsidRDefault="00695781">
      <w:pPr>
        <w:pStyle w:val="Option"/>
        <w:keepNext/>
      </w:pPr>
      <w:r>
        <w:t>C. 11</w:t>
      </w:r>
    </w:p>
    <w:p w14:paraId="6F94C95F" w14:textId="77777777" w:rsidR="00365219" w:rsidRDefault="00695781">
      <w:pPr>
        <w:pStyle w:val="Option"/>
        <w:keepNext/>
      </w:pPr>
      <w:r>
        <w:t>D. 12</w:t>
      </w:r>
    </w:p>
    <w:p w14:paraId="39FE30C8" w14:textId="77777777" w:rsidR="00365219" w:rsidRDefault="00695781">
      <w:pPr>
        <w:pStyle w:val="Option"/>
      </w:pPr>
      <w:r>
        <w:t>E. 13</w:t>
      </w:r>
    </w:p>
    <w:p w14:paraId="67A23874" w14:textId="77777777" w:rsidR="00365219" w:rsidRDefault="00365219">
      <w:pPr>
        <w:pStyle w:val="Small"/>
      </w:pPr>
    </w:p>
    <w:p w14:paraId="555CA523" w14:textId="77777777" w:rsidR="00365219" w:rsidRDefault="00695781">
      <w:pPr>
        <w:pStyle w:val="Question"/>
      </w:pPr>
      <w:r>
        <w:rPr>
          <w:b/>
        </w:rPr>
        <w:t xml:space="preserve">6. </w:t>
      </w:r>
      <w:r>
        <w:t>Diketahui 5x + 2y = 28 dan x + 2y = 12. Nilai x + y adalah ....</w:t>
      </w:r>
    </w:p>
    <w:p w14:paraId="5E38183D" w14:textId="77777777" w:rsidR="00365219" w:rsidRDefault="00695781">
      <w:pPr>
        <w:pStyle w:val="Option"/>
        <w:keepNext/>
      </w:pPr>
      <w:r>
        <w:t>A. 6</w:t>
      </w:r>
    </w:p>
    <w:p w14:paraId="2906C4E9" w14:textId="77777777" w:rsidR="00365219" w:rsidRDefault="00695781">
      <w:pPr>
        <w:pStyle w:val="Option"/>
        <w:keepNext/>
      </w:pPr>
      <w:r>
        <w:t>B. 7</w:t>
      </w:r>
    </w:p>
    <w:p w14:paraId="03BCF5F1" w14:textId="77777777" w:rsidR="00365219" w:rsidRDefault="00695781">
      <w:pPr>
        <w:pStyle w:val="Option"/>
        <w:keepNext/>
      </w:pPr>
      <w:r>
        <w:t>C. 8</w:t>
      </w:r>
    </w:p>
    <w:p w14:paraId="0333C31F" w14:textId="77777777" w:rsidR="00365219" w:rsidRDefault="00695781">
      <w:pPr>
        <w:pStyle w:val="Option"/>
        <w:keepNext/>
      </w:pPr>
      <w:r>
        <w:t>D. 9</w:t>
      </w:r>
    </w:p>
    <w:p w14:paraId="73D121F3" w14:textId="77777777" w:rsidR="00365219" w:rsidRDefault="00695781">
      <w:pPr>
        <w:pStyle w:val="Option"/>
      </w:pPr>
      <w:r>
        <w:t>E. 10</w:t>
      </w:r>
    </w:p>
    <w:p w14:paraId="39104F22" w14:textId="77777777" w:rsidR="00365219" w:rsidRDefault="00365219">
      <w:pPr>
        <w:pStyle w:val="Small"/>
      </w:pPr>
    </w:p>
    <w:p w14:paraId="41B88C77" w14:textId="77777777" w:rsidR="00365219" w:rsidRDefault="00695781">
      <w:pPr>
        <w:pStyle w:val="Question"/>
      </w:pPr>
      <w:r>
        <w:rPr>
          <w:b/>
        </w:rPr>
        <w:lastRenderedPageBreak/>
        <w:t xml:space="preserve">7. </w:t>
      </w:r>
      <w:r>
        <w:t>Dua tiket dewasa dan satu tiket pelajar berharga Rp85.000,00. Satu tiket dewasa dan dua tiket pelajar berharga Rp65.000,00. Harga satu tiket dewasa adalah ....</w:t>
      </w:r>
    </w:p>
    <w:p w14:paraId="5FF18526" w14:textId="77777777" w:rsidR="00365219" w:rsidRDefault="00695781">
      <w:pPr>
        <w:pStyle w:val="Option"/>
        <w:keepNext/>
      </w:pPr>
      <w:r>
        <w:t>A. Rp25.000,00</w:t>
      </w:r>
    </w:p>
    <w:p w14:paraId="4F8DED6D" w14:textId="77777777" w:rsidR="00365219" w:rsidRDefault="00695781">
      <w:pPr>
        <w:pStyle w:val="Option"/>
        <w:keepNext/>
      </w:pPr>
      <w:r>
        <w:t>B. Rp30.000,00</w:t>
      </w:r>
    </w:p>
    <w:p w14:paraId="12DA5AA6" w14:textId="77777777" w:rsidR="00365219" w:rsidRDefault="00695781">
      <w:pPr>
        <w:pStyle w:val="Option"/>
        <w:keepNext/>
      </w:pPr>
      <w:r>
        <w:t>C. Rp35.000,00</w:t>
      </w:r>
    </w:p>
    <w:p w14:paraId="5DD442EF" w14:textId="77777777" w:rsidR="00365219" w:rsidRDefault="00695781">
      <w:pPr>
        <w:pStyle w:val="Option"/>
        <w:keepNext/>
      </w:pPr>
      <w:r>
        <w:t>D. Rp40.000,00</w:t>
      </w:r>
    </w:p>
    <w:p w14:paraId="3318A03E" w14:textId="77777777" w:rsidR="00365219" w:rsidRDefault="00695781">
      <w:pPr>
        <w:pStyle w:val="Option"/>
      </w:pPr>
      <w:r>
        <w:t>E. Rp45.000,00</w:t>
      </w:r>
    </w:p>
    <w:p w14:paraId="52C8470F" w14:textId="77777777" w:rsidR="00365219" w:rsidRDefault="00365219">
      <w:pPr>
        <w:pStyle w:val="Small"/>
      </w:pPr>
    </w:p>
    <w:p w14:paraId="685AF0CD" w14:textId="77777777" w:rsidR="00365219" w:rsidRDefault="00695781">
      <w:pPr>
        <w:pStyle w:val="Question"/>
      </w:pPr>
      <w:r>
        <w:rPr>
          <w:b/>
        </w:rPr>
        <w:t xml:space="preserve">8. </w:t>
      </w:r>
      <w:r>
        <w:t>Harga 2 buku tulis dan 3 pulpen Rp25.000,00. Harga 3 buku tulis dan 1 pulpen Rp27.000,00. Harga satu buku tulis adalah ....</w:t>
      </w:r>
    </w:p>
    <w:p w14:paraId="03D4C6F6" w14:textId="77777777" w:rsidR="00365219" w:rsidRDefault="00695781">
      <w:pPr>
        <w:pStyle w:val="Option"/>
        <w:keepNext/>
      </w:pPr>
      <w:r>
        <w:t>A. Rp5.000,00</w:t>
      </w:r>
    </w:p>
    <w:p w14:paraId="14E180B8" w14:textId="77777777" w:rsidR="00365219" w:rsidRDefault="00695781">
      <w:pPr>
        <w:pStyle w:val="Option"/>
        <w:keepNext/>
      </w:pPr>
      <w:r>
        <w:t>B. Rp6.000,00</w:t>
      </w:r>
    </w:p>
    <w:p w14:paraId="2A13D2E9" w14:textId="77777777" w:rsidR="00365219" w:rsidRDefault="00695781">
      <w:pPr>
        <w:pStyle w:val="Option"/>
        <w:keepNext/>
      </w:pPr>
      <w:r>
        <w:t>C. Rp7.000,00</w:t>
      </w:r>
    </w:p>
    <w:p w14:paraId="558EF3BC" w14:textId="77777777" w:rsidR="00365219" w:rsidRDefault="00695781">
      <w:pPr>
        <w:pStyle w:val="Option"/>
        <w:keepNext/>
      </w:pPr>
      <w:r>
        <w:t>D. Rp8.000,00</w:t>
      </w:r>
    </w:p>
    <w:p w14:paraId="68294AE3" w14:textId="77777777" w:rsidR="00365219" w:rsidRDefault="00695781">
      <w:pPr>
        <w:pStyle w:val="Option"/>
      </w:pPr>
      <w:r>
        <w:t>E. Rp9.000,00</w:t>
      </w:r>
    </w:p>
    <w:p w14:paraId="132ACD45" w14:textId="77777777" w:rsidR="00365219" w:rsidRDefault="00365219">
      <w:pPr>
        <w:pStyle w:val="Small"/>
      </w:pPr>
    </w:p>
    <w:p w14:paraId="6C118BA2" w14:textId="77777777" w:rsidR="00365219" w:rsidRDefault="00695781">
      <w:pPr>
        <w:pStyle w:val="Question"/>
      </w:pPr>
      <w:r>
        <w:rPr>
          <w:b/>
        </w:rPr>
        <w:t xml:space="preserve">9. </w:t>
      </w:r>
      <w:r>
        <w:t>Diketahui x + y + z = 9, 2x - y + z = 5, dan x + 2y - z = 4. Nilai 3x + y adalah ....</w:t>
      </w:r>
    </w:p>
    <w:p w14:paraId="7826AF33" w14:textId="77777777" w:rsidR="00365219" w:rsidRDefault="00695781">
      <w:pPr>
        <w:pStyle w:val="Option"/>
        <w:keepNext/>
      </w:pPr>
      <w:r>
        <w:t>A. 7</w:t>
      </w:r>
    </w:p>
    <w:p w14:paraId="7F1C2059" w14:textId="77777777" w:rsidR="00365219" w:rsidRDefault="00695781">
      <w:pPr>
        <w:pStyle w:val="Option"/>
        <w:keepNext/>
      </w:pPr>
      <w:r>
        <w:t>B. 8</w:t>
      </w:r>
    </w:p>
    <w:p w14:paraId="7511FB07" w14:textId="77777777" w:rsidR="00365219" w:rsidRDefault="00695781">
      <w:pPr>
        <w:pStyle w:val="Option"/>
        <w:keepNext/>
      </w:pPr>
      <w:r>
        <w:t>C. 9</w:t>
      </w:r>
    </w:p>
    <w:p w14:paraId="4DD82FC2" w14:textId="77777777" w:rsidR="00365219" w:rsidRDefault="00695781">
      <w:pPr>
        <w:pStyle w:val="Option"/>
        <w:keepNext/>
      </w:pPr>
      <w:r>
        <w:t>D. 10</w:t>
      </w:r>
    </w:p>
    <w:p w14:paraId="79ACF4D3" w14:textId="77777777" w:rsidR="00365219" w:rsidRDefault="00695781">
      <w:pPr>
        <w:pStyle w:val="Option"/>
      </w:pPr>
      <w:r>
        <w:t>E. 11</w:t>
      </w:r>
    </w:p>
    <w:p w14:paraId="7B392A33" w14:textId="77777777" w:rsidR="00365219" w:rsidRDefault="00365219">
      <w:pPr>
        <w:pStyle w:val="Small"/>
      </w:pPr>
    </w:p>
    <w:p w14:paraId="5B14E7ED" w14:textId="77777777" w:rsidR="00365219" w:rsidRDefault="00695781">
      <w:pPr>
        <w:pStyle w:val="Question"/>
      </w:pPr>
      <w:r>
        <w:rPr>
          <w:b/>
        </w:rPr>
        <w:t xml:space="preserve">10. </w:t>
      </w:r>
      <w:r>
        <w:t>Diketahui x + y + z = 6, 2x + y - z = 1, dan x - 2y + 3z = 6. Nilai 2z - y adalah ....</w:t>
      </w:r>
    </w:p>
    <w:p w14:paraId="4C12639C" w14:textId="77777777" w:rsidR="00365219" w:rsidRDefault="00695781">
      <w:pPr>
        <w:pStyle w:val="Option"/>
        <w:keepNext/>
      </w:pPr>
      <w:r>
        <w:t>A. 2</w:t>
      </w:r>
    </w:p>
    <w:p w14:paraId="788442D1" w14:textId="77777777" w:rsidR="00365219" w:rsidRDefault="00695781">
      <w:pPr>
        <w:pStyle w:val="Option"/>
        <w:keepNext/>
      </w:pPr>
      <w:r>
        <w:t>B. 3</w:t>
      </w:r>
    </w:p>
    <w:p w14:paraId="05044264" w14:textId="77777777" w:rsidR="00365219" w:rsidRDefault="00695781">
      <w:pPr>
        <w:pStyle w:val="Option"/>
        <w:keepNext/>
      </w:pPr>
      <w:r>
        <w:t>C. 4</w:t>
      </w:r>
    </w:p>
    <w:p w14:paraId="0F73B08D" w14:textId="77777777" w:rsidR="00365219" w:rsidRDefault="00695781">
      <w:pPr>
        <w:pStyle w:val="Option"/>
        <w:keepNext/>
      </w:pPr>
      <w:r>
        <w:t>D. 5</w:t>
      </w:r>
    </w:p>
    <w:p w14:paraId="6448C9DE" w14:textId="77777777" w:rsidR="00365219" w:rsidRDefault="00695781">
      <w:pPr>
        <w:pStyle w:val="Option"/>
      </w:pPr>
      <w:r>
        <w:t>E. 6</w:t>
      </w:r>
    </w:p>
    <w:p w14:paraId="57752FC6" w14:textId="77777777" w:rsidR="00365219" w:rsidRDefault="00365219">
      <w:pPr>
        <w:pStyle w:val="Small"/>
      </w:pPr>
    </w:p>
    <w:p w14:paraId="45B6AEDF" w14:textId="77777777" w:rsidR="00365219" w:rsidRDefault="00695781">
      <w:pPr>
        <w:pStyle w:val="Question"/>
      </w:pPr>
      <w:r>
        <w:rPr>
          <w:b/>
        </w:rPr>
        <w:t xml:space="preserve">11. </w:t>
      </w:r>
      <w:r>
        <w:t>Himpunan penyelesaian pertidaksamaan 3x - 5 ≤ 10 adalah ....</w:t>
      </w:r>
    </w:p>
    <w:p w14:paraId="0C5F8917" w14:textId="77777777" w:rsidR="00365219" w:rsidRDefault="00695781">
      <w:pPr>
        <w:pStyle w:val="Option"/>
        <w:keepNext/>
      </w:pPr>
      <w:r>
        <w:t>A. x ≤ 3</w:t>
      </w:r>
    </w:p>
    <w:p w14:paraId="481AF64C" w14:textId="77777777" w:rsidR="00365219" w:rsidRDefault="00695781">
      <w:pPr>
        <w:pStyle w:val="Option"/>
        <w:keepNext/>
      </w:pPr>
      <w:r>
        <w:t>B. x ≤ 4</w:t>
      </w:r>
    </w:p>
    <w:p w14:paraId="4D678B43" w14:textId="77777777" w:rsidR="00365219" w:rsidRDefault="00695781">
      <w:pPr>
        <w:pStyle w:val="Option"/>
        <w:keepNext/>
      </w:pPr>
      <w:r>
        <w:t>C. x ≤ 5</w:t>
      </w:r>
    </w:p>
    <w:p w14:paraId="18567863" w14:textId="77777777" w:rsidR="00365219" w:rsidRDefault="00695781">
      <w:pPr>
        <w:pStyle w:val="Option"/>
        <w:keepNext/>
      </w:pPr>
      <w:r>
        <w:t>D. x ≥ 5</w:t>
      </w:r>
    </w:p>
    <w:p w14:paraId="485528C9" w14:textId="77777777" w:rsidR="00365219" w:rsidRDefault="00695781">
      <w:pPr>
        <w:pStyle w:val="Option"/>
      </w:pPr>
      <w:r>
        <w:t>E. x ≥ 15</w:t>
      </w:r>
    </w:p>
    <w:p w14:paraId="060A710D" w14:textId="77777777" w:rsidR="00365219" w:rsidRDefault="00365219">
      <w:pPr>
        <w:pStyle w:val="Small"/>
      </w:pPr>
    </w:p>
    <w:p w14:paraId="599FC4E1" w14:textId="77777777" w:rsidR="00365219" w:rsidRDefault="00695781">
      <w:pPr>
        <w:pStyle w:val="Question"/>
      </w:pPr>
      <w:r>
        <w:rPr>
          <w:b/>
        </w:rPr>
        <w:t xml:space="preserve">12. </w:t>
      </w:r>
      <w:r>
        <w:t>Nilai x yang memenuhi 2x + 3 &gt; 11 adalah ....</w:t>
      </w:r>
    </w:p>
    <w:p w14:paraId="6150DEAD" w14:textId="77777777" w:rsidR="00365219" w:rsidRDefault="00695781">
      <w:pPr>
        <w:pStyle w:val="Option"/>
        <w:keepNext/>
      </w:pPr>
      <w:r>
        <w:t>A. x &gt; 2</w:t>
      </w:r>
    </w:p>
    <w:p w14:paraId="767B851C" w14:textId="77777777" w:rsidR="00365219" w:rsidRDefault="00695781">
      <w:pPr>
        <w:pStyle w:val="Option"/>
        <w:keepNext/>
      </w:pPr>
      <w:r>
        <w:t>B. x &gt; 3</w:t>
      </w:r>
    </w:p>
    <w:p w14:paraId="7BAE8372" w14:textId="77777777" w:rsidR="00365219" w:rsidRDefault="00695781">
      <w:pPr>
        <w:pStyle w:val="Option"/>
        <w:keepNext/>
      </w:pPr>
      <w:r>
        <w:t>C. x &gt; 4</w:t>
      </w:r>
    </w:p>
    <w:p w14:paraId="70F5AB6A" w14:textId="77777777" w:rsidR="00365219" w:rsidRDefault="00695781">
      <w:pPr>
        <w:pStyle w:val="Option"/>
        <w:keepNext/>
      </w:pPr>
      <w:r>
        <w:t>D. x &lt; 4</w:t>
      </w:r>
    </w:p>
    <w:p w14:paraId="1BBDFD38" w14:textId="77777777" w:rsidR="00365219" w:rsidRDefault="00695781">
      <w:pPr>
        <w:pStyle w:val="Option"/>
      </w:pPr>
      <w:r>
        <w:t>E. x ≥ 4</w:t>
      </w:r>
    </w:p>
    <w:p w14:paraId="62A7FC9F" w14:textId="77777777" w:rsidR="00365219" w:rsidRDefault="00365219">
      <w:pPr>
        <w:pStyle w:val="Small"/>
      </w:pPr>
    </w:p>
    <w:p w14:paraId="61935134" w14:textId="77777777" w:rsidR="00365219" w:rsidRDefault="00695781">
      <w:pPr>
        <w:pStyle w:val="Question"/>
      </w:pPr>
      <w:r>
        <w:rPr>
          <w:b/>
        </w:rPr>
        <w:t xml:space="preserve">13. </w:t>
      </w:r>
      <w:r>
        <w:t>Titik yang memenuhi x + y ≤ 10, x ≥ 2, dan y ≥ 3 adalah ....</w:t>
      </w:r>
    </w:p>
    <w:p w14:paraId="6B9F11E1" w14:textId="77777777" w:rsidR="00365219" w:rsidRDefault="00695781">
      <w:pPr>
        <w:pStyle w:val="Option"/>
        <w:keepNext/>
      </w:pPr>
      <w:r>
        <w:t>A. (1, 4)</w:t>
      </w:r>
    </w:p>
    <w:p w14:paraId="507DC459" w14:textId="77777777" w:rsidR="00365219" w:rsidRDefault="00695781">
      <w:pPr>
        <w:pStyle w:val="Option"/>
        <w:keepNext/>
      </w:pPr>
      <w:r>
        <w:t>B. (2, 9)</w:t>
      </w:r>
    </w:p>
    <w:p w14:paraId="03E25B7C" w14:textId="77777777" w:rsidR="00365219" w:rsidRDefault="00695781">
      <w:pPr>
        <w:pStyle w:val="Option"/>
        <w:keepNext/>
      </w:pPr>
      <w:r>
        <w:t>C. (3, 5)</w:t>
      </w:r>
    </w:p>
    <w:p w14:paraId="1DDC4CA9" w14:textId="77777777" w:rsidR="00365219" w:rsidRDefault="00695781">
      <w:pPr>
        <w:pStyle w:val="Option"/>
        <w:keepNext/>
      </w:pPr>
      <w:r>
        <w:t>D. (7, 4)</w:t>
      </w:r>
    </w:p>
    <w:p w14:paraId="2775B41B" w14:textId="77777777" w:rsidR="00365219" w:rsidRDefault="00695781">
      <w:pPr>
        <w:pStyle w:val="Option"/>
      </w:pPr>
      <w:r>
        <w:t>E. (8, 3)</w:t>
      </w:r>
    </w:p>
    <w:p w14:paraId="698B38F0" w14:textId="77777777" w:rsidR="00365219" w:rsidRDefault="00365219">
      <w:pPr>
        <w:pStyle w:val="Small"/>
      </w:pPr>
    </w:p>
    <w:p w14:paraId="1D1433D2" w14:textId="77777777" w:rsidR="00365219" w:rsidRDefault="00695781">
      <w:pPr>
        <w:pStyle w:val="Question"/>
      </w:pPr>
      <w:r>
        <w:rPr>
          <w:b/>
        </w:rPr>
        <w:t xml:space="preserve">14. </w:t>
      </w:r>
      <w:r>
        <w:t>Titik yang TIDAK memenuhi x ≥ 0, y ≥ 0, x + y ≤ 6 adalah ....</w:t>
      </w:r>
    </w:p>
    <w:p w14:paraId="2B14B098" w14:textId="77777777" w:rsidR="00365219" w:rsidRDefault="00695781">
      <w:pPr>
        <w:pStyle w:val="Option"/>
        <w:keepNext/>
      </w:pPr>
      <w:r>
        <w:t>A. (0, 4)</w:t>
      </w:r>
    </w:p>
    <w:p w14:paraId="53C77EA0" w14:textId="77777777" w:rsidR="00365219" w:rsidRDefault="00695781">
      <w:pPr>
        <w:pStyle w:val="Option"/>
        <w:keepNext/>
      </w:pPr>
      <w:r>
        <w:t>B. (1, 5)</w:t>
      </w:r>
    </w:p>
    <w:p w14:paraId="27519DF0" w14:textId="77777777" w:rsidR="00365219" w:rsidRDefault="00695781">
      <w:pPr>
        <w:pStyle w:val="Option"/>
        <w:keepNext/>
      </w:pPr>
      <w:r>
        <w:t>C. (2, 2)</w:t>
      </w:r>
    </w:p>
    <w:p w14:paraId="0124C38D" w14:textId="77777777" w:rsidR="00365219" w:rsidRDefault="00695781">
      <w:pPr>
        <w:pStyle w:val="Option"/>
        <w:keepNext/>
      </w:pPr>
      <w:r>
        <w:t>D. (3, 3)</w:t>
      </w:r>
    </w:p>
    <w:p w14:paraId="7A6EB702" w14:textId="77777777" w:rsidR="00365219" w:rsidRDefault="00695781">
      <w:pPr>
        <w:pStyle w:val="Option"/>
      </w:pPr>
      <w:r>
        <w:t>E. (4, 3)</w:t>
      </w:r>
    </w:p>
    <w:p w14:paraId="046FD02D" w14:textId="77777777" w:rsidR="00365219" w:rsidRDefault="00365219">
      <w:pPr>
        <w:pStyle w:val="Small"/>
      </w:pPr>
    </w:p>
    <w:p w14:paraId="50920485" w14:textId="77777777" w:rsidR="00365219" w:rsidRDefault="00695781">
      <w:pPr>
        <w:pStyle w:val="Question"/>
      </w:pPr>
      <w:r>
        <w:rPr>
          <w:b/>
        </w:rPr>
        <w:t xml:space="preserve">15. </w:t>
      </w:r>
      <w:r>
        <w:t xml:space="preserve">Untuk </w:t>
      </w:r>
      <w:proofErr w:type="gramStart"/>
      <w:r>
        <w:t>x,y</w:t>
      </w:r>
      <w:proofErr w:type="gramEnd"/>
      <w:r>
        <w:t xml:space="preserve"> ≥ 0 dengan x + y ≤ 8, x ≤ 5, dan y ≤ 6, nilai maksimum P = 3x + 2y adalah ....</w:t>
      </w:r>
    </w:p>
    <w:p w14:paraId="0CC448AC" w14:textId="77777777" w:rsidR="00365219" w:rsidRDefault="00695781">
      <w:pPr>
        <w:pStyle w:val="Option"/>
        <w:keepNext/>
      </w:pPr>
      <w:r>
        <w:t>A. 18</w:t>
      </w:r>
    </w:p>
    <w:p w14:paraId="6124A69B" w14:textId="77777777" w:rsidR="00365219" w:rsidRDefault="00695781">
      <w:pPr>
        <w:pStyle w:val="Option"/>
        <w:keepNext/>
      </w:pPr>
      <w:r>
        <w:t>B. 19</w:t>
      </w:r>
    </w:p>
    <w:p w14:paraId="56186405" w14:textId="77777777" w:rsidR="00365219" w:rsidRDefault="00695781">
      <w:pPr>
        <w:pStyle w:val="Option"/>
        <w:keepNext/>
      </w:pPr>
      <w:r>
        <w:t>C. 20</w:t>
      </w:r>
    </w:p>
    <w:p w14:paraId="00C1FA3F" w14:textId="77777777" w:rsidR="00365219" w:rsidRDefault="00695781">
      <w:pPr>
        <w:pStyle w:val="Option"/>
        <w:keepNext/>
      </w:pPr>
      <w:r>
        <w:t>D. 21</w:t>
      </w:r>
    </w:p>
    <w:p w14:paraId="2CAA01FA" w14:textId="77777777" w:rsidR="00365219" w:rsidRDefault="00695781">
      <w:pPr>
        <w:pStyle w:val="Option"/>
      </w:pPr>
      <w:r>
        <w:t>E. 22</w:t>
      </w:r>
    </w:p>
    <w:p w14:paraId="111AAB6A" w14:textId="77777777" w:rsidR="00365219" w:rsidRDefault="00365219">
      <w:pPr>
        <w:pStyle w:val="Small"/>
      </w:pPr>
    </w:p>
    <w:p w14:paraId="472ECD73" w14:textId="77777777" w:rsidR="00365219" w:rsidRDefault="00695781">
      <w:pPr>
        <w:pStyle w:val="Question"/>
      </w:pPr>
      <w:r>
        <w:rPr>
          <w:b/>
        </w:rPr>
        <w:t xml:space="preserve">16. </w:t>
      </w:r>
      <w:r>
        <w:t xml:space="preserve">Jika f(x) = 3x - 5, maka </w:t>
      </w:r>
      <w:proofErr w:type="gramStart"/>
      <w:r>
        <w:t>f(</w:t>
      </w:r>
      <w:proofErr w:type="gramEnd"/>
      <w:r>
        <w:t>4) adalah ....</w:t>
      </w:r>
    </w:p>
    <w:p w14:paraId="698C7EFE" w14:textId="77777777" w:rsidR="00365219" w:rsidRDefault="00695781">
      <w:pPr>
        <w:pStyle w:val="Option"/>
        <w:keepNext/>
      </w:pPr>
      <w:r>
        <w:t>A. 5</w:t>
      </w:r>
    </w:p>
    <w:p w14:paraId="4DF0C012" w14:textId="77777777" w:rsidR="00365219" w:rsidRDefault="00695781">
      <w:pPr>
        <w:pStyle w:val="Option"/>
        <w:keepNext/>
      </w:pPr>
      <w:r>
        <w:t>B. 6</w:t>
      </w:r>
    </w:p>
    <w:p w14:paraId="28055EAA" w14:textId="77777777" w:rsidR="00365219" w:rsidRDefault="00695781">
      <w:pPr>
        <w:pStyle w:val="Option"/>
        <w:keepNext/>
      </w:pPr>
      <w:r>
        <w:t>C. 7</w:t>
      </w:r>
    </w:p>
    <w:p w14:paraId="710D575A" w14:textId="77777777" w:rsidR="00365219" w:rsidRDefault="00695781">
      <w:pPr>
        <w:pStyle w:val="Option"/>
        <w:keepNext/>
      </w:pPr>
      <w:r>
        <w:t>D. 8</w:t>
      </w:r>
    </w:p>
    <w:p w14:paraId="27DD0F5C" w14:textId="77777777" w:rsidR="00365219" w:rsidRDefault="00695781">
      <w:pPr>
        <w:pStyle w:val="Option"/>
      </w:pPr>
      <w:r>
        <w:t>E. 9</w:t>
      </w:r>
    </w:p>
    <w:p w14:paraId="66A2F30B" w14:textId="77777777" w:rsidR="00365219" w:rsidRDefault="00365219">
      <w:pPr>
        <w:pStyle w:val="Small"/>
      </w:pPr>
    </w:p>
    <w:p w14:paraId="1452D6CC" w14:textId="77777777" w:rsidR="00365219" w:rsidRDefault="00695781">
      <w:pPr>
        <w:pStyle w:val="Question"/>
      </w:pPr>
      <w:r>
        <w:rPr>
          <w:b/>
        </w:rPr>
        <w:t xml:space="preserve">17. </w:t>
      </w:r>
      <w:r>
        <w:t>Suatu fungsi linear memiliki gradien 3 dan melalui titik (2,5). Bentuk fungsi tersebut adalah ....</w:t>
      </w:r>
    </w:p>
    <w:p w14:paraId="490715DE" w14:textId="77777777" w:rsidR="00365219" w:rsidRDefault="00695781">
      <w:pPr>
        <w:pStyle w:val="Option"/>
        <w:keepNext/>
      </w:pPr>
      <w:r>
        <w:t>A. f(x)=3x+1</w:t>
      </w:r>
    </w:p>
    <w:p w14:paraId="2FDEC39C" w14:textId="77777777" w:rsidR="00365219" w:rsidRDefault="00695781">
      <w:pPr>
        <w:pStyle w:val="Option"/>
        <w:keepNext/>
      </w:pPr>
      <w:r>
        <w:t>B. f(x)=3x-1</w:t>
      </w:r>
    </w:p>
    <w:p w14:paraId="100308F9" w14:textId="77777777" w:rsidR="00365219" w:rsidRDefault="00695781">
      <w:pPr>
        <w:pStyle w:val="Option"/>
        <w:keepNext/>
      </w:pPr>
      <w:r>
        <w:t>C. f(x)=2x+1</w:t>
      </w:r>
    </w:p>
    <w:p w14:paraId="5F7BEF01" w14:textId="77777777" w:rsidR="00365219" w:rsidRDefault="00695781">
      <w:pPr>
        <w:pStyle w:val="Option"/>
        <w:keepNext/>
      </w:pPr>
      <w:r>
        <w:t>D. f(x)=2x-1</w:t>
      </w:r>
    </w:p>
    <w:p w14:paraId="308CDC32" w14:textId="77777777" w:rsidR="00365219" w:rsidRDefault="00695781">
      <w:pPr>
        <w:pStyle w:val="Option"/>
      </w:pPr>
      <w:r>
        <w:t>E. f(x)=3x+5</w:t>
      </w:r>
    </w:p>
    <w:p w14:paraId="26E8340C" w14:textId="77777777" w:rsidR="00365219" w:rsidRDefault="00365219">
      <w:pPr>
        <w:pStyle w:val="Small"/>
      </w:pPr>
    </w:p>
    <w:p w14:paraId="35216795" w14:textId="77777777" w:rsidR="00365219" w:rsidRDefault="00695781">
      <w:pPr>
        <w:pStyle w:val="Question"/>
      </w:pPr>
      <w:r>
        <w:rPr>
          <w:b/>
        </w:rPr>
        <w:t xml:space="preserve">18. </w:t>
      </w:r>
      <w:r>
        <w:t>Perhatikan grafik fungsi berikut. Titik potong grafik dengan sumbu-x adalah ....</w:t>
      </w:r>
    </w:p>
    <w:p w14:paraId="5D8F93F2" w14:textId="77777777" w:rsidR="00365219" w:rsidRDefault="00695781">
      <w:pPr>
        <w:keepNext/>
        <w:jc w:val="center"/>
      </w:pPr>
      <w:r>
        <w:rPr>
          <w:noProof/>
        </w:rPr>
        <w:drawing>
          <wp:inline distT="0" distB="0" distL="0" distR="0" wp14:anchorId="5952F0EB" wp14:editId="5DF147A7">
            <wp:extent cx="2951999" cy="20595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8_line.png"/>
                    <pic:cNvPicPr/>
                  </pic:nvPicPr>
                  <pic:blipFill>
                    <a:blip r:embed="rId8"/>
                    <a:stretch>
                      <a:fillRect/>
                    </a:stretch>
                  </pic:blipFill>
                  <pic:spPr>
                    <a:xfrm>
                      <a:off x="0" y="0"/>
                      <a:ext cx="2951999" cy="2059534"/>
                    </a:xfrm>
                    <a:prstGeom prst="rect">
                      <a:avLst/>
                    </a:prstGeom>
                  </pic:spPr>
                </pic:pic>
              </a:graphicData>
            </a:graphic>
          </wp:inline>
        </w:drawing>
      </w:r>
    </w:p>
    <w:p w14:paraId="682B9C6E" w14:textId="77777777" w:rsidR="00365219" w:rsidRDefault="00695781">
      <w:pPr>
        <w:pStyle w:val="Option"/>
        <w:keepNext/>
      </w:pPr>
      <w:r>
        <w:t>A. (2,0)</w:t>
      </w:r>
    </w:p>
    <w:p w14:paraId="6C1D08EA" w14:textId="77777777" w:rsidR="00365219" w:rsidRDefault="00695781">
      <w:pPr>
        <w:pStyle w:val="Option"/>
        <w:keepNext/>
      </w:pPr>
      <w:r>
        <w:t>B. (3,0)</w:t>
      </w:r>
    </w:p>
    <w:p w14:paraId="30EBFADC" w14:textId="77777777" w:rsidR="00365219" w:rsidRDefault="00695781">
      <w:pPr>
        <w:pStyle w:val="Option"/>
        <w:keepNext/>
      </w:pPr>
      <w:r>
        <w:t>C. (4,0)</w:t>
      </w:r>
    </w:p>
    <w:p w14:paraId="68039B84" w14:textId="77777777" w:rsidR="00365219" w:rsidRDefault="00695781">
      <w:pPr>
        <w:pStyle w:val="Option"/>
        <w:keepNext/>
      </w:pPr>
      <w:r>
        <w:t>D. (6,0)</w:t>
      </w:r>
    </w:p>
    <w:p w14:paraId="6D720FBC" w14:textId="77777777" w:rsidR="00365219" w:rsidRDefault="00695781">
      <w:pPr>
        <w:pStyle w:val="Option"/>
      </w:pPr>
      <w:r>
        <w:t>E. (12,0)</w:t>
      </w:r>
    </w:p>
    <w:p w14:paraId="4BD29802" w14:textId="77777777" w:rsidR="00365219" w:rsidRDefault="00365219">
      <w:pPr>
        <w:pStyle w:val="Small"/>
      </w:pPr>
    </w:p>
    <w:p w14:paraId="691E502D" w14:textId="77777777" w:rsidR="00365219" w:rsidRDefault="00695781">
      <w:pPr>
        <w:pStyle w:val="Question"/>
      </w:pPr>
      <w:r>
        <w:rPr>
          <w:b/>
        </w:rPr>
        <w:lastRenderedPageBreak/>
        <w:t xml:space="preserve">19. </w:t>
      </w:r>
      <w:r>
        <w:t>Diketahui f(x)=2x+3. Nilai f⁻</w:t>
      </w:r>
      <w:proofErr w:type="gramStart"/>
      <w:r>
        <w:t>¹(</w:t>
      </w:r>
      <w:proofErr w:type="gramEnd"/>
      <w:r>
        <w:t>11) adalah ....</w:t>
      </w:r>
    </w:p>
    <w:p w14:paraId="4AF6CB2E" w14:textId="77777777" w:rsidR="00365219" w:rsidRDefault="00695781">
      <w:pPr>
        <w:pStyle w:val="Option"/>
        <w:keepNext/>
      </w:pPr>
      <w:r>
        <w:t>A. 3</w:t>
      </w:r>
    </w:p>
    <w:p w14:paraId="78DD6EB6" w14:textId="77777777" w:rsidR="00365219" w:rsidRDefault="00695781">
      <w:pPr>
        <w:pStyle w:val="Option"/>
        <w:keepNext/>
      </w:pPr>
      <w:r>
        <w:t>B. 4</w:t>
      </w:r>
    </w:p>
    <w:p w14:paraId="61ED3580" w14:textId="77777777" w:rsidR="00365219" w:rsidRDefault="00695781">
      <w:pPr>
        <w:pStyle w:val="Option"/>
        <w:keepNext/>
      </w:pPr>
      <w:r>
        <w:t>C. 5</w:t>
      </w:r>
    </w:p>
    <w:p w14:paraId="642A533A" w14:textId="77777777" w:rsidR="00365219" w:rsidRDefault="00695781">
      <w:pPr>
        <w:pStyle w:val="Option"/>
        <w:keepNext/>
      </w:pPr>
      <w:r>
        <w:t>D. 6</w:t>
      </w:r>
    </w:p>
    <w:p w14:paraId="46C7CF35" w14:textId="77777777" w:rsidR="00365219" w:rsidRDefault="00695781">
      <w:pPr>
        <w:pStyle w:val="Option"/>
      </w:pPr>
      <w:r>
        <w:t>E. 7</w:t>
      </w:r>
    </w:p>
    <w:p w14:paraId="7A64F6BF" w14:textId="77777777" w:rsidR="00365219" w:rsidRDefault="00365219">
      <w:pPr>
        <w:pStyle w:val="Small"/>
      </w:pPr>
    </w:p>
    <w:p w14:paraId="0E5AFD11" w14:textId="77777777" w:rsidR="00365219" w:rsidRDefault="00695781">
      <w:pPr>
        <w:pStyle w:val="Question"/>
      </w:pPr>
      <w:r>
        <w:rPr>
          <w:b/>
        </w:rPr>
        <w:t xml:space="preserve">20. </w:t>
      </w:r>
      <w:r>
        <w:t>Diketahui f(x)=2x+1 dan g(x)=x-3. Nilai (f∘</w:t>
      </w:r>
      <w:proofErr w:type="gramStart"/>
      <w:r>
        <w:t>g)(</w:t>
      </w:r>
      <w:proofErr w:type="gramEnd"/>
      <w:r>
        <w:t>5) adalah ....</w:t>
      </w:r>
    </w:p>
    <w:p w14:paraId="53AB3C6F" w14:textId="77777777" w:rsidR="00365219" w:rsidRDefault="00695781">
      <w:pPr>
        <w:pStyle w:val="Option"/>
        <w:keepNext/>
      </w:pPr>
      <w:r>
        <w:t>A. 3</w:t>
      </w:r>
    </w:p>
    <w:p w14:paraId="6B3A3E32" w14:textId="77777777" w:rsidR="00365219" w:rsidRDefault="00695781">
      <w:pPr>
        <w:pStyle w:val="Option"/>
        <w:keepNext/>
      </w:pPr>
      <w:r>
        <w:t>B. 4</w:t>
      </w:r>
    </w:p>
    <w:p w14:paraId="3470F622" w14:textId="77777777" w:rsidR="00365219" w:rsidRDefault="00695781">
      <w:pPr>
        <w:pStyle w:val="Option"/>
        <w:keepNext/>
      </w:pPr>
      <w:r>
        <w:t>C. 5</w:t>
      </w:r>
    </w:p>
    <w:p w14:paraId="6C9F3477" w14:textId="77777777" w:rsidR="00365219" w:rsidRDefault="00695781">
      <w:pPr>
        <w:pStyle w:val="Option"/>
        <w:keepNext/>
      </w:pPr>
      <w:r>
        <w:t>D. 6</w:t>
      </w:r>
    </w:p>
    <w:p w14:paraId="32ACA953" w14:textId="77777777" w:rsidR="00365219" w:rsidRDefault="00695781">
      <w:pPr>
        <w:pStyle w:val="Option"/>
      </w:pPr>
      <w:r>
        <w:t>E. 7</w:t>
      </w:r>
    </w:p>
    <w:p w14:paraId="24E8A4CE" w14:textId="77777777" w:rsidR="00365219" w:rsidRDefault="00365219">
      <w:pPr>
        <w:pStyle w:val="Small"/>
      </w:pPr>
    </w:p>
    <w:p w14:paraId="0C072989" w14:textId="77777777" w:rsidR="00365219" w:rsidRDefault="00695781">
      <w:pPr>
        <w:pStyle w:val="Question"/>
      </w:pPr>
      <w:r>
        <w:rPr>
          <w:b/>
        </w:rPr>
        <w:t xml:space="preserve">21. </w:t>
      </w:r>
      <w:r>
        <w:t xml:space="preserve">Tabel nilai suatu fungsi menunjukkan pasangan (0,4), (1,7), (2,10), dan (3,13). Jika pola linear berlanjut, nilai </w:t>
      </w:r>
      <w:proofErr w:type="gramStart"/>
      <w:r>
        <w:t>f(</w:t>
      </w:r>
      <w:proofErr w:type="gramEnd"/>
      <w:r>
        <w:t>5) adalah ....</w:t>
      </w:r>
    </w:p>
    <w:p w14:paraId="09D1372D" w14:textId="77777777" w:rsidR="00365219" w:rsidRDefault="00695781">
      <w:pPr>
        <w:pStyle w:val="Option"/>
        <w:keepNext/>
      </w:pPr>
      <w:r>
        <w:t>A. 16</w:t>
      </w:r>
    </w:p>
    <w:p w14:paraId="3A3E7AFC" w14:textId="77777777" w:rsidR="00365219" w:rsidRDefault="00695781">
      <w:pPr>
        <w:pStyle w:val="Option"/>
        <w:keepNext/>
      </w:pPr>
      <w:r>
        <w:t>B. 17</w:t>
      </w:r>
    </w:p>
    <w:p w14:paraId="0A00F3E3" w14:textId="77777777" w:rsidR="00365219" w:rsidRDefault="00695781">
      <w:pPr>
        <w:pStyle w:val="Option"/>
        <w:keepNext/>
      </w:pPr>
      <w:r>
        <w:t>C. 18</w:t>
      </w:r>
    </w:p>
    <w:p w14:paraId="6198F2E0" w14:textId="77777777" w:rsidR="00365219" w:rsidRDefault="00695781">
      <w:pPr>
        <w:pStyle w:val="Option"/>
        <w:keepNext/>
      </w:pPr>
      <w:r>
        <w:t>D. 19</w:t>
      </w:r>
    </w:p>
    <w:p w14:paraId="43AA6A0B" w14:textId="77777777" w:rsidR="00365219" w:rsidRDefault="00695781">
      <w:pPr>
        <w:pStyle w:val="Option"/>
      </w:pPr>
      <w:r>
        <w:t>E. 20</w:t>
      </w:r>
    </w:p>
    <w:p w14:paraId="7BB30CB2" w14:textId="77777777" w:rsidR="00365219" w:rsidRDefault="00365219">
      <w:pPr>
        <w:pStyle w:val="Small"/>
      </w:pPr>
    </w:p>
    <w:p w14:paraId="1EFB0DAA" w14:textId="77777777" w:rsidR="00365219" w:rsidRDefault="00695781">
      <w:pPr>
        <w:pStyle w:val="Question"/>
      </w:pPr>
      <w:r>
        <w:rPr>
          <w:b/>
        </w:rPr>
        <w:t xml:space="preserve">22. </w:t>
      </w:r>
      <w:r>
        <w:t>Diberikan fungsi f(x)=2x-6. Tentukan Benar atau Salah untuk setiap pernyataan berikut.</w:t>
      </w:r>
    </w:p>
    <w:tbl>
      <w:tblPr>
        <w:tblStyle w:val="TableGrid"/>
        <w:tblW w:w="0" w:type="auto"/>
        <w:jc w:val="center"/>
        <w:tblLook w:val="04A0" w:firstRow="1" w:lastRow="0" w:firstColumn="1" w:lastColumn="0" w:noHBand="0" w:noVBand="1"/>
      </w:tblPr>
      <w:tblGrid>
        <w:gridCol w:w="3289"/>
        <w:gridCol w:w="3289"/>
        <w:gridCol w:w="3289"/>
      </w:tblGrid>
      <w:tr w:rsidR="00365219" w14:paraId="721A05C1" w14:textId="77777777">
        <w:trPr>
          <w:tblHeader/>
          <w:jc w:val="center"/>
        </w:trPr>
        <w:tc>
          <w:tcPr>
            <w:tcW w:w="3289" w:type="dxa"/>
            <w:shd w:val="clear" w:color="auto" w:fill="EDEDED"/>
            <w:vAlign w:val="center"/>
          </w:tcPr>
          <w:p w14:paraId="2047F61F" w14:textId="77777777" w:rsidR="00365219" w:rsidRDefault="00695781">
            <w:pPr>
              <w:jc w:val="center"/>
            </w:pPr>
            <w:r>
              <w:rPr>
                <w:b/>
                <w:sz w:val="17"/>
              </w:rPr>
              <w:t>Pernyataan</w:t>
            </w:r>
          </w:p>
        </w:tc>
        <w:tc>
          <w:tcPr>
            <w:tcW w:w="3289" w:type="dxa"/>
            <w:shd w:val="clear" w:color="auto" w:fill="EDEDED"/>
            <w:vAlign w:val="center"/>
          </w:tcPr>
          <w:p w14:paraId="03B9C20E" w14:textId="77777777" w:rsidR="00365219" w:rsidRDefault="00695781">
            <w:pPr>
              <w:jc w:val="center"/>
            </w:pPr>
            <w:r>
              <w:rPr>
                <w:b/>
                <w:sz w:val="17"/>
              </w:rPr>
              <w:t>Benar</w:t>
            </w:r>
          </w:p>
        </w:tc>
        <w:tc>
          <w:tcPr>
            <w:tcW w:w="3289" w:type="dxa"/>
            <w:shd w:val="clear" w:color="auto" w:fill="EDEDED"/>
            <w:vAlign w:val="center"/>
          </w:tcPr>
          <w:p w14:paraId="08564ECF" w14:textId="77777777" w:rsidR="00365219" w:rsidRDefault="00695781">
            <w:pPr>
              <w:jc w:val="center"/>
            </w:pPr>
            <w:r>
              <w:rPr>
                <w:b/>
                <w:sz w:val="17"/>
              </w:rPr>
              <w:t>Salah</w:t>
            </w:r>
          </w:p>
        </w:tc>
      </w:tr>
      <w:tr w:rsidR="00365219" w14:paraId="012711CB" w14:textId="77777777">
        <w:trPr>
          <w:cantSplit/>
          <w:jc w:val="center"/>
        </w:trPr>
        <w:tc>
          <w:tcPr>
            <w:tcW w:w="3289" w:type="dxa"/>
            <w:vAlign w:val="center"/>
          </w:tcPr>
          <w:p w14:paraId="6B5BC3E8" w14:textId="77777777" w:rsidR="00365219" w:rsidRDefault="00695781">
            <w:r>
              <w:rPr>
                <w:sz w:val="17"/>
              </w:rPr>
              <w:t>A. Gradien grafik f adalah 2.</w:t>
            </w:r>
          </w:p>
        </w:tc>
        <w:tc>
          <w:tcPr>
            <w:tcW w:w="3289" w:type="dxa"/>
            <w:vAlign w:val="center"/>
          </w:tcPr>
          <w:p w14:paraId="3A7792CB" w14:textId="77777777" w:rsidR="00365219" w:rsidRDefault="00695781">
            <w:pPr>
              <w:jc w:val="center"/>
            </w:pPr>
            <w:r>
              <w:rPr>
                <w:sz w:val="22"/>
              </w:rPr>
              <w:t>☐</w:t>
            </w:r>
          </w:p>
        </w:tc>
        <w:tc>
          <w:tcPr>
            <w:tcW w:w="3289" w:type="dxa"/>
            <w:vAlign w:val="center"/>
          </w:tcPr>
          <w:p w14:paraId="184744CC" w14:textId="77777777" w:rsidR="00365219" w:rsidRDefault="00695781">
            <w:pPr>
              <w:jc w:val="center"/>
            </w:pPr>
            <w:r>
              <w:rPr>
                <w:sz w:val="22"/>
              </w:rPr>
              <w:t>☐</w:t>
            </w:r>
          </w:p>
        </w:tc>
      </w:tr>
      <w:tr w:rsidR="00365219" w14:paraId="2BF8F48F" w14:textId="77777777">
        <w:trPr>
          <w:cantSplit/>
          <w:jc w:val="center"/>
        </w:trPr>
        <w:tc>
          <w:tcPr>
            <w:tcW w:w="3289" w:type="dxa"/>
            <w:vAlign w:val="center"/>
          </w:tcPr>
          <w:p w14:paraId="52E23764" w14:textId="77777777" w:rsidR="00365219" w:rsidRDefault="00695781">
            <w:r>
              <w:rPr>
                <w:sz w:val="17"/>
              </w:rPr>
              <w:t>B. Grafik memotong sumbu-y di titik (</w:t>
            </w:r>
            <w:proofErr w:type="gramStart"/>
            <w:r>
              <w:rPr>
                <w:sz w:val="17"/>
              </w:rPr>
              <w:t>0,-</w:t>
            </w:r>
            <w:proofErr w:type="gramEnd"/>
            <w:r>
              <w:rPr>
                <w:sz w:val="17"/>
              </w:rPr>
              <w:t>6).</w:t>
            </w:r>
          </w:p>
        </w:tc>
        <w:tc>
          <w:tcPr>
            <w:tcW w:w="3289" w:type="dxa"/>
            <w:vAlign w:val="center"/>
          </w:tcPr>
          <w:p w14:paraId="4B73DC55" w14:textId="77777777" w:rsidR="00365219" w:rsidRDefault="00695781">
            <w:pPr>
              <w:jc w:val="center"/>
            </w:pPr>
            <w:r>
              <w:rPr>
                <w:sz w:val="22"/>
              </w:rPr>
              <w:t>☐</w:t>
            </w:r>
          </w:p>
        </w:tc>
        <w:tc>
          <w:tcPr>
            <w:tcW w:w="3289" w:type="dxa"/>
            <w:vAlign w:val="center"/>
          </w:tcPr>
          <w:p w14:paraId="36D8887D" w14:textId="77777777" w:rsidR="00365219" w:rsidRDefault="00695781">
            <w:pPr>
              <w:jc w:val="center"/>
            </w:pPr>
            <w:r>
              <w:rPr>
                <w:sz w:val="22"/>
              </w:rPr>
              <w:t>☐</w:t>
            </w:r>
          </w:p>
        </w:tc>
      </w:tr>
      <w:tr w:rsidR="00365219" w14:paraId="7B9E3924" w14:textId="77777777">
        <w:trPr>
          <w:cantSplit/>
          <w:jc w:val="center"/>
        </w:trPr>
        <w:tc>
          <w:tcPr>
            <w:tcW w:w="3289" w:type="dxa"/>
            <w:vAlign w:val="center"/>
          </w:tcPr>
          <w:p w14:paraId="08CAE0ED" w14:textId="77777777" w:rsidR="00365219" w:rsidRDefault="00695781">
            <w:r>
              <w:rPr>
                <w:sz w:val="17"/>
              </w:rPr>
              <w:t>C. Grafik memotong sumbu-x di titik (3,0).</w:t>
            </w:r>
          </w:p>
        </w:tc>
        <w:tc>
          <w:tcPr>
            <w:tcW w:w="3289" w:type="dxa"/>
            <w:vAlign w:val="center"/>
          </w:tcPr>
          <w:p w14:paraId="6A23A8CE" w14:textId="77777777" w:rsidR="00365219" w:rsidRDefault="00695781">
            <w:pPr>
              <w:jc w:val="center"/>
            </w:pPr>
            <w:r>
              <w:rPr>
                <w:sz w:val="22"/>
              </w:rPr>
              <w:t>☐</w:t>
            </w:r>
          </w:p>
        </w:tc>
        <w:tc>
          <w:tcPr>
            <w:tcW w:w="3289" w:type="dxa"/>
            <w:vAlign w:val="center"/>
          </w:tcPr>
          <w:p w14:paraId="750FD654" w14:textId="77777777" w:rsidR="00365219" w:rsidRDefault="00695781">
            <w:pPr>
              <w:jc w:val="center"/>
            </w:pPr>
            <w:r>
              <w:rPr>
                <w:sz w:val="22"/>
              </w:rPr>
              <w:t>☐</w:t>
            </w:r>
          </w:p>
        </w:tc>
      </w:tr>
      <w:tr w:rsidR="00365219" w14:paraId="5E0AB10B" w14:textId="77777777">
        <w:trPr>
          <w:cantSplit/>
          <w:jc w:val="center"/>
        </w:trPr>
        <w:tc>
          <w:tcPr>
            <w:tcW w:w="3289" w:type="dxa"/>
            <w:vAlign w:val="center"/>
          </w:tcPr>
          <w:p w14:paraId="00031830" w14:textId="77777777" w:rsidR="00365219" w:rsidRDefault="00695781">
            <w:r>
              <w:rPr>
                <w:sz w:val="17"/>
              </w:rPr>
              <w:t>D. Grafik melalui titik (</w:t>
            </w:r>
            <w:proofErr w:type="gramStart"/>
            <w:r>
              <w:rPr>
                <w:sz w:val="17"/>
              </w:rPr>
              <w:t>2,-</w:t>
            </w:r>
            <w:proofErr w:type="gramEnd"/>
            <w:r>
              <w:rPr>
                <w:sz w:val="17"/>
              </w:rPr>
              <w:t>1).</w:t>
            </w:r>
          </w:p>
        </w:tc>
        <w:tc>
          <w:tcPr>
            <w:tcW w:w="3289" w:type="dxa"/>
            <w:vAlign w:val="center"/>
          </w:tcPr>
          <w:p w14:paraId="11C39187" w14:textId="77777777" w:rsidR="00365219" w:rsidRDefault="00695781">
            <w:pPr>
              <w:jc w:val="center"/>
            </w:pPr>
            <w:r>
              <w:rPr>
                <w:sz w:val="22"/>
              </w:rPr>
              <w:t>☐</w:t>
            </w:r>
          </w:p>
        </w:tc>
        <w:tc>
          <w:tcPr>
            <w:tcW w:w="3289" w:type="dxa"/>
            <w:vAlign w:val="center"/>
          </w:tcPr>
          <w:p w14:paraId="16B2A257" w14:textId="77777777" w:rsidR="00365219" w:rsidRDefault="00695781">
            <w:pPr>
              <w:jc w:val="center"/>
            </w:pPr>
            <w:r>
              <w:rPr>
                <w:sz w:val="22"/>
              </w:rPr>
              <w:t>☐</w:t>
            </w:r>
          </w:p>
        </w:tc>
      </w:tr>
    </w:tbl>
    <w:p w14:paraId="5B36D57D" w14:textId="77777777" w:rsidR="00365219" w:rsidRDefault="00365219">
      <w:pPr>
        <w:pStyle w:val="Small"/>
      </w:pPr>
    </w:p>
    <w:p w14:paraId="61A90083" w14:textId="77777777" w:rsidR="00365219" w:rsidRDefault="00695781">
      <w:pPr>
        <w:pStyle w:val="Question"/>
      </w:pPr>
      <w:r>
        <w:rPr>
          <w:b/>
        </w:rPr>
        <w:t xml:space="preserve">23. </w:t>
      </w:r>
      <w:r>
        <w:t>Diketahui sistem x+y=5 dan 2x-y=4.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4A6C5A80" w14:textId="77777777">
        <w:trPr>
          <w:tblHeader/>
          <w:jc w:val="center"/>
        </w:trPr>
        <w:tc>
          <w:tcPr>
            <w:tcW w:w="3289" w:type="dxa"/>
            <w:shd w:val="clear" w:color="auto" w:fill="EDEDED"/>
            <w:vAlign w:val="center"/>
          </w:tcPr>
          <w:p w14:paraId="2B859535" w14:textId="77777777" w:rsidR="00365219" w:rsidRDefault="00695781">
            <w:pPr>
              <w:jc w:val="center"/>
            </w:pPr>
            <w:r>
              <w:rPr>
                <w:b/>
                <w:sz w:val="17"/>
              </w:rPr>
              <w:t>Pernyataan</w:t>
            </w:r>
          </w:p>
        </w:tc>
        <w:tc>
          <w:tcPr>
            <w:tcW w:w="3289" w:type="dxa"/>
            <w:shd w:val="clear" w:color="auto" w:fill="EDEDED"/>
            <w:vAlign w:val="center"/>
          </w:tcPr>
          <w:p w14:paraId="3EB9D025" w14:textId="77777777" w:rsidR="00365219" w:rsidRDefault="00695781">
            <w:pPr>
              <w:jc w:val="center"/>
            </w:pPr>
            <w:r>
              <w:rPr>
                <w:b/>
                <w:sz w:val="17"/>
              </w:rPr>
              <w:t>Benar</w:t>
            </w:r>
          </w:p>
        </w:tc>
        <w:tc>
          <w:tcPr>
            <w:tcW w:w="3289" w:type="dxa"/>
            <w:shd w:val="clear" w:color="auto" w:fill="EDEDED"/>
            <w:vAlign w:val="center"/>
          </w:tcPr>
          <w:p w14:paraId="7972F6A0" w14:textId="77777777" w:rsidR="00365219" w:rsidRDefault="00695781">
            <w:pPr>
              <w:jc w:val="center"/>
            </w:pPr>
            <w:r>
              <w:rPr>
                <w:b/>
                <w:sz w:val="17"/>
              </w:rPr>
              <w:t>Salah</w:t>
            </w:r>
          </w:p>
        </w:tc>
      </w:tr>
      <w:tr w:rsidR="00365219" w14:paraId="4F0A9CFA" w14:textId="77777777">
        <w:trPr>
          <w:cantSplit/>
          <w:jc w:val="center"/>
        </w:trPr>
        <w:tc>
          <w:tcPr>
            <w:tcW w:w="3289" w:type="dxa"/>
            <w:vAlign w:val="center"/>
          </w:tcPr>
          <w:p w14:paraId="39D8BC70" w14:textId="77777777" w:rsidR="00365219" w:rsidRDefault="00695781">
            <w:r>
              <w:rPr>
                <w:sz w:val="17"/>
              </w:rPr>
              <w:t>A. Solusi sistem adalah (3,2).</w:t>
            </w:r>
          </w:p>
        </w:tc>
        <w:tc>
          <w:tcPr>
            <w:tcW w:w="3289" w:type="dxa"/>
            <w:vAlign w:val="center"/>
          </w:tcPr>
          <w:p w14:paraId="4AC1E9A8" w14:textId="77777777" w:rsidR="00365219" w:rsidRDefault="00695781">
            <w:pPr>
              <w:jc w:val="center"/>
            </w:pPr>
            <w:r>
              <w:rPr>
                <w:sz w:val="22"/>
              </w:rPr>
              <w:t>☐</w:t>
            </w:r>
          </w:p>
        </w:tc>
        <w:tc>
          <w:tcPr>
            <w:tcW w:w="3289" w:type="dxa"/>
            <w:vAlign w:val="center"/>
          </w:tcPr>
          <w:p w14:paraId="0C2DAB20" w14:textId="77777777" w:rsidR="00365219" w:rsidRDefault="00695781">
            <w:pPr>
              <w:jc w:val="center"/>
            </w:pPr>
            <w:r>
              <w:rPr>
                <w:sz w:val="22"/>
              </w:rPr>
              <w:t>☐</w:t>
            </w:r>
          </w:p>
        </w:tc>
      </w:tr>
      <w:tr w:rsidR="00365219" w14:paraId="4A6F3964" w14:textId="77777777">
        <w:trPr>
          <w:cantSplit/>
          <w:jc w:val="center"/>
        </w:trPr>
        <w:tc>
          <w:tcPr>
            <w:tcW w:w="3289" w:type="dxa"/>
            <w:vAlign w:val="center"/>
          </w:tcPr>
          <w:p w14:paraId="6534FF0E" w14:textId="77777777" w:rsidR="00365219" w:rsidRDefault="00695781">
            <w:r>
              <w:rPr>
                <w:sz w:val="17"/>
              </w:rPr>
              <w:t>B. Nilai x-y adalah 1.</w:t>
            </w:r>
          </w:p>
        </w:tc>
        <w:tc>
          <w:tcPr>
            <w:tcW w:w="3289" w:type="dxa"/>
            <w:vAlign w:val="center"/>
          </w:tcPr>
          <w:p w14:paraId="3D29ACEE" w14:textId="77777777" w:rsidR="00365219" w:rsidRDefault="00695781">
            <w:pPr>
              <w:jc w:val="center"/>
            </w:pPr>
            <w:r>
              <w:rPr>
                <w:sz w:val="22"/>
              </w:rPr>
              <w:t>☐</w:t>
            </w:r>
          </w:p>
        </w:tc>
        <w:tc>
          <w:tcPr>
            <w:tcW w:w="3289" w:type="dxa"/>
            <w:vAlign w:val="center"/>
          </w:tcPr>
          <w:p w14:paraId="02DBEF12" w14:textId="77777777" w:rsidR="00365219" w:rsidRDefault="00695781">
            <w:pPr>
              <w:jc w:val="center"/>
            </w:pPr>
            <w:r>
              <w:rPr>
                <w:sz w:val="22"/>
              </w:rPr>
              <w:t>☐</w:t>
            </w:r>
          </w:p>
        </w:tc>
      </w:tr>
      <w:tr w:rsidR="00365219" w14:paraId="0727A83F" w14:textId="77777777">
        <w:trPr>
          <w:cantSplit/>
          <w:jc w:val="center"/>
        </w:trPr>
        <w:tc>
          <w:tcPr>
            <w:tcW w:w="3289" w:type="dxa"/>
            <w:vAlign w:val="center"/>
          </w:tcPr>
          <w:p w14:paraId="27F97F7C" w14:textId="77777777" w:rsidR="00365219" w:rsidRDefault="00695781">
            <w:r>
              <w:rPr>
                <w:sz w:val="17"/>
              </w:rPr>
              <w:t>C. Nilai 3x+y adalah 11.</w:t>
            </w:r>
          </w:p>
        </w:tc>
        <w:tc>
          <w:tcPr>
            <w:tcW w:w="3289" w:type="dxa"/>
            <w:vAlign w:val="center"/>
          </w:tcPr>
          <w:p w14:paraId="299C6D79" w14:textId="77777777" w:rsidR="00365219" w:rsidRDefault="00695781">
            <w:pPr>
              <w:jc w:val="center"/>
            </w:pPr>
            <w:r>
              <w:rPr>
                <w:sz w:val="22"/>
              </w:rPr>
              <w:t>☐</w:t>
            </w:r>
          </w:p>
        </w:tc>
        <w:tc>
          <w:tcPr>
            <w:tcW w:w="3289" w:type="dxa"/>
            <w:vAlign w:val="center"/>
          </w:tcPr>
          <w:p w14:paraId="712081FD" w14:textId="77777777" w:rsidR="00365219" w:rsidRDefault="00695781">
            <w:pPr>
              <w:jc w:val="center"/>
            </w:pPr>
            <w:r>
              <w:rPr>
                <w:sz w:val="22"/>
              </w:rPr>
              <w:t>☐</w:t>
            </w:r>
          </w:p>
        </w:tc>
      </w:tr>
    </w:tbl>
    <w:p w14:paraId="176E2A91" w14:textId="77777777" w:rsidR="00365219" w:rsidRDefault="00365219">
      <w:pPr>
        <w:pStyle w:val="Small"/>
      </w:pPr>
    </w:p>
    <w:p w14:paraId="7863C08F" w14:textId="77777777" w:rsidR="00365219" w:rsidRDefault="00695781">
      <w:pPr>
        <w:pStyle w:val="Question"/>
      </w:pPr>
      <w:r>
        <w:rPr>
          <w:b/>
        </w:rPr>
        <w:t xml:space="preserve">24. </w:t>
      </w:r>
      <w:r>
        <w:t>Diberikan x≥0, y≥0, x+y≤6, dan 2x+y≤8. Pilih semua titik yang memenuhi sistem.</w:t>
      </w:r>
    </w:p>
    <w:p w14:paraId="25DF1D85" w14:textId="77777777" w:rsidR="00365219" w:rsidRDefault="00695781">
      <w:pPr>
        <w:pStyle w:val="Option"/>
        <w:keepNext/>
      </w:pPr>
      <w:r>
        <w:t>☐ 1. (0,6)</w:t>
      </w:r>
    </w:p>
    <w:p w14:paraId="7B7C3C9F" w14:textId="77777777" w:rsidR="00365219" w:rsidRDefault="00695781">
      <w:pPr>
        <w:pStyle w:val="Option"/>
        <w:keepNext/>
      </w:pPr>
      <w:r>
        <w:t>☐ 2. (4,0)</w:t>
      </w:r>
    </w:p>
    <w:p w14:paraId="682EA0A3" w14:textId="77777777" w:rsidR="00365219" w:rsidRDefault="00695781">
      <w:pPr>
        <w:pStyle w:val="Option"/>
        <w:keepNext/>
      </w:pPr>
      <w:r>
        <w:t>☐ 3. (3,3)</w:t>
      </w:r>
    </w:p>
    <w:p w14:paraId="5FD5773D" w14:textId="77777777" w:rsidR="00365219" w:rsidRDefault="00695781">
      <w:pPr>
        <w:pStyle w:val="Option"/>
        <w:keepNext/>
      </w:pPr>
      <w:r>
        <w:t>☐ 4. (2,2)</w:t>
      </w:r>
    </w:p>
    <w:p w14:paraId="1B4C39D3" w14:textId="77777777" w:rsidR="00365219" w:rsidRDefault="00695781">
      <w:pPr>
        <w:pStyle w:val="Option"/>
      </w:pPr>
      <w:r>
        <w:t>☐ 5. (5,1)</w:t>
      </w:r>
    </w:p>
    <w:p w14:paraId="56532540" w14:textId="77777777" w:rsidR="00365219" w:rsidRDefault="00365219">
      <w:pPr>
        <w:pStyle w:val="Small"/>
      </w:pPr>
    </w:p>
    <w:p w14:paraId="4EC8DAAC" w14:textId="77777777" w:rsidR="00365219" w:rsidRDefault="00695781">
      <w:pPr>
        <w:pStyle w:val="Question"/>
      </w:pPr>
      <w:r>
        <w:rPr>
          <w:b/>
        </w:rPr>
        <w:lastRenderedPageBreak/>
        <w:t xml:space="preserve">25. </w:t>
      </w:r>
      <w:r>
        <w:t>Apakah nilai x dapat ditentukan?</w:t>
      </w:r>
      <w:r>
        <w:br/>
        <w:t>(1) x+y=9.</w:t>
      </w:r>
      <w:r>
        <w:br/>
        <w:t>(2) x-y=3.</w:t>
      </w:r>
    </w:p>
    <w:p w14:paraId="0A79CAD6" w14:textId="77777777" w:rsidR="00365219" w:rsidRDefault="00695781">
      <w:pPr>
        <w:pStyle w:val="Option"/>
        <w:keepNext/>
      </w:pPr>
      <w:r>
        <w:t>A. Pernyataan (1) SAJA cukup, tetapi Pernyataan (2) SAJA tidak cukup.</w:t>
      </w:r>
    </w:p>
    <w:p w14:paraId="7D6718C1" w14:textId="77777777" w:rsidR="00365219" w:rsidRDefault="00695781">
      <w:pPr>
        <w:pStyle w:val="Option"/>
        <w:keepNext/>
      </w:pPr>
      <w:r>
        <w:t>B. Pernyataan (2) SAJA cukup, tetapi Pernyataan (1) SAJA tidak cukup.</w:t>
      </w:r>
    </w:p>
    <w:p w14:paraId="772D99F9" w14:textId="77777777" w:rsidR="00365219" w:rsidRDefault="00695781">
      <w:pPr>
        <w:pStyle w:val="Option"/>
        <w:keepNext/>
      </w:pPr>
      <w:r>
        <w:t>C. DUA pernyataan BERSAMA-SAMA cukup, tetapi SATU pernyataan SAJA tidak cukup.</w:t>
      </w:r>
    </w:p>
    <w:p w14:paraId="2B78DB05" w14:textId="77777777" w:rsidR="00365219" w:rsidRDefault="00695781">
      <w:pPr>
        <w:pStyle w:val="Option"/>
        <w:keepNext/>
      </w:pPr>
      <w:r>
        <w:t>D. Pernyataan (1) SAJA cukup dan Pernyataan (2) SAJA juga cukup.</w:t>
      </w:r>
    </w:p>
    <w:p w14:paraId="56772881" w14:textId="77777777" w:rsidR="00365219" w:rsidRDefault="00695781">
      <w:pPr>
        <w:pStyle w:val="Option"/>
      </w:pPr>
      <w:r>
        <w:t>E. Pernyataan (1) dan Pernyataan (2) tidak cukup.</w:t>
      </w:r>
    </w:p>
    <w:p w14:paraId="3459C6F6" w14:textId="77777777" w:rsidR="00365219" w:rsidRDefault="00365219">
      <w:pPr>
        <w:pStyle w:val="Small"/>
      </w:pPr>
    </w:p>
    <w:p w14:paraId="7332ACFF" w14:textId="77777777" w:rsidR="00365219" w:rsidRDefault="00695781">
      <w:pPr>
        <w:pStyle w:val="Heading2"/>
        <w:jc w:val="center"/>
      </w:pPr>
      <w:r>
        <w:t>ZPD-2 - PENERAPAN BERTAHAP</w:t>
      </w:r>
    </w:p>
    <w:p w14:paraId="7A23A679" w14:textId="77777777" w:rsidR="00365219" w:rsidRDefault="00695781">
      <w:pPr>
        <w:pStyle w:val="Question"/>
      </w:pPr>
      <w:r>
        <w:rPr>
          <w:b/>
        </w:rPr>
        <w:t xml:space="preserve">26. </w:t>
      </w:r>
      <w:r>
        <w:t>Tiga tiket dewasa dan dua tiket anak berharga Rp190.000,00. Dua tiket dewasa dan tiga tiket anak berharga Rp160.000,00. Harga satu tiket dewasa dan empat tiket anak adalah ....</w:t>
      </w:r>
    </w:p>
    <w:p w14:paraId="44B66944" w14:textId="77777777" w:rsidR="00365219" w:rsidRDefault="00695781">
      <w:pPr>
        <w:pStyle w:val="Option"/>
        <w:keepNext/>
      </w:pPr>
      <w:r>
        <w:t>A. Rp110.000,00</w:t>
      </w:r>
    </w:p>
    <w:p w14:paraId="24F1328B" w14:textId="77777777" w:rsidR="00365219" w:rsidRDefault="00695781">
      <w:pPr>
        <w:pStyle w:val="Option"/>
        <w:keepNext/>
      </w:pPr>
      <w:r>
        <w:t>B. Rp120.000,00</w:t>
      </w:r>
    </w:p>
    <w:p w14:paraId="542CB3FE" w14:textId="77777777" w:rsidR="00365219" w:rsidRDefault="00695781">
      <w:pPr>
        <w:pStyle w:val="Option"/>
        <w:keepNext/>
      </w:pPr>
      <w:r>
        <w:t>C. Rp130.000,00</w:t>
      </w:r>
    </w:p>
    <w:p w14:paraId="52020BA3" w14:textId="77777777" w:rsidR="00365219" w:rsidRDefault="00695781">
      <w:pPr>
        <w:pStyle w:val="Option"/>
        <w:keepNext/>
      </w:pPr>
      <w:r>
        <w:t>D. Rp140.000,00</w:t>
      </w:r>
    </w:p>
    <w:p w14:paraId="3385496D" w14:textId="77777777" w:rsidR="00365219" w:rsidRDefault="00695781">
      <w:pPr>
        <w:pStyle w:val="Option"/>
      </w:pPr>
      <w:r>
        <w:t>E. Rp150.000,00</w:t>
      </w:r>
    </w:p>
    <w:p w14:paraId="1B5EB2F1" w14:textId="77777777" w:rsidR="00365219" w:rsidRDefault="00365219">
      <w:pPr>
        <w:pStyle w:val="Small"/>
      </w:pPr>
    </w:p>
    <w:p w14:paraId="1B0380F3" w14:textId="77777777" w:rsidR="00365219" w:rsidRDefault="00695781">
      <w:pPr>
        <w:pStyle w:val="Question"/>
      </w:pPr>
      <w:r>
        <w:rPr>
          <w:b/>
        </w:rPr>
        <w:t xml:space="preserve">27. </w:t>
      </w:r>
      <w:r>
        <w:t>Tiga buku dan dua pensil berharga Rp30.000,00, sedangkan dua buku dan lima pensil berharga Rp31.000,00. Harga satu buku dan satu pensil adalah ....</w:t>
      </w:r>
    </w:p>
    <w:p w14:paraId="7076A2FF" w14:textId="77777777" w:rsidR="00365219" w:rsidRDefault="00695781">
      <w:pPr>
        <w:pStyle w:val="Option"/>
        <w:keepNext/>
      </w:pPr>
      <w:r>
        <w:t>A. Rp9.000,00</w:t>
      </w:r>
    </w:p>
    <w:p w14:paraId="1257FDBC" w14:textId="77777777" w:rsidR="00365219" w:rsidRDefault="00695781">
      <w:pPr>
        <w:pStyle w:val="Option"/>
        <w:keepNext/>
      </w:pPr>
      <w:r>
        <w:t>B. Rp10.000,00</w:t>
      </w:r>
    </w:p>
    <w:p w14:paraId="54ADDAC1" w14:textId="77777777" w:rsidR="00365219" w:rsidRDefault="00695781">
      <w:pPr>
        <w:pStyle w:val="Option"/>
        <w:keepNext/>
      </w:pPr>
      <w:r>
        <w:t>C. Rp11.000,00</w:t>
      </w:r>
    </w:p>
    <w:p w14:paraId="2CAE0691" w14:textId="77777777" w:rsidR="00365219" w:rsidRDefault="00695781">
      <w:pPr>
        <w:pStyle w:val="Option"/>
        <w:keepNext/>
      </w:pPr>
      <w:r>
        <w:t>D. Rp12.000,00</w:t>
      </w:r>
    </w:p>
    <w:p w14:paraId="2B3EA418" w14:textId="77777777" w:rsidR="00365219" w:rsidRDefault="00695781">
      <w:pPr>
        <w:pStyle w:val="Option"/>
      </w:pPr>
      <w:r>
        <w:t>E. Rp13.000,00</w:t>
      </w:r>
    </w:p>
    <w:p w14:paraId="1D2A0822" w14:textId="77777777" w:rsidR="00365219" w:rsidRDefault="00365219">
      <w:pPr>
        <w:pStyle w:val="Small"/>
      </w:pPr>
    </w:p>
    <w:p w14:paraId="7086CAE7" w14:textId="77777777" w:rsidR="00365219" w:rsidRDefault="00695781">
      <w:pPr>
        <w:pStyle w:val="Question"/>
      </w:pPr>
      <w:r>
        <w:rPr>
          <w:b/>
        </w:rPr>
        <w:t xml:space="preserve">28. </w:t>
      </w:r>
      <w:r>
        <w:t xml:space="preserve">Harga satu mawar, satu lili, dan satu anyelir (dalam ribuan rupiah) berturut-turut </w:t>
      </w:r>
      <w:proofErr w:type="gramStart"/>
      <w:r>
        <w:t>m,l</w:t>
      </w:r>
      <w:proofErr w:type="gramEnd"/>
      <w:r>
        <w:t>,a. Diketahui 2m+l+a=47, m+2l+a=50, dan m+l+2a=43. Harga 3 mawar dan 1 lili adalah ....</w:t>
      </w:r>
    </w:p>
    <w:p w14:paraId="7E22F5DA" w14:textId="77777777" w:rsidR="00365219" w:rsidRDefault="00695781">
      <w:pPr>
        <w:pStyle w:val="Option"/>
        <w:keepNext/>
      </w:pPr>
      <w:r>
        <w:t>A. Rp42.000,00</w:t>
      </w:r>
    </w:p>
    <w:p w14:paraId="1E3EA8CE" w14:textId="77777777" w:rsidR="00365219" w:rsidRDefault="00695781">
      <w:pPr>
        <w:pStyle w:val="Option"/>
        <w:keepNext/>
      </w:pPr>
      <w:r>
        <w:t>B. Rp45.000,00</w:t>
      </w:r>
    </w:p>
    <w:p w14:paraId="64DE9D02" w14:textId="77777777" w:rsidR="00365219" w:rsidRDefault="00695781">
      <w:pPr>
        <w:pStyle w:val="Option"/>
        <w:keepNext/>
      </w:pPr>
      <w:r>
        <w:t>C. Rp48.000,00</w:t>
      </w:r>
    </w:p>
    <w:p w14:paraId="4B3A3C14" w14:textId="77777777" w:rsidR="00365219" w:rsidRDefault="00695781">
      <w:pPr>
        <w:pStyle w:val="Option"/>
        <w:keepNext/>
      </w:pPr>
      <w:r>
        <w:t>D. Rp51.000,00</w:t>
      </w:r>
    </w:p>
    <w:p w14:paraId="141FA9C1" w14:textId="77777777" w:rsidR="00365219" w:rsidRDefault="00695781">
      <w:pPr>
        <w:pStyle w:val="Option"/>
      </w:pPr>
      <w:r>
        <w:t>E. Rp54.000,00</w:t>
      </w:r>
    </w:p>
    <w:p w14:paraId="1DC00677" w14:textId="77777777" w:rsidR="00365219" w:rsidRDefault="00365219">
      <w:pPr>
        <w:pStyle w:val="Small"/>
      </w:pPr>
    </w:p>
    <w:p w14:paraId="6AC4C34B" w14:textId="77777777" w:rsidR="00365219" w:rsidRDefault="00695781">
      <w:pPr>
        <w:pStyle w:val="Question"/>
      </w:pPr>
      <w:r>
        <w:rPr>
          <w:b/>
        </w:rPr>
        <w:t xml:space="preserve">29. </w:t>
      </w:r>
      <w:r>
        <w:t>Jumlah dua bilangan adalah 34. Bilangan pertama 4 lebih besar daripada dua kali bilangan kedua. Selisih kedua bilangan adalah ....</w:t>
      </w:r>
    </w:p>
    <w:p w14:paraId="1984F9B4" w14:textId="77777777" w:rsidR="00365219" w:rsidRDefault="00695781">
      <w:pPr>
        <w:pStyle w:val="Option"/>
        <w:keepNext/>
      </w:pPr>
      <w:r>
        <w:t>A. 12</w:t>
      </w:r>
    </w:p>
    <w:p w14:paraId="1D6C1F9F" w14:textId="77777777" w:rsidR="00365219" w:rsidRDefault="00695781">
      <w:pPr>
        <w:pStyle w:val="Option"/>
        <w:keepNext/>
      </w:pPr>
      <w:r>
        <w:t>B. 14</w:t>
      </w:r>
    </w:p>
    <w:p w14:paraId="5805D733" w14:textId="77777777" w:rsidR="00365219" w:rsidRDefault="00695781">
      <w:pPr>
        <w:pStyle w:val="Option"/>
        <w:keepNext/>
      </w:pPr>
      <w:r>
        <w:t>C. 16</w:t>
      </w:r>
    </w:p>
    <w:p w14:paraId="731DA175" w14:textId="77777777" w:rsidR="00365219" w:rsidRDefault="00695781">
      <w:pPr>
        <w:pStyle w:val="Option"/>
        <w:keepNext/>
      </w:pPr>
      <w:r>
        <w:t>D. 18</w:t>
      </w:r>
    </w:p>
    <w:p w14:paraId="52C7EEDA" w14:textId="77777777" w:rsidR="00365219" w:rsidRDefault="00695781">
      <w:pPr>
        <w:pStyle w:val="Option"/>
      </w:pPr>
      <w:r>
        <w:t>E. 20</w:t>
      </w:r>
    </w:p>
    <w:p w14:paraId="5B230A05" w14:textId="77777777" w:rsidR="00365219" w:rsidRDefault="00365219">
      <w:pPr>
        <w:pStyle w:val="Small"/>
      </w:pPr>
    </w:p>
    <w:p w14:paraId="6A444013" w14:textId="77777777" w:rsidR="00365219" w:rsidRDefault="00695781">
      <w:pPr>
        <w:pStyle w:val="Question"/>
      </w:pPr>
      <w:r>
        <w:rPr>
          <w:b/>
        </w:rPr>
        <w:t xml:space="preserve">30. </w:t>
      </w:r>
      <w:r>
        <w:t>Sebuah tempat parkir memuat 40 kendaraan yang terdiri atas mobil dan sepeda motor. Jumlah seluruh roda 116. Banyak mobil adalah ....</w:t>
      </w:r>
    </w:p>
    <w:p w14:paraId="575B0612" w14:textId="77777777" w:rsidR="00365219" w:rsidRDefault="00695781">
      <w:pPr>
        <w:pStyle w:val="Option"/>
        <w:keepNext/>
      </w:pPr>
      <w:r>
        <w:t>A. 14</w:t>
      </w:r>
    </w:p>
    <w:p w14:paraId="5A04D354" w14:textId="77777777" w:rsidR="00365219" w:rsidRDefault="00695781">
      <w:pPr>
        <w:pStyle w:val="Option"/>
        <w:keepNext/>
      </w:pPr>
      <w:r>
        <w:t>B. 16</w:t>
      </w:r>
    </w:p>
    <w:p w14:paraId="062C21D9" w14:textId="77777777" w:rsidR="00365219" w:rsidRDefault="00695781">
      <w:pPr>
        <w:pStyle w:val="Option"/>
        <w:keepNext/>
      </w:pPr>
      <w:r>
        <w:t>C. 18</w:t>
      </w:r>
    </w:p>
    <w:p w14:paraId="661B3D9F" w14:textId="77777777" w:rsidR="00365219" w:rsidRDefault="00695781">
      <w:pPr>
        <w:pStyle w:val="Option"/>
        <w:keepNext/>
      </w:pPr>
      <w:r>
        <w:t>D. 20</w:t>
      </w:r>
    </w:p>
    <w:p w14:paraId="3E17FB04" w14:textId="77777777" w:rsidR="00365219" w:rsidRDefault="00695781">
      <w:pPr>
        <w:pStyle w:val="Option"/>
      </w:pPr>
      <w:r>
        <w:t>E. 22</w:t>
      </w:r>
    </w:p>
    <w:p w14:paraId="3905A4C4" w14:textId="77777777" w:rsidR="00365219" w:rsidRDefault="00365219">
      <w:pPr>
        <w:pStyle w:val="Small"/>
      </w:pPr>
    </w:p>
    <w:p w14:paraId="288EC4A7" w14:textId="77777777" w:rsidR="00365219" w:rsidRDefault="00695781">
      <w:pPr>
        <w:pStyle w:val="Question"/>
      </w:pPr>
      <w:r>
        <w:rPr>
          <w:b/>
        </w:rPr>
        <w:t xml:space="preserve">31. </w:t>
      </w:r>
      <w:r>
        <w:t>Sistem kx + y = 7 dan x + y = 5 mempunyai solusi x=2 dan y=3. Nilai k adalah ....</w:t>
      </w:r>
    </w:p>
    <w:p w14:paraId="081AFF28" w14:textId="77777777" w:rsidR="00365219" w:rsidRDefault="00695781">
      <w:pPr>
        <w:pStyle w:val="Option"/>
        <w:keepNext/>
      </w:pPr>
      <w:r>
        <w:t>A. 1</w:t>
      </w:r>
    </w:p>
    <w:p w14:paraId="0EBB55C2" w14:textId="77777777" w:rsidR="00365219" w:rsidRDefault="00695781">
      <w:pPr>
        <w:pStyle w:val="Option"/>
        <w:keepNext/>
      </w:pPr>
      <w:r>
        <w:t>B. 2</w:t>
      </w:r>
    </w:p>
    <w:p w14:paraId="43D5BE1B" w14:textId="77777777" w:rsidR="00365219" w:rsidRDefault="00695781">
      <w:pPr>
        <w:pStyle w:val="Option"/>
        <w:keepNext/>
      </w:pPr>
      <w:r>
        <w:t>C. 3</w:t>
      </w:r>
    </w:p>
    <w:p w14:paraId="79EAE859" w14:textId="77777777" w:rsidR="00365219" w:rsidRDefault="00695781">
      <w:pPr>
        <w:pStyle w:val="Option"/>
        <w:keepNext/>
      </w:pPr>
      <w:r>
        <w:t>D. 4</w:t>
      </w:r>
    </w:p>
    <w:p w14:paraId="43E096AB" w14:textId="77777777" w:rsidR="00365219" w:rsidRDefault="00695781">
      <w:pPr>
        <w:pStyle w:val="Option"/>
      </w:pPr>
      <w:r>
        <w:t>E. 5</w:t>
      </w:r>
    </w:p>
    <w:p w14:paraId="1A00ED2C" w14:textId="77777777" w:rsidR="00365219" w:rsidRDefault="00365219">
      <w:pPr>
        <w:pStyle w:val="Small"/>
      </w:pPr>
    </w:p>
    <w:p w14:paraId="30977CAA" w14:textId="77777777" w:rsidR="00365219" w:rsidRDefault="00695781">
      <w:pPr>
        <w:pStyle w:val="Question"/>
      </w:pPr>
      <w:r>
        <w:rPr>
          <w:b/>
        </w:rPr>
        <w:t xml:space="preserve">32. </w:t>
      </w:r>
      <w:r>
        <w:t>Sebuah jasa antar mengenakan biaya tetap Rp15.000,00 dan Rp5.000,00 per kilometer. Jika pelanggan mempunyai anggaran paling banyak Rp55.000,00, jarak maksimum yang dapat dipilih adalah ....</w:t>
      </w:r>
    </w:p>
    <w:p w14:paraId="3E964AC4" w14:textId="77777777" w:rsidR="00365219" w:rsidRDefault="00695781">
      <w:pPr>
        <w:pStyle w:val="Option"/>
        <w:keepNext/>
      </w:pPr>
      <w:r>
        <w:t>A. 6 km</w:t>
      </w:r>
    </w:p>
    <w:p w14:paraId="26BF2635" w14:textId="77777777" w:rsidR="00365219" w:rsidRDefault="00695781">
      <w:pPr>
        <w:pStyle w:val="Option"/>
        <w:keepNext/>
      </w:pPr>
      <w:r>
        <w:t>B. 7 km</w:t>
      </w:r>
    </w:p>
    <w:p w14:paraId="0E299367" w14:textId="77777777" w:rsidR="00365219" w:rsidRDefault="00695781">
      <w:pPr>
        <w:pStyle w:val="Option"/>
        <w:keepNext/>
      </w:pPr>
      <w:r>
        <w:t>C. 8 km</w:t>
      </w:r>
    </w:p>
    <w:p w14:paraId="6C088938" w14:textId="77777777" w:rsidR="00365219" w:rsidRDefault="00695781">
      <w:pPr>
        <w:pStyle w:val="Option"/>
        <w:keepNext/>
      </w:pPr>
      <w:r>
        <w:t>D. 9 km</w:t>
      </w:r>
    </w:p>
    <w:p w14:paraId="1E850908" w14:textId="77777777" w:rsidR="00365219" w:rsidRDefault="00695781">
      <w:pPr>
        <w:pStyle w:val="Option"/>
      </w:pPr>
      <w:r>
        <w:t>E. 10 km</w:t>
      </w:r>
    </w:p>
    <w:p w14:paraId="70B829BB" w14:textId="77777777" w:rsidR="00365219" w:rsidRDefault="00365219">
      <w:pPr>
        <w:pStyle w:val="Small"/>
      </w:pPr>
    </w:p>
    <w:p w14:paraId="6425E31E" w14:textId="77777777" w:rsidR="00365219" w:rsidRDefault="00695781">
      <w:pPr>
        <w:pStyle w:val="Question"/>
      </w:pPr>
      <w:r>
        <w:rPr>
          <w:b/>
        </w:rPr>
        <w:t xml:space="preserve">33. </w:t>
      </w:r>
      <w:r>
        <w:t>Sebuah bengkel membuat meja x unit dan kursi y unit. Setiap meja memerlukan 4 jam kerja, setiap kursi 2 jam kerja, dan tersedia paling banyak 40 jam. Jumlah produk paling banyak 14 unit. Model kendalanya adalah ....</w:t>
      </w:r>
    </w:p>
    <w:p w14:paraId="1C86DD3A" w14:textId="77777777" w:rsidR="00365219" w:rsidRDefault="00695781">
      <w:pPr>
        <w:pStyle w:val="Option"/>
        <w:keepNext/>
      </w:pPr>
      <w:r>
        <w:t>A. 4x+2y≥40 dan x+y≤14</w:t>
      </w:r>
    </w:p>
    <w:p w14:paraId="7CE1C00D" w14:textId="77777777" w:rsidR="00365219" w:rsidRDefault="00695781">
      <w:pPr>
        <w:pStyle w:val="Option"/>
        <w:keepNext/>
      </w:pPr>
      <w:r>
        <w:t>B. 4x+2y≤40 dan x+y≤14</w:t>
      </w:r>
    </w:p>
    <w:p w14:paraId="7B91A596" w14:textId="77777777" w:rsidR="00365219" w:rsidRDefault="00695781">
      <w:pPr>
        <w:pStyle w:val="Option"/>
        <w:keepNext/>
      </w:pPr>
      <w:r>
        <w:t>C. 2x+4y≤40 dan x+y≥14</w:t>
      </w:r>
    </w:p>
    <w:p w14:paraId="1D8A56DE" w14:textId="77777777" w:rsidR="00365219" w:rsidRDefault="00695781">
      <w:pPr>
        <w:pStyle w:val="Option"/>
        <w:keepNext/>
      </w:pPr>
      <w:r>
        <w:t>D. 4x+2y≤14 dan x+y≤40</w:t>
      </w:r>
    </w:p>
    <w:p w14:paraId="5F33415D" w14:textId="77777777" w:rsidR="00365219" w:rsidRDefault="00695781">
      <w:pPr>
        <w:pStyle w:val="Option"/>
      </w:pPr>
      <w:r>
        <w:t>E. 4x+2y=40 dan x+y=14</w:t>
      </w:r>
    </w:p>
    <w:p w14:paraId="4C5F67E6" w14:textId="77777777" w:rsidR="00365219" w:rsidRDefault="00365219">
      <w:pPr>
        <w:pStyle w:val="Small"/>
      </w:pPr>
    </w:p>
    <w:p w14:paraId="0321B79A" w14:textId="77777777" w:rsidR="00365219" w:rsidRDefault="00695781">
      <w:pPr>
        <w:pStyle w:val="Question"/>
      </w:pPr>
      <w:r>
        <w:rPr>
          <w:b/>
        </w:rPr>
        <w:t xml:space="preserve">34. </w:t>
      </w:r>
      <w:r>
        <w:t>Daerah arsiran pada grafik dibatasi oleh x≥0, y≥0, x+y≤10, dan 2x+y≤14. Titik pojok yang merupakan perpotongan dua garis miring adalah ....</w:t>
      </w:r>
    </w:p>
    <w:p w14:paraId="3F8D48A4" w14:textId="77777777" w:rsidR="00365219" w:rsidRDefault="00695781">
      <w:pPr>
        <w:keepNext/>
        <w:jc w:val="center"/>
      </w:pPr>
      <w:r>
        <w:rPr>
          <w:noProof/>
        </w:rPr>
        <w:drawing>
          <wp:inline distT="0" distB="0" distL="0" distR="0" wp14:anchorId="0C56BB2C" wp14:editId="765730DE">
            <wp:extent cx="2951999" cy="21968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34_region.png"/>
                    <pic:cNvPicPr/>
                  </pic:nvPicPr>
                  <pic:blipFill>
                    <a:blip r:embed="rId9"/>
                    <a:stretch>
                      <a:fillRect/>
                    </a:stretch>
                  </pic:blipFill>
                  <pic:spPr>
                    <a:xfrm>
                      <a:off x="0" y="0"/>
                      <a:ext cx="2951999" cy="2196836"/>
                    </a:xfrm>
                    <a:prstGeom prst="rect">
                      <a:avLst/>
                    </a:prstGeom>
                  </pic:spPr>
                </pic:pic>
              </a:graphicData>
            </a:graphic>
          </wp:inline>
        </w:drawing>
      </w:r>
    </w:p>
    <w:p w14:paraId="2A28902D" w14:textId="77777777" w:rsidR="00365219" w:rsidRDefault="00695781">
      <w:pPr>
        <w:pStyle w:val="Option"/>
        <w:keepNext/>
      </w:pPr>
      <w:r>
        <w:t>A. (2,8)</w:t>
      </w:r>
    </w:p>
    <w:p w14:paraId="712FDB99" w14:textId="77777777" w:rsidR="00365219" w:rsidRDefault="00695781">
      <w:pPr>
        <w:pStyle w:val="Option"/>
        <w:keepNext/>
      </w:pPr>
      <w:r>
        <w:t>B. (3,7)</w:t>
      </w:r>
    </w:p>
    <w:p w14:paraId="540860D6" w14:textId="77777777" w:rsidR="00365219" w:rsidRDefault="00695781">
      <w:pPr>
        <w:pStyle w:val="Option"/>
        <w:keepNext/>
      </w:pPr>
      <w:r>
        <w:t>C. (4,6)</w:t>
      </w:r>
    </w:p>
    <w:p w14:paraId="6077CD14" w14:textId="77777777" w:rsidR="00365219" w:rsidRDefault="00695781">
      <w:pPr>
        <w:pStyle w:val="Option"/>
        <w:keepNext/>
      </w:pPr>
      <w:r>
        <w:t>D. (5,5)</w:t>
      </w:r>
    </w:p>
    <w:p w14:paraId="6F036236" w14:textId="77777777" w:rsidR="00365219" w:rsidRDefault="00695781">
      <w:pPr>
        <w:pStyle w:val="Option"/>
      </w:pPr>
      <w:r>
        <w:t>E. (6,4)</w:t>
      </w:r>
    </w:p>
    <w:p w14:paraId="6FDBABAC" w14:textId="77777777" w:rsidR="00365219" w:rsidRDefault="00365219">
      <w:pPr>
        <w:pStyle w:val="Small"/>
      </w:pPr>
    </w:p>
    <w:p w14:paraId="5955E1A4" w14:textId="77777777" w:rsidR="00365219" w:rsidRDefault="00695781">
      <w:pPr>
        <w:pStyle w:val="Question"/>
      </w:pPr>
      <w:r>
        <w:rPr>
          <w:b/>
        </w:rPr>
        <w:lastRenderedPageBreak/>
        <w:t xml:space="preserve">35. </w:t>
      </w:r>
      <w:r>
        <w:t xml:space="preserve">Untuk </w:t>
      </w:r>
      <w:proofErr w:type="gramStart"/>
      <w:r>
        <w:t>x,y</w:t>
      </w:r>
      <w:proofErr w:type="gramEnd"/>
      <w:r>
        <w:t>≥0 dengan x+y≤10 dan 2x+y≤14, nilai maksimum P=4x+3y adalah ....</w:t>
      </w:r>
    </w:p>
    <w:p w14:paraId="4EBE29AB" w14:textId="77777777" w:rsidR="00365219" w:rsidRDefault="00695781">
      <w:pPr>
        <w:pStyle w:val="Option"/>
        <w:keepNext/>
      </w:pPr>
      <w:r>
        <w:t>A. 28</w:t>
      </w:r>
    </w:p>
    <w:p w14:paraId="70515DD5" w14:textId="77777777" w:rsidR="00365219" w:rsidRDefault="00695781">
      <w:pPr>
        <w:pStyle w:val="Option"/>
        <w:keepNext/>
      </w:pPr>
      <w:r>
        <w:t>B. 30</w:t>
      </w:r>
    </w:p>
    <w:p w14:paraId="7C89B6FA" w14:textId="77777777" w:rsidR="00365219" w:rsidRDefault="00695781">
      <w:pPr>
        <w:pStyle w:val="Option"/>
        <w:keepNext/>
      </w:pPr>
      <w:r>
        <w:t>C. 32</w:t>
      </w:r>
    </w:p>
    <w:p w14:paraId="4A3D85BD" w14:textId="77777777" w:rsidR="00365219" w:rsidRDefault="00695781">
      <w:pPr>
        <w:pStyle w:val="Option"/>
        <w:keepNext/>
      </w:pPr>
      <w:r>
        <w:t>D. 34</w:t>
      </w:r>
    </w:p>
    <w:p w14:paraId="3540734F" w14:textId="77777777" w:rsidR="00365219" w:rsidRDefault="00695781">
      <w:pPr>
        <w:pStyle w:val="Option"/>
      </w:pPr>
      <w:r>
        <w:t>E. 36</w:t>
      </w:r>
    </w:p>
    <w:p w14:paraId="04947AC4" w14:textId="77777777" w:rsidR="00365219" w:rsidRDefault="00365219">
      <w:pPr>
        <w:pStyle w:val="Small"/>
      </w:pPr>
    </w:p>
    <w:p w14:paraId="4F36553E" w14:textId="77777777" w:rsidR="00365219" w:rsidRDefault="00695781">
      <w:pPr>
        <w:pStyle w:val="Question"/>
      </w:pPr>
      <w:r>
        <w:rPr>
          <w:b/>
        </w:rPr>
        <w:t xml:space="preserve">36. </w:t>
      </w:r>
      <w:r>
        <w:t xml:space="preserve">Untuk </w:t>
      </w:r>
      <w:proofErr w:type="gramStart"/>
      <w:r>
        <w:t>x,y</w:t>
      </w:r>
      <w:proofErr w:type="gramEnd"/>
      <w:r>
        <w:t>≥0 dengan x+y≥8 dan 2x+y≥10, nilai minimum C=3x+5y adalah ....</w:t>
      </w:r>
    </w:p>
    <w:p w14:paraId="72711385" w14:textId="77777777" w:rsidR="00365219" w:rsidRDefault="00695781">
      <w:pPr>
        <w:pStyle w:val="Option"/>
        <w:keepNext/>
      </w:pPr>
      <w:r>
        <w:t>A. 20</w:t>
      </w:r>
    </w:p>
    <w:p w14:paraId="7706DA03" w14:textId="77777777" w:rsidR="00365219" w:rsidRDefault="00695781">
      <w:pPr>
        <w:pStyle w:val="Option"/>
        <w:keepNext/>
      </w:pPr>
      <w:r>
        <w:t>B. 22</w:t>
      </w:r>
    </w:p>
    <w:p w14:paraId="5CE6994D" w14:textId="77777777" w:rsidR="00365219" w:rsidRDefault="00695781">
      <w:pPr>
        <w:pStyle w:val="Option"/>
        <w:keepNext/>
      </w:pPr>
      <w:r>
        <w:t>C. 24</w:t>
      </w:r>
    </w:p>
    <w:p w14:paraId="159414B0" w14:textId="77777777" w:rsidR="00365219" w:rsidRDefault="00695781">
      <w:pPr>
        <w:pStyle w:val="Option"/>
        <w:keepNext/>
      </w:pPr>
      <w:r>
        <w:t>D. 26</w:t>
      </w:r>
    </w:p>
    <w:p w14:paraId="6CEA651F" w14:textId="77777777" w:rsidR="00365219" w:rsidRDefault="00695781">
      <w:pPr>
        <w:pStyle w:val="Option"/>
      </w:pPr>
      <w:r>
        <w:t>E. 28</w:t>
      </w:r>
    </w:p>
    <w:p w14:paraId="77365783" w14:textId="77777777" w:rsidR="00365219" w:rsidRDefault="00365219">
      <w:pPr>
        <w:pStyle w:val="Small"/>
      </w:pPr>
    </w:p>
    <w:p w14:paraId="7AC8232A" w14:textId="77777777" w:rsidR="00365219" w:rsidRDefault="00695781">
      <w:pPr>
        <w:pStyle w:val="Question"/>
      </w:pPr>
      <w:r>
        <w:rPr>
          <w:b/>
        </w:rPr>
        <w:t xml:space="preserve">37. </w:t>
      </w:r>
      <w:r>
        <w:t>Sebuah usaha membuat produk A (x) dan B (y). Kendala bahan: 2x+y≤20 dan x+2y≤16. Laba per unit A Rp30.000,00 dan B Rp20.000,00. Laba maksimum adalah ....</w:t>
      </w:r>
    </w:p>
    <w:p w14:paraId="6AF9F5B8" w14:textId="77777777" w:rsidR="00365219" w:rsidRDefault="00695781">
      <w:pPr>
        <w:pStyle w:val="Option"/>
        <w:keepNext/>
      </w:pPr>
      <w:r>
        <w:t>A. Rp240.000,00</w:t>
      </w:r>
    </w:p>
    <w:p w14:paraId="1254909A" w14:textId="77777777" w:rsidR="00365219" w:rsidRDefault="00695781">
      <w:pPr>
        <w:pStyle w:val="Option"/>
        <w:keepNext/>
      </w:pPr>
      <w:r>
        <w:t>B. Rp280.000,00</w:t>
      </w:r>
    </w:p>
    <w:p w14:paraId="513C280E" w14:textId="77777777" w:rsidR="00365219" w:rsidRDefault="00695781">
      <w:pPr>
        <w:pStyle w:val="Option"/>
        <w:keepNext/>
      </w:pPr>
      <w:r>
        <w:t>C. Rp300.000,00</w:t>
      </w:r>
    </w:p>
    <w:p w14:paraId="0BD97F33" w14:textId="77777777" w:rsidR="00365219" w:rsidRDefault="00695781">
      <w:pPr>
        <w:pStyle w:val="Option"/>
        <w:keepNext/>
      </w:pPr>
      <w:r>
        <w:t>D. Rp320.000,00</w:t>
      </w:r>
    </w:p>
    <w:p w14:paraId="31F18066" w14:textId="77777777" w:rsidR="00365219" w:rsidRDefault="00695781">
      <w:pPr>
        <w:pStyle w:val="Option"/>
      </w:pPr>
      <w:r>
        <w:t>E. Rp360.000,00</w:t>
      </w:r>
    </w:p>
    <w:p w14:paraId="18D79DBA" w14:textId="77777777" w:rsidR="00365219" w:rsidRDefault="00365219">
      <w:pPr>
        <w:pStyle w:val="Small"/>
      </w:pPr>
    </w:p>
    <w:p w14:paraId="22CAA5CA" w14:textId="77777777" w:rsidR="00365219" w:rsidRDefault="00695781">
      <w:pPr>
        <w:pStyle w:val="Question"/>
      </w:pPr>
      <w:r>
        <w:rPr>
          <w:b/>
        </w:rPr>
        <w:t xml:space="preserve">38. </w:t>
      </w:r>
      <w:r>
        <w:t>Seorang peneliti menggunakan model peningkatan suhu y=0,03x-60,2, dengan x menyatakan tahun dan y dalam °C. Pada tahun berapakah model memprediksi y=0,7°C?</w:t>
      </w:r>
    </w:p>
    <w:p w14:paraId="5346F938" w14:textId="77777777" w:rsidR="00365219" w:rsidRDefault="00695781">
      <w:pPr>
        <w:pStyle w:val="Option"/>
        <w:keepNext/>
      </w:pPr>
      <w:r>
        <w:t>A. 2020</w:t>
      </w:r>
    </w:p>
    <w:p w14:paraId="64D3B414" w14:textId="77777777" w:rsidR="00365219" w:rsidRDefault="00695781">
      <w:pPr>
        <w:pStyle w:val="Option"/>
        <w:keepNext/>
      </w:pPr>
      <w:r>
        <w:t>B. 2025</w:t>
      </w:r>
    </w:p>
    <w:p w14:paraId="28B06232" w14:textId="77777777" w:rsidR="00365219" w:rsidRDefault="00695781">
      <w:pPr>
        <w:pStyle w:val="Option"/>
        <w:keepNext/>
      </w:pPr>
      <w:r>
        <w:t>C. 2030</w:t>
      </w:r>
    </w:p>
    <w:p w14:paraId="11B3E678" w14:textId="77777777" w:rsidR="00365219" w:rsidRDefault="00695781">
      <w:pPr>
        <w:pStyle w:val="Option"/>
        <w:keepNext/>
      </w:pPr>
      <w:r>
        <w:t>D. 2035</w:t>
      </w:r>
    </w:p>
    <w:p w14:paraId="3D9D35F4" w14:textId="77777777" w:rsidR="00365219" w:rsidRDefault="00695781">
      <w:pPr>
        <w:pStyle w:val="Option"/>
      </w:pPr>
      <w:r>
        <w:t>E. 2040</w:t>
      </w:r>
    </w:p>
    <w:p w14:paraId="532B997F" w14:textId="77777777" w:rsidR="00365219" w:rsidRDefault="00365219">
      <w:pPr>
        <w:pStyle w:val="Small"/>
      </w:pPr>
    </w:p>
    <w:p w14:paraId="4AAC7E65" w14:textId="77777777" w:rsidR="00365219" w:rsidRDefault="00695781">
      <w:pPr>
        <w:pStyle w:val="Question"/>
      </w:pPr>
      <w:r>
        <w:rPr>
          <w:b/>
        </w:rPr>
        <w:t xml:space="preserve">39. </w:t>
      </w:r>
      <w:r>
        <w:t>Biaya kursus mula-mula x mendapat diskon 10%, sehingga y=0,9x. Siswa berprestasi mendapat diskon tambahan 20% dari y, sehingga g(y)=0,8y. Jika biaya akhir Rp216.000,00, biaya mula-mula adalah ....</w:t>
      </w:r>
    </w:p>
    <w:p w14:paraId="5679B9B0" w14:textId="77777777" w:rsidR="00365219" w:rsidRDefault="00695781">
      <w:pPr>
        <w:pStyle w:val="Option"/>
        <w:keepNext/>
      </w:pPr>
      <w:r>
        <w:t>A. Rp270.000,00</w:t>
      </w:r>
    </w:p>
    <w:p w14:paraId="16D57C57" w14:textId="77777777" w:rsidR="00365219" w:rsidRDefault="00695781">
      <w:pPr>
        <w:pStyle w:val="Option"/>
        <w:keepNext/>
      </w:pPr>
      <w:r>
        <w:t>B. Rp280.000,00</w:t>
      </w:r>
    </w:p>
    <w:p w14:paraId="170FE28F" w14:textId="77777777" w:rsidR="00365219" w:rsidRDefault="00695781">
      <w:pPr>
        <w:pStyle w:val="Option"/>
        <w:keepNext/>
      </w:pPr>
      <w:r>
        <w:t>C. Rp290.000,00</w:t>
      </w:r>
    </w:p>
    <w:p w14:paraId="57735054" w14:textId="77777777" w:rsidR="00365219" w:rsidRDefault="00695781">
      <w:pPr>
        <w:pStyle w:val="Option"/>
        <w:keepNext/>
      </w:pPr>
      <w:r>
        <w:t>D. Rp300.000,00</w:t>
      </w:r>
    </w:p>
    <w:p w14:paraId="7DDD922F" w14:textId="77777777" w:rsidR="00365219" w:rsidRDefault="00695781">
      <w:pPr>
        <w:pStyle w:val="Option"/>
      </w:pPr>
      <w:r>
        <w:t>E. Rp320.000,00</w:t>
      </w:r>
    </w:p>
    <w:p w14:paraId="383E15F4" w14:textId="77777777" w:rsidR="00365219" w:rsidRDefault="00365219">
      <w:pPr>
        <w:pStyle w:val="Small"/>
      </w:pPr>
    </w:p>
    <w:p w14:paraId="40DCF54D" w14:textId="77777777" w:rsidR="00365219" w:rsidRDefault="00695781">
      <w:pPr>
        <w:pStyle w:val="Question"/>
      </w:pPr>
      <w:r>
        <w:rPr>
          <w:b/>
        </w:rPr>
        <w:t xml:space="preserve">40. </w:t>
      </w:r>
      <w:r>
        <w:t>Grafik fungsi linear melalui titik (2,7) dan (6,15). Persamaan fungsi tersebut adalah ....</w:t>
      </w:r>
    </w:p>
    <w:p w14:paraId="77BB65A2" w14:textId="77777777" w:rsidR="00365219" w:rsidRDefault="00695781">
      <w:pPr>
        <w:pStyle w:val="Option"/>
        <w:keepNext/>
      </w:pPr>
      <w:r>
        <w:t>A. y=x+5</w:t>
      </w:r>
    </w:p>
    <w:p w14:paraId="6B36EFCF" w14:textId="77777777" w:rsidR="00365219" w:rsidRDefault="00695781">
      <w:pPr>
        <w:pStyle w:val="Option"/>
        <w:keepNext/>
      </w:pPr>
      <w:r>
        <w:t>B. y=2x+1</w:t>
      </w:r>
    </w:p>
    <w:p w14:paraId="359AD10F" w14:textId="77777777" w:rsidR="00365219" w:rsidRDefault="00695781">
      <w:pPr>
        <w:pStyle w:val="Option"/>
        <w:keepNext/>
      </w:pPr>
      <w:r>
        <w:t>C. y=2x+3</w:t>
      </w:r>
    </w:p>
    <w:p w14:paraId="0F5305D8" w14:textId="77777777" w:rsidR="00365219" w:rsidRDefault="00695781">
      <w:pPr>
        <w:pStyle w:val="Option"/>
        <w:keepNext/>
      </w:pPr>
      <w:r>
        <w:t>D. y=3x+1</w:t>
      </w:r>
    </w:p>
    <w:p w14:paraId="7F13D754" w14:textId="77777777" w:rsidR="00365219" w:rsidRDefault="00695781">
      <w:pPr>
        <w:pStyle w:val="Option"/>
      </w:pPr>
      <w:r>
        <w:t>E. y=3x-1</w:t>
      </w:r>
    </w:p>
    <w:p w14:paraId="3738A3A2" w14:textId="77777777" w:rsidR="00365219" w:rsidRDefault="00365219">
      <w:pPr>
        <w:pStyle w:val="Small"/>
      </w:pPr>
    </w:p>
    <w:p w14:paraId="12EA49E8" w14:textId="77777777" w:rsidR="00365219" w:rsidRDefault="00695781">
      <w:pPr>
        <w:pStyle w:val="Question"/>
      </w:pPr>
      <w:r>
        <w:rPr>
          <w:b/>
        </w:rPr>
        <w:lastRenderedPageBreak/>
        <w:t xml:space="preserve">41. </w:t>
      </w:r>
      <w:r>
        <w:t>Biaya parkir dimodelkan C(t)=5+3t (dalam ribuan rupiah), dengan lama parkir 0≤t≤8 jam. Range biaya C adalah ....</w:t>
      </w:r>
    </w:p>
    <w:p w14:paraId="41220AC5" w14:textId="77777777" w:rsidR="00365219" w:rsidRDefault="00695781">
      <w:pPr>
        <w:pStyle w:val="Option"/>
        <w:keepNext/>
      </w:pPr>
      <w:r>
        <w:t>A. 0≤C≤8</w:t>
      </w:r>
    </w:p>
    <w:p w14:paraId="5203F7F7" w14:textId="77777777" w:rsidR="00365219" w:rsidRDefault="00695781">
      <w:pPr>
        <w:pStyle w:val="Option"/>
        <w:keepNext/>
      </w:pPr>
      <w:r>
        <w:t>B. 3≤C≤24</w:t>
      </w:r>
    </w:p>
    <w:p w14:paraId="7D4C94BF" w14:textId="77777777" w:rsidR="00365219" w:rsidRDefault="00695781">
      <w:pPr>
        <w:pStyle w:val="Option"/>
        <w:keepNext/>
      </w:pPr>
      <w:r>
        <w:t>C. 5≤C≤24</w:t>
      </w:r>
    </w:p>
    <w:p w14:paraId="7DF3514E" w14:textId="77777777" w:rsidR="00365219" w:rsidRDefault="00695781">
      <w:pPr>
        <w:pStyle w:val="Option"/>
        <w:keepNext/>
      </w:pPr>
      <w:r>
        <w:t>D. 5≤C≤29</w:t>
      </w:r>
    </w:p>
    <w:p w14:paraId="7A830928" w14:textId="77777777" w:rsidR="00365219" w:rsidRDefault="00695781">
      <w:pPr>
        <w:pStyle w:val="Option"/>
      </w:pPr>
      <w:r>
        <w:t>E. 8≤C≤29</w:t>
      </w:r>
    </w:p>
    <w:p w14:paraId="10032C0F" w14:textId="77777777" w:rsidR="00365219" w:rsidRDefault="00365219">
      <w:pPr>
        <w:pStyle w:val="Small"/>
      </w:pPr>
    </w:p>
    <w:p w14:paraId="64BDFDE9" w14:textId="77777777" w:rsidR="00365219" w:rsidRDefault="00695781">
      <w:pPr>
        <w:pStyle w:val="Question"/>
      </w:pPr>
      <w:r>
        <w:rPr>
          <w:b/>
        </w:rPr>
        <w:t xml:space="preserve">42. </w:t>
      </w:r>
      <w:r>
        <w:t>Tarif taksi (dalam rupiah) C(d)=7.000+4.000d, dengan d jarak dalam km. Jika tagihan Rp35.000,00, jarak perjalanan adalah ....</w:t>
      </w:r>
    </w:p>
    <w:p w14:paraId="67C2B1E7" w14:textId="77777777" w:rsidR="00365219" w:rsidRDefault="00695781">
      <w:pPr>
        <w:pStyle w:val="Option"/>
        <w:keepNext/>
      </w:pPr>
      <w:r>
        <w:t>A. 5 km</w:t>
      </w:r>
    </w:p>
    <w:p w14:paraId="332FD817" w14:textId="77777777" w:rsidR="00365219" w:rsidRDefault="00695781">
      <w:pPr>
        <w:pStyle w:val="Option"/>
        <w:keepNext/>
      </w:pPr>
      <w:r>
        <w:t>B. 6 km</w:t>
      </w:r>
    </w:p>
    <w:p w14:paraId="4D81B6C8" w14:textId="77777777" w:rsidR="00365219" w:rsidRDefault="00695781">
      <w:pPr>
        <w:pStyle w:val="Option"/>
        <w:keepNext/>
      </w:pPr>
      <w:r>
        <w:t>C. 7 km</w:t>
      </w:r>
    </w:p>
    <w:p w14:paraId="044DFAFD" w14:textId="77777777" w:rsidR="00365219" w:rsidRDefault="00695781">
      <w:pPr>
        <w:pStyle w:val="Option"/>
        <w:keepNext/>
      </w:pPr>
      <w:r>
        <w:t>D. 8 km</w:t>
      </w:r>
    </w:p>
    <w:p w14:paraId="3EA277B4" w14:textId="77777777" w:rsidR="00365219" w:rsidRDefault="00695781">
      <w:pPr>
        <w:pStyle w:val="Option"/>
      </w:pPr>
      <w:r>
        <w:t>E. 9 km</w:t>
      </w:r>
    </w:p>
    <w:p w14:paraId="79D70C47" w14:textId="77777777" w:rsidR="00365219" w:rsidRDefault="00365219">
      <w:pPr>
        <w:pStyle w:val="Small"/>
      </w:pPr>
    </w:p>
    <w:p w14:paraId="49FF0278" w14:textId="77777777" w:rsidR="00365219" w:rsidRDefault="00695781">
      <w:pPr>
        <w:pStyle w:val="Question"/>
      </w:pPr>
      <w:r>
        <w:rPr>
          <w:b/>
        </w:rPr>
        <w:t xml:space="preserve">43. </w:t>
      </w:r>
      <w:r>
        <w:t>Harga awal suatu layanan 100 (ribu rupiah). Voucher mengurangi harga 20 ribu, g(x)=x-20, kemudian pajak 20% diterapkan, f(x)=1,2x. Biaya akhir (f∘</w:t>
      </w:r>
      <w:proofErr w:type="gramStart"/>
      <w:r>
        <w:t>g)(</w:t>
      </w:r>
      <w:proofErr w:type="gramEnd"/>
      <w:r>
        <w:t>100) adalah ....</w:t>
      </w:r>
    </w:p>
    <w:p w14:paraId="570E870A" w14:textId="77777777" w:rsidR="00365219" w:rsidRDefault="00695781">
      <w:pPr>
        <w:pStyle w:val="Option"/>
        <w:keepNext/>
      </w:pPr>
      <w:r>
        <w:t>A. 90 ribu</w:t>
      </w:r>
    </w:p>
    <w:p w14:paraId="635F757B" w14:textId="77777777" w:rsidR="00365219" w:rsidRDefault="00695781">
      <w:pPr>
        <w:pStyle w:val="Option"/>
        <w:keepNext/>
      </w:pPr>
      <w:r>
        <w:t>B. 92 ribu</w:t>
      </w:r>
    </w:p>
    <w:p w14:paraId="602ACA45" w14:textId="77777777" w:rsidR="00365219" w:rsidRDefault="00695781">
      <w:pPr>
        <w:pStyle w:val="Option"/>
        <w:keepNext/>
      </w:pPr>
      <w:r>
        <w:t>C. 94 ribu</w:t>
      </w:r>
    </w:p>
    <w:p w14:paraId="649EAA0E" w14:textId="77777777" w:rsidR="00365219" w:rsidRDefault="00695781">
      <w:pPr>
        <w:pStyle w:val="Option"/>
        <w:keepNext/>
      </w:pPr>
      <w:r>
        <w:t>D. 96 ribu</w:t>
      </w:r>
    </w:p>
    <w:p w14:paraId="35EED7FE" w14:textId="77777777" w:rsidR="00365219" w:rsidRDefault="00695781">
      <w:pPr>
        <w:pStyle w:val="Option"/>
      </w:pPr>
      <w:r>
        <w:t>E. 100 ribu</w:t>
      </w:r>
    </w:p>
    <w:p w14:paraId="26E0FD3F" w14:textId="77777777" w:rsidR="00365219" w:rsidRDefault="00365219">
      <w:pPr>
        <w:pStyle w:val="Small"/>
      </w:pPr>
    </w:p>
    <w:p w14:paraId="206028CA" w14:textId="77777777" w:rsidR="00365219" w:rsidRDefault="00695781">
      <w:pPr>
        <w:pStyle w:val="Question"/>
      </w:pPr>
      <w:r>
        <w:rPr>
          <w:b/>
        </w:rPr>
        <w:t xml:space="preserve">44. </w:t>
      </w:r>
      <w:r>
        <w:t>Diberikan fungsi y=-2x+8.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40338BAD" w14:textId="77777777">
        <w:trPr>
          <w:tblHeader/>
          <w:jc w:val="center"/>
        </w:trPr>
        <w:tc>
          <w:tcPr>
            <w:tcW w:w="3289" w:type="dxa"/>
            <w:shd w:val="clear" w:color="auto" w:fill="EDEDED"/>
            <w:vAlign w:val="center"/>
          </w:tcPr>
          <w:p w14:paraId="24098B20" w14:textId="77777777" w:rsidR="00365219" w:rsidRDefault="00695781">
            <w:pPr>
              <w:jc w:val="center"/>
            </w:pPr>
            <w:r>
              <w:rPr>
                <w:b/>
                <w:sz w:val="17"/>
              </w:rPr>
              <w:t>Pernyataan</w:t>
            </w:r>
          </w:p>
        </w:tc>
        <w:tc>
          <w:tcPr>
            <w:tcW w:w="3289" w:type="dxa"/>
            <w:shd w:val="clear" w:color="auto" w:fill="EDEDED"/>
            <w:vAlign w:val="center"/>
          </w:tcPr>
          <w:p w14:paraId="1D2B17E1" w14:textId="77777777" w:rsidR="00365219" w:rsidRDefault="00695781">
            <w:pPr>
              <w:jc w:val="center"/>
            </w:pPr>
            <w:r>
              <w:rPr>
                <w:b/>
                <w:sz w:val="17"/>
              </w:rPr>
              <w:t>Benar</w:t>
            </w:r>
          </w:p>
        </w:tc>
        <w:tc>
          <w:tcPr>
            <w:tcW w:w="3289" w:type="dxa"/>
            <w:shd w:val="clear" w:color="auto" w:fill="EDEDED"/>
            <w:vAlign w:val="center"/>
          </w:tcPr>
          <w:p w14:paraId="193FD0A2" w14:textId="77777777" w:rsidR="00365219" w:rsidRDefault="00695781">
            <w:pPr>
              <w:jc w:val="center"/>
            </w:pPr>
            <w:r>
              <w:rPr>
                <w:b/>
                <w:sz w:val="17"/>
              </w:rPr>
              <w:t>Salah</w:t>
            </w:r>
          </w:p>
        </w:tc>
      </w:tr>
      <w:tr w:rsidR="00365219" w14:paraId="12DF2DEC" w14:textId="77777777">
        <w:trPr>
          <w:cantSplit/>
          <w:jc w:val="center"/>
        </w:trPr>
        <w:tc>
          <w:tcPr>
            <w:tcW w:w="3289" w:type="dxa"/>
            <w:vAlign w:val="center"/>
          </w:tcPr>
          <w:p w14:paraId="148247DD" w14:textId="77777777" w:rsidR="00365219" w:rsidRDefault="00695781">
            <w:r>
              <w:rPr>
                <w:sz w:val="17"/>
              </w:rPr>
              <w:t>A. Grafiknya menurun dari kiri ke kanan.</w:t>
            </w:r>
          </w:p>
        </w:tc>
        <w:tc>
          <w:tcPr>
            <w:tcW w:w="3289" w:type="dxa"/>
            <w:vAlign w:val="center"/>
          </w:tcPr>
          <w:p w14:paraId="650B9EDB" w14:textId="77777777" w:rsidR="00365219" w:rsidRDefault="00695781">
            <w:pPr>
              <w:jc w:val="center"/>
            </w:pPr>
            <w:r>
              <w:rPr>
                <w:sz w:val="22"/>
              </w:rPr>
              <w:t>☐</w:t>
            </w:r>
          </w:p>
        </w:tc>
        <w:tc>
          <w:tcPr>
            <w:tcW w:w="3289" w:type="dxa"/>
            <w:vAlign w:val="center"/>
          </w:tcPr>
          <w:p w14:paraId="09DA32E5" w14:textId="77777777" w:rsidR="00365219" w:rsidRDefault="00695781">
            <w:pPr>
              <w:jc w:val="center"/>
            </w:pPr>
            <w:r>
              <w:rPr>
                <w:sz w:val="22"/>
              </w:rPr>
              <w:t>☐</w:t>
            </w:r>
          </w:p>
        </w:tc>
      </w:tr>
      <w:tr w:rsidR="00365219" w14:paraId="44E7CB9D" w14:textId="77777777">
        <w:trPr>
          <w:cantSplit/>
          <w:jc w:val="center"/>
        </w:trPr>
        <w:tc>
          <w:tcPr>
            <w:tcW w:w="3289" w:type="dxa"/>
            <w:vAlign w:val="center"/>
          </w:tcPr>
          <w:p w14:paraId="16F16917" w14:textId="77777777" w:rsidR="00365219" w:rsidRDefault="00695781">
            <w:r>
              <w:rPr>
                <w:sz w:val="17"/>
              </w:rPr>
              <w:t>B. Grafik memotong sumbu-y di (0,8).</w:t>
            </w:r>
          </w:p>
        </w:tc>
        <w:tc>
          <w:tcPr>
            <w:tcW w:w="3289" w:type="dxa"/>
            <w:vAlign w:val="center"/>
          </w:tcPr>
          <w:p w14:paraId="46594D3B" w14:textId="77777777" w:rsidR="00365219" w:rsidRDefault="00695781">
            <w:pPr>
              <w:jc w:val="center"/>
            </w:pPr>
            <w:r>
              <w:rPr>
                <w:sz w:val="22"/>
              </w:rPr>
              <w:t>☐</w:t>
            </w:r>
          </w:p>
        </w:tc>
        <w:tc>
          <w:tcPr>
            <w:tcW w:w="3289" w:type="dxa"/>
            <w:vAlign w:val="center"/>
          </w:tcPr>
          <w:p w14:paraId="6AF49AE9" w14:textId="77777777" w:rsidR="00365219" w:rsidRDefault="00695781">
            <w:pPr>
              <w:jc w:val="center"/>
            </w:pPr>
            <w:r>
              <w:rPr>
                <w:sz w:val="22"/>
              </w:rPr>
              <w:t>☐</w:t>
            </w:r>
          </w:p>
        </w:tc>
      </w:tr>
      <w:tr w:rsidR="00365219" w14:paraId="19E5BC32" w14:textId="77777777">
        <w:trPr>
          <w:cantSplit/>
          <w:jc w:val="center"/>
        </w:trPr>
        <w:tc>
          <w:tcPr>
            <w:tcW w:w="3289" w:type="dxa"/>
            <w:vAlign w:val="center"/>
          </w:tcPr>
          <w:p w14:paraId="0B7B2054" w14:textId="77777777" w:rsidR="00365219" w:rsidRDefault="00695781">
            <w:r>
              <w:rPr>
                <w:sz w:val="17"/>
              </w:rPr>
              <w:t>C. Grafik memotong sumbu-x di (4,0).</w:t>
            </w:r>
          </w:p>
        </w:tc>
        <w:tc>
          <w:tcPr>
            <w:tcW w:w="3289" w:type="dxa"/>
            <w:vAlign w:val="center"/>
          </w:tcPr>
          <w:p w14:paraId="0D93E546" w14:textId="77777777" w:rsidR="00365219" w:rsidRDefault="00695781">
            <w:pPr>
              <w:jc w:val="center"/>
            </w:pPr>
            <w:r>
              <w:rPr>
                <w:sz w:val="22"/>
              </w:rPr>
              <w:t>☐</w:t>
            </w:r>
          </w:p>
        </w:tc>
        <w:tc>
          <w:tcPr>
            <w:tcW w:w="3289" w:type="dxa"/>
            <w:vAlign w:val="center"/>
          </w:tcPr>
          <w:p w14:paraId="7DCF6F17" w14:textId="77777777" w:rsidR="00365219" w:rsidRDefault="00695781">
            <w:pPr>
              <w:jc w:val="center"/>
            </w:pPr>
            <w:r>
              <w:rPr>
                <w:sz w:val="22"/>
              </w:rPr>
              <w:t>☐</w:t>
            </w:r>
          </w:p>
        </w:tc>
      </w:tr>
      <w:tr w:rsidR="00365219" w14:paraId="62D698B9" w14:textId="77777777">
        <w:trPr>
          <w:cantSplit/>
          <w:jc w:val="center"/>
        </w:trPr>
        <w:tc>
          <w:tcPr>
            <w:tcW w:w="3289" w:type="dxa"/>
            <w:vAlign w:val="center"/>
          </w:tcPr>
          <w:p w14:paraId="1D7180F0" w14:textId="77777777" w:rsidR="00365219" w:rsidRDefault="00695781">
            <w:r>
              <w:rPr>
                <w:sz w:val="17"/>
              </w:rPr>
              <w:t>D. Grafik melalui titik (2,5).</w:t>
            </w:r>
          </w:p>
        </w:tc>
        <w:tc>
          <w:tcPr>
            <w:tcW w:w="3289" w:type="dxa"/>
            <w:vAlign w:val="center"/>
          </w:tcPr>
          <w:p w14:paraId="266C4890" w14:textId="77777777" w:rsidR="00365219" w:rsidRDefault="00695781">
            <w:pPr>
              <w:jc w:val="center"/>
            </w:pPr>
            <w:r>
              <w:rPr>
                <w:sz w:val="22"/>
              </w:rPr>
              <w:t>☐</w:t>
            </w:r>
          </w:p>
        </w:tc>
        <w:tc>
          <w:tcPr>
            <w:tcW w:w="3289" w:type="dxa"/>
            <w:vAlign w:val="center"/>
          </w:tcPr>
          <w:p w14:paraId="232879D5" w14:textId="77777777" w:rsidR="00365219" w:rsidRDefault="00695781">
            <w:pPr>
              <w:jc w:val="center"/>
            </w:pPr>
            <w:r>
              <w:rPr>
                <w:sz w:val="22"/>
              </w:rPr>
              <w:t>☐</w:t>
            </w:r>
          </w:p>
        </w:tc>
      </w:tr>
    </w:tbl>
    <w:p w14:paraId="5DADE1D3" w14:textId="77777777" w:rsidR="00365219" w:rsidRDefault="00365219">
      <w:pPr>
        <w:pStyle w:val="Small"/>
      </w:pPr>
    </w:p>
    <w:p w14:paraId="72BD35B7" w14:textId="77777777" w:rsidR="00365219" w:rsidRDefault="00695781">
      <w:pPr>
        <w:pStyle w:val="Question"/>
      </w:pPr>
      <w:r>
        <w:rPr>
          <w:b/>
        </w:rPr>
        <w:t xml:space="preserve">45. </w:t>
      </w:r>
      <w:r>
        <w:t xml:space="preserve">Untuk </w:t>
      </w:r>
      <w:proofErr w:type="gramStart"/>
      <w:r>
        <w:t>x,y</w:t>
      </w:r>
      <w:proofErr w:type="gramEnd"/>
      <w:r>
        <w:t>≥0, x+y≤10, 2x+y≤14, dan P=4x+3y,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2E3B9C90" w14:textId="77777777">
        <w:trPr>
          <w:tblHeader/>
          <w:jc w:val="center"/>
        </w:trPr>
        <w:tc>
          <w:tcPr>
            <w:tcW w:w="3289" w:type="dxa"/>
            <w:shd w:val="clear" w:color="auto" w:fill="EDEDED"/>
            <w:vAlign w:val="center"/>
          </w:tcPr>
          <w:p w14:paraId="5FC2940E" w14:textId="77777777" w:rsidR="00365219" w:rsidRDefault="00695781">
            <w:pPr>
              <w:jc w:val="center"/>
            </w:pPr>
            <w:r>
              <w:rPr>
                <w:b/>
                <w:sz w:val="17"/>
              </w:rPr>
              <w:t>Pernyataan</w:t>
            </w:r>
          </w:p>
        </w:tc>
        <w:tc>
          <w:tcPr>
            <w:tcW w:w="3289" w:type="dxa"/>
            <w:shd w:val="clear" w:color="auto" w:fill="EDEDED"/>
            <w:vAlign w:val="center"/>
          </w:tcPr>
          <w:p w14:paraId="46B6D08D" w14:textId="77777777" w:rsidR="00365219" w:rsidRDefault="00695781">
            <w:pPr>
              <w:jc w:val="center"/>
            </w:pPr>
            <w:r>
              <w:rPr>
                <w:b/>
                <w:sz w:val="17"/>
              </w:rPr>
              <w:t>Benar</w:t>
            </w:r>
          </w:p>
        </w:tc>
        <w:tc>
          <w:tcPr>
            <w:tcW w:w="3289" w:type="dxa"/>
            <w:shd w:val="clear" w:color="auto" w:fill="EDEDED"/>
            <w:vAlign w:val="center"/>
          </w:tcPr>
          <w:p w14:paraId="6E6B878A" w14:textId="77777777" w:rsidR="00365219" w:rsidRDefault="00695781">
            <w:pPr>
              <w:jc w:val="center"/>
            </w:pPr>
            <w:r>
              <w:rPr>
                <w:b/>
                <w:sz w:val="17"/>
              </w:rPr>
              <w:t>Salah</w:t>
            </w:r>
          </w:p>
        </w:tc>
      </w:tr>
      <w:tr w:rsidR="00365219" w14:paraId="5E717A6A" w14:textId="77777777">
        <w:trPr>
          <w:cantSplit/>
          <w:jc w:val="center"/>
        </w:trPr>
        <w:tc>
          <w:tcPr>
            <w:tcW w:w="3289" w:type="dxa"/>
            <w:vAlign w:val="center"/>
          </w:tcPr>
          <w:p w14:paraId="3FF21BA7" w14:textId="77777777" w:rsidR="00365219" w:rsidRDefault="00695781">
            <w:r>
              <w:rPr>
                <w:sz w:val="17"/>
              </w:rPr>
              <w:t>A. (4,6) adalah titik layak.</w:t>
            </w:r>
          </w:p>
        </w:tc>
        <w:tc>
          <w:tcPr>
            <w:tcW w:w="3289" w:type="dxa"/>
            <w:vAlign w:val="center"/>
          </w:tcPr>
          <w:p w14:paraId="461B9941" w14:textId="77777777" w:rsidR="00365219" w:rsidRDefault="00695781">
            <w:pPr>
              <w:jc w:val="center"/>
            </w:pPr>
            <w:r>
              <w:rPr>
                <w:sz w:val="22"/>
              </w:rPr>
              <w:t>☐</w:t>
            </w:r>
          </w:p>
        </w:tc>
        <w:tc>
          <w:tcPr>
            <w:tcW w:w="3289" w:type="dxa"/>
            <w:vAlign w:val="center"/>
          </w:tcPr>
          <w:p w14:paraId="2BD3264F" w14:textId="77777777" w:rsidR="00365219" w:rsidRDefault="00695781">
            <w:pPr>
              <w:jc w:val="center"/>
            </w:pPr>
            <w:r>
              <w:rPr>
                <w:sz w:val="22"/>
              </w:rPr>
              <w:t>☐</w:t>
            </w:r>
          </w:p>
        </w:tc>
      </w:tr>
      <w:tr w:rsidR="00365219" w14:paraId="7E97DE10" w14:textId="77777777">
        <w:trPr>
          <w:cantSplit/>
          <w:jc w:val="center"/>
        </w:trPr>
        <w:tc>
          <w:tcPr>
            <w:tcW w:w="3289" w:type="dxa"/>
            <w:vAlign w:val="center"/>
          </w:tcPr>
          <w:p w14:paraId="42722CEB" w14:textId="77777777" w:rsidR="00365219" w:rsidRDefault="00695781">
            <w:r>
              <w:rPr>
                <w:sz w:val="17"/>
              </w:rPr>
              <w:t>B. Nilai P di (7,0) adalah 28.</w:t>
            </w:r>
          </w:p>
        </w:tc>
        <w:tc>
          <w:tcPr>
            <w:tcW w:w="3289" w:type="dxa"/>
            <w:vAlign w:val="center"/>
          </w:tcPr>
          <w:p w14:paraId="3132093D" w14:textId="77777777" w:rsidR="00365219" w:rsidRDefault="00695781">
            <w:pPr>
              <w:jc w:val="center"/>
            </w:pPr>
            <w:r>
              <w:rPr>
                <w:sz w:val="22"/>
              </w:rPr>
              <w:t>☐</w:t>
            </w:r>
          </w:p>
        </w:tc>
        <w:tc>
          <w:tcPr>
            <w:tcW w:w="3289" w:type="dxa"/>
            <w:vAlign w:val="center"/>
          </w:tcPr>
          <w:p w14:paraId="67994924" w14:textId="77777777" w:rsidR="00365219" w:rsidRDefault="00695781">
            <w:pPr>
              <w:jc w:val="center"/>
            </w:pPr>
            <w:r>
              <w:rPr>
                <w:sz w:val="22"/>
              </w:rPr>
              <w:t>☐</w:t>
            </w:r>
          </w:p>
        </w:tc>
      </w:tr>
      <w:tr w:rsidR="00365219" w14:paraId="7C7AD438" w14:textId="77777777">
        <w:trPr>
          <w:cantSplit/>
          <w:jc w:val="center"/>
        </w:trPr>
        <w:tc>
          <w:tcPr>
            <w:tcW w:w="3289" w:type="dxa"/>
            <w:vAlign w:val="center"/>
          </w:tcPr>
          <w:p w14:paraId="232F12E9" w14:textId="77777777" w:rsidR="00365219" w:rsidRDefault="00695781">
            <w:r>
              <w:rPr>
                <w:sz w:val="17"/>
              </w:rPr>
              <w:t>C. Nilai P di (0,10) adalah 30.</w:t>
            </w:r>
          </w:p>
        </w:tc>
        <w:tc>
          <w:tcPr>
            <w:tcW w:w="3289" w:type="dxa"/>
            <w:vAlign w:val="center"/>
          </w:tcPr>
          <w:p w14:paraId="5FF53B4D" w14:textId="77777777" w:rsidR="00365219" w:rsidRDefault="00695781">
            <w:pPr>
              <w:jc w:val="center"/>
            </w:pPr>
            <w:r>
              <w:rPr>
                <w:sz w:val="22"/>
              </w:rPr>
              <w:t>☐</w:t>
            </w:r>
          </w:p>
        </w:tc>
        <w:tc>
          <w:tcPr>
            <w:tcW w:w="3289" w:type="dxa"/>
            <w:vAlign w:val="center"/>
          </w:tcPr>
          <w:p w14:paraId="5DF0DDD3" w14:textId="77777777" w:rsidR="00365219" w:rsidRDefault="00695781">
            <w:pPr>
              <w:jc w:val="center"/>
            </w:pPr>
            <w:r>
              <w:rPr>
                <w:sz w:val="22"/>
              </w:rPr>
              <w:t>☐</w:t>
            </w:r>
          </w:p>
        </w:tc>
      </w:tr>
      <w:tr w:rsidR="00365219" w14:paraId="5C384AD0" w14:textId="77777777">
        <w:trPr>
          <w:cantSplit/>
          <w:jc w:val="center"/>
        </w:trPr>
        <w:tc>
          <w:tcPr>
            <w:tcW w:w="3289" w:type="dxa"/>
            <w:vAlign w:val="center"/>
          </w:tcPr>
          <w:p w14:paraId="0F2C701E" w14:textId="77777777" w:rsidR="00365219" w:rsidRDefault="00695781">
            <w:r>
              <w:rPr>
                <w:sz w:val="17"/>
              </w:rPr>
              <w:t>D. Nilai maksimum P dicapai di (7,0).</w:t>
            </w:r>
          </w:p>
        </w:tc>
        <w:tc>
          <w:tcPr>
            <w:tcW w:w="3289" w:type="dxa"/>
            <w:vAlign w:val="center"/>
          </w:tcPr>
          <w:p w14:paraId="36D5E778" w14:textId="77777777" w:rsidR="00365219" w:rsidRDefault="00695781">
            <w:pPr>
              <w:jc w:val="center"/>
            </w:pPr>
            <w:r>
              <w:rPr>
                <w:sz w:val="22"/>
              </w:rPr>
              <w:t>☐</w:t>
            </w:r>
          </w:p>
        </w:tc>
        <w:tc>
          <w:tcPr>
            <w:tcW w:w="3289" w:type="dxa"/>
            <w:vAlign w:val="center"/>
          </w:tcPr>
          <w:p w14:paraId="471DC5C1" w14:textId="77777777" w:rsidR="00365219" w:rsidRDefault="00695781">
            <w:pPr>
              <w:jc w:val="center"/>
            </w:pPr>
            <w:r>
              <w:rPr>
                <w:sz w:val="22"/>
              </w:rPr>
              <w:t>☐</w:t>
            </w:r>
          </w:p>
        </w:tc>
      </w:tr>
    </w:tbl>
    <w:p w14:paraId="769AF543" w14:textId="77777777" w:rsidR="00365219" w:rsidRDefault="00365219">
      <w:pPr>
        <w:pStyle w:val="Small"/>
      </w:pPr>
    </w:p>
    <w:p w14:paraId="31BFF42A" w14:textId="77777777" w:rsidR="00365219" w:rsidRDefault="00695781">
      <w:pPr>
        <w:pStyle w:val="Question"/>
      </w:pPr>
      <w:r>
        <w:rPr>
          <w:b/>
        </w:rPr>
        <w:t xml:space="preserve">46. </w:t>
      </w:r>
      <w:r>
        <w:t>Pilih semua titik yang memenuhi 2x+y≤10, x≥1, dan y≥2.</w:t>
      </w:r>
    </w:p>
    <w:p w14:paraId="2C06CD98" w14:textId="77777777" w:rsidR="00365219" w:rsidRDefault="00695781">
      <w:pPr>
        <w:pStyle w:val="Option"/>
        <w:keepNext/>
      </w:pPr>
      <w:r>
        <w:t>☐ 1. (1,8)</w:t>
      </w:r>
    </w:p>
    <w:p w14:paraId="1C0A0DFF" w14:textId="77777777" w:rsidR="00365219" w:rsidRDefault="00695781">
      <w:pPr>
        <w:pStyle w:val="Option"/>
        <w:keepNext/>
      </w:pPr>
      <w:r>
        <w:t>☐ 2. (2,6)</w:t>
      </w:r>
    </w:p>
    <w:p w14:paraId="48C7B7F1" w14:textId="77777777" w:rsidR="00365219" w:rsidRDefault="00695781">
      <w:pPr>
        <w:pStyle w:val="Option"/>
        <w:keepNext/>
      </w:pPr>
      <w:r>
        <w:t>☐ 3. (3,4)</w:t>
      </w:r>
    </w:p>
    <w:p w14:paraId="30E87D41" w14:textId="77777777" w:rsidR="00365219" w:rsidRDefault="00695781">
      <w:pPr>
        <w:pStyle w:val="Option"/>
        <w:keepNext/>
      </w:pPr>
      <w:r>
        <w:t>☐ 4. (4,3)</w:t>
      </w:r>
    </w:p>
    <w:p w14:paraId="621A053F" w14:textId="77777777" w:rsidR="00365219" w:rsidRDefault="00695781">
      <w:pPr>
        <w:pStyle w:val="Option"/>
      </w:pPr>
      <w:r>
        <w:t>☐ 5. (5,2)</w:t>
      </w:r>
    </w:p>
    <w:p w14:paraId="1B482B8A" w14:textId="77777777" w:rsidR="00365219" w:rsidRDefault="00365219">
      <w:pPr>
        <w:pStyle w:val="Small"/>
      </w:pPr>
    </w:p>
    <w:p w14:paraId="3ABB04F4" w14:textId="77777777" w:rsidR="00365219" w:rsidRDefault="00695781">
      <w:pPr>
        <w:pStyle w:val="Question"/>
      </w:pPr>
      <w:r>
        <w:rPr>
          <w:b/>
        </w:rPr>
        <w:lastRenderedPageBreak/>
        <w:t xml:space="preserve">47. </w:t>
      </w:r>
      <w:r>
        <w:t>Diberikan fungsi f(x)=3x-2. Pilih semua representasi yang sesuai.</w:t>
      </w:r>
    </w:p>
    <w:p w14:paraId="33B9EAD8" w14:textId="77777777" w:rsidR="00365219" w:rsidRDefault="00695781">
      <w:pPr>
        <w:pStyle w:val="Option"/>
        <w:keepNext/>
      </w:pPr>
      <w:r>
        <w:t>☐ 1. Titik (</w:t>
      </w:r>
      <w:proofErr w:type="gramStart"/>
      <w:r>
        <w:t>0,-</w:t>
      </w:r>
      <w:proofErr w:type="gramEnd"/>
      <w:r>
        <w:t>2) berada pada grafik.</w:t>
      </w:r>
    </w:p>
    <w:p w14:paraId="7E733103" w14:textId="77777777" w:rsidR="00365219" w:rsidRDefault="00695781">
      <w:pPr>
        <w:pStyle w:val="Option"/>
        <w:keepNext/>
      </w:pPr>
      <w:r>
        <w:t>☐ 2. Titik (2,4) berada pada grafik.</w:t>
      </w:r>
    </w:p>
    <w:p w14:paraId="242C4A69" w14:textId="77777777" w:rsidR="00365219" w:rsidRDefault="00695781">
      <w:pPr>
        <w:pStyle w:val="Option"/>
        <w:keepNext/>
      </w:pPr>
      <w:r>
        <w:t>☐ 3. Jika x naik 1, nilai f(x) naik 3.</w:t>
      </w:r>
    </w:p>
    <w:p w14:paraId="522F5D9C" w14:textId="77777777" w:rsidR="00365219" w:rsidRDefault="00695781">
      <w:pPr>
        <w:pStyle w:val="Option"/>
        <w:keepNext/>
      </w:pPr>
      <w:r>
        <w:t>☐ 4. Grafik sejajar dengan y=3x+5.</w:t>
      </w:r>
    </w:p>
    <w:p w14:paraId="7E26FDBD" w14:textId="77777777" w:rsidR="00365219" w:rsidRDefault="00695781">
      <w:pPr>
        <w:pStyle w:val="Option"/>
      </w:pPr>
      <w:r>
        <w:t>☐ 5. Titik potong sumbu-x adalah (2,0).</w:t>
      </w:r>
    </w:p>
    <w:p w14:paraId="38E13438" w14:textId="77777777" w:rsidR="00365219" w:rsidRDefault="00365219">
      <w:pPr>
        <w:pStyle w:val="Small"/>
      </w:pPr>
    </w:p>
    <w:p w14:paraId="329D2C39" w14:textId="77777777" w:rsidR="00365219" w:rsidRDefault="00695781">
      <w:pPr>
        <w:pStyle w:val="Question"/>
      </w:pPr>
      <w:r>
        <w:rPr>
          <w:b/>
        </w:rPr>
        <w:t xml:space="preserve">48. </w:t>
      </w:r>
      <w:r>
        <w:t>Diketahui x+y=7 dan x-y=1. Pilih semua pernyataan yang benar.</w:t>
      </w:r>
    </w:p>
    <w:p w14:paraId="52B6656A" w14:textId="77777777" w:rsidR="00365219" w:rsidRDefault="00695781">
      <w:pPr>
        <w:pStyle w:val="Option"/>
        <w:keepNext/>
      </w:pPr>
      <w:r>
        <w:t>☐ 1. x=4.</w:t>
      </w:r>
    </w:p>
    <w:p w14:paraId="3A5D8420" w14:textId="77777777" w:rsidR="00365219" w:rsidRDefault="00695781">
      <w:pPr>
        <w:pStyle w:val="Option"/>
        <w:keepNext/>
      </w:pPr>
      <w:r>
        <w:t>☐ 2. y=3.</w:t>
      </w:r>
    </w:p>
    <w:p w14:paraId="30A299B1" w14:textId="77777777" w:rsidR="00365219" w:rsidRDefault="00695781">
      <w:pPr>
        <w:pStyle w:val="Option"/>
        <w:keepNext/>
      </w:pPr>
      <w:r>
        <w:t>☐ 3. xy=12.</w:t>
      </w:r>
    </w:p>
    <w:p w14:paraId="68EEDB83" w14:textId="77777777" w:rsidR="00365219" w:rsidRDefault="00695781">
      <w:pPr>
        <w:pStyle w:val="Option"/>
        <w:keepNext/>
      </w:pPr>
      <w:r>
        <w:t>☐ 4. 2x+y=11.</w:t>
      </w:r>
    </w:p>
    <w:p w14:paraId="2E6823FB" w14:textId="77777777" w:rsidR="00365219" w:rsidRDefault="00695781">
      <w:pPr>
        <w:pStyle w:val="Option"/>
      </w:pPr>
      <w:r>
        <w:t>☐ 5. x²-y²=5.</w:t>
      </w:r>
    </w:p>
    <w:p w14:paraId="6C392388" w14:textId="77777777" w:rsidR="00365219" w:rsidRDefault="00365219">
      <w:pPr>
        <w:pStyle w:val="Small"/>
      </w:pPr>
    </w:p>
    <w:p w14:paraId="6714FFF5" w14:textId="77777777" w:rsidR="00365219" w:rsidRDefault="00695781">
      <w:pPr>
        <w:pStyle w:val="Question"/>
      </w:pPr>
      <w:r>
        <w:rPr>
          <w:b/>
        </w:rPr>
        <w:t xml:space="preserve">49. </w:t>
      </w:r>
      <w:r>
        <w:t>Apakah nilai y dapat ditentukan?</w:t>
      </w:r>
      <w:r>
        <w:br/>
        <w:t>(1) x+y=10.</w:t>
      </w:r>
      <w:r>
        <w:br/>
        <w:t>(2) x=4.</w:t>
      </w:r>
    </w:p>
    <w:p w14:paraId="2BAC350B" w14:textId="77777777" w:rsidR="00365219" w:rsidRDefault="00695781">
      <w:pPr>
        <w:pStyle w:val="Option"/>
        <w:keepNext/>
      </w:pPr>
      <w:r>
        <w:t>A. Pernyataan (1) SAJA cukup, tetapi Pernyataan (2) SAJA tidak cukup.</w:t>
      </w:r>
    </w:p>
    <w:p w14:paraId="087BB513" w14:textId="77777777" w:rsidR="00365219" w:rsidRDefault="00695781">
      <w:pPr>
        <w:pStyle w:val="Option"/>
        <w:keepNext/>
      </w:pPr>
      <w:r>
        <w:t>B. Pernyataan (2) SAJA cukup, tetapi Pernyataan (1) SAJA tidak cukup.</w:t>
      </w:r>
    </w:p>
    <w:p w14:paraId="0CDE57B9" w14:textId="77777777" w:rsidR="00365219" w:rsidRDefault="00695781">
      <w:pPr>
        <w:pStyle w:val="Option"/>
        <w:keepNext/>
      </w:pPr>
      <w:r>
        <w:t>C. DUA pernyataan BERSAMA-SAMA cukup, tetapi SATU pernyataan SAJA tidak cukup.</w:t>
      </w:r>
    </w:p>
    <w:p w14:paraId="48D80210" w14:textId="77777777" w:rsidR="00365219" w:rsidRDefault="00695781">
      <w:pPr>
        <w:pStyle w:val="Option"/>
        <w:keepNext/>
      </w:pPr>
      <w:r>
        <w:t>D. Pernyataan (1) SAJA cukup dan Pernyataan (2) SAJA juga cukup.</w:t>
      </w:r>
    </w:p>
    <w:p w14:paraId="21D3FFF3" w14:textId="77777777" w:rsidR="00365219" w:rsidRDefault="00695781">
      <w:pPr>
        <w:pStyle w:val="Option"/>
      </w:pPr>
      <w:r>
        <w:t>E. Pernyataan (1) dan Pernyataan (2) tidak cukup.</w:t>
      </w:r>
    </w:p>
    <w:p w14:paraId="5D0EC27A" w14:textId="77777777" w:rsidR="00365219" w:rsidRDefault="00365219">
      <w:pPr>
        <w:pStyle w:val="Small"/>
      </w:pPr>
    </w:p>
    <w:p w14:paraId="1A479AD0" w14:textId="77777777" w:rsidR="00365219" w:rsidRDefault="00695781">
      <w:pPr>
        <w:pStyle w:val="Question"/>
      </w:pPr>
      <w:r>
        <w:rPr>
          <w:b/>
        </w:rPr>
        <w:t xml:space="preserve">50. </w:t>
      </w:r>
      <w:r>
        <w:t xml:space="preserve">Fungsi f(x)=ax+b. Apakah nilai </w:t>
      </w:r>
      <w:proofErr w:type="gramStart"/>
      <w:r>
        <w:t>f(</w:t>
      </w:r>
      <w:proofErr w:type="gramEnd"/>
      <w:r>
        <w:t>5) dapat ditentukan?</w:t>
      </w:r>
      <w:r>
        <w:br/>
        <w:t>(1) f(1)=3.</w:t>
      </w:r>
      <w:r>
        <w:br/>
        <w:t>(2) f(3)=7.</w:t>
      </w:r>
    </w:p>
    <w:p w14:paraId="480AE4E5" w14:textId="77777777" w:rsidR="00365219" w:rsidRDefault="00695781">
      <w:pPr>
        <w:pStyle w:val="Option"/>
        <w:keepNext/>
      </w:pPr>
      <w:r>
        <w:t>A. Pernyataan (1) SAJA cukup, tetapi Pernyataan (2) SAJA tidak cukup.</w:t>
      </w:r>
    </w:p>
    <w:p w14:paraId="64FBFC08" w14:textId="77777777" w:rsidR="00365219" w:rsidRDefault="00695781">
      <w:pPr>
        <w:pStyle w:val="Option"/>
        <w:keepNext/>
      </w:pPr>
      <w:r>
        <w:t>B. Pernyataan (2) SAJA cukup, tetapi Pernyataan (1) SAJA tidak cukup.</w:t>
      </w:r>
    </w:p>
    <w:p w14:paraId="3200ACC1" w14:textId="77777777" w:rsidR="00365219" w:rsidRDefault="00695781">
      <w:pPr>
        <w:pStyle w:val="Option"/>
        <w:keepNext/>
      </w:pPr>
      <w:r>
        <w:t>C. DUA pernyataan BERSAMA-SAMA cukup, tetapi SATU pernyataan SAJA tidak cukup.</w:t>
      </w:r>
    </w:p>
    <w:p w14:paraId="5EF02687" w14:textId="77777777" w:rsidR="00365219" w:rsidRDefault="00695781">
      <w:pPr>
        <w:pStyle w:val="Option"/>
        <w:keepNext/>
      </w:pPr>
      <w:r>
        <w:t>D. Pernyataan (1) SAJA cukup dan Pernyataan (2) SAJA juga cukup.</w:t>
      </w:r>
    </w:p>
    <w:p w14:paraId="3E02EEA5" w14:textId="77777777" w:rsidR="00365219" w:rsidRDefault="00695781">
      <w:pPr>
        <w:pStyle w:val="Option"/>
      </w:pPr>
      <w:r>
        <w:t>E. Pernyataan (1) dan Pernyataan (2) tidak cukup.</w:t>
      </w:r>
    </w:p>
    <w:p w14:paraId="118A1579" w14:textId="77777777" w:rsidR="00365219" w:rsidRDefault="00365219">
      <w:pPr>
        <w:pStyle w:val="Small"/>
      </w:pPr>
    </w:p>
    <w:p w14:paraId="79667B26" w14:textId="77777777" w:rsidR="00365219" w:rsidRDefault="00695781">
      <w:pPr>
        <w:pStyle w:val="Heading2"/>
        <w:jc w:val="center"/>
      </w:pPr>
      <w:r>
        <w:t>ZPD-3 - ZONA TANTANGAN</w:t>
      </w:r>
    </w:p>
    <w:p w14:paraId="6B8F69D9" w14:textId="77777777" w:rsidR="00365219" w:rsidRDefault="00695781">
      <w:pPr>
        <w:pStyle w:val="Question"/>
      </w:pPr>
      <w:r>
        <w:rPr>
          <w:b/>
        </w:rPr>
        <w:t xml:space="preserve">51. </w:t>
      </w:r>
      <w:r>
        <w:t xml:space="preserve">Tiga jenis bunga memiliki harga satuan </w:t>
      </w:r>
      <w:proofErr w:type="gramStart"/>
      <w:r>
        <w:t>m,l</w:t>
      </w:r>
      <w:proofErr w:type="gramEnd"/>
      <w:r>
        <w:t>,a (ribu rupiah). Diketahui 2m+l+a=47, m+2l+a=50, dan m+l+2a=43. Seorang pembeli membeli 2 lili dan 3 anyelir. Total harganya adalah ....</w:t>
      </w:r>
    </w:p>
    <w:p w14:paraId="77DC8C36" w14:textId="77777777" w:rsidR="00365219" w:rsidRDefault="00695781">
      <w:pPr>
        <w:pStyle w:val="Option"/>
        <w:keepNext/>
      </w:pPr>
      <w:r>
        <w:t>A. Rp48.000,00</w:t>
      </w:r>
    </w:p>
    <w:p w14:paraId="62FBE07C" w14:textId="77777777" w:rsidR="00365219" w:rsidRDefault="00695781">
      <w:pPr>
        <w:pStyle w:val="Option"/>
        <w:keepNext/>
      </w:pPr>
      <w:r>
        <w:t>B. Rp50.000,00</w:t>
      </w:r>
    </w:p>
    <w:p w14:paraId="73DFF266" w14:textId="77777777" w:rsidR="00365219" w:rsidRDefault="00695781">
      <w:pPr>
        <w:pStyle w:val="Option"/>
        <w:keepNext/>
      </w:pPr>
      <w:r>
        <w:t>C. Rp52.000,00</w:t>
      </w:r>
    </w:p>
    <w:p w14:paraId="71632ED5" w14:textId="77777777" w:rsidR="00365219" w:rsidRDefault="00695781">
      <w:pPr>
        <w:pStyle w:val="Option"/>
        <w:keepNext/>
      </w:pPr>
      <w:r>
        <w:t>D. Rp54.000,00</w:t>
      </w:r>
    </w:p>
    <w:p w14:paraId="0508A448" w14:textId="77777777" w:rsidR="00365219" w:rsidRDefault="00695781">
      <w:pPr>
        <w:pStyle w:val="Option"/>
      </w:pPr>
      <w:r>
        <w:t>E. Rp56.000,00</w:t>
      </w:r>
    </w:p>
    <w:p w14:paraId="37931E39" w14:textId="77777777" w:rsidR="00365219" w:rsidRDefault="00365219">
      <w:pPr>
        <w:pStyle w:val="Small"/>
      </w:pPr>
    </w:p>
    <w:p w14:paraId="21FB2FCC" w14:textId="77777777" w:rsidR="00365219" w:rsidRDefault="00695781">
      <w:pPr>
        <w:pStyle w:val="Question"/>
      </w:pPr>
      <w:r>
        <w:rPr>
          <w:b/>
        </w:rPr>
        <w:t xml:space="preserve">52. </w:t>
      </w:r>
      <w:r>
        <w:t>Jumlah produk A, B, dan C adalah 60 unit. Data sumber daya memberi 2A+B+3C=100 dan A+3B+2C=130. Nilai 2A+C adalah ....</w:t>
      </w:r>
    </w:p>
    <w:p w14:paraId="3C657CB3" w14:textId="77777777" w:rsidR="00365219" w:rsidRDefault="00695781">
      <w:pPr>
        <w:pStyle w:val="Option"/>
        <w:keepNext/>
      </w:pPr>
      <w:r>
        <w:t>A. 40</w:t>
      </w:r>
    </w:p>
    <w:p w14:paraId="1C6DC5D5" w14:textId="77777777" w:rsidR="00365219" w:rsidRDefault="00695781">
      <w:pPr>
        <w:pStyle w:val="Option"/>
        <w:keepNext/>
      </w:pPr>
      <w:r>
        <w:t>B. 45</w:t>
      </w:r>
    </w:p>
    <w:p w14:paraId="3A4B37F3" w14:textId="77777777" w:rsidR="00365219" w:rsidRDefault="00695781">
      <w:pPr>
        <w:pStyle w:val="Option"/>
        <w:keepNext/>
      </w:pPr>
      <w:r>
        <w:t>C. 50</w:t>
      </w:r>
    </w:p>
    <w:p w14:paraId="72AE2843" w14:textId="77777777" w:rsidR="00365219" w:rsidRDefault="00695781">
      <w:pPr>
        <w:pStyle w:val="Option"/>
        <w:keepNext/>
      </w:pPr>
      <w:r>
        <w:t>D. 55</w:t>
      </w:r>
    </w:p>
    <w:p w14:paraId="1E4B7B04" w14:textId="77777777" w:rsidR="00365219" w:rsidRDefault="00695781">
      <w:pPr>
        <w:pStyle w:val="Option"/>
      </w:pPr>
      <w:r>
        <w:t>E. 60</w:t>
      </w:r>
    </w:p>
    <w:p w14:paraId="50BB18DA" w14:textId="77777777" w:rsidR="00365219" w:rsidRDefault="00365219">
      <w:pPr>
        <w:pStyle w:val="Small"/>
      </w:pPr>
    </w:p>
    <w:p w14:paraId="34B53937" w14:textId="77777777" w:rsidR="00365219" w:rsidRDefault="00695781">
      <w:pPr>
        <w:pStyle w:val="Question"/>
      </w:pPr>
      <w:r>
        <w:rPr>
          <w:b/>
        </w:rPr>
        <w:t xml:space="preserve">53. </w:t>
      </w:r>
      <w:r>
        <w:t>Sistem kx+y=5 dan 2x+2y=8 mempunyai solusi tunggal jika ....</w:t>
      </w:r>
    </w:p>
    <w:p w14:paraId="2760BA8A" w14:textId="77777777" w:rsidR="00365219" w:rsidRDefault="00695781">
      <w:pPr>
        <w:pStyle w:val="Option"/>
        <w:keepNext/>
      </w:pPr>
      <w:r>
        <w:t>A. k=0 saja</w:t>
      </w:r>
    </w:p>
    <w:p w14:paraId="44E10584" w14:textId="77777777" w:rsidR="00365219" w:rsidRDefault="00695781">
      <w:pPr>
        <w:pStyle w:val="Option"/>
        <w:keepNext/>
      </w:pPr>
      <w:r>
        <w:t>B. k=1 saja</w:t>
      </w:r>
    </w:p>
    <w:p w14:paraId="079D7A70" w14:textId="77777777" w:rsidR="00365219" w:rsidRDefault="00695781">
      <w:pPr>
        <w:pStyle w:val="Option"/>
        <w:keepNext/>
      </w:pPr>
      <w:r>
        <w:t>C. k=2 saja</w:t>
      </w:r>
    </w:p>
    <w:p w14:paraId="3F6EDA3A" w14:textId="77777777" w:rsidR="00365219" w:rsidRDefault="00695781">
      <w:pPr>
        <w:pStyle w:val="Option"/>
        <w:keepNext/>
      </w:pPr>
      <w:r>
        <w:t>D. k≠1</w:t>
      </w:r>
    </w:p>
    <w:p w14:paraId="1AB6BE1C" w14:textId="77777777" w:rsidR="00365219" w:rsidRDefault="00695781">
      <w:pPr>
        <w:pStyle w:val="Option"/>
      </w:pPr>
      <w:r>
        <w:t>E. semua k</w:t>
      </w:r>
    </w:p>
    <w:p w14:paraId="6FA8063F" w14:textId="77777777" w:rsidR="00365219" w:rsidRDefault="00365219">
      <w:pPr>
        <w:pStyle w:val="Small"/>
      </w:pPr>
    </w:p>
    <w:p w14:paraId="1C048312" w14:textId="77777777" w:rsidR="00365219" w:rsidRDefault="00695781">
      <w:pPr>
        <w:pStyle w:val="Question"/>
      </w:pPr>
      <w:r>
        <w:rPr>
          <w:b/>
        </w:rPr>
        <w:t xml:space="preserve">54. </w:t>
      </w:r>
      <w:r>
        <w:t>Sistem x+2y=6, 2x+4y=12, dan 3x+6y=18 memiliki ....</w:t>
      </w:r>
    </w:p>
    <w:p w14:paraId="7424F778" w14:textId="77777777" w:rsidR="00365219" w:rsidRDefault="00695781">
      <w:pPr>
        <w:pStyle w:val="Option"/>
        <w:keepNext/>
      </w:pPr>
      <w:r>
        <w:t>A. tidak ada solusi</w:t>
      </w:r>
    </w:p>
    <w:p w14:paraId="49369DB2" w14:textId="77777777" w:rsidR="00365219" w:rsidRDefault="00695781">
      <w:pPr>
        <w:pStyle w:val="Option"/>
        <w:keepNext/>
      </w:pPr>
      <w:r>
        <w:t>B. tepat satu solusi</w:t>
      </w:r>
    </w:p>
    <w:p w14:paraId="4F4C8D1B" w14:textId="77777777" w:rsidR="00365219" w:rsidRDefault="00695781">
      <w:pPr>
        <w:pStyle w:val="Option"/>
        <w:keepNext/>
      </w:pPr>
      <w:r>
        <w:t>C. tepat dua solusi</w:t>
      </w:r>
    </w:p>
    <w:p w14:paraId="46CE1DAC" w14:textId="77777777" w:rsidR="00365219" w:rsidRDefault="00695781">
      <w:pPr>
        <w:pStyle w:val="Option"/>
        <w:keepNext/>
      </w:pPr>
      <w:r>
        <w:t>D. tak hingga banyak solusi</w:t>
      </w:r>
    </w:p>
    <w:p w14:paraId="6C5539A8" w14:textId="77777777" w:rsidR="00365219" w:rsidRDefault="00695781">
      <w:pPr>
        <w:pStyle w:val="Option"/>
      </w:pPr>
      <w:r>
        <w:t>E. tiga solusi</w:t>
      </w:r>
    </w:p>
    <w:p w14:paraId="1C91CAA2" w14:textId="77777777" w:rsidR="00365219" w:rsidRDefault="00365219">
      <w:pPr>
        <w:pStyle w:val="Small"/>
      </w:pPr>
    </w:p>
    <w:p w14:paraId="20177235" w14:textId="77777777" w:rsidR="00365219" w:rsidRDefault="00695781">
      <w:pPr>
        <w:pStyle w:val="Question"/>
      </w:pPr>
      <w:r>
        <w:rPr>
          <w:b/>
        </w:rPr>
        <w:t xml:space="preserve">55. </w:t>
      </w:r>
      <w:r>
        <w:t>Sebuah koperasi menjual paket A berisi 2 buku dan 1 pena seharga Rp19.000,00 serta paket B berisi 1 buku dan 3 pena seharga Rp17.000,00. Jika seseorang membeli 5 buku dan 5 pena dengan harga satuan yang sama, total yang dibayar adalah ....</w:t>
      </w:r>
    </w:p>
    <w:p w14:paraId="3E852E6D" w14:textId="77777777" w:rsidR="00365219" w:rsidRDefault="00695781">
      <w:pPr>
        <w:pStyle w:val="Option"/>
        <w:keepNext/>
      </w:pPr>
      <w:r>
        <w:t>A. Rp50.000,00</w:t>
      </w:r>
    </w:p>
    <w:p w14:paraId="1652D6E7" w14:textId="77777777" w:rsidR="00365219" w:rsidRDefault="00695781">
      <w:pPr>
        <w:pStyle w:val="Option"/>
        <w:keepNext/>
      </w:pPr>
      <w:r>
        <w:t>B. Rp55.000,00</w:t>
      </w:r>
    </w:p>
    <w:p w14:paraId="030B2474" w14:textId="77777777" w:rsidR="00365219" w:rsidRDefault="00695781">
      <w:pPr>
        <w:pStyle w:val="Option"/>
        <w:keepNext/>
      </w:pPr>
      <w:r>
        <w:t>C. Rp60.000,00</w:t>
      </w:r>
    </w:p>
    <w:p w14:paraId="5D822305" w14:textId="77777777" w:rsidR="00365219" w:rsidRDefault="00695781">
      <w:pPr>
        <w:pStyle w:val="Option"/>
        <w:keepNext/>
      </w:pPr>
      <w:r>
        <w:t>D. Rp65.000,00</w:t>
      </w:r>
    </w:p>
    <w:p w14:paraId="64866F74" w14:textId="77777777" w:rsidR="00365219" w:rsidRDefault="00695781">
      <w:pPr>
        <w:pStyle w:val="Option"/>
      </w:pPr>
      <w:r>
        <w:t>E. Rp70.000,00</w:t>
      </w:r>
    </w:p>
    <w:p w14:paraId="146E908E" w14:textId="77777777" w:rsidR="00365219" w:rsidRDefault="00365219">
      <w:pPr>
        <w:pStyle w:val="Small"/>
      </w:pPr>
    </w:p>
    <w:p w14:paraId="70AC6223" w14:textId="77777777" w:rsidR="00365219" w:rsidRDefault="00695781">
      <w:pPr>
        <w:pStyle w:val="Question"/>
      </w:pPr>
      <w:r>
        <w:rPr>
          <w:b/>
        </w:rPr>
        <w:t xml:space="preserve">56. </w:t>
      </w:r>
      <w:r>
        <w:t>Daerah layak memenuhi x≥0, y≥0, x+y≤12, dan x+2y≤16. Himpunan titik pojok daerah layak adalah ....</w:t>
      </w:r>
    </w:p>
    <w:p w14:paraId="203DCEA7" w14:textId="77777777" w:rsidR="00365219" w:rsidRDefault="00695781">
      <w:pPr>
        <w:pStyle w:val="Option"/>
        <w:keepNext/>
      </w:pPr>
      <w:r>
        <w:t>A. (0,0</w:t>
      </w:r>
      <w:proofErr w:type="gramStart"/>
      <w:r>
        <w:t>),(</w:t>
      </w:r>
      <w:proofErr w:type="gramEnd"/>
      <w:r>
        <w:t>12,0),(0,8)</w:t>
      </w:r>
    </w:p>
    <w:p w14:paraId="7E2DB2E8" w14:textId="77777777" w:rsidR="00365219" w:rsidRDefault="00695781">
      <w:pPr>
        <w:pStyle w:val="Option"/>
        <w:keepNext/>
      </w:pPr>
      <w:r>
        <w:t>B. (0,0</w:t>
      </w:r>
      <w:proofErr w:type="gramStart"/>
      <w:r>
        <w:t>),(</w:t>
      </w:r>
      <w:proofErr w:type="gramEnd"/>
      <w:r>
        <w:t>8,0),(4,6),(0,8)</w:t>
      </w:r>
    </w:p>
    <w:p w14:paraId="3A35711B" w14:textId="77777777" w:rsidR="00365219" w:rsidRDefault="00695781">
      <w:pPr>
        <w:pStyle w:val="Option"/>
        <w:keepNext/>
      </w:pPr>
      <w:r>
        <w:t>C. (0,0</w:t>
      </w:r>
      <w:proofErr w:type="gramStart"/>
      <w:r>
        <w:t>),(</w:t>
      </w:r>
      <w:proofErr w:type="gramEnd"/>
      <w:r>
        <w:t>12,0),(8,4),(0,8)</w:t>
      </w:r>
    </w:p>
    <w:p w14:paraId="2F40F858" w14:textId="77777777" w:rsidR="00365219" w:rsidRDefault="00695781">
      <w:pPr>
        <w:pStyle w:val="Option"/>
        <w:keepNext/>
      </w:pPr>
      <w:r>
        <w:t>D. (0,0</w:t>
      </w:r>
      <w:proofErr w:type="gramStart"/>
      <w:r>
        <w:t>),(</w:t>
      </w:r>
      <w:proofErr w:type="gramEnd"/>
      <w:r>
        <w:t>12,0),(8,4),(0,6)</w:t>
      </w:r>
    </w:p>
    <w:p w14:paraId="6A841225" w14:textId="77777777" w:rsidR="00365219" w:rsidRDefault="00695781">
      <w:pPr>
        <w:pStyle w:val="Option"/>
      </w:pPr>
      <w:r>
        <w:t>E. (0,0</w:t>
      </w:r>
      <w:proofErr w:type="gramStart"/>
      <w:r>
        <w:t>),(</w:t>
      </w:r>
      <w:proofErr w:type="gramEnd"/>
      <w:r>
        <w:t>10,0),(8,4),(0,8)</w:t>
      </w:r>
    </w:p>
    <w:p w14:paraId="67B90EE6" w14:textId="77777777" w:rsidR="00365219" w:rsidRDefault="00365219">
      <w:pPr>
        <w:pStyle w:val="Small"/>
      </w:pPr>
    </w:p>
    <w:p w14:paraId="417D7841" w14:textId="77777777" w:rsidR="00365219" w:rsidRDefault="00695781">
      <w:pPr>
        <w:pStyle w:val="Question"/>
      </w:pPr>
      <w:r>
        <w:rPr>
          <w:b/>
        </w:rPr>
        <w:t xml:space="preserve">57. </w:t>
      </w:r>
      <w:r>
        <w:t xml:space="preserve">Untuk </w:t>
      </w:r>
      <w:proofErr w:type="gramStart"/>
      <w:r>
        <w:t>x,y</w:t>
      </w:r>
      <w:proofErr w:type="gramEnd"/>
      <w:r>
        <w:t>≥0 dengan x+y≤10, 2x+y≤16, dan x+3y≤18, nilai maksimum P=5x+4y adalah ....</w:t>
      </w:r>
    </w:p>
    <w:p w14:paraId="057B2245" w14:textId="77777777" w:rsidR="00365219" w:rsidRDefault="00695781">
      <w:pPr>
        <w:pStyle w:val="Option"/>
        <w:keepNext/>
      </w:pPr>
      <w:r>
        <w:t>A. 40</w:t>
      </w:r>
    </w:p>
    <w:p w14:paraId="5FDE5D92" w14:textId="77777777" w:rsidR="00365219" w:rsidRDefault="00695781">
      <w:pPr>
        <w:pStyle w:val="Option"/>
        <w:keepNext/>
      </w:pPr>
      <w:r>
        <w:t>B. 42</w:t>
      </w:r>
    </w:p>
    <w:p w14:paraId="70B8A631" w14:textId="77777777" w:rsidR="00365219" w:rsidRDefault="00695781">
      <w:pPr>
        <w:pStyle w:val="Option"/>
        <w:keepNext/>
      </w:pPr>
      <w:r>
        <w:t>C. 44</w:t>
      </w:r>
    </w:p>
    <w:p w14:paraId="76CCA52D" w14:textId="77777777" w:rsidR="00365219" w:rsidRDefault="00695781">
      <w:pPr>
        <w:pStyle w:val="Option"/>
        <w:keepNext/>
      </w:pPr>
      <w:r>
        <w:t>D. 46</w:t>
      </w:r>
    </w:p>
    <w:p w14:paraId="23E9A776" w14:textId="77777777" w:rsidR="00365219" w:rsidRDefault="00695781">
      <w:pPr>
        <w:pStyle w:val="Option"/>
      </w:pPr>
      <w:r>
        <w:t>E. 48</w:t>
      </w:r>
    </w:p>
    <w:p w14:paraId="55CA13F0" w14:textId="77777777" w:rsidR="00365219" w:rsidRDefault="00365219">
      <w:pPr>
        <w:pStyle w:val="Small"/>
      </w:pPr>
    </w:p>
    <w:p w14:paraId="446BAF43" w14:textId="77777777" w:rsidR="00365219" w:rsidRDefault="00695781">
      <w:pPr>
        <w:pStyle w:val="Question"/>
      </w:pPr>
      <w:r>
        <w:rPr>
          <w:b/>
        </w:rPr>
        <w:t xml:space="preserve">58. </w:t>
      </w:r>
      <w:r>
        <w:t>Sebuah usaha menghasilkan produk A dan B. Kendala 2x+y≤20 dan x+2y≤16. Keuntungan per unit A Rp40.000,00 dan B Rp30.000,00. Keuntungan maksimum adalah ....</w:t>
      </w:r>
    </w:p>
    <w:p w14:paraId="722F6558" w14:textId="77777777" w:rsidR="00365219" w:rsidRDefault="00695781">
      <w:pPr>
        <w:pStyle w:val="Option"/>
        <w:keepNext/>
      </w:pPr>
      <w:r>
        <w:t>A. Rp360.000,00</w:t>
      </w:r>
    </w:p>
    <w:p w14:paraId="1F4FD02A" w14:textId="77777777" w:rsidR="00365219" w:rsidRDefault="00695781">
      <w:pPr>
        <w:pStyle w:val="Option"/>
        <w:keepNext/>
      </w:pPr>
      <w:r>
        <w:t>B. Rp400.000,00</w:t>
      </w:r>
    </w:p>
    <w:p w14:paraId="53F1A403" w14:textId="77777777" w:rsidR="00365219" w:rsidRDefault="00695781">
      <w:pPr>
        <w:pStyle w:val="Option"/>
        <w:keepNext/>
      </w:pPr>
      <w:r>
        <w:t>C. Rp420.000,00</w:t>
      </w:r>
    </w:p>
    <w:p w14:paraId="782DEF3D" w14:textId="77777777" w:rsidR="00365219" w:rsidRDefault="00695781">
      <w:pPr>
        <w:pStyle w:val="Option"/>
        <w:keepNext/>
      </w:pPr>
      <w:r>
        <w:t>D. Rp440.000,00</w:t>
      </w:r>
    </w:p>
    <w:p w14:paraId="153FE36F" w14:textId="77777777" w:rsidR="00365219" w:rsidRDefault="00695781">
      <w:pPr>
        <w:pStyle w:val="Option"/>
      </w:pPr>
      <w:r>
        <w:t>E. Rp480.000,00</w:t>
      </w:r>
    </w:p>
    <w:p w14:paraId="4F04DEEF" w14:textId="77777777" w:rsidR="00365219" w:rsidRDefault="00365219">
      <w:pPr>
        <w:pStyle w:val="Small"/>
      </w:pPr>
    </w:p>
    <w:p w14:paraId="08E946DA" w14:textId="77777777" w:rsidR="00365219" w:rsidRDefault="00695781">
      <w:pPr>
        <w:pStyle w:val="Question"/>
      </w:pPr>
      <w:r>
        <w:rPr>
          <w:b/>
        </w:rPr>
        <w:lastRenderedPageBreak/>
        <w:t xml:space="preserve">59. </w:t>
      </w:r>
      <w:r>
        <w:t xml:space="preserve">Untuk </w:t>
      </w:r>
      <w:proofErr w:type="gramStart"/>
      <w:r>
        <w:t>x,y</w:t>
      </w:r>
      <w:proofErr w:type="gramEnd"/>
      <w:r>
        <w:t>≥0 dengan x+y≥10 dan 2x+y≥14, nilai minimum C=6x+4y adalah ....</w:t>
      </w:r>
    </w:p>
    <w:p w14:paraId="784FCC5E" w14:textId="77777777" w:rsidR="00365219" w:rsidRDefault="00695781">
      <w:pPr>
        <w:pStyle w:val="Option"/>
        <w:keepNext/>
      </w:pPr>
      <w:r>
        <w:t>A. 44</w:t>
      </w:r>
    </w:p>
    <w:p w14:paraId="286034AD" w14:textId="77777777" w:rsidR="00365219" w:rsidRDefault="00695781">
      <w:pPr>
        <w:pStyle w:val="Option"/>
        <w:keepNext/>
      </w:pPr>
      <w:r>
        <w:t>B. 46</w:t>
      </w:r>
    </w:p>
    <w:p w14:paraId="0DD19483" w14:textId="77777777" w:rsidR="00365219" w:rsidRDefault="00695781">
      <w:pPr>
        <w:pStyle w:val="Option"/>
        <w:keepNext/>
      </w:pPr>
      <w:r>
        <w:t>C. 48</w:t>
      </w:r>
    </w:p>
    <w:p w14:paraId="3C3B19E4" w14:textId="77777777" w:rsidR="00365219" w:rsidRDefault="00695781">
      <w:pPr>
        <w:pStyle w:val="Option"/>
        <w:keepNext/>
      </w:pPr>
      <w:r>
        <w:t>D. 50</w:t>
      </w:r>
    </w:p>
    <w:p w14:paraId="425D116D" w14:textId="77777777" w:rsidR="00365219" w:rsidRDefault="00695781">
      <w:pPr>
        <w:pStyle w:val="Option"/>
      </w:pPr>
      <w:r>
        <w:t>E. 52</w:t>
      </w:r>
    </w:p>
    <w:p w14:paraId="07725506" w14:textId="77777777" w:rsidR="00365219" w:rsidRDefault="00365219">
      <w:pPr>
        <w:pStyle w:val="Small"/>
      </w:pPr>
    </w:p>
    <w:p w14:paraId="4834732A" w14:textId="77777777" w:rsidR="00365219" w:rsidRDefault="00695781">
      <w:pPr>
        <w:pStyle w:val="Question"/>
      </w:pPr>
      <w:r>
        <w:rPr>
          <w:b/>
        </w:rPr>
        <w:t xml:space="preserve">60. </w:t>
      </w:r>
      <w:r>
        <w:t xml:space="preserve">Sebuah katering harus menyediakan sedikitnya 30 porsi karbohidrat dan 24 porsi protein. Paket A memberi 3 karbohidrat dan 1 protein dengan biaya Rp20.000,00; paket B memberi 2 karbohidrat dan 2 protein dengan biaya Rp18.000,00. Jika </w:t>
      </w:r>
      <w:proofErr w:type="gramStart"/>
      <w:r>
        <w:t>x,y</w:t>
      </w:r>
      <w:proofErr w:type="gramEnd"/>
      <w:r>
        <w:t xml:space="preserve"> banyak paket A,B, model kendala yang tepat adalah ....</w:t>
      </w:r>
    </w:p>
    <w:p w14:paraId="1F32DDA3" w14:textId="77777777" w:rsidR="00365219" w:rsidRDefault="00695781">
      <w:pPr>
        <w:pStyle w:val="Option"/>
        <w:keepNext/>
      </w:pPr>
      <w:r>
        <w:t>A. 3x+2y≤30 dan x+2y≤24</w:t>
      </w:r>
    </w:p>
    <w:p w14:paraId="7D6D85B6" w14:textId="77777777" w:rsidR="00365219" w:rsidRDefault="00695781">
      <w:pPr>
        <w:pStyle w:val="Option"/>
        <w:keepNext/>
      </w:pPr>
      <w:r>
        <w:t>B. 3x+2y≥30 dan x+2y≤24</w:t>
      </w:r>
    </w:p>
    <w:p w14:paraId="6DAF8C9A" w14:textId="77777777" w:rsidR="00365219" w:rsidRDefault="00695781">
      <w:pPr>
        <w:pStyle w:val="Option"/>
        <w:keepNext/>
      </w:pPr>
      <w:r>
        <w:t>C. 3x+y≥30 dan 2x+2y≥24</w:t>
      </w:r>
    </w:p>
    <w:p w14:paraId="02B1E8F5" w14:textId="77777777" w:rsidR="00365219" w:rsidRDefault="00695781">
      <w:pPr>
        <w:pStyle w:val="Option"/>
        <w:keepNext/>
      </w:pPr>
      <w:r>
        <w:t>D. 3x+2y≥30 dan x+2y≥24</w:t>
      </w:r>
    </w:p>
    <w:p w14:paraId="7E42BFF7" w14:textId="77777777" w:rsidR="00365219" w:rsidRDefault="00695781">
      <w:pPr>
        <w:pStyle w:val="Option"/>
      </w:pPr>
      <w:r>
        <w:t>E. 3x+y≤30 dan 2x+2y≤24</w:t>
      </w:r>
    </w:p>
    <w:p w14:paraId="61CB5314" w14:textId="77777777" w:rsidR="00365219" w:rsidRDefault="00365219">
      <w:pPr>
        <w:pStyle w:val="Small"/>
      </w:pPr>
    </w:p>
    <w:p w14:paraId="503F09D8" w14:textId="77777777" w:rsidR="00365219" w:rsidRDefault="00695781">
      <w:pPr>
        <w:pStyle w:val="Question"/>
      </w:pPr>
      <w:r>
        <w:rPr>
          <w:b/>
        </w:rPr>
        <w:t xml:space="preserve">61. </w:t>
      </w:r>
      <w:r>
        <w:t>Perhatikan grafik fungsi linear. Jika grafik dinyatakan f(x)=ax+b, nilai a+b adalah ....</w:t>
      </w:r>
    </w:p>
    <w:p w14:paraId="1D698CAC" w14:textId="77777777" w:rsidR="00365219" w:rsidRDefault="00695781">
      <w:pPr>
        <w:keepNext/>
        <w:jc w:val="center"/>
      </w:pPr>
      <w:r>
        <w:rPr>
          <w:noProof/>
        </w:rPr>
        <w:drawing>
          <wp:inline distT="0" distB="0" distL="0" distR="0" wp14:anchorId="09FAA319" wp14:editId="6F4F9FAA">
            <wp:extent cx="2951999" cy="20595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61_line.png"/>
                    <pic:cNvPicPr/>
                  </pic:nvPicPr>
                  <pic:blipFill>
                    <a:blip r:embed="rId10"/>
                    <a:stretch>
                      <a:fillRect/>
                    </a:stretch>
                  </pic:blipFill>
                  <pic:spPr>
                    <a:xfrm>
                      <a:off x="0" y="0"/>
                      <a:ext cx="2951999" cy="2059534"/>
                    </a:xfrm>
                    <a:prstGeom prst="rect">
                      <a:avLst/>
                    </a:prstGeom>
                  </pic:spPr>
                </pic:pic>
              </a:graphicData>
            </a:graphic>
          </wp:inline>
        </w:drawing>
      </w:r>
    </w:p>
    <w:p w14:paraId="754656DB" w14:textId="77777777" w:rsidR="00365219" w:rsidRDefault="00695781">
      <w:pPr>
        <w:pStyle w:val="Option"/>
        <w:keepNext/>
      </w:pPr>
      <w:r>
        <w:t>A. 3</w:t>
      </w:r>
    </w:p>
    <w:p w14:paraId="267F0E7D" w14:textId="77777777" w:rsidR="00365219" w:rsidRDefault="00695781">
      <w:pPr>
        <w:pStyle w:val="Option"/>
        <w:keepNext/>
      </w:pPr>
      <w:r>
        <w:t>B. 4</w:t>
      </w:r>
    </w:p>
    <w:p w14:paraId="735B9FDB" w14:textId="77777777" w:rsidR="00365219" w:rsidRDefault="00695781">
      <w:pPr>
        <w:pStyle w:val="Option"/>
        <w:keepNext/>
      </w:pPr>
      <w:r>
        <w:t>C. 5</w:t>
      </w:r>
    </w:p>
    <w:p w14:paraId="1D109B95" w14:textId="77777777" w:rsidR="00365219" w:rsidRDefault="00695781">
      <w:pPr>
        <w:pStyle w:val="Option"/>
        <w:keepNext/>
      </w:pPr>
      <w:r>
        <w:t>D. 6</w:t>
      </w:r>
    </w:p>
    <w:p w14:paraId="212D62E5" w14:textId="77777777" w:rsidR="00365219" w:rsidRDefault="00695781">
      <w:pPr>
        <w:pStyle w:val="Option"/>
      </w:pPr>
      <w:r>
        <w:t>E. 7</w:t>
      </w:r>
    </w:p>
    <w:p w14:paraId="6537B4C5" w14:textId="77777777" w:rsidR="00365219" w:rsidRDefault="00365219">
      <w:pPr>
        <w:pStyle w:val="Small"/>
      </w:pPr>
    </w:p>
    <w:p w14:paraId="251ED1A5" w14:textId="77777777" w:rsidR="00365219" w:rsidRDefault="00695781">
      <w:pPr>
        <w:pStyle w:val="Question"/>
      </w:pPr>
      <w:r>
        <w:rPr>
          <w:b/>
        </w:rPr>
        <w:t xml:space="preserve">62. </w:t>
      </w:r>
      <w:r>
        <w:t>Biaya layanan (ribu rupiah) ditentukan C(x)=50+2x untuk 0≤x≤10 dan C(x)=70+1,5(x-10) untuk x&gt;10. Jika tagihan 85 ribu, nilai x adalah ....</w:t>
      </w:r>
    </w:p>
    <w:p w14:paraId="2A5D65E2" w14:textId="77777777" w:rsidR="00365219" w:rsidRDefault="00695781">
      <w:pPr>
        <w:pStyle w:val="Option"/>
        <w:keepNext/>
      </w:pPr>
      <w:r>
        <w:t>A. 15</w:t>
      </w:r>
    </w:p>
    <w:p w14:paraId="5C1A58C1" w14:textId="77777777" w:rsidR="00365219" w:rsidRDefault="00695781">
      <w:pPr>
        <w:pStyle w:val="Option"/>
        <w:keepNext/>
      </w:pPr>
      <w:r>
        <w:t>B. 16</w:t>
      </w:r>
    </w:p>
    <w:p w14:paraId="79CBD327" w14:textId="77777777" w:rsidR="00365219" w:rsidRDefault="00695781">
      <w:pPr>
        <w:pStyle w:val="Option"/>
        <w:keepNext/>
      </w:pPr>
      <w:r>
        <w:t>C. 18</w:t>
      </w:r>
    </w:p>
    <w:p w14:paraId="1B7086B7" w14:textId="77777777" w:rsidR="00365219" w:rsidRDefault="00695781">
      <w:pPr>
        <w:pStyle w:val="Option"/>
        <w:keepNext/>
      </w:pPr>
      <w:r>
        <w:t>D. 20</w:t>
      </w:r>
    </w:p>
    <w:p w14:paraId="46ECE496" w14:textId="77777777" w:rsidR="00365219" w:rsidRDefault="00695781">
      <w:pPr>
        <w:pStyle w:val="Option"/>
      </w:pPr>
      <w:r>
        <w:t>E. 22</w:t>
      </w:r>
    </w:p>
    <w:p w14:paraId="090A1A9F" w14:textId="77777777" w:rsidR="00365219" w:rsidRDefault="00365219">
      <w:pPr>
        <w:pStyle w:val="Small"/>
      </w:pPr>
    </w:p>
    <w:p w14:paraId="63AC0E37" w14:textId="77777777" w:rsidR="00365219" w:rsidRDefault="00695781">
      <w:pPr>
        <w:pStyle w:val="Question"/>
      </w:pPr>
      <w:r>
        <w:rPr>
          <w:b/>
        </w:rPr>
        <w:t xml:space="preserve">63. </w:t>
      </w:r>
      <w:r>
        <w:t>Diketahui f(x)=3x-2 dan g(x)=2x+5. Nilai (f⁻¹∘</w:t>
      </w:r>
      <w:proofErr w:type="gramStart"/>
      <w:r>
        <w:t>g)(</w:t>
      </w:r>
      <w:proofErr w:type="gramEnd"/>
      <w:r>
        <w:t>4) adalah ....</w:t>
      </w:r>
    </w:p>
    <w:p w14:paraId="5AAA469F" w14:textId="77777777" w:rsidR="00365219" w:rsidRDefault="00695781">
      <w:pPr>
        <w:pStyle w:val="Option"/>
        <w:keepNext/>
      </w:pPr>
      <w:r>
        <w:t>A. 3</w:t>
      </w:r>
    </w:p>
    <w:p w14:paraId="51641827" w14:textId="77777777" w:rsidR="00365219" w:rsidRDefault="00695781">
      <w:pPr>
        <w:pStyle w:val="Option"/>
        <w:keepNext/>
      </w:pPr>
      <w:r>
        <w:t>B. 4</w:t>
      </w:r>
    </w:p>
    <w:p w14:paraId="07FF7A92" w14:textId="77777777" w:rsidR="00365219" w:rsidRDefault="00695781">
      <w:pPr>
        <w:pStyle w:val="Option"/>
        <w:keepNext/>
      </w:pPr>
      <w:r>
        <w:t>C. 5</w:t>
      </w:r>
    </w:p>
    <w:p w14:paraId="6F0DE3D1" w14:textId="77777777" w:rsidR="00365219" w:rsidRDefault="00695781">
      <w:pPr>
        <w:pStyle w:val="Option"/>
        <w:keepNext/>
      </w:pPr>
      <w:r>
        <w:t>D. 6</w:t>
      </w:r>
    </w:p>
    <w:p w14:paraId="02E9AC49" w14:textId="77777777" w:rsidR="00365219" w:rsidRDefault="00695781">
      <w:pPr>
        <w:pStyle w:val="Option"/>
      </w:pPr>
      <w:r>
        <w:t>E. 7</w:t>
      </w:r>
    </w:p>
    <w:p w14:paraId="59831A99" w14:textId="77777777" w:rsidR="00365219" w:rsidRDefault="00365219">
      <w:pPr>
        <w:pStyle w:val="Small"/>
      </w:pPr>
    </w:p>
    <w:p w14:paraId="15A054A0" w14:textId="77777777" w:rsidR="00365219" w:rsidRDefault="00695781">
      <w:pPr>
        <w:pStyle w:val="Question"/>
      </w:pPr>
      <w:r>
        <w:rPr>
          <w:b/>
        </w:rPr>
        <w:lastRenderedPageBreak/>
        <w:t xml:space="preserve">64. </w:t>
      </w:r>
      <w:r>
        <w:t>Diketahui f(x)=ax+2 dan g(x)=2x-1. Jika (f∘</w:t>
      </w:r>
      <w:proofErr w:type="gramStart"/>
      <w:r>
        <w:t>g)(</w:t>
      </w:r>
      <w:proofErr w:type="gramEnd"/>
      <w:r>
        <w:t>3)=22, nilai a adalah ....</w:t>
      </w:r>
    </w:p>
    <w:p w14:paraId="42DB3DF7" w14:textId="77777777" w:rsidR="00365219" w:rsidRDefault="00695781">
      <w:pPr>
        <w:pStyle w:val="Option"/>
        <w:keepNext/>
      </w:pPr>
      <w:r>
        <w:t>A. 2</w:t>
      </w:r>
    </w:p>
    <w:p w14:paraId="6FE4FD47" w14:textId="77777777" w:rsidR="00365219" w:rsidRDefault="00695781">
      <w:pPr>
        <w:pStyle w:val="Option"/>
        <w:keepNext/>
      </w:pPr>
      <w:r>
        <w:t>B. 3</w:t>
      </w:r>
    </w:p>
    <w:p w14:paraId="3ED570BF" w14:textId="77777777" w:rsidR="00365219" w:rsidRDefault="00695781">
      <w:pPr>
        <w:pStyle w:val="Option"/>
        <w:keepNext/>
      </w:pPr>
      <w:r>
        <w:t>C. 4</w:t>
      </w:r>
    </w:p>
    <w:p w14:paraId="1D533537" w14:textId="77777777" w:rsidR="00365219" w:rsidRDefault="00695781">
      <w:pPr>
        <w:pStyle w:val="Option"/>
        <w:keepNext/>
      </w:pPr>
      <w:r>
        <w:t>D. 5</w:t>
      </w:r>
    </w:p>
    <w:p w14:paraId="1C2D530D" w14:textId="77777777" w:rsidR="00365219" w:rsidRDefault="00695781">
      <w:pPr>
        <w:pStyle w:val="Option"/>
      </w:pPr>
      <w:r>
        <w:t>E. 6</w:t>
      </w:r>
    </w:p>
    <w:p w14:paraId="11D7EBEC" w14:textId="77777777" w:rsidR="00365219" w:rsidRDefault="00365219">
      <w:pPr>
        <w:pStyle w:val="Small"/>
      </w:pPr>
    </w:p>
    <w:p w14:paraId="23827A2D" w14:textId="77777777" w:rsidR="00365219" w:rsidRDefault="00695781">
      <w:pPr>
        <w:pStyle w:val="Question"/>
      </w:pPr>
      <w:r>
        <w:rPr>
          <w:b/>
        </w:rPr>
        <w:t xml:space="preserve">65. </w:t>
      </w:r>
      <w:r>
        <w:t>Fungsi f(x)=mx+4 melalui titik (3,10). Garis g tegak lurus grafik f dan memotong sumbu-y di 1. Persamaan g adalah ....</w:t>
      </w:r>
    </w:p>
    <w:p w14:paraId="5F95E816" w14:textId="77777777" w:rsidR="00365219" w:rsidRDefault="00695781">
      <w:pPr>
        <w:pStyle w:val="Option"/>
        <w:keepNext/>
      </w:pPr>
      <w:r>
        <w:t>A. y=-2x+1</w:t>
      </w:r>
    </w:p>
    <w:p w14:paraId="14F588BC" w14:textId="77777777" w:rsidR="00365219" w:rsidRDefault="00695781">
      <w:pPr>
        <w:pStyle w:val="Option"/>
        <w:keepNext/>
      </w:pPr>
      <w:r>
        <w:t>B. y=-x+1</w:t>
      </w:r>
    </w:p>
    <w:p w14:paraId="2A8B47A0" w14:textId="77777777" w:rsidR="00365219" w:rsidRDefault="00695781">
      <w:pPr>
        <w:pStyle w:val="Option"/>
        <w:keepNext/>
      </w:pPr>
      <w:r>
        <w:t>C. y=-1/2 x+1</w:t>
      </w:r>
    </w:p>
    <w:p w14:paraId="3C4788DC" w14:textId="77777777" w:rsidR="00365219" w:rsidRDefault="00695781">
      <w:pPr>
        <w:pStyle w:val="Option"/>
        <w:keepNext/>
      </w:pPr>
      <w:r>
        <w:t>D. y=1/2 x+1</w:t>
      </w:r>
    </w:p>
    <w:p w14:paraId="1F5A418E" w14:textId="77777777" w:rsidR="00365219" w:rsidRDefault="00695781">
      <w:pPr>
        <w:pStyle w:val="Option"/>
      </w:pPr>
      <w:r>
        <w:t>E. y=2x+1</w:t>
      </w:r>
    </w:p>
    <w:p w14:paraId="6491B20F" w14:textId="77777777" w:rsidR="00365219" w:rsidRDefault="00365219">
      <w:pPr>
        <w:pStyle w:val="Small"/>
      </w:pPr>
    </w:p>
    <w:p w14:paraId="4468E29C" w14:textId="77777777" w:rsidR="00365219" w:rsidRDefault="00695781">
      <w:pPr>
        <w:pStyle w:val="Question"/>
      </w:pPr>
      <w:r>
        <w:rPr>
          <w:b/>
        </w:rPr>
        <w:t xml:space="preserve">66. </w:t>
      </w:r>
      <w:r>
        <w:t>Diberikan f(x)=2x-3. Pilih semua pernyataan yang benar.</w:t>
      </w:r>
    </w:p>
    <w:p w14:paraId="06CA4980" w14:textId="77777777" w:rsidR="00365219" w:rsidRDefault="00695781">
      <w:pPr>
        <w:pStyle w:val="Option"/>
        <w:keepNext/>
      </w:pPr>
      <w:r>
        <w:t xml:space="preserve">☐ 1. </w:t>
      </w:r>
      <w:proofErr w:type="gramStart"/>
      <w:r>
        <w:t>f(</w:t>
      </w:r>
      <w:proofErr w:type="gramEnd"/>
      <w:r>
        <w:t>5)=7.</w:t>
      </w:r>
    </w:p>
    <w:p w14:paraId="19726A46" w14:textId="77777777" w:rsidR="00365219" w:rsidRDefault="00695781">
      <w:pPr>
        <w:pStyle w:val="Option"/>
        <w:keepNext/>
      </w:pPr>
      <w:r>
        <w:t>☐ 2. f⁻¹(x)=(x+3)/2.</w:t>
      </w:r>
    </w:p>
    <w:p w14:paraId="5563D0CD" w14:textId="77777777" w:rsidR="00365219" w:rsidRDefault="00695781">
      <w:pPr>
        <w:pStyle w:val="Option"/>
        <w:keepNext/>
      </w:pPr>
      <w:r>
        <w:t>☐ 3. f⁻</w:t>
      </w:r>
      <w:proofErr w:type="gramStart"/>
      <w:r>
        <w:t>¹(</w:t>
      </w:r>
      <w:proofErr w:type="gramEnd"/>
      <w:r>
        <w:t>7)=5.</w:t>
      </w:r>
    </w:p>
    <w:p w14:paraId="714E2C59" w14:textId="77777777" w:rsidR="00365219" w:rsidRDefault="00695781">
      <w:pPr>
        <w:pStyle w:val="Option"/>
        <w:keepNext/>
      </w:pPr>
      <w:r>
        <w:t>☐ 4. (f∘</w:t>
      </w:r>
      <w:proofErr w:type="gramStart"/>
      <w:r>
        <w:t>f)(</w:t>
      </w:r>
      <w:proofErr w:type="gramEnd"/>
      <w:r>
        <w:t>x)=4x-9.</w:t>
      </w:r>
    </w:p>
    <w:p w14:paraId="5F085767" w14:textId="77777777" w:rsidR="00365219" w:rsidRDefault="00695781">
      <w:pPr>
        <w:pStyle w:val="Option"/>
      </w:pPr>
      <w:r>
        <w:t>☐ 5. Grafik f⁻¹ memiliki gradien 2.</w:t>
      </w:r>
    </w:p>
    <w:p w14:paraId="5E0DFB09" w14:textId="77777777" w:rsidR="00365219" w:rsidRDefault="00365219">
      <w:pPr>
        <w:pStyle w:val="Small"/>
      </w:pPr>
    </w:p>
    <w:p w14:paraId="59646255" w14:textId="77777777" w:rsidR="00365219" w:rsidRDefault="00695781">
      <w:pPr>
        <w:pStyle w:val="Question"/>
      </w:pPr>
      <w:r>
        <w:rPr>
          <w:b/>
        </w:rPr>
        <w:t xml:space="preserve">67. </w:t>
      </w:r>
      <w:r>
        <w:t>Diberikan x+y≥6, 2x+y≤10, x≥0, y≥0. Pilih semua titik yang memenuhi.</w:t>
      </w:r>
    </w:p>
    <w:p w14:paraId="7B1D3D74" w14:textId="77777777" w:rsidR="00365219" w:rsidRDefault="00695781">
      <w:pPr>
        <w:pStyle w:val="Option"/>
        <w:keepNext/>
      </w:pPr>
      <w:r>
        <w:t>☐ 1. (0,6)</w:t>
      </w:r>
    </w:p>
    <w:p w14:paraId="2BCB7E88" w14:textId="77777777" w:rsidR="00365219" w:rsidRDefault="00695781">
      <w:pPr>
        <w:pStyle w:val="Option"/>
        <w:keepNext/>
      </w:pPr>
      <w:r>
        <w:t>☐ 2. (2,4)</w:t>
      </w:r>
    </w:p>
    <w:p w14:paraId="38C1F6C2" w14:textId="77777777" w:rsidR="00365219" w:rsidRDefault="00695781">
      <w:pPr>
        <w:pStyle w:val="Option"/>
        <w:keepNext/>
      </w:pPr>
      <w:r>
        <w:t>☐ 3. (3,3)</w:t>
      </w:r>
    </w:p>
    <w:p w14:paraId="042431AB" w14:textId="77777777" w:rsidR="00365219" w:rsidRDefault="00695781">
      <w:pPr>
        <w:pStyle w:val="Option"/>
        <w:keepNext/>
      </w:pPr>
      <w:r>
        <w:t>☐ 4. (4,2)</w:t>
      </w:r>
    </w:p>
    <w:p w14:paraId="7B9221A4" w14:textId="77777777" w:rsidR="00365219" w:rsidRDefault="00695781">
      <w:pPr>
        <w:pStyle w:val="Option"/>
      </w:pPr>
      <w:r>
        <w:t>☐ 5. (5,1)</w:t>
      </w:r>
    </w:p>
    <w:p w14:paraId="30219D72" w14:textId="77777777" w:rsidR="00365219" w:rsidRDefault="00365219">
      <w:pPr>
        <w:pStyle w:val="Small"/>
      </w:pPr>
    </w:p>
    <w:p w14:paraId="14A1E47A" w14:textId="77777777" w:rsidR="00365219" w:rsidRDefault="00695781">
      <w:pPr>
        <w:pStyle w:val="Question"/>
      </w:pPr>
      <w:r>
        <w:rPr>
          <w:b/>
        </w:rPr>
        <w:t xml:space="preserve">68. </w:t>
      </w:r>
      <w:r>
        <w:t xml:space="preserve">Untuk </w:t>
      </w:r>
      <w:proofErr w:type="gramStart"/>
      <w:r>
        <w:t>x,y</w:t>
      </w:r>
      <w:proofErr w:type="gramEnd"/>
      <w:r>
        <w:t>≥0, x+y≤10, 2x+y≤16, x+3y≤18, dan P=5x+4y, pilih semua pernyataan yang benar.</w:t>
      </w:r>
    </w:p>
    <w:p w14:paraId="21C6C96E" w14:textId="77777777" w:rsidR="00365219" w:rsidRDefault="00695781">
      <w:pPr>
        <w:pStyle w:val="Option"/>
        <w:keepNext/>
      </w:pPr>
      <w:r>
        <w:t>☐ 1. (6,4) merupakan titik layak.</w:t>
      </w:r>
    </w:p>
    <w:p w14:paraId="622A41C6" w14:textId="77777777" w:rsidR="00365219" w:rsidRDefault="00695781">
      <w:pPr>
        <w:pStyle w:val="Option"/>
        <w:keepNext/>
      </w:pPr>
      <w:r>
        <w:t xml:space="preserve">☐ 2. </w:t>
      </w:r>
      <w:proofErr w:type="gramStart"/>
      <w:r>
        <w:t>P(</w:t>
      </w:r>
      <w:proofErr w:type="gramEnd"/>
      <w:r>
        <w:t>8,0)=40.</w:t>
      </w:r>
    </w:p>
    <w:p w14:paraId="0A2A2758" w14:textId="77777777" w:rsidR="00365219" w:rsidRDefault="00695781">
      <w:pPr>
        <w:pStyle w:val="Option"/>
        <w:keepNext/>
      </w:pPr>
      <w:r>
        <w:t xml:space="preserve">☐ 3. </w:t>
      </w:r>
      <w:proofErr w:type="gramStart"/>
      <w:r>
        <w:t>P(</w:t>
      </w:r>
      <w:proofErr w:type="gramEnd"/>
      <w:r>
        <w:t>0,6)=24.</w:t>
      </w:r>
    </w:p>
    <w:p w14:paraId="0E34095A" w14:textId="77777777" w:rsidR="00365219" w:rsidRDefault="00695781">
      <w:pPr>
        <w:pStyle w:val="Option"/>
        <w:keepNext/>
      </w:pPr>
      <w:r>
        <w:t>☐ 4. P maksimum bernilai 46.</w:t>
      </w:r>
    </w:p>
    <w:p w14:paraId="7D5785E0" w14:textId="77777777" w:rsidR="00365219" w:rsidRDefault="00695781">
      <w:pPr>
        <w:pStyle w:val="Option"/>
      </w:pPr>
      <w:r>
        <w:t>☐ 5. P maksimum dicapai di (8,0).</w:t>
      </w:r>
    </w:p>
    <w:p w14:paraId="21B7EDD2" w14:textId="77777777" w:rsidR="00365219" w:rsidRDefault="00365219">
      <w:pPr>
        <w:pStyle w:val="Small"/>
      </w:pPr>
    </w:p>
    <w:p w14:paraId="282B461E" w14:textId="77777777" w:rsidR="00365219" w:rsidRDefault="00695781">
      <w:pPr>
        <w:pStyle w:val="Question"/>
      </w:pPr>
      <w:r>
        <w:rPr>
          <w:b/>
        </w:rPr>
        <w:t xml:space="preserve">69. </w:t>
      </w:r>
      <w:r>
        <w:t>Diketahui x+y+z=6, 2x+y-z=1, dan x-2y+3z=6.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2621735B" w14:textId="77777777">
        <w:trPr>
          <w:tblHeader/>
          <w:jc w:val="center"/>
        </w:trPr>
        <w:tc>
          <w:tcPr>
            <w:tcW w:w="3289" w:type="dxa"/>
            <w:shd w:val="clear" w:color="auto" w:fill="EDEDED"/>
            <w:vAlign w:val="center"/>
          </w:tcPr>
          <w:p w14:paraId="1F2DA28D" w14:textId="77777777" w:rsidR="00365219" w:rsidRDefault="00695781">
            <w:pPr>
              <w:jc w:val="center"/>
            </w:pPr>
            <w:r>
              <w:rPr>
                <w:b/>
                <w:sz w:val="17"/>
              </w:rPr>
              <w:t>Pernyataan</w:t>
            </w:r>
          </w:p>
        </w:tc>
        <w:tc>
          <w:tcPr>
            <w:tcW w:w="3289" w:type="dxa"/>
            <w:shd w:val="clear" w:color="auto" w:fill="EDEDED"/>
            <w:vAlign w:val="center"/>
          </w:tcPr>
          <w:p w14:paraId="34C1B0CC" w14:textId="77777777" w:rsidR="00365219" w:rsidRDefault="00695781">
            <w:pPr>
              <w:jc w:val="center"/>
            </w:pPr>
            <w:r>
              <w:rPr>
                <w:b/>
                <w:sz w:val="17"/>
              </w:rPr>
              <w:t>Benar</w:t>
            </w:r>
          </w:p>
        </w:tc>
        <w:tc>
          <w:tcPr>
            <w:tcW w:w="3289" w:type="dxa"/>
            <w:shd w:val="clear" w:color="auto" w:fill="EDEDED"/>
            <w:vAlign w:val="center"/>
          </w:tcPr>
          <w:p w14:paraId="05A85715" w14:textId="77777777" w:rsidR="00365219" w:rsidRDefault="00695781">
            <w:pPr>
              <w:jc w:val="center"/>
            </w:pPr>
            <w:r>
              <w:rPr>
                <w:b/>
                <w:sz w:val="17"/>
              </w:rPr>
              <w:t>Salah</w:t>
            </w:r>
          </w:p>
        </w:tc>
      </w:tr>
      <w:tr w:rsidR="00365219" w14:paraId="0DF56BED" w14:textId="77777777">
        <w:trPr>
          <w:cantSplit/>
          <w:jc w:val="center"/>
        </w:trPr>
        <w:tc>
          <w:tcPr>
            <w:tcW w:w="3289" w:type="dxa"/>
            <w:vAlign w:val="center"/>
          </w:tcPr>
          <w:p w14:paraId="6C5342C5" w14:textId="77777777" w:rsidR="00365219" w:rsidRDefault="00695781">
            <w:r>
              <w:rPr>
                <w:sz w:val="17"/>
              </w:rPr>
              <w:t>A. Solusi sistem adalah (1,2,3).</w:t>
            </w:r>
          </w:p>
        </w:tc>
        <w:tc>
          <w:tcPr>
            <w:tcW w:w="3289" w:type="dxa"/>
            <w:vAlign w:val="center"/>
          </w:tcPr>
          <w:p w14:paraId="5135822A" w14:textId="77777777" w:rsidR="00365219" w:rsidRDefault="00695781">
            <w:pPr>
              <w:jc w:val="center"/>
            </w:pPr>
            <w:r>
              <w:rPr>
                <w:sz w:val="22"/>
              </w:rPr>
              <w:t>☐</w:t>
            </w:r>
          </w:p>
        </w:tc>
        <w:tc>
          <w:tcPr>
            <w:tcW w:w="3289" w:type="dxa"/>
            <w:vAlign w:val="center"/>
          </w:tcPr>
          <w:p w14:paraId="0CCF762E" w14:textId="77777777" w:rsidR="00365219" w:rsidRDefault="00695781">
            <w:pPr>
              <w:jc w:val="center"/>
            </w:pPr>
            <w:r>
              <w:rPr>
                <w:sz w:val="22"/>
              </w:rPr>
              <w:t>☐</w:t>
            </w:r>
          </w:p>
        </w:tc>
      </w:tr>
      <w:tr w:rsidR="00365219" w14:paraId="1A33DA56" w14:textId="77777777">
        <w:trPr>
          <w:cantSplit/>
          <w:jc w:val="center"/>
        </w:trPr>
        <w:tc>
          <w:tcPr>
            <w:tcW w:w="3289" w:type="dxa"/>
            <w:vAlign w:val="center"/>
          </w:tcPr>
          <w:p w14:paraId="1B3A12D4" w14:textId="77777777" w:rsidR="00365219" w:rsidRDefault="00695781">
            <w:r>
              <w:rPr>
                <w:sz w:val="17"/>
              </w:rPr>
              <w:t>B. Nilai x+2y adalah 5.</w:t>
            </w:r>
          </w:p>
        </w:tc>
        <w:tc>
          <w:tcPr>
            <w:tcW w:w="3289" w:type="dxa"/>
            <w:vAlign w:val="center"/>
          </w:tcPr>
          <w:p w14:paraId="1DF11D8B" w14:textId="77777777" w:rsidR="00365219" w:rsidRDefault="00695781">
            <w:pPr>
              <w:jc w:val="center"/>
            </w:pPr>
            <w:r>
              <w:rPr>
                <w:sz w:val="22"/>
              </w:rPr>
              <w:t>☐</w:t>
            </w:r>
          </w:p>
        </w:tc>
        <w:tc>
          <w:tcPr>
            <w:tcW w:w="3289" w:type="dxa"/>
            <w:vAlign w:val="center"/>
          </w:tcPr>
          <w:p w14:paraId="46071EC2" w14:textId="77777777" w:rsidR="00365219" w:rsidRDefault="00695781">
            <w:pPr>
              <w:jc w:val="center"/>
            </w:pPr>
            <w:r>
              <w:rPr>
                <w:sz w:val="22"/>
              </w:rPr>
              <w:t>☐</w:t>
            </w:r>
          </w:p>
        </w:tc>
      </w:tr>
      <w:tr w:rsidR="00365219" w14:paraId="2E1B9E50" w14:textId="77777777">
        <w:trPr>
          <w:cantSplit/>
          <w:jc w:val="center"/>
        </w:trPr>
        <w:tc>
          <w:tcPr>
            <w:tcW w:w="3289" w:type="dxa"/>
            <w:vAlign w:val="center"/>
          </w:tcPr>
          <w:p w14:paraId="524BD142" w14:textId="77777777" w:rsidR="00365219" w:rsidRDefault="00695781">
            <w:r>
              <w:rPr>
                <w:sz w:val="17"/>
              </w:rPr>
              <w:t>C. Nilai xyz adalah 6.</w:t>
            </w:r>
          </w:p>
        </w:tc>
        <w:tc>
          <w:tcPr>
            <w:tcW w:w="3289" w:type="dxa"/>
            <w:vAlign w:val="center"/>
          </w:tcPr>
          <w:p w14:paraId="41A7BDC6" w14:textId="77777777" w:rsidR="00365219" w:rsidRDefault="00695781">
            <w:pPr>
              <w:jc w:val="center"/>
            </w:pPr>
            <w:r>
              <w:rPr>
                <w:sz w:val="22"/>
              </w:rPr>
              <w:t>☐</w:t>
            </w:r>
          </w:p>
        </w:tc>
        <w:tc>
          <w:tcPr>
            <w:tcW w:w="3289" w:type="dxa"/>
            <w:vAlign w:val="center"/>
          </w:tcPr>
          <w:p w14:paraId="5B2824E0" w14:textId="77777777" w:rsidR="00365219" w:rsidRDefault="00695781">
            <w:pPr>
              <w:jc w:val="center"/>
            </w:pPr>
            <w:r>
              <w:rPr>
                <w:sz w:val="22"/>
              </w:rPr>
              <w:t>☐</w:t>
            </w:r>
          </w:p>
        </w:tc>
      </w:tr>
      <w:tr w:rsidR="00365219" w14:paraId="3E136DBC" w14:textId="77777777">
        <w:trPr>
          <w:cantSplit/>
          <w:jc w:val="center"/>
        </w:trPr>
        <w:tc>
          <w:tcPr>
            <w:tcW w:w="3289" w:type="dxa"/>
            <w:vAlign w:val="center"/>
          </w:tcPr>
          <w:p w14:paraId="74951CFB" w14:textId="77777777" w:rsidR="00365219" w:rsidRDefault="00695781">
            <w:r>
              <w:rPr>
                <w:sz w:val="17"/>
              </w:rPr>
              <w:t>D. Nilai 2x-y+z adalah 3.</w:t>
            </w:r>
          </w:p>
        </w:tc>
        <w:tc>
          <w:tcPr>
            <w:tcW w:w="3289" w:type="dxa"/>
            <w:vAlign w:val="center"/>
          </w:tcPr>
          <w:p w14:paraId="1785B2AF" w14:textId="77777777" w:rsidR="00365219" w:rsidRDefault="00695781">
            <w:pPr>
              <w:jc w:val="center"/>
            </w:pPr>
            <w:r>
              <w:rPr>
                <w:sz w:val="22"/>
              </w:rPr>
              <w:t>☐</w:t>
            </w:r>
          </w:p>
        </w:tc>
        <w:tc>
          <w:tcPr>
            <w:tcW w:w="3289" w:type="dxa"/>
            <w:vAlign w:val="center"/>
          </w:tcPr>
          <w:p w14:paraId="7F24B3D2" w14:textId="77777777" w:rsidR="00365219" w:rsidRDefault="00695781">
            <w:pPr>
              <w:jc w:val="center"/>
            </w:pPr>
            <w:r>
              <w:rPr>
                <w:sz w:val="22"/>
              </w:rPr>
              <w:t>☐</w:t>
            </w:r>
          </w:p>
        </w:tc>
      </w:tr>
    </w:tbl>
    <w:p w14:paraId="0A659540" w14:textId="77777777" w:rsidR="00365219" w:rsidRDefault="00365219">
      <w:pPr>
        <w:pStyle w:val="Small"/>
      </w:pPr>
    </w:p>
    <w:p w14:paraId="761B6474" w14:textId="77777777" w:rsidR="00365219" w:rsidRDefault="00695781">
      <w:r>
        <w:br w:type="page"/>
      </w:r>
    </w:p>
    <w:p w14:paraId="13E9BCCA" w14:textId="77777777" w:rsidR="00365219" w:rsidRDefault="00695781">
      <w:pPr>
        <w:pStyle w:val="Question"/>
      </w:pPr>
      <w:r>
        <w:rPr>
          <w:b/>
        </w:rPr>
        <w:lastRenderedPageBreak/>
        <w:t xml:space="preserve">70. </w:t>
      </w:r>
      <w:r>
        <w:t>Diberikan f(x)=3x+6 dan g(x)=x-2.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5ED43E7A" w14:textId="77777777">
        <w:trPr>
          <w:tblHeader/>
          <w:jc w:val="center"/>
        </w:trPr>
        <w:tc>
          <w:tcPr>
            <w:tcW w:w="3289" w:type="dxa"/>
            <w:shd w:val="clear" w:color="auto" w:fill="EDEDED"/>
            <w:vAlign w:val="center"/>
          </w:tcPr>
          <w:p w14:paraId="08FC5499" w14:textId="77777777" w:rsidR="00365219" w:rsidRDefault="00695781">
            <w:pPr>
              <w:jc w:val="center"/>
            </w:pPr>
            <w:r>
              <w:rPr>
                <w:b/>
                <w:sz w:val="17"/>
              </w:rPr>
              <w:t>Pernyataan</w:t>
            </w:r>
          </w:p>
        </w:tc>
        <w:tc>
          <w:tcPr>
            <w:tcW w:w="3289" w:type="dxa"/>
            <w:shd w:val="clear" w:color="auto" w:fill="EDEDED"/>
            <w:vAlign w:val="center"/>
          </w:tcPr>
          <w:p w14:paraId="5346226F" w14:textId="77777777" w:rsidR="00365219" w:rsidRDefault="00695781">
            <w:pPr>
              <w:jc w:val="center"/>
            </w:pPr>
            <w:r>
              <w:rPr>
                <w:b/>
                <w:sz w:val="17"/>
              </w:rPr>
              <w:t>Benar</w:t>
            </w:r>
          </w:p>
        </w:tc>
        <w:tc>
          <w:tcPr>
            <w:tcW w:w="3289" w:type="dxa"/>
            <w:shd w:val="clear" w:color="auto" w:fill="EDEDED"/>
            <w:vAlign w:val="center"/>
          </w:tcPr>
          <w:p w14:paraId="44A3E6A6" w14:textId="77777777" w:rsidR="00365219" w:rsidRDefault="00695781">
            <w:pPr>
              <w:jc w:val="center"/>
            </w:pPr>
            <w:r>
              <w:rPr>
                <w:b/>
                <w:sz w:val="17"/>
              </w:rPr>
              <w:t>Salah</w:t>
            </w:r>
          </w:p>
        </w:tc>
      </w:tr>
      <w:tr w:rsidR="00365219" w14:paraId="2CBD9161" w14:textId="77777777">
        <w:trPr>
          <w:cantSplit/>
          <w:jc w:val="center"/>
        </w:trPr>
        <w:tc>
          <w:tcPr>
            <w:tcW w:w="3289" w:type="dxa"/>
            <w:vAlign w:val="center"/>
          </w:tcPr>
          <w:p w14:paraId="0F6DB5CD" w14:textId="77777777" w:rsidR="00365219" w:rsidRDefault="00695781">
            <w:r>
              <w:rPr>
                <w:sz w:val="17"/>
              </w:rPr>
              <w:t>A. f⁻¹(x)=(x-6)/3.</w:t>
            </w:r>
          </w:p>
        </w:tc>
        <w:tc>
          <w:tcPr>
            <w:tcW w:w="3289" w:type="dxa"/>
            <w:vAlign w:val="center"/>
          </w:tcPr>
          <w:p w14:paraId="7EE42707" w14:textId="77777777" w:rsidR="00365219" w:rsidRDefault="00695781">
            <w:pPr>
              <w:jc w:val="center"/>
            </w:pPr>
            <w:r>
              <w:rPr>
                <w:sz w:val="22"/>
              </w:rPr>
              <w:t>☐</w:t>
            </w:r>
          </w:p>
        </w:tc>
        <w:tc>
          <w:tcPr>
            <w:tcW w:w="3289" w:type="dxa"/>
            <w:vAlign w:val="center"/>
          </w:tcPr>
          <w:p w14:paraId="11BA222B" w14:textId="77777777" w:rsidR="00365219" w:rsidRDefault="00695781">
            <w:pPr>
              <w:jc w:val="center"/>
            </w:pPr>
            <w:r>
              <w:rPr>
                <w:sz w:val="22"/>
              </w:rPr>
              <w:t>☐</w:t>
            </w:r>
          </w:p>
        </w:tc>
      </w:tr>
      <w:tr w:rsidR="00365219" w14:paraId="7E1C4703" w14:textId="77777777">
        <w:trPr>
          <w:cantSplit/>
          <w:jc w:val="center"/>
        </w:trPr>
        <w:tc>
          <w:tcPr>
            <w:tcW w:w="3289" w:type="dxa"/>
            <w:vAlign w:val="center"/>
          </w:tcPr>
          <w:p w14:paraId="7F7F1432" w14:textId="77777777" w:rsidR="00365219" w:rsidRDefault="00695781">
            <w:r>
              <w:rPr>
                <w:sz w:val="17"/>
              </w:rPr>
              <w:t>B. (f∘</w:t>
            </w:r>
            <w:proofErr w:type="gramStart"/>
            <w:r>
              <w:rPr>
                <w:sz w:val="17"/>
              </w:rPr>
              <w:t>g)(</w:t>
            </w:r>
            <w:proofErr w:type="gramEnd"/>
            <w:r>
              <w:rPr>
                <w:sz w:val="17"/>
              </w:rPr>
              <w:t>x)=3x.</w:t>
            </w:r>
          </w:p>
        </w:tc>
        <w:tc>
          <w:tcPr>
            <w:tcW w:w="3289" w:type="dxa"/>
            <w:vAlign w:val="center"/>
          </w:tcPr>
          <w:p w14:paraId="4936B9D3" w14:textId="77777777" w:rsidR="00365219" w:rsidRDefault="00695781">
            <w:pPr>
              <w:jc w:val="center"/>
            </w:pPr>
            <w:r>
              <w:rPr>
                <w:sz w:val="22"/>
              </w:rPr>
              <w:t>☐</w:t>
            </w:r>
          </w:p>
        </w:tc>
        <w:tc>
          <w:tcPr>
            <w:tcW w:w="3289" w:type="dxa"/>
            <w:vAlign w:val="center"/>
          </w:tcPr>
          <w:p w14:paraId="5383B0A3" w14:textId="77777777" w:rsidR="00365219" w:rsidRDefault="00695781">
            <w:pPr>
              <w:jc w:val="center"/>
            </w:pPr>
            <w:r>
              <w:rPr>
                <w:sz w:val="22"/>
              </w:rPr>
              <w:t>☐</w:t>
            </w:r>
          </w:p>
        </w:tc>
      </w:tr>
      <w:tr w:rsidR="00365219" w14:paraId="1A5D7E9E" w14:textId="77777777">
        <w:trPr>
          <w:cantSplit/>
          <w:jc w:val="center"/>
        </w:trPr>
        <w:tc>
          <w:tcPr>
            <w:tcW w:w="3289" w:type="dxa"/>
            <w:vAlign w:val="center"/>
          </w:tcPr>
          <w:p w14:paraId="1DDD2A37" w14:textId="77777777" w:rsidR="00365219" w:rsidRDefault="00695781">
            <w:r>
              <w:rPr>
                <w:sz w:val="17"/>
              </w:rPr>
              <w:t>C. (g∘</w:t>
            </w:r>
            <w:proofErr w:type="gramStart"/>
            <w:r>
              <w:rPr>
                <w:sz w:val="17"/>
              </w:rPr>
              <w:t>f)(</w:t>
            </w:r>
            <w:proofErr w:type="gramEnd"/>
            <w:r>
              <w:rPr>
                <w:sz w:val="17"/>
              </w:rPr>
              <w:t>x)=3x+4.</w:t>
            </w:r>
          </w:p>
        </w:tc>
        <w:tc>
          <w:tcPr>
            <w:tcW w:w="3289" w:type="dxa"/>
            <w:vAlign w:val="center"/>
          </w:tcPr>
          <w:p w14:paraId="48A937A7" w14:textId="77777777" w:rsidR="00365219" w:rsidRDefault="00695781">
            <w:pPr>
              <w:jc w:val="center"/>
            </w:pPr>
            <w:r>
              <w:rPr>
                <w:sz w:val="22"/>
              </w:rPr>
              <w:t>☐</w:t>
            </w:r>
          </w:p>
        </w:tc>
        <w:tc>
          <w:tcPr>
            <w:tcW w:w="3289" w:type="dxa"/>
            <w:vAlign w:val="center"/>
          </w:tcPr>
          <w:p w14:paraId="1EC8D9F0" w14:textId="77777777" w:rsidR="00365219" w:rsidRDefault="00695781">
            <w:pPr>
              <w:jc w:val="center"/>
            </w:pPr>
            <w:r>
              <w:rPr>
                <w:sz w:val="22"/>
              </w:rPr>
              <w:t>☐</w:t>
            </w:r>
          </w:p>
        </w:tc>
      </w:tr>
      <w:tr w:rsidR="00365219" w14:paraId="227B2753" w14:textId="77777777">
        <w:trPr>
          <w:cantSplit/>
          <w:jc w:val="center"/>
        </w:trPr>
        <w:tc>
          <w:tcPr>
            <w:tcW w:w="3289" w:type="dxa"/>
            <w:vAlign w:val="center"/>
          </w:tcPr>
          <w:p w14:paraId="0FCF303E" w14:textId="77777777" w:rsidR="00365219" w:rsidRDefault="00695781">
            <w:r>
              <w:rPr>
                <w:sz w:val="17"/>
              </w:rPr>
              <w:t>D. (f⁻¹∘</w:t>
            </w:r>
            <w:proofErr w:type="gramStart"/>
            <w:r>
              <w:rPr>
                <w:sz w:val="17"/>
              </w:rPr>
              <w:t>f)(</w:t>
            </w:r>
            <w:proofErr w:type="gramEnd"/>
            <w:r>
              <w:rPr>
                <w:sz w:val="17"/>
              </w:rPr>
              <w:t>5)=5.</w:t>
            </w:r>
          </w:p>
        </w:tc>
        <w:tc>
          <w:tcPr>
            <w:tcW w:w="3289" w:type="dxa"/>
            <w:vAlign w:val="center"/>
          </w:tcPr>
          <w:p w14:paraId="1A7A80E2" w14:textId="77777777" w:rsidR="00365219" w:rsidRDefault="00695781">
            <w:pPr>
              <w:jc w:val="center"/>
            </w:pPr>
            <w:r>
              <w:rPr>
                <w:sz w:val="22"/>
              </w:rPr>
              <w:t>☐</w:t>
            </w:r>
          </w:p>
        </w:tc>
        <w:tc>
          <w:tcPr>
            <w:tcW w:w="3289" w:type="dxa"/>
            <w:vAlign w:val="center"/>
          </w:tcPr>
          <w:p w14:paraId="68AF2714" w14:textId="77777777" w:rsidR="00365219" w:rsidRDefault="00695781">
            <w:pPr>
              <w:jc w:val="center"/>
            </w:pPr>
            <w:r>
              <w:rPr>
                <w:sz w:val="22"/>
              </w:rPr>
              <w:t>☐</w:t>
            </w:r>
          </w:p>
        </w:tc>
      </w:tr>
    </w:tbl>
    <w:p w14:paraId="69A054B2" w14:textId="77777777" w:rsidR="00365219" w:rsidRDefault="00365219">
      <w:pPr>
        <w:pStyle w:val="Small"/>
      </w:pPr>
    </w:p>
    <w:p w14:paraId="46DE1DAF" w14:textId="77777777" w:rsidR="00365219" w:rsidRDefault="00695781">
      <w:pPr>
        <w:pStyle w:val="Question"/>
      </w:pPr>
      <w:r>
        <w:rPr>
          <w:b/>
        </w:rPr>
        <w:t xml:space="preserve">71. </w:t>
      </w:r>
      <w:r>
        <w:t>Biaya C(x) (ribu rupiah) adalah 50+2x untuk 0≤x≤10 dan 70+1,5(x-10) untuk x&gt;10.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1B4C277B" w14:textId="77777777">
        <w:trPr>
          <w:tblHeader/>
          <w:jc w:val="center"/>
        </w:trPr>
        <w:tc>
          <w:tcPr>
            <w:tcW w:w="3289" w:type="dxa"/>
            <w:shd w:val="clear" w:color="auto" w:fill="EDEDED"/>
            <w:vAlign w:val="center"/>
          </w:tcPr>
          <w:p w14:paraId="5225A76D" w14:textId="77777777" w:rsidR="00365219" w:rsidRDefault="00695781">
            <w:pPr>
              <w:jc w:val="center"/>
            </w:pPr>
            <w:r>
              <w:rPr>
                <w:b/>
                <w:sz w:val="17"/>
              </w:rPr>
              <w:t>Pernyataan</w:t>
            </w:r>
          </w:p>
        </w:tc>
        <w:tc>
          <w:tcPr>
            <w:tcW w:w="3289" w:type="dxa"/>
            <w:shd w:val="clear" w:color="auto" w:fill="EDEDED"/>
            <w:vAlign w:val="center"/>
          </w:tcPr>
          <w:p w14:paraId="0994ED2C" w14:textId="77777777" w:rsidR="00365219" w:rsidRDefault="00695781">
            <w:pPr>
              <w:jc w:val="center"/>
            </w:pPr>
            <w:r>
              <w:rPr>
                <w:b/>
                <w:sz w:val="17"/>
              </w:rPr>
              <w:t>Benar</w:t>
            </w:r>
          </w:p>
        </w:tc>
        <w:tc>
          <w:tcPr>
            <w:tcW w:w="3289" w:type="dxa"/>
            <w:shd w:val="clear" w:color="auto" w:fill="EDEDED"/>
            <w:vAlign w:val="center"/>
          </w:tcPr>
          <w:p w14:paraId="315B6C07" w14:textId="77777777" w:rsidR="00365219" w:rsidRDefault="00695781">
            <w:pPr>
              <w:jc w:val="center"/>
            </w:pPr>
            <w:r>
              <w:rPr>
                <w:b/>
                <w:sz w:val="17"/>
              </w:rPr>
              <w:t>Salah</w:t>
            </w:r>
          </w:p>
        </w:tc>
      </w:tr>
      <w:tr w:rsidR="00365219" w14:paraId="7B4B03CB" w14:textId="77777777">
        <w:trPr>
          <w:cantSplit/>
          <w:jc w:val="center"/>
        </w:trPr>
        <w:tc>
          <w:tcPr>
            <w:tcW w:w="3289" w:type="dxa"/>
            <w:vAlign w:val="center"/>
          </w:tcPr>
          <w:p w14:paraId="5393527A" w14:textId="77777777" w:rsidR="00365219" w:rsidRDefault="00695781">
            <w:r>
              <w:rPr>
                <w:sz w:val="17"/>
              </w:rPr>
              <w:t xml:space="preserve">A. </w:t>
            </w:r>
            <w:proofErr w:type="gramStart"/>
            <w:r>
              <w:rPr>
                <w:sz w:val="17"/>
              </w:rPr>
              <w:t>C(</w:t>
            </w:r>
            <w:proofErr w:type="gramEnd"/>
            <w:r>
              <w:rPr>
                <w:sz w:val="17"/>
              </w:rPr>
              <w:t>5)=60.</w:t>
            </w:r>
          </w:p>
        </w:tc>
        <w:tc>
          <w:tcPr>
            <w:tcW w:w="3289" w:type="dxa"/>
            <w:vAlign w:val="center"/>
          </w:tcPr>
          <w:p w14:paraId="55D00662" w14:textId="77777777" w:rsidR="00365219" w:rsidRDefault="00695781">
            <w:pPr>
              <w:jc w:val="center"/>
            </w:pPr>
            <w:r>
              <w:rPr>
                <w:sz w:val="22"/>
              </w:rPr>
              <w:t>☐</w:t>
            </w:r>
          </w:p>
        </w:tc>
        <w:tc>
          <w:tcPr>
            <w:tcW w:w="3289" w:type="dxa"/>
            <w:vAlign w:val="center"/>
          </w:tcPr>
          <w:p w14:paraId="2891C54E" w14:textId="77777777" w:rsidR="00365219" w:rsidRDefault="00695781">
            <w:pPr>
              <w:jc w:val="center"/>
            </w:pPr>
            <w:r>
              <w:rPr>
                <w:sz w:val="22"/>
              </w:rPr>
              <w:t>☐</w:t>
            </w:r>
          </w:p>
        </w:tc>
      </w:tr>
      <w:tr w:rsidR="00365219" w14:paraId="7D3AF216" w14:textId="77777777">
        <w:trPr>
          <w:cantSplit/>
          <w:jc w:val="center"/>
        </w:trPr>
        <w:tc>
          <w:tcPr>
            <w:tcW w:w="3289" w:type="dxa"/>
            <w:vAlign w:val="center"/>
          </w:tcPr>
          <w:p w14:paraId="07DD875F" w14:textId="77777777" w:rsidR="00365219" w:rsidRDefault="00695781">
            <w:r>
              <w:rPr>
                <w:sz w:val="17"/>
              </w:rPr>
              <w:t xml:space="preserve">B. </w:t>
            </w:r>
            <w:proofErr w:type="gramStart"/>
            <w:r>
              <w:rPr>
                <w:sz w:val="17"/>
              </w:rPr>
              <w:t>C(</w:t>
            </w:r>
            <w:proofErr w:type="gramEnd"/>
            <w:r>
              <w:rPr>
                <w:sz w:val="17"/>
              </w:rPr>
              <w:t>10)=70.</w:t>
            </w:r>
          </w:p>
        </w:tc>
        <w:tc>
          <w:tcPr>
            <w:tcW w:w="3289" w:type="dxa"/>
            <w:vAlign w:val="center"/>
          </w:tcPr>
          <w:p w14:paraId="589F0E78" w14:textId="77777777" w:rsidR="00365219" w:rsidRDefault="00695781">
            <w:pPr>
              <w:jc w:val="center"/>
            </w:pPr>
            <w:r>
              <w:rPr>
                <w:sz w:val="22"/>
              </w:rPr>
              <w:t>☐</w:t>
            </w:r>
          </w:p>
        </w:tc>
        <w:tc>
          <w:tcPr>
            <w:tcW w:w="3289" w:type="dxa"/>
            <w:vAlign w:val="center"/>
          </w:tcPr>
          <w:p w14:paraId="68FAEBF5" w14:textId="77777777" w:rsidR="00365219" w:rsidRDefault="00695781">
            <w:pPr>
              <w:jc w:val="center"/>
            </w:pPr>
            <w:r>
              <w:rPr>
                <w:sz w:val="22"/>
              </w:rPr>
              <w:t>☐</w:t>
            </w:r>
          </w:p>
        </w:tc>
      </w:tr>
      <w:tr w:rsidR="00365219" w14:paraId="01CB431E" w14:textId="77777777">
        <w:trPr>
          <w:cantSplit/>
          <w:jc w:val="center"/>
        </w:trPr>
        <w:tc>
          <w:tcPr>
            <w:tcW w:w="3289" w:type="dxa"/>
            <w:vAlign w:val="center"/>
          </w:tcPr>
          <w:p w14:paraId="59663F42" w14:textId="77777777" w:rsidR="00365219" w:rsidRDefault="00695781">
            <w:r>
              <w:rPr>
                <w:sz w:val="17"/>
              </w:rPr>
              <w:t xml:space="preserve">C. </w:t>
            </w:r>
            <w:proofErr w:type="gramStart"/>
            <w:r>
              <w:rPr>
                <w:sz w:val="17"/>
              </w:rPr>
              <w:t>C(</w:t>
            </w:r>
            <w:proofErr w:type="gramEnd"/>
            <w:r>
              <w:rPr>
                <w:sz w:val="17"/>
              </w:rPr>
              <w:t>20)=85.</w:t>
            </w:r>
          </w:p>
        </w:tc>
        <w:tc>
          <w:tcPr>
            <w:tcW w:w="3289" w:type="dxa"/>
            <w:vAlign w:val="center"/>
          </w:tcPr>
          <w:p w14:paraId="4295BE30" w14:textId="77777777" w:rsidR="00365219" w:rsidRDefault="00695781">
            <w:pPr>
              <w:jc w:val="center"/>
            </w:pPr>
            <w:r>
              <w:rPr>
                <w:sz w:val="22"/>
              </w:rPr>
              <w:t>☐</w:t>
            </w:r>
          </w:p>
        </w:tc>
        <w:tc>
          <w:tcPr>
            <w:tcW w:w="3289" w:type="dxa"/>
            <w:vAlign w:val="center"/>
          </w:tcPr>
          <w:p w14:paraId="05AE10E8" w14:textId="77777777" w:rsidR="00365219" w:rsidRDefault="00695781">
            <w:pPr>
              <w:jc w:val="center"/>
            </w:pPr>
            <w:r>
              <w:rPr>
                <w:sz w:val="22"/>
              </w:rPr>
              <w:t>☐</w:t>
            </w:r>
          </w:p>
        </w:tc>
      </w:tr>
      <w:tr w:rsidR="00365219" w14:paraId="52E74193" w14:textId="77777777">
        <w:trPr>
          <w:cantSplit/>
          <w:jc w:val="center"/>
        </w:trPr>
        <w:tc>
          <w:tcPr>
            <w:tcW w:w="3289" w:type="dxa"/>
            <w:vAlign w:val="center"/>
          </w:tcPr>
          <w:p w14:paraId="6DDA772A" w14:textId="77777777" w:rsidR="00365219" w:rsidRDefault="00695781">
            <w:r>
              <w:rPr>
                <w:sz w:val="17"/>
              </w:rPr>
              <w:t>D. Kenaikan biaya per unit setelah x=10 lebih besar daripada sebelum x=10.</w:t>
            </w:r>
          </w:p>
        </w:tc>
        <w:tc>
          <w:tcPr>
            <w:tcW w:w="3289" w:type="dxa"/>
            <w:vAlign w:val="center"/>
          </w:tcPr>
          <w:p w14:paraId="711A78F9" w14:textId="77777777" w:rsidR="00365219" w:rsidRDefault="00695781">
            <w:pPr>
              <w:jc w:val="center"/>
            </w:pPr>
            <w:r>
              <w:rPr>
                <w:sz w:val="22"/>
              </w:rPr>
              <w:t>☐</w:t>
            </w:r>
          </w:p>
        </w:tc>
        <w:tc>
          <w:tcPr>
            <w:tcW w:w="3289" w:type="dxa"/>
            <w:vAlign w:val="center"/>
          </w:tcPr>
          <w:p w14:paraId="1F9FDCD3" w14:textId="77777777" w:rsidR="00365219" w:rsidRDefault="00695781">
            <w:pPr>
              <w:jc w:val="center"/>
            </w:pPr>
            <w:r>
              <w:rPr>
                <w:sz w:val="22"/>
              </w:rPr>
              <w:t>☐</w:t>
            </w:r>
          </w:p>
        </w:tc>
      </w:tr>
    </w:tbl>
    <w:p w14:paraId="0CCB83B7" w14:textId="77777777" w:rsidR="00365219" w:rsidRDefault="00365219">
      <w:pPr>
        <w:pStyle w:val="Small"/>
      </w:pPr>
    </w:p>
    <w:p w14:paraId="7688B8C0" w14:textId="77777777" w:rsidR="00365219" w:rsidRDefault="00695781">
      <w:pPr>
        <w:pStyle w:val="Question"/>
      </w:pPr>
      <w:r>
        <w:rPr>
          <w:b/>
        </w:rPr>
        <w:t xml:space="preserve">72. </w:t>
      </w:r>
      <w:r>
        <w:t>Apakah nilai x-y dapat ditentukan?</w:t>
      </w:r>
      <w:r>
        <w:br/>
        <w:t>(1) x+y=10.</w:t>
      </w:r>
      <w:r>
        <w:br/>
        <w:t>(2) 2x-y=5.</w:t>
      </w:r>
    </w:p>
    <w:p w14:paraId="7624A392" w14:textId="77777777" w:rsidR="00365219" w:rsidRDefault="00695781">
      <w:pPr>
        <w:pStyle w:val="Option"/>
        <w:keepNext/>
      </w:pPr>
      <w:r>
        <w:t>A. Pernyataan (1) SAJA cukup, tetapi Pernyataan (2) SAJA tidak cukup.</w:t>
      </w:r>
    </w:p>
    <w:p w14:paraId="76A401C3" w14:textId="77777777" w:rsidR="00365219" w:rsidRDefault="00695781">
      <w:pPr>
        <w:pStyle w:val="Option"/>
        <w:keepNext/>
      </w:pPr>
      <w:r>
        <w:t>B. Pernyataan (2) SAJA cukup, tetapi Pernyataan (1) SAJA tidak cukup.</w:t>
      </w:r>
    </w:p>
    <w:p w14:paraId="0CE47B12" w14:textId="77777777" w:rsidR="00365219" w:rsidRDefault="00695781">
      <w:pPr>
        <w:pStyle w:val="Option"/>
        <w:keepNext/>
      </w:pPr>
      <w:r>
        <w:t>C. DUA pernyataan BERSAMA-SAMA cukup, tetapi SATU pernyataan SAJA tidak cukup.</w:t>
      </w:r>
    </w:p>
    <w:p w14:paraId="3452244D" w14:textId="77777777" w:rsidR="00365219" w:rsidRDefault="00695781">
      <w:pPr>
        <w:pStyle w:val="Option"/>
        <w:keepNext/>
      </w:pPr>
      <w:r>
        <w:t>D. Pernyataan (1) SAJA cukup dan Pernyataan (2) SAJA juga cukup.</w:t>
      </w:r>
    </w:p>
    <w:p w14:paraId="4E4771BE" w14:textId="77777777" w:rsidR="00365219" w:rsidRDefault="00695781">
      <w:pPr>
        <w:pStyle w:val="Option"/>
      </w:pPr>
      <w:r>
        <w:t>E. Pernyataan (1) dan Pernyataan (2) tidak cukup.</w:t>
      </w:r>
    </w:p>
    <w:p w14:paraId="25E362B6" w14:textId="77777777" w:rsidR="00365219" w:rsidRDefault="00365219">
      <w:pPr>
        <w:pStyle w:val="Small"/>
      </w:pPr>
    </w:p>
    <w:p w14:paraId="1F4EAE0C" w14:textId="77777777" w:rsidR="00365219" w:rsidRDefault="00695781">
      <w:pPr>
        <w:pStyle w:val="Question"/>
      </w:pPr>
      <w:r>
        <w:rPr>
          <w:b/>
        </w:rPr>
        <w:t xml:space="preserve">73. </w:t>
      </w:r>
      <w:r>
        <w:t xml:space="preserve">Dengan </w:t>
      </w:r>
      <w:proofErr w:type="gramStart"/>
      <w:r>
        <w:t>x,y</w:t>
      </w:r>
      <w:proofErr w:type="gramEnd"/>
      <w:r>
        <w:t>≥0, apakah nilai maksimum P=3x+2y dapat ditentukan?</w:t>
      </w:r>
      <w:r>
        <w:br/>
        <w:t>(1) x+y≤8.</w:t>
      </w:r>
      <w:r>
        <w:br/>
        <w:t>(2) x≤5.</w:t>
      </w:r>
    </w:p>
    <w:p w14:paraId="2877B23E" w14:textId="77777777" w:rsidR="00365219" w:rsidRDefault="00695781">
      <w:pPr>
        <w:pStyle w:val="Option"/>
        <w:keepNext/>
      </w:pPr>
      <w:r>
        <w:t>A. Pernyataan (1) SAJA cukup, tetapi Pernyataan (2) SAJA tidak cukup.</w:t>
      </w:r>
    </w:p>
    <w:p w14:paraId="12FDAAA0" w14:textId="77777777" w:rsidR="00365219" w:rsidRDefault="00695781">
      <w:pPr>
        <w:pStyle w:val="Option"/>
        <w:keepNext/>
      </w:pPr>
      <w:r>
        <w:t>B. Pernyataan (2) SAJA cukup, tetapi Pernyataan (1) SAJA tidak cukup.</w:t>
      </w:r>
    </w:p>
    <w:p w14:paraId="28877526" w14:textId="77777777" w:rsidR="00365219" w:rsidRDefault="00695781">
      <w:pPr>
        <w:pStyle w:val="Option"/>
        <w:keepNext/>
      </w:pPr>
      <w:r>
        <w:t>C. DUA pernyataan BERSAMA-SAMA cukup, tetapi SATU pernyataan SAJA tidak cukup.</w:t>
      </w:r>
    </w:p>
    <w:p w14:paraId="6FA5EF0B" w14:textId="77777777" w:rsidR="00365219" w:rsidRDefault="00695781">
      <w:pPr>
        <w:pStyle w:val="Option"/>
        <w:keepNext/>
      </w:pPr>
      <w:r>
        <w:t>D. Pernyataan (1) SAJA cukup dan Pernyataan (2) SAJA juga cukup.</w:t>
      </w:r>
    </w:p>
    <w:p w14:paraId="4BD07AB2" w14:textId="77777777" w:rsidR="00365219" w:rsidRDefault="00695781">
      <w:pPr>
        <w:pStyle w:val="Option"/>
      </w:pPr>
      <w:r>
        <w:t>E. Pernyataan (1) dan Pernyataan (2) tidak cukup.</w:t>
      </w:r>
    </w:p>
    <w:p w14:paraId="17FFE8B1" w14:textId="77777777" w:rsidR="00365219" w:rsidRDefault="00365219">
      <w:pPr>
        <w:pStyle w:val="Small"/>
      </w:pPr>
    </w:p>
    <w:p w14:paraId="4F8E829A" w14:textId="77777777" w:rsidR="00365219" w:rsidRDefault="00695781">
      <w:pPr>
        <w:pStyle w:val="Question"/>
      </w:pPr>
      <w:r>
        <w:rPr>
          <w:b/>
        </w:rPr>
        <w:t xml:space="preserve">74. </w:t>
      </w:r>
      <w:r>
        <w:t>Fungsi f(x)=ax+b. Apakah nilai a dapat ditentukan?</w:t>
      </w:r>
      <w:r>
        <w:br/>
        <w:t xml:space="preserve">(1) </w:t>
      </w:r>
      <w:proofErr w:type="gramStart"/>
      <w:r>
        <w:t>f(</w:t>
      </w:r>
      <w:proofErr w:type="gramEnd"/>
      <w:r>
        <w:t>2)=7.</w:t>
      </w:r>
      <w:r>
        <w:br/>
        <w:t>(2) f(5)=16.</w:t>
      </w:r>
    </w:p>
    <w:p w14:paraId="29351F8B" w14:textId="77777777" w:rsidR="00365219" w:rsidRDefault="00695781">
      <w:pPr>
        <w:pStyle w:val="Option"/>
        <w:keepNext/>
      </w:pPr>
      <w:r>
        <w:t>A. Pernyataan (1) SAJA cukup, tetapi Pernyataan (2) SAJA tidak cukup.</w:t>
      </w:r>
    </w:p>
    <w:p w14:paraId="7607E9EA" w14:textId="77777777" w:rsidR="00365219" w:rsidRDefault="00695781">
      <w:pPr>
        <w:pStyle w:val="Option"/>
        <w:keepNext/>
      </w:pPr>
      <w:r>
        <w:t>B. Pernyataan (2) SAJA cukup, tetapi Pernyataan (1) SAJA tidak cukup.</w:t>
      </w:r>
    </w:p>
    <w:p w14:paraId="28A5AEB8" w14:textId="77777777" w:rsidR="00365219" w:rsidRDefault="00695781">
      <w:pPr>
        <w:pStyle w:val="Option"/>
        <w:keepNext/>
      </w:pPr>
      <w:r>
        <w:t>C. DUA pernyataan BERSAMA-SAMA cukup, tetapi SATU pernyataan SAJA tidak cukup.</w:t>
      </w:r>
    </w:p>
    <w:p w14:paraId="772C944B" w14:textId="77777777" w:rsidR="00365219" w:rsidRDefault="00695781">
      <w:pPr>
        <w:pStyle w:val="Option"/>
        <w:keepNext/>
      </w:pPr>
      <w:r>
        <w:t>D. Pernyataan (1) SAJA cukup dan Pernyataan (2) SAJA juga cukup.</w:t>
      </w:r>
    </w:p>
    <w:p w14:paraId="0441FE15" w14:textId="77777777" w:rsidR="00365219" w:rsidRDefault="00695781">
      <w:pPr>
        <w:pStyle w:val="Option"/>
      </w:pPr>
      <w:r>
        <w:t>E. Pernyataan (1) dan Pernyataan (2) tidak cukup.</w:t>
      </w:r>
    </w:p>
    <w:p w14:paraId="72BD106A" w14:textId="77777777" w:rsidR="00365219" w:rsidRDefault="00365219">
      <w:pPr>
        <w:pStyle w:val="Small"/>
      </w:pPr>
    </w:p>
    <w:p w14:paraId="5A2BB9D4" w14:textId="77777777" w:rsidR="00365219" w:rsidRDefault="00695781">
      <w:pPr>
        <w:pStyle w:val="Question"/>
      </w:pPr>
      <w:r>
        <w:rPr>
          <w:b/>
        </w:rPr>
        <w:t xml:space="preserve">75. </w:t>
      </w:r>
      <w:r>
        <w:t>Seorang siswa menyelesaikan -2x+6&gt;10 sebagai berikut: -2x&gt;4, lalu x&gt;-2. Kesalahan siswa adalah ....</w:t>
      </w:r>
    </w:p>
    <w:p w14:paraId="5A84D5A7" w14:textId="77777777" w:rsidR="00365219" w:rsidRDefault="00695781">
      <w:pPr>
        <w:pStyle w:val="Option"/>
        <w:keepNext/>
      </w:pPr>
      <w:r>
        <w:t>A. mengurangi 6 pada kedua ruas</w:t>
      </w:r>
    </w:p>
    <w:p w14:paraId="35054721" w14:textId="77777777" w:rsidR="00365219" w:rsidRDefault="00695781">
      <w:pPr>
        <w:pStyle w:val="Option"/>
        <w:keepNext/>
      </w:pPr>
      <w:r>
        <w:t>B. membagi kedua ruas dengan -2</w:t>
      </w:r>
    </w:p>
    <w:p w14:paraId="26868033" w14:textId="77777777" w:rsidR="00365219" w:rsidRDefault="00695781">
      <w:pPr>
        <w:pStyle w:val="Option"/>
        <w:keepNext/>
      </w:pPr>
      <w:r>
        <w:t>C. tidak mengubah tanda pertidaksamaan saat membagi bilangan negatif</w:t>
      </w:r>
    </w:p>
    <w:p w14:paraId="10F0FBBF" w14:textId="77777777" w:rsidR="00365219" w:rsidRDefault="00695781">
      <w:pPr>
        <w:pStyle w:val="Option"/>
        <w:keepNext/>
      </w:pPr>
      <w:r>
        <w:t>D. mengubah 10 menjadi 4</w:t>
      </w:r>
    </w:p>
    <w:p w14:paraId="07F6925A" w14:textId="77777777" w:rsidR="00365219" w:rsidRDefault="00695781">
      <w:pPr>
        <w:pStyle w:val="Option"/>
      </w:pPr>
      <w:r>
        <w:t>E. menggunakan simbol &gt; sejak awal</w:t>
      </w:r>
    </w:p>
    <w:p w14:paraId="19593082" w14:textId="77777777" w:rsidR="00365219" w:rsidRDefault="00365219">
      <w:pPr>
        <w:pStyle w:val="Small"/>
      </w:pPr>
    </w:p>
    <w:p w14:paraId="0DA6AC58" w14:textId="77777777" w:rsidR="00365219" w:rsidRDefault="00695781">
      <w:pPr>
        <w:pStyle w:val="Heading2"/>
        <w:jc w:val="center"/>
      </w:pPr>
      <w:r>
        <w:t>ZPD-4 - TRANSFER MANDIRI</w:t>
      </w:r>
    </w:p>
    <w:p w14:paraId="4E2E5986" w14:textId="77777777" w:rsidR="00365219" w:rsidRDefault="00695781">
      <w:pPr>
        <w:pStyle w:val="Question"/>
      </w:pPr>
      <w:r>
        <w:rPr>
          <w:b/>
        </w:rPr>
        <w:t xml:space="preserve">76. </w:t>
      </w:r>
      <w:r>
        <w:t>Sistem x+y=2 dan kx+ky=4 mempunyai tak hingga banyak solusi jika ....</w:t>
      </w:r>
    </w:p>
    <w:p w14:paraId="632D544D" w14:textId="77777777" w:rsidR="00365219" w:rsidRDefault="00695781">
      <w:pPr>
        <w:pStyle w:val="Option"/>
        <w:keepNext/>
      </w:pPr>
      <w:r>
        <w:t>A. k=0</w:t>
      </w:r>
    </w:p>
    <w:p w14:paraId="5D07FA05" w14:textId="77777777" w:rsidR="00365219" w:rsidRDefault="00695781">
      <w:pPr>
        <w:pStyle w:val="Option"/>
        <w:keepNext/>
      </w:pPr>
      <w:r>
        <w:t>B. k=1</w:t>
      </w:r>
    </w:p>
    <w:p w14:paraId="160F68D0" w14:textId="77777777" w:rsidR="00365219" w:rsidRDefault="00695781">
      <w:pPr>
        <w:pStyle w:val="Option"/>
        <w:keepNext/>
      </w:pPr>
      <w:r>
        <w:t>C. k=2</w:t>
      </w:r>
    </w:p>
    <w:p w14:paraId="6834A29E" w14:textId="77777777" w:rsidR="00365219" w:rsidRDefault="00695781">
      <w:pPr>
        <w:pStyle w:val="Option"/>
        <w:keepNext/>
      </w:pPr>
      <w:r>
        <w:t>D. k=3</w:t>
      </w:r>
    </w:p>
    <w:p w14:paraId="464F63EF" w14:textId="77777777" w:rsidR="00365219" w:rsidRDefault="00695781">
      <w:pPr>
        <w:pStyle w:val="Option"/>
      </w:pPr>
      <w:r>
        <w:t>E. k=4</w:t>
      </w:r>
    </w:p>
    <w:p w14:paraId="6EB9AE2C" w14:textId="77777777" w:rsidR="00365219" w:rsidRDefault="00365219">
      <w:pPr>
        <w:pStyle w:val="Small"/>
      </w:pPr>
    </w:p>
    <w:p w14:paraId="645BD2D5" w14:textId="77777777" w:rsidR="00365219" w:rsidRDefault="00695781">
      <w:pPr>
        <w:pStyle w:val="Question"/>
      </w:pPr>
      <w:r>
        <w:rPr>
          <w:b/>
        </w:rPr>
        <w:t xml:space="preserve">77. </w:t>
      </w:r>
      <w:r>
        <w:t>Sistem x+y=6 dan kx-y=2 mempunyai solusi yang memenuhi x=2y. Nilai k adalah ....</w:t>
      </w:r>
    </w:p>
    <w:p w14:paraId="31B4112B" w14:textId="77777777" w:rsidR="00365219" w:rsidRDefault="00695781">
      <w:pPr>
        <w:pStyle w:val="Option"/>
        <w:keepNext/>
      </w:pPr>
      <w:r>
        <w:t>A. 0</w:t>
      </w:r>
    </w:p>
    <w:p w14:paraId="640365A7" w14:textId="77777777" w:rsidR="00365219" w:rsidRDefault="00695781">
      <w:pPr>
        <w:pStyle w:val="Option"/>
        <w:keepNext/>
      </w:pPr>
      <w:r>
        <w:t>B. 1</w:t>
      </w:r>
    </w:p>
    <w:p w14:paraId="715F98FF" w14:textId="77777777" w:rsidR="00365219" w:rsidRDefault="00695781">
      <w:pPr>
        <w:pStyle w:val="Option"/>
        <w:keepNext/>
      </w:pPr>
      <w:r>
        <w:t>C. 2</w:t>
      </w:r>
    </w:p>
    <w:p w14:paraId="7B7D6CF6" w14:textId="77777777" w:rsidR="00365219" w:rsidRDefault="00695781">
      <w:pPr>
        <w:pStyle w:val="Option"/>
        <w:keepNext/>
      </w:pPr>
      <w:r>
        <w:t>D. 3</w:t>
      </w:r>
    </w:p>
    <w:p w14:paraId="15CA232A" w14:textId="77777777" w:rsidR="00365219" w:rsidRDefault="00695781">
      <w:pPr>
        <w:pStyle w:val="Option"/>
      </w:pPr>
      <w:r>
        <w:t>E. 4</w:t>
      </w:r>
    </w:p>
    <w:p w14:paraId="06B3B73C" w14:textId="77777777" w:rsidR="00365219" w:rsidRDefault="00365219">
      <w:pPr>
        <w:pStyle w:val="Small"/>
      </w:pPr>
    </w:p>
    <w:p w14:paraId="37893C62" w14:textId="77777777" w:rsidR="00365219" w:rsidRDefault="00695781">
      <w:pPr>
        <w:pStyle w:val="Question"/>
      </w:pPr>
      <w:r>
        <w:rPr>
          <w:b/>
        </w:rPr>
        <w:t xml:space="preserve">78. </w:t>
      </w:r>
      <w:r>
        <w:t>Sebuah gudang mengirim paket kecil x, sedang y, dan besar z. Total paket 60. Skor volume memenuhi 2x+y+3z=100 dan skor penanganan x+3y+2z=130. Jika biaya kirim per paket berturut-turut Rp5.000,00, Rp7.000,00, dan Rp10.000,00, total biaya adalah ....</w:t>
      </w:r>
    </w:p>
    <w:p w14:paraId="26DE4F4C" w14:textId="77777777" w:rsidR="00365219" w:rsidRDefault="00695781">
      <w:pPr>
        <w:pStyle w:val="Option"/>
        <w:keepNext/>
      </w:pPr>
      <w:r>
        <w:t>A. Rp400.000,00</w:t>
      </w:r>
    </w:p>
    <w:p w14:paraId="3994EC54" w14:textId="77777777" w:rsidR="00365219" w:rsidRDefault="00695781">
      <w:pPr>
        <w:pStyle w:val="Option"/>
        <w:keepNext/>
      </w:pPr>
      <w:r>
        <w:t>B. Rp410.000,00</w:t>
      </w:r>
    </w:p>
    <w:p w14:paraId="213B2490" w14:textId="77777777" w:rsidR="00365219" w:rsidRDefault="00695781">
      <w:pPr>
        <w:pStyle w:val="Option"/>
        <w:keepNext/>
      </w:pPr>
      <w:r>
        <w:t>C. Rp420.000,00</w:t>
      </w:r>
    </w:p>
    <w:p w14:paraId="74F67E2D" w14:textId="77777777" w:rsidR="00365219" w:rsidRDefault="00695781">
      <w:pPr>
        <w:pStyle w:val="Option"/>
        <w:keepNext/>
      </w:pPr>
      <w:r>
        <w:t>D. Rp430.000,00</w:t>
      </w:r>
    </w:p>
    <w:p w14:paraId="2F538AB2" w14:textId="77777777" w:rsidR="00365219" w:rsidRDefault="00695781">
      <w:pPr>
        <w:pStyle w:val="Option"/>
      </w:pPr>
      <w:r>
        <w:t>E. Rp440.000,00</w:t>
      </w:r>
    </w:p>
    <w:p w14:paraId="32FC9C5E" w14:textId="77777777" w:rsidR="00365219" w:rsidRDefault="00365219">
      <w:pPr>
        <w:pStyle w:val="Small"/>
      </w:pPr>
    </w:p>
    <w:p w14:paraId="2007837D" w14:textId="77777777" w:rsidR="00365219" w:rsidRDefault="00695781">
      <w:pPr>
        <w:pStyle w:val="Question"/>
      </w:pPr>
      <w:r>
        <w:rPr>
          <w:b/>
        </w:rPr>
        <w:t xml:space="preserve">79. </w:t>
      </w:r>
      <w:r>
        <w:t>Jumlah siswa kelas A dan B adalah 72. Setelah 6 siswa dari kelas A pindah ke kelas B, perbandingan banyak siswa A terhadap B menjadi 3:5. Banyak siswa kelas A semula adalah ....</w:t>
      </w:r>
    </w:p>
    <w:p w14:paraId="5B4C14DF" w14:textId="77777777" w:rsidR="00365219" w:rsidRDefault="00695781">
      <w:pPr>
        <w:pStyle w:val="Option"/>
        <w:keepNext/>
      </w:pPr>
      <w:r>
        <w:t>A. 30</w:t>
      </w:r>
    </w:p>
    <w:p w14:paraId="10C98D46" w14:textId="77777777" w:rsidR="00365219" w:rsidRDefault="00695781">
      <w:pPr>
        <w:pStyle w:val="Option"/>
        <w:keepNext/>
      </w:pPr>
      <w:r>
        <w:t>B. 31</w:t>
      </w:r>
    </w:p>
    <w:p w14:paraId="1F3D7D3D" w14:textId="77777777" w:rsidR="00365219" w:rsidRDefault="00695781">
      <w:pPr>
        <w:pStyle w:val="Option"/>
        <w:keepNext/>
      </w:pPr>
      <w:r>
        <w:t>C. 32</w:t>
      </w:r>
    </w:p>
    <w:p w14:paraId="14FA5997" w14:textId="77777777" w:rsidR="00365219" w:rsidRDefault="00695781">
      <w:pPr>
        <w:pStyle w:val="Option"/>
        <w:keepNext/>
      </w:pPr>
      <w:r>
        <w:t>D. 33</w:t>
      </w:r>
    </w:p>
    <w:p w14:paraId="634BB3D2" w14:textId="77777777" w:rsidR="00365219" w:rsidRDefault="00695781">
      <w:pPr>
        <w:pStyle w:val="Option"/>
      </w:pPr>
      <w:r>
        <w:t>E. 34</w:t>
      </w:r>
    </w:p>
    <w:p w14:paraId="6A3E6171" w14:textId="77777777" w:rsidR="00365219" w:rsidRDefault="00365219">
      <w:pPr>
        <w:pStyle w:val="Small"/>
      </w:pPr>
    </w:p>
    <w:p w14:paraId="762D2A4D" w14:textId="77777777" w:rsidR="00365219" w:rsidRDefault="00695781">
      <w:pPr>
        <w:pStyle w:val="Question"/>
      </w:pPr>
      <w:r>
        <w:rPr>
          <w:b/>
        </w:rPr>
        <w:t xml:space="preserve">80. </w:t>
      </w:r>
      <w:r>
        <w:t>Paket layanan A berbiaya C_A(x)=50+4x dan paket B C_B(x)=80+2,5x (dalam ribu rupiah). Untuk penggunaan berapa unit kedua biaya sama?</w:t>
      </w:r>
    </w:p>
    <w:p w14:paraId="3DBCCEA6" w14:textId="77777777" w:rsidR="00365219" w:rsidRDefault="00695781">
      <w:pPr>
        <w:pStyle w:val="Option"/>
        <w:keepNext/>
      </w:pPr>
      <w:r>
        <w:t>A. 10</w:t>
      </w:r>
    </w:p>
    <w:p w14:paraId="0F5087C1" w14:textId="77777777" w:rsidR="00365219" w:rsidRDefault="00695781">
      <w:pPr>
        <w:pStyle w:val="Option"/>
        <w:keepNext/>
      </w:pPr>
      <w:r>
        <w:t>B. 15</w:t>
      </w:r>
    </w:p>
    <w:p w14:paraId="1F74BB9A" w14:textId="77777777" w:rsidR="00365219" w:rsidRDefault="00695781">
      <w:pPr>
        <w:pStyle w:val="Option"/>
        <w:keepNext/>
      </w:pPr>
      <w:r>
        <w:t>C. 20</w:t>
      </w:r>
    </w:p>
    <w:p w14:paraId="5C4DB72B" w14:textId="77777777" w:rsidR="00365219" w:rsidRDefault="00695781">
      <w:pPr>
        <w:pStyle w:val="Option"/>
        <w:keepNext/>
      </w:pPr>
      <w:r>
        <w:t>D. 25</w:t>
      </w:r>
    </w:p>
    <w:p w14:paraId="2C78DD9D" w14:textId="77777777" w:rsidR="00365219" w:rsidRDefault="00695781">
      <w:pPr>
        <w:pStyle w:val="Option"/>
      </w:pPr>
      <w:r>
        <w:t>E. 30</w:t>
      </w:r>
    </w:p>
    <w:p w14:paraId="33DAA694" w14:textId="77777777" w:rsidR="00365219" w:rsidRDefault="00365219">
      <w:pPr>
        <w:pStyle w:val="Small"/>
      </w:pPr>
    </w:p>
    <w:p w14:paraId="66354DBC" w14:textId="77777777" w:rsidR="00365219" w:rsidRDefault="00695781">
      <w:pPr>
        <w:pStyle w:val="Question"/>
      </w:pPr>
      <w:r>
        <w:rPr>
          <w:b/>
        </w:rPr>
        <w:t xml:space="preserve">81. </w:t>
      </w:r>
      <w:r>
        <w:t xml:space="preserve">Sebuah studio memiliki paling banyak 48 jam mesin dan 30 jam tenaga ahli. Produk A membutuhkan 4 jam mesin dan 2 jam tenaga ahli; produk B membutuhkan 3 jam mesin dan 3 jam tenaga ahli. Jika </w:t>
      </w:r>
      <w:proofErr w:type="gramStart"/>
      <w:r>
        <w:t>x,y</w:t>
      </w:r>
      <w:proofErr w:type="gramEnd"/>
      <w:r>
        <w:t xml:space="preserve"> jumlah produk A,B, sistem kendala yang tepat adalah ....</w:t>
      </w:r>
    </w:p>
    <w:p w14:paraId="25F41A90" w14:textId="77777777" w:rsidR="00365219" w:rsidRDefault="00695781">
      <w:pPr>
        <w:pStyle w:val="Option"/>
        <w:keepNext/>
      </w:pPr>
      <w:r>
        <w:t>A. 4x+3y≥48 dan 2x+3y≥30</w:t>
      </w:r>
    </w:p>
    <w:p w14:paraId="20ABC40E" w14:textId="77777777" w:rsidR="00365219" w:rsidRDefault="00695781">
      <w:pPr>
        <w:pStyle w:val="Option"/>
        <w:keepNext/>
      </w:pPr>
      <w:r>
        <w:t>B. 4x+3y≤48 dan 2x+3y≤30</w:t>
      </w:r>
    </w:p>
    <w:p w14:paraId="788D1A55" w14:textId="77777777" w:rsidR="00365219" w:rsidRDefault="00695781">
      <w:pPr>
        <w:pStyle w:val="Option"/>
        <w:keepNext/>
      </w:pPr>
      <w:r>
        <w:t>C. 3x+4y≤48 dan 2x+3y≤30</w:t>
      </w:r>
    </w:p>
    <w:p w14:paraId="5838397F" w14:textId="77777777" w:rsidR="00365219" w:rsidRDefault="00695781">
      <w:pPr>
        <w:pStyle w:val="Option"/>
        <w:keepNext/>
      </w:pPr>
      <w:r>
        <w:t>D. 4x+2y≤48 dan 3x+3y≤30</w:t>
      </w:r>
    </w:p>
    <w:p w14:paraId="0002987B" w14:textId="77777777" w:rsidR="00365219" w:rsidRDefault="00695781">
      <w:pPr>
        <w:pStyle w:val="Option"/>
      </w:pPr>
      <w:r>
        <w:t>E. 4x+3y=48 dan 2x+3y=30</w:t>
      </w:r>
    </w:p>
    <w:p w14:paraId="7EA043E7" w14:textId="77777777" w:rsidR="00365219" w:rsidRDefault="00365219">
      <w:pPr>
        <w:pStyle w:val="Small"/>
      </w:pPr>
    </w:p>
    <w:p w14:paraId="6559EEFA" w14:textId="77777777" w:rsidR="00365219" w:rsidRDefault="00695781">
      <w:pPr>
        <w:pStyle w:val="Question"/>
      </w:pPr>
      <w:r>
        <w:rPr>
          <w:b/>
        </w:rPr>
        <w:t xml:space="preserve">82. </w:t>
      </w:r>
      <w:r>
        <w:t>Dalam sistem x+y≤10, 2x+2y≤24, x≤8, y≤7, x≥0, y≥0, kendala yang redundan adalah ....</w:t>
      </w:r>
    </w:p>
    <w:p w14:paraId="4631D066" w14:textId="77777777" w:rsidR="00365219" w:rsidRDefault="00695781">
      <w:pPr>
        <w:pStyle w:val="Option"/>
        <w:keepNext/>
      </w:pPr>
      <w:r>
        <w:t>A. x+y≤10</w:t>
      </w:r>
    </w:p>
    <w:p w14:paraId="0014C242" w14:textId="77777777" w:rsidR="00365219" w:rsidRDefault="00695781">
      <w:pPr>
        <w:pStyle w:val="Option"/>
        <w:keepNext/>
      </w:pPr>
      <w:r>
        <w:t>B. 2x+2y≤24</w:t>
      </w:r>
    </w:p>
    <w:p w14:paraId="376D125A" w14:textId="77777777" w:rsidR="00365219" w:rsidRDefault="00695781">
      <w:pPr>
        <w:pStyle w:val="Option"/>
        <w:keepNext/>
      </w:pPr>
      <w:r>
        <w:t>C. x≤8</w:t>
      </w:r>
    </w:p>
    <w:p w14:paraId="6E65DF42" w14:textId="77777777" w:rsidR="00365219" w:rsidRDefault="00695781">
      <w:pPr>
        <w:pStyle w:val="Option"/>
        <w:keepNext/>
      </w:pPr>
      <w:r>
        <w:t>D. y≤7</w:t>
      </w:r>
    </w:p>
    <w:p w14:paraId="5532E947" w14:textId="77777777" w:rsidR="00365219" w:rsidRDefault="00695781">
      <w:pPr>
        <w:pStyle w:val="Option"/>
      </w:pPr>
      <w:r>
        <w:t>E. x≥0</w:t>
      </w:r>
    </w:p>
    <w:p w14:paraId="1D2C1DD7" w14:textId="77777777" w:rsidR="00365219" w:rsidRDefault="00365219">
      <w:pPr>
        <w:pStyle w:val="Small"/>
      </w:pPr>
    </w:p>
    <w:p w14:paraId="40817ACD" w14:textId="77777777" w:rsidR="00365219" w:rsidRDefault="00695781">
      <w:pPr>
        <w:pStyle w:val="Question"/>
      </w:pPr>
      <w:r>
        <w:rPr>
          <w:b/>
        </w:rPr>
        <w:t xml:space="preserve">83. </w:t>
      </w:r>
      <w:r>
        <w:t xml:space="preserve">Daerah layak memenuhi 2x+y≤20, x+2y≤16, </w:t>
      </w:r>
      <w:proofErr w:type="gramStart"/>
      <w:r>
        <w:t>x,y</w:t>
      </w:r>
      <w:proofErr w:type="gramEnd"/>
      <w:r>
        <w:t>≥0. Fungsi tujuan P=px+30y. Agar titik (8,4) tetap menjadi titik optimal maksimum (boleh berbagi optimum dengan titik lain), nilai p harus memenuhi ....</w:t>
      </w:r>
    </w:p>
    <w:p w14:paraId="4250DF11" w14:textId="77777777" w:rsidR="00365219" w:rsidRDefault="00695781">
      <w:pPr>
        <w:pStyle w:val="Option"/>
        <w:keepNext/>
      </w:pPr>
      <w:r>
        <w:t>A. p&lt;15</w:t>
      </w:r>
    </w:p>
    <w:p w14:paraId="338A6BCA" w14:textId="77777777" w:rsidR="00365219" w:rsidRDefault="00695781">
      <w:pPr>
        <w:pStyle w:val="Option"/>
        <w:keepNext/>
      </w:pPr>
      <w:r>
        <w:t>B. 15≤p≤60</w:t>
      </w:r>
    </w:p>
    <w:p w14:paraId="6055EB57" w14:textId="77777777" w:rsidR="00365219" w:rsidRDefault="00695781">
      <w:pPr>
        <w:pStyle w:val="Option"/>
        <w:keepNext/>
      </w:pPr>
      <w:r>
        <w:t>C. p&gt;60</w:t>
      </w:r>
    </w:p>
    <w:p w14:paraId="5B3242F8" w14:textId="77777777" w:rsidR="00365219" w:rsidRDefault="00695781">
      <w:pPr>
        <w:pStyle w:val="Option"/>
        <w:keepNext/>
      </w:pPr>
      <w:r>
        <w:t>D. 30≤p≤45</w:t>
      </w:r>
    </w:p>
    <w:p w14:paraId="3240002F" w14:textId="77777777" w:rsidR="00365219" w:rsidRDefault="00695781">
      <w:pPr>
        <w:pStyle w:val="Option"/>
      </w:pPr>
      <w:r>
        <w:t>E. p=40 saja</w:t>
      </w:r>
    </w:p>
    <w:p w14:paraId="5C53C79D" w14:textId="77777777" w:rsidR="00365219" w:rsidRDefault="00365219">
      <w:pPr>
        <w:pStyle w:val="Small"/>
      </w:pPr>
    </w:p>
    <w:p w14:paraId="151DC940" w14:textId="77777777" w:rsidR="00365219" w:rsidRDefault="00695781">
      <w:pPr>
        <w:pStyle w:val="Question"/>
      </w:pPr>
      <w:r>
        <w:rPr>
          <w:b/>
        </w:rPr>
        <w:t xml:space="preserve">84. </w:t>
      </w:r>
      <w:r>
        <w:t>Untuk x+y≤12, x≥3, y≥2, fungsi P=4x+5y maksimum bernilai ....</w:t>
      </w:r>
    </w:p>
    <w:p w14:paraId="32BE4F5A" w14:textId="77777777" w:rsidR="00365219" w:rsidRDefault="00695781">
      <w:pPr>
        <w:pStyle w:val="Option"/>
        <w:keepNext/>
      </w:pPr>
      <w:r>
        <w:t>A. 50</w:t>
      </w:r>
    </w:p>
    <w:p w14:paraId="49F704E3" w14:textId="77777777" w:rsidR="00365219" w:rsidRDefault="00695781">
      <w:pPr>
        <w:pStyle w:val="Option"/>
        <w:keepNext/>
      </w:pPr>
      <w:r>
        <w:t>B. 52</w:t>
      </w:r>
    </w:p>
    <w:p w14:paraId="24836676" w14:textId="77777777" w:rsidR="00365219" w:rsidRDefault="00695781">
      <w:pPr>
        <w:pStyle w:val="Option"/>
        <w:keepNext/>
      </w:pPr>
      <w:r>
        <w:t>C. 54</w:t>
      </w:r>
    </w:p>
    <w:p w14:paraId="5FFE8938" w14:textId="77777777" w:rsidR="00365219" w:rsidRDefault="00695781">
      <w:pPr>
        <w:pStyle w:val="Option"/>
        <w:keepNext/>
      </w:pPr>
      <w:r>
        <w:t>D. 56</w:t>
      </w:r>
    </w:p>
    <w:p w14:paraId="42E306B4" w14:textId="77777777" w:rsidR="00365219" w:rsidRDefault="00695781">
      <w:pPr>
        <w:pStyle w:val="Option"/>
      </w:pPr>
      <w:r>
        <w:t>E. 57</w:t>
      </w:r>
    </w:p>
    <w:p w14:paraId="1A850DAC" w14:textId="77777777" w:rsidR="00365219" w:rsidRDefault="00365219">
      <w:pPr>
        <w:pStyle w:val="Small"/>
      </w:pPr>
    </w:p>
    <w:p w14:paraId="7D6A30A2" w14:textId="77777777" w:rsidR="00365219" w:rsidRDefault="00695781">
      <w:pPr>
        <w:pStyle w:val="Question"/>
      </w:pPr>
      <w:r>
        <w:rPr>
          <w:b/>
        </w:rPr>
        <w:t xml:space="preserve">85. </w:t>
      </w:r>
      <w:r>
        <w:t xml:space="preserve">Sebuah usaha membuat x paket A dan y paket B dengan x+y≤9, 2x+y≤14, </w:t>
      </w:r>
      <w:proofErr w:type="gramStart"/>
      <w:r>
        <w:t>x,y</w:t>
      </w:r>
      <w:proofErr w:type="gramEnd"/>
      <w:r>
        <w:t>≥0. Laba per paket berturut-turut 7 dan 5 satuan. Laba maksimum adalah ....</w:t>
      </w:r>
    </w:p>
    <w:p w14:paraId="6DD8BD0C" w14:textId="77777777" w:rsidR="00365219" w:rsidRDefault="00695781">
      <w:pPr>
        <w:pStyle w:val="Option"/>
        <w:keepNext/>
      </w:pPr>
      <w:r>
        <w:t>A. 45</w:t>
      </w:r>
    </w:p>
    <w:p w14:paraId="2ED95B7D" w14:textId="77777777" w:rsidR="00365219" w:rsidRDefault="00695781">
      <w:pPr>
        <w:pStyle w:val="Option"/>
        <w:keepNext/>
      </w:pPr>
      <w:r>
        <w:t>B. 49</w:t>
      </w:r>
    </w:p>
    <w:p w14:paraId="63979410" w14:textId="77777777" w:rsidR="00365219" w:rsidRDefault="00695781">
      <w:pPr>
        <w:pStyle w:val="Option"/>
        <w:keepNext/>
      </w:pPr>
      <w:r>
        <w:t>C. 50</w:t>
      </w:r>
    </w:p>
    <w:p w14:paraId="491818DB" w14:textId="77777777" w:rsidR="00365219" w:rsidRDefault="00695781">
      <w:pPr>
        <w:pStyle w:val="Option"/>
        <w:keepNext/>
      </w:pPr>
      <w:r>
        <w:t>D. 54</w:t>
      </w:r>
    </w:p>
    <w:p w14:paraId="3C7E6ABE" w14:textId="77777777" w:rsidR="00365219" w:rsidRDefault="00695781">
      <w:pPr>
        <w:pStyle w:val="Option"/>
      </w:pPr>
      <w:r>
        <w:t>E. 55</w:t>
      </w:r>
    </w:p>
    <w:p w14:paraId="58D1C50D" w14:textId="77777777" w:rsidR="00365219" w:rsidRDefault="00365219">
      <w:pPr>
        <w:pStyle w:val="Small"/>
      </w:pPr>
    </w:p>
    <w:p w14:paraId="02816F40" w14:textId="77777777" w:rsidR="00365219" w:rsidRDefault="00695781">
      <w:pPr>
        <w:pStyle w:val="Question"/>
      </w:pPr>
      <w:r>
        <w:rPr>
          <w:b/>
        </w:rPr>
        <w:t xml:space="preserve">86. </w:t>
      </w:r>
      <w:r>
        <w:t>Jumlah pelanggan suatu layanan mengikuti model linear. Tahun 2022 ada 120 pelanggan dan tahun 2025 ada 165 pelanggan. Jika tren linear berlanjut, perkiraan tahun 2028 adalah ....</w:t>
      </w:r>
    </w:p>
    <w:p w14:paraId="3A959077" w14:textId="77777777" w:rsidR="00365219" w:rsidRDefault="00695781">
      <w:pPr>
        <w:pStyle w:val="Option"/>
        <w:keepNext/>
      </w:pPr>
      <w:r>
        <w:t>A. 195</w:t>
      </w:r>
    </w:p>
    <w:p w14:paraId="16D3F123" w14:textId="77777777" w:rsidR="00365219" w:rsidRDefault="00695781">
      <w:pPr>
        <w:pStyle w:val="Option"/>
        <w:keepNext/>
      </w:pPr>
      <w:r>
        <w:t>B. 200</w:t>
      </w:r>
    </w:p>
    <w:p w14:paraId="5BD69644" w14:textId="77777777" w:rsidR="00365219" w:rsidRDefault="00695781">
      <w:pPr>
        <w:pStyle w:val="Option"/>
        <w:keepNext/>
      </w:pPr>
      <w:r>
        <w:t>C. 205</w:t>
      </w:r>
    </w:p>
    <w:p w14:paraId="524FA4A4" w14:textId="77777777" w:rsidR="00365219" w:rsidRDefault="00695781">
      <w:pPr>
        <w:pStyle w:val="Option"/>
        <w:keepNext/>
      </w:pPr>
      <w:r>
        <w:t>D. 210</w:t>
      </w:r>
    </w:p>
    <w:p w14:paraId="546BFDAB" w14:textId="77777777" w:rsidR="00365219" w:rsidRDefault="00695781">
      <w:pPr>
        <w:pStyle w:val="Option"/>
      </w:pPr>
      <w:r>
        <w:t>E. 215</w:t>
      </w:r>
    </w:p>
    <w:p w14:paraId="4DEF7E02" w14:textId="77777777" w:rsidR="00365219" w:rsidRDefault="00365219">
      <w:pPr>
        <w:pStyle w:val="Small"/>
      </w:pPr>
    </w:p>
    <w:p w14:paraId="77C1FA59" w14:textId="77777777" w:rsidR="00365219" w:rsidRDefault="00695781">
      <w:pPr>
        <w:pStyle w:val="Question"/>
      </w:pPr>
      <w:r>
        <w:rPr>
          <w:b/>
        </w:rPr>
        <w:t xml:space="preserve">87. </w:t>
      </w:r>
      <w:r>
        <w:t>Biaya pengiriman C(x) (ribu rupiah) adalah 10+3x untuk 0≤x≤10 dan 40+2,5(x-10) untuk x&gt;10. Jika anggaran paling banyak 65 ribu, nilai maksimum x adalah ....</w:t>
      </w:r>
    </w:p>
    <w:p w14:paraId="67AE308D" w14:textId="77777777" w:rsidR="00365219" w:rsidRDefault="00695781">
      <w:pPr>
        <w:pStyle w:val="Option"/>
        <w:keepNext/>
      </w:pPr>
      <w:r>
        <w:t>A. 16</w:t>
      </w:r>
    </w:p>
    <w:p w14:paraId="208973C1" w14:textId="77777777" w:rsidR="00365219" w:rsidRDefault="00695781">
      <w:pPr>
        <w:pStyle w:val="Option"/>
        <w:keepNext/>
      </w:pPr>
      <w:r>
        <w:t>B. 18</w:t>
      </w:r>
    </w:p>
    <w:p w14:paraId="542A877B" w14:textId="77777777" w:rsidR="00365219" w:rsidRDefault="00695781">
      <w:pPr>
        <w:pStyle w:val="Option"/>
        <w:keepNext/>
      </w:pPr>
      <w:r>
        <w:t>C. 20</w:t>
      </w:r>
    </w:p>
    <w:p w14:paraId="7E9C67C0" w14:textId="77777777" w:rsidR="00365219" w:rsidRDefault="00695781">
      <w:pPr>
        <w:pStyle w:val="Option"/>
        <w:keepNext/>
      </w:pPr>
      <w:r>
        <w:t>D. 22</w:t>
      </w:r>
    </w:p>
    <w:p w14:paraId="51452A6F" w14:textId="77777777" w:rsidR="00365219" w:rsidRDefault="00695781">
      <w:pPr>
        <w:pStyle w:val="Option"/>
      </w:pPr>
      <w:r>
        <w:t>E. 24</w:t>
      </w:r>
    </w:p>
    <w:p w14:paraId="6579BD90" w14:textId="77777777" w:rsidR="00365219" w:rsidRDefault="00365219">
      <w:pPr>
        <w:pStyle w:val="Small"/>
      </w:pPr>
    </w:p>
    <w:p w14:paraId="0A6A23F8" w14:textId="77777777" w:rsidR="00365219" w:rsidRDefault="00695781">
      <w:pPr>
        <w:pStyle w:val="Question"/>
      </w:pPr>
      <w:r>
        <w:rPr>
          <w:b/>
        </w:rPr>
        <w:lastRenderedPageBreak/>
        <w:t xml:space="preserve">88. </w:t>
      </w:r>
      <w:r>
        <w:t>Konversi suhu dinyatakan F(C)=1,8C+32. Nilai F⁻</w:t>
      </w:r>
      <w:proofErr w:type="gramStart"/>
      <w:r>
        <w:t>¹(</w:t>
      </w:r>
      <w:proofErr w:type="gramEnd"/>
      <w:r>
        <w:t>95) adalah ....</w:t>
      </w:r>
    </w:p>
    <w:p w14:paraId="24F28EBA" w14:textId="77777777" w:rsidR="00365219" w:rsidRDefault="00695781">
      <w:pPr>
        <w:pStyle w:val="Option"/>
        <w:keepNext/>
      </w:pPr>
      <w:r>
        <w:t>A. 30</w:t>
      </w:r>
    </w:p>
    <w:p w14:paraId="085A40CD" w14:textId="77777777" w:rsidR="00365219" w:rsidRDefault="00695781">
      <w:pPr>
        <w:pStyle w:val="Option"/>
        <w:keepNext/>
      </w:pPr>
      <w:r>
        <w:t>B. 32</w:t>
      </w:r>
    </w:p>
    <w:p w14:paraId="0974BA0A" w14:textId="77777777" w:rsidR="00365219" w:rsidRDefault="00695781">
      <w:pPr>
        <w:pStyle w:val="Option"/>
        <w:keepNext/>
      </w:pPr>
      <w:r>
        <w:t>C. 35</w:t>
      </w:r>
    </w:p>
    <w:p w14:paraId="5E11C2A2" w14:textId="77777777" w:rsidR="00365219" w:rsidRDefault="00695781">
      <w:pPr>
        <w:pStyle w:val="Option"/>
        <w:keepNext/>
      </w:pPr>
      <w:r>
        <w:t>D. 37</w:t>
      </w:r>
    </w:p>
    <w:p w14:paraId="6A64B91C" w14:textId="77777777" w:rsidR="00365219" w:rsidRDefault="00695781">
      <w:pPr>
        <w:pStyle w:val="Option"/>
      </w:pPr>
      <w:r>
        <w:t>E. 40</w:t>
      </w:r>
    </w:p>
    <w:p w14:paraId="351E5578" w14:textId="77777777" w:rsidR="00365219" w:rsidRDefault="00365219">
      <w:pPr>
        <w:pStyle w:val="Small"/>
      </w:pPr>
    </w:p>
    <w:p w14:paraId="67C19E74" w14:textId="77777777" w:rsidR="00365219" w:rsidRDefault="00695781">
      <w:pPr>
        <w:pStyle w:val="Question"/>
      </w:pPr>
      <w:r>
        <w:rPr>
          <w:b/>
        </w:rPr>
        <w:t xml:space="preserve">89. </w:t>
      </w:r>
      <w:r>
        <w:t>Suatu nilai x lebih dulu dikurangi 10% melalui g(x)=0,9x, kemudian dikenai biaya tetap 2 satuan dan kenaikan 10% melalui f(x)=1,1x+2. Nilai (f∘</w:t>
      </w:r>
      <w:proofErr w:type="gramStart"/>
      <w:r>
        <w:t>g)(</w:t>
      </w:r>
      <w:proofErr w:type="gramEnd"/>
      <w:r>
        <w:t>100) adalah ....</w:t>
      </w:r>
    </w:p>
    <w:p w14:paraId="09E8BB62" w14:textId="77777777" w:rsidR="00365219" w:rsidRDefault="00695781">
      <w:pPr>
        <w:pStyle w:val="Option"/>
        <w:keepNext/>
      </w:pPr>
      <w:r>
        <w:t>A. 99</w:t>
      </w:r>
    </w:p>
    <w:p w14:paraId="40696004" w14:textId="77777777" w:rsidR="00365219" w:rsidRDefault="00695781">
      <w:pPr>
        <w:pStyle w:val="Option"/>
        <w:keepNext/>
      </w:pPr>
      <w:r>
        <w:t>B. 100</w:t>
      </w:r>
    </w:p>
    <w:p w14:paraId="259542E3" w14:textId="77777777" w:rsidR="00365219" w:rsidRDefault="00695781">
      <w:pPr>
        <w:pStyle w:val="Option"/>
        <w:keepNext/>
      </w:pPr>
      <w:r>
        <w:t>C. 101</w:t>
      </w:r>
    </w:p>
    <w:p w14:paraId="6A33B23D" w14:textId="77777777" w:rsidR="00365219" w:rsidRDefault="00695781">
      <w:pPr>
        <w:pStyle w:val="Option"/>
        <w:keepNext/>
      </w:pPr>
      <w:r>
        <w:t>D. 102</w:t>
      </w:r>
    </w:p>
    <w:p w14:paraId="5C49BBB4" w14:textId="77777777" w:rsidR="00365219" w:rsidRDefault="00695781">
      <w:pPr>
        <w:pStyle w:val="Option"/>
      </w:pPr>
      <w:r>
        <w:t>E. 103</w:t>
      </w:r>
    </w:p>
    <w:p w14:paraId="13B2D7AA" w14:textId="77777777" w:rsidR="00365219" w:rsidRDefault="00365219">
      <w:pPr>
        <w:pStyle w:val="Small"/>
      </w:pPr>
    </w:p>
    <w:p w14:paraId="4F083E1E" w14:textId="77777777" w:rsidR="00365219" w:rsidRDefault="00695781">
      <w:pPr>
        <w:pStyle w:val="Question"/>
      </w:pPr>
      <w:r>
        <w:rPr>
          <w:b/>
        </w:rPr>
        <w:t xml:space="preserve">90. </w:t>
      </w:r>
      <w:r>
        <w:t>Biaya paket A adalah 120+8x dan paket B adalah 180+5x (ribu rupiah). Pada penggunaan x berapakah biaya kedua paket sama?</w:t>
      </w:r>
    </w:p>
    <w:p w14:paraId="0A43E8EE" w14:textId="77777777" w:rsidR="00365219" w:rsidRDefault="00695781">
      <w:pPr>
        <w:pStyle w:val="Option"/>
        <w:keepNext/>
      </w:pPr>
      <w:r>
        <w:t>A. 15</w:t>
      </w:r>
    </w:p>
    <w:p w14:paraId="6A4BB8BE" w14:textId="77777777" w:rsidR="00365219" w:rsidRDefault="00695781">
      <w:pPr>
        <w:pStyle w:val="Option"/>
        <w:keepNext/>
      </w:pPr>
      <w:r>
        <w:t>B. 18</w:t>
      </w:r>
    </w:p>
    <w:p w14:paraId="75FB3965" w14:textId="77777777" w:rsidR="00365219" w:rsidRDefault="00695781">
      <w:pPr>
        <w:pStyle w:val="Option"/>
        <w:keepNext/>
      </w:pPr>
      <w:r>
        <w:t>C. 20</w:t>
      </w:r>
    </w:p>
    <w:p w14:paraId="41D5D8DE" w14:textId="77777777" w:rsidR="00365219" w:rsidRDefault="00695781">
      <w:pPr>
        <w:pStyle w:val="Option"/>
        <w:keepNext/>
      </w:pPr>
      <w:r>
        <w:t>D. 22</w:t>
      </w:r>
    </w:p>
    <w:p w14:paraId="43ED9C2F" w14:textId="77777777" w:rsidR="00365219" w:rsidRDefault="00695781">
      <w:pPr>
        <w:pStyle w:val="Option"/>
      </w:pPr>
      <w:r>
        <w:t>E. 25</w:t>
      </w:r>
    </w:p>
    <w:p w14:paraId="0D8D8142" w14:textId="77777777" w:rsidR="00365219" w:rsidRDefault="00365219">
      <w:pPr>
        <w:pStyle w:val="Small"/>
      </w:pPr>
    </w:p>
    <w:p w14:paraId="08A46DB6" w14:textId="77777777" w:rsidR="00365219" w:rsidRDefault="00695781">
      <w:pPr>
        <w:pStyle w:val="Question"/>
      </w:pPr>
      <w:r>
        <w:rPr>
          <w:b/>
        </w:rPr>
        <w:t xml:space="preserve">91. </w:t>
      </w:r>
      <w:r>
        <w:t>Suatu fungsi linear melalui titik (10,35) dan (30,75). Nilai fungsi saat x=22 adalah ....</w:t>
      </w:r>
    </w:p>
    <w:p w14:paraId="2711A374" w14:textId="77777777" w:rsidR="00365219" w:rsidRDefault="00695781">
      <w:pPr>
        <w:pStyle w:val="Option"/>
        <w:keepNext/>
      </w:pPr>
      <w:r>
        <w:t>A. 55</w:t>
      </w:r>
    </w:p>
    <w:p w14:paraId="6AB865CA" w14:textId="77777777" w:rsidR="00365219" w:rsidRDefault="00695781">
      <w:pPr>
        <w:pStyle w:val="Option"/>
        <w:keepNext/>
      </w:pPr>
      <w:r>
        <w:t>B. 57</w:t>
      </w:r>
    </w:p>
    <w:p w14:paraId="3F25EF9E" w14:textId="77777777" w:rsidR="00365219" w:rsidRDefault="00695781">
      <w:pPr>
        <w:pStyle w:val="Option"/>
        <w:keepNext/>
      </w:pPr>
      <w:r>
        <w:t>C. 59</w:t>
      </w:r>
    </w:p>
    <w:p w14:paraId="2D665631" w14:textId="77777777" w:rsidR="00365219" w:rsidRDefault="00695781">
      <w:pPr>
        <w:pStyle w:val="Option"/>
        <w:keepNext/>
      </w:pPr>
      <w:r>
        <w:t>D. 61</w:t>
      </w:r>
    </w:p>
    <w:p w14:paraId="4A056ED1" w14:textId="77777777" w:rsidR="00365219" w:rsidRDefault="00695781">
      <w:pPr>
        <w:pStyle w:val="Option"/>
      </w:pPr>
      <w:r>
        <w:t>E. 63</w:t>
      </w:r>
    </w:p>
    <w:p w14:paraId="4D7919AC" w14:textId="77777777" w:rsidR="00365219" w:rsidRDefault="00365219">
      <w:pPr>
        <w:pStyle w:val="Small"/>
      </w:pPr>
    </w:p>
    <w:p w14:paraId="39DABBD8" w14:textId="77777777" w:rsidR="00365219" w:rsidRDefault="00695781">
      <w:pPr>
        <w:pStyle w:val="Question"/>
      </w:pPr>
      <w:r>
        <w:rPr>
          <w:b/>
        </w:rPr>
        <w:t xml:space="preserve">92. </w:t>
      </w:r>
      <w:r>
        <w:t>Diberikan sistem x+y=5 dan kx+y=7. Pilih semua pernyataan yang benar.</w:t>
      </w:r>
    </w:p>
    <w:p w14:paraId="17651793" w14:textId="77777777" w:rsidR="00365219" w:rsidRDefault="00695781">
      <w:pPr>
        <w:pStyle w:val="Option"/>
        <w:keepNext/>
      </w:pPr>
      <w:r>
        <w:t>☐ 1. Jika k=1, sistem tidak memiliki solusi.</w:t>
      </w:r>
    </w:p>
    <w:p w14:paraId="1C462E88" w14:textId="77777777" w:rsidR="00365219" w:rsidRDefault="00695781">
      <w:pPr>
        <w:pStyle w:val="Option"/>
        <w:keepNext/>
      </w:pPr>
      <w:r>
        <w:t>☐ 2. Jika k≠1, sistem memiliki solusi tunggal.</w:t>
      </w:r>
    </w:p>
    <w:p w14:paraId="4B73DFDD" w14:textId="77777777" w:rsidR="00365219" w:rsidRDefault="00695781">
      <w:pPr>
        <w:pStyle w:val="Option"/>
        <w:keepNext/>
      </w:pPr>
      <w:r>
        <w:t>☐ 3. Untuk k=2, solusi sistem adalah (2,3).</w:t>
      </w:r>
    </w:p>
    <w:p w14:paraId="375FED90" w14:textId="77777777" w:rsidR="00365219" w:rsidRDefault="00695781">
      <w:pPr>
        <w:pStyle w:val="Option"/>
        <w:keepNext/>
      </w:pPr>
      <w:r>
        <w:t>☐ 4. Untuk k=3, nilai x=1.</w:t>
      </w:r>
    </w:p>
    <w:p w14:paraId="762983B4" w14:textId="77777777" w:rsidR="00365219" w:rsidRDefault="00695781">
      <w:pPr>
        <w:pStyle w:val="Option"/>
      </w:pPr>
      <w:r>
        <w:t>☐ 5. Untuk k=0, nilai x=2.</w:t>
      </w:r>
    </w:p>
    <w:p w14:paraId="31AE7ACA" w14:textId="77777777" w:rsidR="00365219" w:rsidRDefault="00365219">
      <w:pPr>
        <w:pStyle w:val="Small"/>
      </w:pPr>
    </w:p>
    <w:p w14:paraId="0DA96E87" w14:textId="77777777" w:rsidR="00365219" w:rsidRDefault="00695781">
      <w:pPr>
        <w:pStyle w:val="Question"/>
      </w:pPr>
      <w:r>
        <w:rPr>
          <w:b/>
        </w:rPr>
        <w:t xml:space="preserve">93. </w:t>
      </w:r>
      <w:r>
        <w:t>Diberikan x+y≤8, 2x+y≤10, x≥1, y≥1. Pilih semua titik yang memenuhi sistem.</w:t>
      </w:r>
    </w:p>
    <w:p w14:paraId="3801EE09" w14:textId="77777777" w:rsidR="00365219" w:rsidRDefault="00695781">
      <w:pPr>
        <w:pStyle w:val="Option"/>
        <w:keepNext/>
      </w:pPr>
      <w:r>
        <w:t>☐ 1. (1,5)</w:t>
      </w:r>
    </w:p>
    <w:p w14:paraId="3D15A390" w14:textId="77777777" w:rsidR="00365219" w:rsidRDefault="00695781">
      <w:pPr>
        <w:pStyle w:val="Option"/>
        <w:keepNext/>
      </w:pPr>
      <w:r>
        <w:t>☐ 2. (2,4)</w:t>
      </w:r>
    </w:p>
    <w:p w14:paraId="0230B26B" w14:textId="77777777" w:rsidR="00365219" w:rsidRDefault="00695781">
      <w:pPr>
        <w:pStyle w:val="Option"/>
        <w:keepNext/>
      </w:pPr>
      <w:r>
        <w:t>☐ 3. (4,2)</w:t>
      </w:r>
    </w:p>
    <w:p w14:paraId="213963F4" w14:textId="77777777" w:rsidR="00365219" w:rsidRDefault="00695781">
      <w:pPr>
        <w:pStyle w:val="Option"/>
        <w:keepNext/>
      </w:pPr>
      <w:r>
        <w:t>☐ 4. (5,2)</w:t>
      </w:r>
    </w:p>
    <w:p w14:paraId="31BC3A25" w14:textId="77777777" w:rsidR="00365219" w:rsidRDefault="00695781">
      <w:pPr>
        <w:pStyle w:val="Option"/>
      </w:pPr>
      <w:r>
        <w:t>☐ 5. (3,5)</w:t>
      </w:r>
    </w:p>
    <w:p w14:paraId="1D0F7842" w14:textId="77777777" w:rsidR="00365219" w:rsidRDefault="00365219">
      <w:pPr>
        <w:pStyle w:val="Small"/>
      </w:pPr>
    </w:p>
    <w:p w14:paraId="75853525" w14:textId="77777777" w:rsidR="00365219" w:rsidRDefault="00695781">
      <w:pPr>
        <w:pStyle w:val="Question"/>
      </w:pPr>
      <w:r>
        <w:rPr>
          <w:b/>
        </w:rPr>
        <w:lastRenderedPageBreak/>
        <w:t xml:space="preserve">94. </w:t>
      </w:r>
      <w:r>
        <w:t>Diberikan f(x)=3x+6. Pilih semua pernyataan yang benar.</w:t>
      </w:r>
    </w:p>
    <w:p w14:paraId="1254BCFD" w14:textId="77777777" w:rsidR="00365219" w:rsidRDefault="00695781">
      <w:pPr>
        <w:pStyle w:val="Option"/>
        <w:keepNext/>
      </w:pPr>
      <w:r>
        <w:t>☐ 1. f⁻¹(x)=(x-6)/3.</w:t>
      </w:r>
    </w:p>
    <w:p w14:paraId="57E2E2CB" w14:textId="77777777" w:rsidR="00365219" w:rsidRDefault="00695781">
      <w:pPr>
        <w:pStyle w:val="Option"/>
        <w:keepNext/>
      </w:pPr>
      <w:r>
        <w:t>☐ 2. f⁻</w:t>
      </w:r>
      <w:proofErr w:type="gramStart"/>
      <w:r>
        <w:t>¹(</w:t>
      </w:r>
      <w:proofErr w:type="gramEnd"/>
      <w:r>
        <w:t>15)=3.</w:t>
      </w:r>
    </w:p>
    <w:p w14:paraId="36235805" w14:textId="77777777" w:rsidR="00365219" w:rsidRDefault="00695781">
      <w:pPr>
        <w:pStyle w:val="Option"/>
        <w:keepNext/>
      </w:pPr>
      <w:r>
        <w:t>☐ 3. Gradien grafik f⁻¹ adalah 1/3.</w:t>
      </w:r>
    </w:p>
    <w:p w14:paraId="04F47C3B" w14:textId="77777777" w:rsidR="00365219" w:rsidRDefault="00695781">
      <w:pPr>
        <w:pStyle w:val="Option"/>
        <w:keepNext/>
      </w:pPr>
      <w:r>
        <w:t>☐ 4. f⁻</w:t>
      </w:r>
      <w:proofErr w:type="gramStart"/>
      <w:r>
        <w:t>¹(</w:t>
      </w:r>
      <w:proofErr w:type="gramEnd"/>
      <w:r>
        <w:t>0)=2.</w:t>
      </w:r>
    </w:p>
    <w:p w14:paraId="324E90B1" w14:textId="77777777" w:rsidR="00365219" w:rsidRDefault="00695781">
      <w:pPr>
        <w:pStyle w:val="Option"/>
      </w:pPr>
      <w:r>
        <w:t>☐ 5. f(f⁻</w:t>
      </w:r>
      <w:proofErr w:type="gramStart"/>
      <w:r>
        <w:t>¹(</w:t>
      </w:r>
      <w:proofErr w:type="gramEnd"/>
      <w:r>
        <w:t>12))=12.</w:t>
      </w:r>
    </w:p>
    <w:p w14:paraId="0B11A50E" w14:textId="77777777" w:rsidR="00365219" w:rsidRDefault="00365219">
      <w:pPr>
        <w:pStyle w:val="Small"/>
      </w:pPr>
    </w:p>
    <w:p w14:paraId="3EF5B9E4" w14:textId="77777777" w:rsidR="00365219" w:rsidRDefault="00695781">
      <w:pPr>
        <w:pStyle w:val="Question"/>
      </w:pPr>
      <w:r>
        <w:rPr>
          <w:b/>
        </w:rPr>
        <w:t xml:space="preserve">95. </w:t>
      </w:r>
      <w:r>
        <w:t>Diketahui f(x)=2x-1 dan g(x)=x+4. Pilih semua pernyataan yang benar.</w:t>
      </w:r>
    </w:p>
    <w:p w14:paraId="73E93552" w14:textId="77777777" w:rsidR="00365219" w:rsidRDefault="00695781">
      <w:pPr>
        <w:pStyle w:val="Option"/>
        <w:keepNext/>
      </w:pPr>
      <w:r>
        <w:t>☐ 1. (f∘</w:t>
      </w:r>
      <w:proofErr w:type="gramStart"/>
      <w:r>
        <w:t>g)(</w:t>
      </w:r>
      <w:proofErr w:type="gramEnd"/>
      <w:r>
        <w:t>x)=2x+7.</w:t>
      </w:r>
    </w:p>
    <w:p w14:paraId="54AF6E4B" w14:textId="77777777" w:rsidR="00365219" w:rsidRDefault="00695781">
      <w:pPr>
        <w:pStyle w:val="Option"/>
        <w:keepNext/>
      </w:pPr>
      <w:r>
        <w:t>☐ 2. (g∘</w:t>
      </w:r>
      <w:proofErr w:type="gramStart"/>
      <w:r>
        <w:t>f)(</w:t>
      </w:r>
      <w:proofErr w:type="gramEnd"/>
      <w:r>
        <w:t>x)=2x+3.</w:t>
      </w:r>
    </w:p>
    <w:p w14:paraId="6927157A" w14:textId="77777777" w:rsidR="00365219" w:rsidRDefault="00695781">
      <w:pPr>
        <w:pStyle w:val="Option"/>
        <w:keepNext/>
      </w:pPr>
      <w:r>
        <w:t>☐ 3. (f∘</w:t>
      </w:r>
      <w:proofErr w:type="gramStart"/>
      <w:r>
        <w:t>g)(</w:t>
      </w:r>
      <w:proofErr w:type="gramEnd"/>
      <w:r>
        <w:t>3)=13.</w:t>
      </w:r>
    </w:p>
    <w:p w14:paraId="1B6FC82F" w14:textId="77777777" w:rsidR="00365219" w:rsidRDefault="00695781">
      <w:pPr>
        <w:pStyle w:val="Option"/>
        <w:keepNext/>
      </w:pPr>
      <w:r>
        <w:t>☐ 4. (g∘</w:t>
      </w:r>
      <w:proofErr w:type="gramStart"/>
      <w:r>
        <w:t>f)(</w:t>
      </w:r>
      <w:proofErr w:type="gramEnd"/>
      <w:r>
        <w:t>3)=9.</w:t>
      </w:r>
    </w:p>
    <w:p w14:paraId="2A5F64E7" w14:textId="77777777" w:rsidR="00365219" w:rsidRDefault="00695781">
      <w:pPr>
        <w:pStyle w:val="Option"/>
      </w:pPr>
      <w:r>
        <w:t>☐ 5. f∘g = g∘f untuk semua x.</w:t>
      </w:r>
    </w:p>
    <w:p w14:paraId="28AEC3BE" w14:textId="77777777" w:rsidR="00365219" w:rsidRDefault="00365219">
      <w:pPr>
        <w:pStyle w:val="Small"/>
      </w:pPr>
    </w:p>
    <w:p w14:paraId="539810FC" w14:textId="77777777" w:rsidR="00365219" w:rsidRDefault="00695781">
      <w:pPr>
        <w:pStyle w:val="Question"/>
      </w:pPr>
      <w:r>
        <w:rPr>
          <w:b/>
        </w:rPr>
        <w:t xml:space="preserve">96. </w:t>
      </w:r>
      <w:r>
        <w:t xml:space="preserve">Daerah layak memenuhi 2x+y≤20, x+2y≤16, </w:t>
      </w:r>
      <w:proofErr w:type="gramStart"/>
      <w:r>
        <w:t>x,y</w:t>
      </w:r>
      <w:proofErr w:type="gramEnd"/>
      <w:r>
        <w:t>≥0.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61EF189E" w14:textId="77777777">
        <w:trPr>
          <w:tblHeader/>
          <w:jc w:val="center"/>
        </w:trPr>
        <w:tc>
          <w:tcPr>
            <w:tcW w:w="3289" w:type="dxa"/>
            <w:shd w:val="clear" w:color="auto" w:fill="EDEDED"/>
            <w:vAlign w:val="center"/>
          </w:tcPr>
          <w:p w14:paraId="0BD07FE6" w14:textId="77777777" w:rsidR="00365219" w:rsidRDefault="00695781">
            <w:pPr>
              <w:jc w:val="center"/>
            </w:pPr>
            <w:r>
              <w:rPr>
                <w:b/>
                <w:sz w:val="17"/>
              </w:rPr>
              <w:t>Pernyataan</w:t>
            </w:r>
          </w:p>
        </w:tc>
        <w:tc>
          <w:tcPr>
            <w:tcW w:w="3289" w:type="dxa"/>
            <w:shd w:val="clear" w:color="auto" w:fill="EDEDED"/>
            <w:vAlign w:val="center"/>
          </w:tcPr>
          <w:p w14:paraId="58C740B1" w14:textId="77777777" w:rsidR="00365219" w:rsidRDefault="00695781">
            <w:pPr>
              <w:jc w:val="center"/>
            </w:pPr>
            <w:r>
              <w:rPr>
                <w:b/>
                <w:sz w:val="17"/>
              </w:rPr>
              <w:t>Benar</w:t>
            </w:r>
          </w:p>
        </w:tc>
        <w:tc>
          <w:tcPr>
            <w:tcW w:w="3289" w:type="dxa"/>
            <w:shd w:val="clear" w:color="auto" w:fill="EDEDED"/>
            <w:vAlign w:val="center"/>
          </w:tcPr>
          <w:p w14:paraId="6F09B198" w14:textId="77777777" w:rsidR="00365219" w:rsidRDefault="00695781">
            <w:pPr>
              <w:jc w:val="center"/>
            </w:pPr>
            <w:r>
              <w:rPr>
                <w:b/>
                <w:sz w:val="17"/>
              </w:rPr>
              <w:t>Salah</w:t>
            </w:r>
          </w:p>
        </w:tc>
      </w:tr>
      <w:tr w:rsidR="00365219" w14:paraId="1FB6DBBD" w14:textId="77777777">
        <w:trPr>
          <w:cantSplit/>
          <w:jc w:val="center"/>
        </w:trPr>
        <w:tc>
          <w:tcPr>
            <w:tcW w:w="3289" w:type="dxa"/>
            <w:vAlign w:val="center"/>
          </w:tcPr>
          <w:p w14:paraId="2C903DBE" w14:textId="77777777" w:rsidR="00365219" w:rsidRDefault="00695781">
            <w:r>
              <w:rPr>
                <w:sz w:val="17"/>
              </w:rPr>
              <w:t>A. Untuk P=40x+30y, titik (8,4) merupakan titik maksimum.</w:t>
            </w:r>
          </w:p>
        </w:tc>
        <w:tc>
          <w:tcPr>
            <w:tcW w:w="3289" w:type="dxa"/>
            <w:vAlign w:val="center"/>
          </w:tcPr>
          <w:p w14:paraId="349D5B6B" w14:textId="77777777" w:rsidR="00365219" w:rsidRDefault="00695781">
            <w:pPr>
              <w:jc w:val="center"/>
            </w:pPr>
            <w:r>
              <w:rPr>
                <w:sz w:val="22"/>
              </w:rPr>
              <w:t>☐</w:t>
            </w:r>
          </w:p>
        </w:tc>
        <w:tc>
          <w:tcPr>
            <w:tcW w:w="3289" w:type="dxa"/>
            <w:vAlign w:val="center"/>
          </w:tcPr>
          <w:p w14:paraId="13C8F6F5" w14:textId="77777777" w:rsidR="00365219" w:rsidRDefault="00695781">
            <w:pPr>
              <w:jc w:val="center"/>
            </w:pPr>
            <w:r>
              <w:rPr>
                <w:sz w:val="22"/>
              </w:rPr>
              <w:t>☐</w:t>
            </w:r>
          </w:p>
        </w:tc>
      </w:tr>
      <w:tr w:rsidR="00365219" w14:paraId="0B8FADF4" w14:textId="77777777">
        <w:trPr>
          <w:cantSplit/>
          <w:jc w:val="center"/>
        </w:trPr>
        <w:tc>
          <w:tcPr>
            <w:tcW w:w="3289" w:type="dxa"/>
            <w:vAlign w:val="center"/>
          </w:tcPr>
          <w:p w14:paraId="4518A71E" w14:textId="77777777" w:rsidR="00365219" w:rsidRDefault="00695781">
            <w:r>
              <w:rPr>
                <w:sz w:val="17"/>
              </w:rPr>
              <w:t>B. Untuk P=40x+30y, nilai maksimum adalah 440.</w:t>
            </w:r>
          </w:p>
        </w:tc>
        <w:tc>
          <w:tcPr>
            <w:tcW w:w="3289" w:type="dxa"/>
            <w:vAlign w:val="center"/>
          </w:tcPr>
          <w:p w14:paraId="5DD01259" w14:textId="77777777" w:rsidR="00365219" w:rsidRDefault="00695781">
            <w:pPr>
              <w:jc w:val="center"/>
            </w:pPr>
            <w:r>
              <w:rPr>
                <w:sz w:val="22"/>
              </w:rPr>
              <w:t>☐</w:t>
            </w:r>
          </w:p>
        </w:tc>
        <w:tc>
          <w:tcPr>
            <w:tcW w:w="3289" w:type="dxa"/>
            <w:vAlign w:val="center"/>
          </w:tcPr>
          <w:p w14:paraId="125CC21E" w14:textId="77777777" w:rsidR="00365219" w:rsidRDefault="00695781">
            <w:pPr>
              <w:jc w:val="center"/>
            </w:pPr>
            <w:r>
              <w:rPr>
                <w:sz w:val="22"/>
              </w:rPr>
              <w:t>☐</w:t>
            </w:r>
          </w:p>
        </w:tc>
      </w:tr>
      <w:tr w:rsidR="00365219" w14:paraId="262C53D3" w14:textId="77777777">
        <w:trPr>
          <w:cantSplit/>
          <w:jc w:val="center"/>
        </w:trPr>
        <w:tc>
          <w:tcPr>
            <w:tcW w:w="3289" w:type="dxa"/>
            <w:vAlign w:val="center"/>
          </w:tcPr>
          <w:p w14:paraId="22110DD5" w14:textId="77777777" w:rsidR="00365219" w:rsidRDefault="00695781">
            <w:r>
              <w:rPr>
                <w:sz w:val="17"/>
              </w:rPr>
              <w:t>C. Jika koefisien x menjadi 70 sementara koefisien y tetap 30, titik (10,0) lebih baik daripada (8,4).</w:t>
            </w:r>
          </w:p>
        </w:tc>
        <w:tc>
          <w:tcPr>
            <w:tcW w:w="3289" w:type="dxa"/>
            <w:vAlign w:val="center"/>
          </w:tcPr>
          <w:p w14:paraId="034C73F5" w14:textId="77777777" w:rsidR="00365219" w:rsidRDefault="00695781">
            <w:pPr>
              <w:jc w:val="center"/>
            </w:pPr>
            <w:r>
              <w:rPr>
                <w:sz w:val="22"/>
              </w:rPr>
              <w:t>☐</w:t>
            </w:r>
          </w:p>
        </w:tc>
        <w:tc>
          <w:tcPr>
            <w:tcW w:w="3289" w:type="dxa"/>
            <w:vAlign w:val="center"/>
          </w:tcPr>
          <w:p w14:paraId="27092DBC" w14:textId="77777777" w:rsidR="00365219" w:rsidRDefault="00695781">
            <w:pPr>
              <w:jc w:val="center"/>
            </w:pPr>
            <w:r>
              <w:rPr>
                <w:sz w:val="22"/>
              </w:rPr>
              <w:t>☐</w:t>
            </w:r>
          </w:p>
        </w:tc>
      </w:tr>
      <w:tr w:rsidR="00365219" w14:paraId="6E5A34CD" w14:textId="77777777">
        <w:trPr>
          <w:cantSplit/>
          <w:jc w:val="center"/>
        </w:trPr>
        <w:tc>
          <w:tcPr>
            <w:tcW w:w="3289" w:type="dxa"/>
            <w:vAlign w:val="center"/>
          </w:tcPr>
          <w:p w14:paraId="0D989DEC" w14:textId="77777777" w:rsidR="00365219" w:rsidRDefault="00695781">
            <w:r>
              <w:rPr>
                <w:sz w:val="17"/>
              </w:rPr>
              <w:t>D. Jika koefisien x menjadi 10 sementara koefisien y tetap 30, titik (0,8) lebih baik daripada (8,4).</w:t>
            </w:r>
          </w:p>
        </w:tc>
        <w:tc>
          <w:tcPr>
            <w:tcW w:w="3289" w:type="dxa"/>
            <w:vAlign w:val="center"/>
          </w:tcPr>
          <w:p w14:paraId="32EF192A" w14:textId="77777777" w:rsidR="00365219" w:rsidRDefault="00695781">
            <w:pPr>
              <w:jc w:val="center"/>
            </w:pPr>
            <w:r>
              <w:rPr>
                <w:sz w:val="22"/>
              </w:rPr>
              <w:t>☐</w:t>
            </w:r>
          </w:p>
        </w:tc>
        <w:tc>
          <w:tcPr>
            <w:tcW w:w="3289" w:type="dxa"/>
            <w:vAlign w:val="center"/>
          </w:tcPr>
          <w:p w14:paraId="19A51D1A" w14:textId="77777777" w:rsidR="00365219" w:rsidRDefault="00695781">
            <w:pPr>
              <w:jc w:val="center"/>
            </w:pPr>
            <w:r>
              <w:rPr>
                <w:sz w:val="22"/>
              </w:rPr>
              <w:t>☐</w:t>
            </w:r>
          </w:p>
        </w:tc>
      </w:tr>
    </w:tbl>
    <w:p w14:paraId="15A88BD2" w14:textId="77777777" w:rsidR="00365219" w:rsidRDefault="00365219">
      <w:pPr>
        <w:pStyle w:val="Small"/>
      </w:pPr>
    </w:p>
    <w:p w14:paraId="7E08A7C4" w14:textId="77777777" w:rsidR="00365219" w:rsidRDefault="00695781">
      <w:pPr>
        <w:pStyle w:val="Question"/>
      </w:pPr>
      <w:r>
        <w:rPr>
          <w:b/>
        </w:rPr>
        <w:t xml:space="preserve">97. </w:t>
      </w:r>
      <w:r>
        <w:t>Biaya C(x) (ribu) adalah 10+3x untuk 0≤x≤10 dan 40+2,5(x-10) untuk x&gt;10. Tentukan Benar atau Salah.</w:t>
      </w:r>
    </w:p>
    <w:tbl>
      <w:tblPr>
        <w:tblStyle w:val="TableGrid"/>
        <w:tblW w:w="0" w:type="auto"/>
        <w:jc w:val="center"/>
        <w:tblLook w:val="04A0" w:firstRow="1" w:lastRow="0" w:firstColumn="1" w:lastColumn="0" w:noHBand="0" w:noVBand="1"/>
      </w:tblPr>
      <w:tblGrid>
        <w:gridCol w:w="3289"/>
        <w:gridCol w:w="3289"/>
        <w:gridCol w:w="3289"/>
      </w:tblGrid>
      <w:tr w:rsidR="00365219" w14:paraId="7007C1BB" w14:textId="77777777">
        <w:trPr>
          <w:tblHeader/>
          <w:jc w:val="center"/>
        </w:trPr>
        <w:tc>
          <w:tcPr>
            <w:tcW w:w="3289" w:type="dxa"/>
            <w:shd w:val="clear" w:color="auto" w:fill="EDEDED"/>
            <w:vAlign w:val="center"/>
          </w:tcPr>
          <w:p w14:paraId="2D18F80D" w14:textId="77777777" w:rsidR="00365219" w:rsidRDefault="00695781">
            <w:pPr>
              <w:jc w:val="center"/>
            </w:pPr>
            <w:r>
              <w:rPr>
                <w:b/>
                <w:sz w:val="17"/>
              </w:rPr>
              <w:t>Pernyataan</w:t>
            </w:r>
          </w:p>
        </w:tc>
        <w:tc>
          <w:tcPr>
            <w:tcW w:w="3289" w:type="dxa"/>
            <w:shd w:val="clear" w:color="auto" w:fill="EDEDED"/>
            <w:vAlign w:val="center"/>
          </w:tcPr>
          <w:p w14:paraId="31F0C94A" w14:textId="77777777" w:rsidR="00365219" w:rsidRDefault="00695781">
            <w:pPr>
              <w:jc w:val="center"/>
            </w:pPr>
            <w:r>
              <w:rPr>
                <w:b/>
                <w:sz w:val="17"/>
              </w:rPr>
              <w:t>Benar</w:t>
            </w:r>
          </w:p>
        </w:tc>
        <w:tc>
          <w:tcPr>
            <w:tcW w:w="3289" w:type="dxa"/>
            <w:shd w:val="clear" w:color="auto" w:fill="EDEDED"/>
            <w:vAlign w:val="center"/>
          </w:tcPr>
          <w:p w14:paraId="7D66E90E" w14:textId="77777777" w:rsidR="00365219" w:rsidRDefault="00695781">
            <w:pPr>
              <w:jc w:val="center"/>
            </w:pPr>
            <w:r>
              <w:rPr>
                <w:b/>
                <w:sz w:val="17"/>
              </w:rPr>
              <w:t>Salah</w:t>
            </w:r>
          </w:p>
        </w:tc>
      </w:tr>
      <w:tr w:rsidR="00365219" w14:paraId="34F2BC0D" w14:textId="77777777">
        <w:trPr>
          <w:cantSplit/>
          <w:jc w:val="center"/>
        </w:trPr>
        <w:tc>
          <w:tcPr>
            <w:tcW w:w="3289" w:type="dxa"/>
            <w:vAlign w:val="center"/>
          </w:tcPr>
          <w:p w14:paraId="74A028AD" w14:textId="77777777" w:rsidR="00365219" w:rsidRDefault="00695781">
            <w:r>
              <w:rPr>
                <w:sz w:val="17"/>
              </w:rPr>
              <w:t xml:space="preserve">A. </w:t>
            </w:r>
            <w:proofErr w:type="gramStart"/>
            <w:r>
              <w:rPr>
                <w:sz w:val="17"/>
              </w:rPr>
              <w:t>C(</w:t>
            </w:r>
            <w:proofErr w:type="gramEnd"/>
            <w:r>
              <w:rPr>
                <w:sz w:val="17"/>
              </w:rPr>
              <w:t>5)=30.</w:t>
            </w:r>
          </w:p>
        </w:tc>
        <w:tc>
          <w:tcPr>
            <w:tcW w:w="3289" w:type="dxa"/>
            <w:vAlign w:val="center"/>
          </w:tcPr>
          <w:p w14:paraId="3F457DE4" w14:textId="77777777" w:rsidR="00365219" w:rsidRDefault="00695781">
            <w:pPr>
              <w:jc w:val="center"/>
            </w:pPr>
            <w:r>
              <w:rPr>
                <w:sz w:val="22"/>
              </w:rPr>
              <w:t>☐</w:t>
            </w:r>
          </w:p>
        </w:tc>
        <w:tc>
          <w:tcPr>
            <w:tcW w:w="3289" w:type="dxa"/>
            <w:vAlign w:val="center"/>
          </w:tcPr>
          <w:p w14:paraId="67FB7635" w14:textId="77777777" w:rsidR="00365219" w:rsidRDefault="00695781">
            <w:pPr>
              <w:jc w:val="center"/>
            </w:pPr>
            <w:r>
              <w:rPr>
                <w:sz w:val="22"/>
              </w:rPr>
              <w:t>☐</w:t>
            </w:r>
          </w:p>
        </w:tc>
      </w:tr>
      <w:tr w:rsidR="00365219" w14:paraId="786DDBA5" w14:textId="77777777">
        <w:trPr>
          <w:cantSplit/>
          <w:jc w:val="center"/>
        </w:trPr>
        <w:tc>
          <w:tcPr>
            <w:tcW w:w="3289" w:type="dxa"/>
            <w:vAlign w:val="center"/>
          </w:tcPr>
          <w:p w14:paraId="5F250EAB" w14:textId="77777777" w:rsidR="00365219" w:rsidRDefault="00695781">
            <w:r>
              <w:rPr>
                <w:sz w:val="17"/>
              </w:rPr>
              <w:t xml:space="preserve">B. </w:t>
            </w:r>
            <w:proofErr w:type="gramStart"/>
            <w:r>
              <w:rPr>
                <w:sz w:val="17"/>
              </w:rPr>
              <w:t>C(</w:t>
            </w:r>
            <w:proofErr w:type="gramEnd"/>
            <w:r>
              <w:rPr>
                <w:sz w:val="17"/>
              </w:rPr>
              <w:t>10)=40.</w:t>
            </w:r>
          </w:p>
        </w:tc>
        <w:tc>
          <w:tcPr>
            <w:tcW w:w="3289" w:type="dxa"/>
            <w:vAlign w:val="center"/>
          </w:tcPr>
          <w:p w14:paraId="2BB0AF0F" w14:textId="77777777" w:rsidR="00365219" w:rsidRDefault="00695781">
            <w:pPr>
              <w:jc w:val="center"/>
            </w:pPr>
            <w:r>
              <w:rPr>
                <w:sz w:val="22"/>
              </w:rPr>
              <w:t>☐</w:t>
            </w:r>
          </w:p>
        </w:tc>
        <w:tc>
          <w:tcPr>
            <w:tcW w:w="3289" w:type="dxa"/>
            <w:vAlign w:val="center"/>
          </w:tcPr>
          <w:p w14:paraId="34388C5F" w14:textId="77777777" w:rsidR="00365219" w:rsidRDefault="00695781">
            <w:pPr>
              <w:jc w:val="center"/>
            </w:pPr>
            <w:r>
              <w:rPr>
                <w:sz w:val="22"/>
              </w:rPr>
              <w:t>☐</w:t>
            </w:r>
          </w:p>
        </w:tc>
      </w:tr>
      <w:tr w:rsidR="00365219" w14:paraId="2CC0E143" w14:textId="77777777">
        <w:trPr>
          <w:cantSplit/>
          <w:jc w:val="center"/>
        </w:trPr>
        <w:tc>
          <w:tcPr>
            <w:tcW w:w="3289" w:type="dxa"/>
            <w:vAlign w:val="center"/>
          </w:tcPr>
          <w:p w14:paraId="29903F8E" w14:textId="77777777" w:rsidR="00365219" w:rsidRDefault="00695781">
            <w:r>
              <w:rPr>
                <w:sz w:val="17"/>
              </w:rPr>
              <w:t xml:space="preserve">C. </w:t>
            </w:r>
            <w:proofErr w:type="gramStart"/>
            <w:r>
              <w:rPr>
                <w:sz w:val="17"/>
              </w:rPr>
              <w:t>C(</w:t>
            </w:r>
            <w:proofErr w:type="gramEnd"/>
            <w:r>
              <w:rPr>
                <w:sz w:val="17"/>
              </w:rPr>
              <w:t>20)=65.</w:t>
            </w:r>
          </w:p>
        </w:tc>
        <w:tc>
          <w:tcPr>
            <w:tcW w:w="3289" w:type="dxa"/>
            <w:vAlign w:val="center"/>
          </w:tcPr>
          <w:p w14:paraId="1DE2F2BF" w14:textId="77777777" w:rsidR="00365219" w:rsidRDefault="00695781">
            <w:pPr>
              <w:jc w:val="center"/>
            </w:pPr>
            <w:r>
              <w:rPr>
                <w:sz w:val="22"/>
              </w:rPr>
              <w:t>☐</w:t>
            </w:r>
          </w:p>
        </w:tc>
        <w:tc>
          <w:tcPr>
            <w:tcW w:w="3289" w:type="dxa"/>
            <w:vAlign w:val="center"/>
          </w:tcPr>
          <w:p w14:paraId="268739CB" w14:textId="77777777" w:rsidR="00365219" w:rsidRDefault="00695781">
            <w:pPr>
              <w:jc w:val="center"/>
            </w:pPr>
            <w:r>
              <w:rPr>
                <w:sz w:val="22"/>
              </w:rPr>
              <w:t>☐</w:t>
            </w:r>
          </w:p>
        </w:tc>
      </w:tr>
      <w:tr w:rsidR="00365219" w14:paraId="3C19C24F" w14:textId="77777777">
        <w:trPr>
          <w:cantSplit/>
          <w:jc w:val="center"/>
        </w:trPr>
        <w:tc>
          <w:tcPr>
            <w:tcW w:w="3289" w:type="dxa"/>
            <w:vAlign w:val="center"/>
          </w:tcPr>
          <w:p w14:paraId="7E8E89DF" w14:textId="77777777" w:rsidR="00365219" w:rsidRDefault="00695781">
            <w:r>
              <w:rPr>
                <w:sz w:val="17"/>
              </w:rPr>
              <w:t>D. Dengan anggaran 65 ribu, x maksimum adalah 20.</w:t>
            </w:r>
          </w:p>
        </w:tc>
        <w:tc>
          <w:tcPr>
            <w:tcW w:w="3289" w:type="dxa"/>
            <w:vAlign w:val="center"/>
          </w:tcPr>
          <w:p w14:paraId="3D4C3B9B" w14:textId="77777777" w:rsidR="00365219" w:rsidRDefault="00695781">
            <w:pPr>
              <w:jc w:val="center"/>
            </w:pPr>
            <w:r>
              <w:rPr>
                <w:sz w:val="22"/>
              </w:rPr>
              <w:t>☐</w:t>
            </w:r>
          </w:p>
        </w:tc>
        <w:tc>
          <w:tcPr>
            <w:tcW w:w="3289" w:type="dxa"/>
            <w:vAlign w:val="center"/>
          </w:tcPr>
          <w:p w14:paraId="30976C12" w14:textId="77777777" w:rsidR="00365219" w:rsidRDefault="00695781">
            <w:pPr>
              <w:jc w:val="center"/>
            </w:pPr>
            <w:r>
              <w:rPr>
                <w:sz w:val="22"/>
              </w:rPr>
              <w:t>☐</w:t>
            </w:r>
          </w:p>
        </w:tc>
      </w:tr>
    </w:tbl>
    <w:p w14:paraId="43402D63" w14:textId="77777777" w:rsidR="00365219" w:rsidRDefault="00365219">
      <w:pPr>
        <w:pStyle w:val="Small"/>
      </w:pPr>
    </w:p>
    <w:p w14:paraId="1019FCE5" w14:textId="77777777" w:rsidR="00365219" w:rsidRDefault="00695781">
      <w:pPr>
        <w:pStyle w:val="Question"/>
      </w:pPr>
      <w:r>
        <w:rPr>
          <w:b/>
        </w:rPr>
        <w:t xml:space="preserve">98. </w:t>
      </w:r>
      <w:r>
        <w:t>Apakah nilai z dapat ditentukan?</w:t>
      </w:r>
      <w:r>
        <w:br/>
        <w:t>(1) x+y+z=12.</w:t>
      </w:r>
      <w:r>
        <w:br/>
        <w:t>(2) x+y=7.</w:t>
      </w:r>
    </w:p>
    <w:p w14:paraId="50078D12" w14:textId="77777777" w:rsidR="00365219" w:rsidRDefault="00695781">
      <w:pPr>
        <w:pStyle w:val="Option"/>
        <w:keepNext/>
      </w:pPr>
      <w:r>
        <w:t>A. Pernyataan (1) SAJA cukup, tetapi Pernyataan (2) SAJA tidak cukup.</w:t>
      </w:r>
    </w:p>
    <w:p w14:paraId="4CBBC800" w14:textId="77777777" w:rsidR="00365219" w:rsidRDefault="00695781">
      <w:pPr>
        <w:pStyle w:val="Option"/>
        <w:keepNext/>
      </w:pPr>
      <w:r>
        <w:t>B. Pernyataan (2) SAJA cukup, tetapi Pernyataan (1) SAJA tidak cukup.</w:t>
      </w:r>
    </w:p>
    <w:p w14:paraId="5AF48762" w14:textId="77777777" w:rsidR="00365219" w:rsidRDefault="00695781">
      <w:pPr>
        <w:pStyle w:val="Option"/>
        <w:keepNext/>
      </w:pPr>
      <w:r>
        <w:t>C. DUA pernyataan BERSAMA-SAMA cukup, tetapi SATU pernyataan SAJA tidak cukup.</w:t>
      </w:r>
    </w:p>
    <w:p w14:paraId="71FA9D34" w14:textId="77777777" w:rsidR="00365219" w:rsidRDefault="00695781">
      <w:pPr>
        <w:pStyle w:val="Option"/>
        <w:keepNext/>
      </w:pPr>
      <w:r>
        <w:t>D. Pernyataan (1) SAJA cukup dan Pernyataan (2) SAJA juga cukup.</w:t>
      </w:r>
    </w:p>
    <w:p w14:paraId="366DD598" w14:textId="77777777" w:rsidR="00365219" w:rsidRDefault="00695781">
      <w:pPr>
        <w:pStyle w:val="Option"/>
      </w:pPr>
      <w:r>
        <w:t>E. Pernyataan (1) dan Pernyataan (2) tidak cukup.</w:t>
      </w:r>
    </w:p>
    <w:p w14:paraId="2EA7EBE1" w14:textId="77777777" w:rsidR="00365219" w:rsidRDefault="00365219">
      <w:pPr>
        <w:pStyle w:val="Small"/>
      </w:pPr>
    </w:p>
    <w:p w14:paraId="7B10F166" w14:textId="77777777" w:rsidR="00365219" w:rsidRDefault="00695781">
      <w:pPr>
        <w:pStyle w:val="Question"/>
      </w:pPr>
      <w:r>
        <w:rPr>
          <w:b/>
        </w:rPr>
        <w:lastRenderedPageBreak/>
        <w:t xml:space="preserve">99. </w:t>
      </w:r>
      <w:r>
        <w:t xml:space="preserve">Fungsi f(x)=ax+b. Apakah nilai </w:t>
      </w:r>
      <w:proofErr w:type="gramStart"/>
      <w:r>
        <w:t>f(</w:t>
      </w:r>
      <w:proofErr w:type="gramEnd"/>
      <w:r>
        <w:t>10) dapat ditentukan?</w:t>
      </w:r>
      <w:r>
        <w:br/>
        <w:t>(1) f(2)=7.</w:t>
      </w:r>
      <w:r>
        <w:br/>
        <w:t>(2) f(6)=19.</w:t>
      </w:r>
    </w:p>
    <w:p w14:paraId="5409CE04" w14:textId="77777777" w:rsidR="00365219" w:rsidRDefault="00695781">
      <w:pPr>
        <w:pStyle w:val="Option"/>
        <w:keepNext/>
      </w:pPr>
      <w:r>
        <w:t>A. Pernyataan (1) SAJA cukup, tetapi Pernyataan (2) SAJA tidak cukup.</w:t>
      </w:r>
    </w:p>
    <w:p w14:paraId="173141F4" w14:textId="77777777" w:rsidR="00365219" w:rsidRDefault="00695781">
      <w:pPr>
        <w:pStyle w:val="Option"/>
        <w:keepNext/>
      </w:pPr>
      <w:r>
        <w:t>B. Pernyataan (2) SAJA cukup, tetapi Pernyataan (1) SAJA tidak cukup.</w:t>
      </w:r>
    </w:p>
    <w:p w14:paraId="57BBE097" w14:textId="77777777" w:rsidR="00365219" w:rsidRDefault="00695781">
      <w:pPr>
        <w:pStyle w:val="Option"/>
        <w:keepNext/>
      </w:pPr>
      <w:r>
        <w:t>C. DUA pernyataan BERSAMA-SAMA cukup, tetapi SATU pernyataan SAJA tidak cukup.</w:t>
      </w:r>
    </w:p>
    <w:p w14:paraId="5DA3EE79" w14:textId="77777777" w:rsidR="00365219" w:rsidRDefault="00695781">
      <w:pPr>
        <w:pStyle w:val="Option"/>
        <w:keepNext/>
      </w:pPr>
      <w:r>
        <w:t>D. Pernyataan (1) SAJA cukup dan Pernyataan (2) SAJA juga cukup.</w:t>
      </w:r>
    </w:p>
    <w:p w14:paraId="75008E31" w14:textId="77777777" w:rsidR="00365219" w:rsidRDefault="00695781">
      <w:pPr>
        <w:pStyle w:val="Option"/>
      </w:pPr>
      <w:r>
        <w:t>E. Pernyataan (1) dan Pernyataan (2) tidak cukup.</w:t>
      </w:r>
    </w:p>
    <w:p w14:paraId="315BDFC5" w14:textId="77777777" w:rsidR="00365219" w:rsidRDefault="00365219">
      <w:pPr>
        <w:pStyle w:val="Small"/>
      </w:pPr>
    </w:p>
    <w:p w14:paraId="2CA446AF" w14:textId="77777777" w:rsidR="00365219" w:rsidRDefault="00695781">
      <w:pPr>
        <w:pStyle w:val="Question"/>
      </w:pPr>
      <w:r>
        <w:rPr>
          <w:b/>
        </w:rPr>
        <w:t xml:space="preserve">100. </w:t>
      </w:r>
      <w:r>
        <w:t xml:space="preserve">Sebuah sekolah menjual paket A sebanyak x dan paket B sebanyak y dengan kendala x+y≤30, 2x+y≤45, </w:t>
      </w:r>
      <w:proofErr w:type="gramStart"/>
      <w:r>
        <w:t>x,y</w:t>
      </w:r>
      <w:proofErr w:type="gramEnd"/>
      <w:r>
        <w:t>≥0. Laba kotor (ribu rupiah) adalah P=40x+30y. Setelah laba kotor diperoleh, penyedia platform membayarkan laba bersih N=0,9P-20. Laba bersih maksimum adalah ....</w:t>
      </w:r>
    </w:p>
    <w:p w14:paraId="3538714E" w14:textId="77777777" w:rsidR="00365219" w:rsidRDefault="00695781">
      <w:pPr>
        <w:pStyle w:val="Option"/>
        <w:keepNext/>
      </w:pPr>
      <w:r>
        <w:t>A. Rp880.000,00</w:t>
      </w:r>
    </w:p>
    <w:p w14:paraId="515F8CFC" w14:textId="77777777" w:rsidR="00365219" w:rsidRDefault="00695781">
      <w:pPr>
        <w:pStyle w:val="Option"/>
        <w:keepNext/>
      </w:pPr>
      <w:r>
        <w:t>B. Rp900.000,00</w:t>
      </w:r>
    </w:p>
    <w:p w14:paraId="59B07C9B" w14:textId="77777777" w:rsidR="00365219" w:rsidRDefault="00695781">
      <w:pPr>
        <w:pStyle w:val="Option"/>
        <w:keepNext/>
      </w:pPr>
      <w:r>
        <w:t>C. Rp925.000,00</w:t>
      </w:r>
    </w:p>
    <w:p w14:paraId="62A93713" w14:textId="77777777" w:rsidR="00365219" w:rsidRDefault="00695781">
      <w:pPr>
        <w:pStyle w:val="Option"/>
        <w:keepNext/>
      </w:pPr>
      <w:r>
        <w:t>D. Rp945.000,00</w:t>
      </w:r>
    </w:p>
    <w:p w14:paraId="10B2BBE8" w14:textId="77777777" w:rsidR="00365219" w:rsidRDefault="00695781">
      <w:pPr>
        <w:pStyle w:val="Option"/>
      </w:pPr>
      <w:r>
        <w:t>E. Rp1.050.000,00</w:t>
      </w:r>
    </w:p>
    <w:p w14:paraId="33DF6B41" w14:textId="77777777" w:rsidR="00365219" w:rsidRDefault="00365219">
      <w:pPr>
        <w:pStyle w:val="Small"/>
      </w:pPr>
    </w:p>
    <w:p w14:paraId="1D226A64" w14:textId="77777777" w:rsidR="00365219" w:rsidRDefault="00695781">
      <w:r>
        <w:br w:type="page"/>
      </w:r>
    </w:p>
    <w:p w14:paraId="4C5846A2" w14:textId="77777777" w:rsidR="00365219" w:rsidRDefault="00695781">
      <w:pPr>
        <w:pStyle w:val="Heading1"/>
        <w:jc w:val="center"/>
      </w:pPr>
      <w:r>
        <w:lastRenderedPageBreak/>
        <w:t>LEMBAR JAWABAN RINGKAS</w:t>
      </w:r>
    </w:p>
    <w:p w14:paraId="719A998D" w14:textId="77777777" w:rsidR="00365219" w:rsidRDefault="00695781">
      <w:pPr>
        <w:pStyle w:val="Small"/>
      </w:pPr>
      <w:r>
        <w:t>Nama: ...............................................................    Kelas: ....................</w:t>
      </w:r>
    </w:p>
    <w:tbl>
      <w:tblPr>
        <w:tblStyle w:val="TableGrid"/>
        <w:tblW w:w="0" w:type="auto"/>
        <w:jc w:val="center"/>
        <w:tblLook w:val="04A0" w:firstRow="1" w:lastRow="0" w:firstColumn="1" w:lastColumn="0" w:noHBand="0" w:noVBand="1"/>
      </w:tblPr>
      <w:tblGrid>
        <w:gridCol w:w="1233"/>
        <w:gridCol w:w="1233"/>
        <w:gridCol w:w="1233"/>
        <w:gridCol w:w="1233"/>
        <w:gridCol w:w="1233"/>
        <w:gridCol w:w="1233"/>
        <w:gridCol w:w="1233"/>
        <w:gridCol w:w="1233"/>
      </w:tblGrid>
      <w:tr w:rsidR="00365219" w14:paraId="037F00DB" w14:textId="77777777">
        <w:trPr>
          <w:jc w:val="center"/>
        </w:trPr>
        <w:tc>
          <w:tcPr>
            <w:tcW w:w="1233" w:type="dxa"/>
            <w:shd w:val="clear" w:color="auto" w:fill="D9EAF7"/>
            <w:vAlign w:val="center"/>
          </w:tcPr>
          <w:p w14:paraId="5301BB38" w14:textId="77777777" w:rsidR="00365219" w:rsidRDefault="00695781">
            <w:pPr>
              <w:jc w:val="center"/>
            </w:pPr>
            <w:r>
              <w:rPr>
                <w:b/>
                <w:sz w:val="16"/>
              </w:rPr>
              <w:t>No.</w:t>
            </w:r>
          </w:p>
        </w:tc>
        <w:tc>
          <w:tcPr>
            <w:tcW w:w="1233" w:type="dxa"/>
            <w:shd w:val="clear" w:color="auto" w:fill="D9EAF7"/>
            <w:vAlign w:val="center"/>
          </w:tcPr>
          <w:p w14:paraId="04783D12" w14:textId="77777777" w:rsidR="00365219" w:rsidRDefault="00695781">
            <w:pPr>
              <w:jc w:val="center"/>
            </w:pPr>
            <w:r>
              <w:rPr>
                <w:b/>
                <w:sz w:val="16"/>
              </w:rPr>
              <w:t>Jawaban</w:t>
            </w:r>
          </w:p>
        </w:tc>
        <w:tc>
          <w:tcPr>
            <w:tcW w:w="1233" w:type="dxa"/>
            <w:shd w:val="clear" w:color="auto" w:fill="D9EAF7"/>
            <w:vAlign w:val="center"/>
          </w:tcPr>
          <w:p w14:paraId="13CB9A55" w14:textId="77777777" w:rsidR="00365219" w:rsidRDefault="00695781">
            <w:pPr>
              <w:jc w:val="center"/>
            </w:pPr>
            <w:r>
              <w:rPr>
                <w:b/>
                <w:sz w:val="16"/>
              </w:rPr>
              <w:t>No.</w:t>
            </w:r>
          </w:p>
        </w:tc>
        <w:tc>
          <w:tcPr>
            <w:tcW w:w="1233" w:type="dxa"/>
            <w:shd w:val="clear" w:color="auto" w:fill="D9EAF7"/>
            <w:vAlign w:val="center"/>
          </w:tcPr>
          <w:p w14:paraId="04EC6A9A" w14:textId="77777777" w:rsidR="00365219" w:rsidRDefault="00695781">
            <w:pPr>
              <w:jc w:val="center"/>
            </w:pPr>
            <w:r>
              <w:rPr>
                <w:b/>
                <w:sz w:val="16"/>
              </w:rPr>
              <w:t>Jawaban</w:t>
            </w:r>
          </w:p>
        </w:tc>
        <w:tc>
          <w:tcPr>
            <w:tcW w:w="1233" w:type="dxa"/>
            <w:shd w:val="clear" w:color="auto" w:fill="D9EAF7"/>
            <w:vAlign w:val="center"/>
          </w:tcPr>
          <w:p w14:paraId="7CC24080" w14:textId="77777777" w:rsidR="00365219" w:rsidRDefault="00695781">
            <w:pPr>
              <w:jc w:val="center"/>
            </w:pPr>
            <w:r>
              <w:rPr>
                <w:b/>
                <w:sz w:val="16"/>
              </w:rPr>
              <w:t>No.</w:t>
            </w:r>
          </w:p>
        </w:tc>
        <w:tc>
          <w:tcPr>
            <w:tcW w:w="1233" w:type="dxa"/>
            <w:shd w:val="clear" w:color="auto" w:fill="D9EAF7"/>
            <w:vAlign w:val="center"/>
          </w:tcPr>
          <w:p w14:paraId="4331754C" w14:textId="77777777" w:rsidR="00365219" w:rsidRDefault="00695781">
            <w:pPr>
              <w:jc w:val="center"/>
            </w:pPr>
            <w:r>
              <w:rPr>
                <w:b/>
                <w:sz w:val="16"/>
              </w:rPr>
              <w:t>Jawaban</w:t>
            </w:r>
          </w:p>
        </w:tc>
        <w:tc>
          <w:tcPr>
            <w:tcW w:w="1233" w:type="dxa"/>
            <w:shd w:val="clear" w:color="auto" w:fill="D9EAF7"/>
            <w:vAlign w:val="center"/>
          </w:tcPr>
          <w:p w14:paraId="5B6DB5C1" w14:textId="77777777" w:rsidR="00365219" w:rsidRDefault="00695781">
            <w:pPr>
              <w:jc w:val="center"/>
            </w:pPr>
            <w:r>
              <w:rPr>
                <w:b/>
                <w:sz w:val="16"/>
              </w:rPr>
              <w:t>No.</w:t>
            </w:r>
          </w:p>
        </w:tc>
        <w:tc>
          <w:tcPr>
            <w:tcW w:w="1233" w:type="dxa"/>
            <w:shd w:val="clear" w:color="auto" w:fill="D9EAF7"/>
            <w:vAlign w:val="center"/>
          </w:tcPr>
          <w:p w14:paraId="1AE2A274" w14:textId="77777777" w:rsidR="00365219" w:rsidRDefault="00695781">
            <w:pPr>
              <w:jc w:val="center"/>
            </w:pPr>
            <w:r>
              <w:rPr>
                <w:b/>
                <w:sz w:val="16"/>
              </w:rPr>
              <w:t>Jawaban</w:t>
            </w:r>
          </w:p>
        </w:tc>
      </w:tr>
      <w:tr w:rsidR="00365219" w14:paraId="2FC3B18A" w14:textId="77777777">
        <w:trPr>
          <w:jc w:val="center"/>
        </w:trPr>
        <w:tc>
          <w:tcPr>
            <w:tcW w:w="1233" w:type="dxa"/>
            <w:vAlign w:val="center"/>
          </w:tcPr>
          <w:p w14:paraId="3A507453" w14:textId="77777777" w:rsidR="00365219" w:rsidRDefault="00695781">
            <w:pPr>
              <w:jc w:val="center"/>
            </w:pPr>
            <w:r>
              <w:rPr>
                <w:sz w:val="16"/>
              </w:rPr>
              <w:t>1</w:t>
            </w:r>
          </w:p>
        </w:tc>
        <w:tc>
          <w:tcPr>
            <w:tcW w:w="1233" w:type="dxa"/>
            <w:vAlign w:val="center"/>
          </w:tcPr>
          <w:p w14:paraId="3B8B78C8" w14:textId="77777777" w:rsidR="00365219" w:rsidRDefault="00365219"/>
        </w:tc>
        <w:tc>
          <w:tcPr>
            <w:tcW w:w="1233" w:type="dxa"/>
            <w:vAlign w:val="center"/>
          </w:tcPr>
          <w:p w14:paraId="70A56852" w14:textId="77777777" w:rsidR="00365219" w:rsidRDefault="00695781">
            <w:pPr>
              <w:jc w:val="center"/>
            </w:pPr>
            <w:r>
              <w:rPr>
                <w:sz w:val="16"/>
              </w:rPr>
              <w:t>26</w:t>
            </w:r>
          </w:p>
        </w:tc>
        <w:tc>
          <w:tcPr>
            <w:tcW w:w="1233" w:type="dxa"/>
            <w:vAlign w:val="center"/>
          </w:tcPr>
          <w:p w14:paraId="149FFF90" w14:textId="77777777" w:rsidR="00365219" w:rsidRDefault="00365219"/>
        </w:tc>
        <w:tc>
          <w:tcPr>
            <w:tcW w:w="1233" w:type="dxa"/>
            <w:vAlign w:val="center"/>
          </w:tcPr>
          <w:p w14:paraId="591BEED5" w14:textId="77777777" w:rsidR="00365219" w:rsidRDefault="00695781">
            <w:pPr>
              <w:jc w:val="center"/>
            </w:pPr>
            <w:r>
              <w:rPr>
                <w:sz w:val="16"/>
              </w:rPr>
              <w:t>51</w:t>
            </w:r>
          </w:p>
        </w:tc>
        <w:tc>
          <w:tcPr>
            <w:tcW w:w="1233" w:type="dxa"/>
            <w:vAlign w:val="center"/>
          </w:tcPr>
          <w:p w14:paraId="1FA65213" w14:textId="77777777" w:rsidR="00365219" w:rsidRDefault="00365219"/>
        </w:tc>
        <w:tc>
          <w:tcPr>
            <w:tcW w:w="1233" w:type="dxa"/>
            <w:vAlign w:val="center"/>
          </w:tcPr>
          <w:p w14:paraId="4AA75D92" w14:textId="77777777" w:rsidR="00365219" w:rsidRDefault="00695781">
            <w:pPr>
              <w:jc w:val="center"/>
            </w:pPr>
            <w:r>
              <w:rPr>
                <w:sz w:val="16"/>
              </w:rPr>
              <w:t>76</w:t>
            </w:r>
          </w:p>
        </w:tc>
        <w:tc>
          <w:tcPr>
            <w:tcW w:w="1233" w:type="dxa"/>
            <w:vAlign w:val="center"/>
          </w:tcPr>
          <w:p w14:paraId="11BD8C7F" w14:textId="77777777" w:rsidR="00365219" w:rsidRDefault="00365219"/>
        </w:tc>
      </w:tr>
      <w:tr w:rsidR="00365219" w14:paraId="44009A50" w14:textId="77777777">
        <w:trPr>
          <w:jc w:val="center"/>
        </w:trPr>
        <w:tc>
          <w:tcPr>
            <w:tcW w:w="1233" w:type="dxa"/>
            <w:vAlign w:val="center"/>
          </w:tcPr>
          <w:p w14:paraId="017EC6F7" w14:textId="77777777" w:rsidR="00365219" w:rsidRDefault="00695781">
            <w:pPr>
              <w:jc w:val="center"/>
            </w:pPr>
            <w:r>
              <w:rPr>
                <w:sz w:val="16"/>
              </w:rPr>
              <w:t>2</w:t>
            </w:r>
          </w:p>
        </w:tc>
        <w:tc>
          <w:tcPr>
            <w:tcW w:w="1233" w:type="dxa"/>
            <w:vAlign w:val="center"/>
          </w:tcPr>
          <w:p w14:paraId="77A39E4F" w14:textId="77777777" w:rsidR="00365219" w:rsidRDefault="00365219"/>
        </w:tc>
        <w:tc>
          <w:tcPr>
            <w:tcW w:w="1233" w:type="dxa"/>
            <w:vAlign w:val="center"/>
          </w:tcPr>
          <w:p w14:paraId="5AFD3FD3" w14:textId="77777777" w:rsidR="00365219" w:rsidRDefault="00695781">
            <w:pPr>
              <w:jc w:val="center"/>
            </w:pPr>
            <w:r>
              <w:rPr>
                <w:sz w:val="16"/>
              </w:rPr>
              <w:t>27</w:t>
            </w:r>
          </w:p>
        </w:tc>
        <w:tc>
          <w:tcPr>
            <w:tcW w:w="1233" w:type="dxa"/>
            <w:vAlign w:val="center"/>
          </w:tcPr>
          <w:p w14:paraId="40866216" w14:textId="77777777" w:rsidR="00365219" w:rsidRDefault="00365219"/>
        </w:tc>
        <w:tc>
          <w:tcPr>
            <w:tcW w:w="1233" w:type="dxa"/>
            <w:vAlign w:val="center"/>
          </w:tcPr>
          <w:p w14:paraId="7E6DB710" w14:textId="77777777" w:rsidR="00365219" w:rsidRDefault="00695781">
            <w:pPr>
              <w:jc w:val="center"/>
            </w:pPr>
            <w:r>
              <w:rPr>
                <w:sz w:val="16"/>
              </w:rPr>
              <w:t>52</w:t>
            </w:r>
          </w:p>
        </w:tc>
        <w:tc>
          <w:tcPr>
            <w:tcW w:w="1233" w:type="dxa"/>
            <w:vAlign w:val="center"/>
          </w:tcPr>
          <w:p w14:paraId="5214CF2E" w14:textId="77777777" w:rsidR="00365219" w:rsidRDefault="00365219"/>
        </w:tc>
        <w:tc>
          <w:tcPr>
            <w:tcW w:w="1233" w:type="dxa"/>
            <w:vAlign w:val="center"/>
          </w:tcPr>
          <w:p w14:paraId="035D06FC" w14:textId="77777777" w:rsidR="00365219" w:rsidRDefault="00695781">
            <w:pPr>
              <w:jc w:val="center"/>
            </w:pPr>
            <w:r>
              <w:rPr>
                <w:sz w:val="16"/>
              </w:rPr>
              <w:t>77</w:t>
            </w:r>
          </w:p>
        </w:tc>
        <w:tc>
          <w:tcPr>
            <w:tcW w:w="1233" w:type="dxa"/>
            <w:vAlign w:val="center"/>
          </w:tcPr>
          <w:p w14:paraId="22E19AE9" w14:textId="77777777" w:rsidR="00365219" w:rsidRDefault="00365219"/>
        </w:tc>
      </w:tr>
      <w:tr w:rsidR="00365219" w14:paraId="7450BC77" w14:textId="77777777">
        <w:trPr>
          <w:jc w:val="center"/>
        </w:trPr>
        <w:tc>
          <w:tcPr>
            <w:tcW w:w="1233" w:type="dxa"/>
            <w:vAlign w:val="center"/>
          </w:tcPr>
          <w:p w14:paraId="662CB558" w14:textId="77777777" w:rsidR="00365219" w:rsidRDefault="00695781">
            <w:pPr>
              <w:jc w:val="center"/>
            </w:pPr>
            <w:r>
              <w:rPr>
                <w:sz w:val="16"/>
              </w:rPr>
              <w:t>3</w:t>
            </w:r>
          </w:p>
        </w:tc>
        <w:tc>
          <w:tcPr>
            <w:tcW w:w="1233" w:type="dxa"/>
            <w:vAlign w:val="center"/>
          </w:tcPr>
          <w:p w14:paraId="5C35D958" w14:textId="77777777" w:rsidR="00365219" w:rsidRDefault="00365219"/>
        </w:tc>
        <w:tc>
          <w:tcPr>
            <w:tcW w:w="1233" w:type="dxa"/>
            <w:vAlign w:val="center"/>
          </w:tcPr>
          <w:p w14:paraId="18DFDFC9" w14:textId="77777777" w:rsidR="00365219" w:rsidRDefault="00695781">
            <w:pPr>
              <w:jc w:val="center"/>
            </w:pPr>
            <w:r>
              <w:rPr>
                <w:sz w:val="16"/>
              </w:rPr>
              <w:t>28</w:t>
            </w:r>
          </w:p>
        </w:tc>
        <w:tc>
          <w:tcPr>
            <w:tcW w:w="1233" w:type="dxa"/>
            <w:vAlign w:val="center"/>
          </w:tcPr>
          <w:p w14:paraId="5F98DB30" w14:textId="77777777" w:rsidR="00365219" w:rsidRDefault="00365219"/>
        </w:tc>
        <w:tc>
          <w:tcPr>
            <w:tcW w:w="1233" w:type="dxa"/>
            <w:vAlign w:val="center"/>
          </w:tcPr>
          <w:p w14:paraId="061DB0FC" w14:textId="77777777" w:rsidR="00365219" w:rsidRDefault="00695781">
            <w:pPr>
              <w:jc w:val="center"/>
            </w:pPr>
            <w:r>
              <w:rPr>
                <w:sz w:val="16"/>
              </w:rPr>
              <w:t>53</w:t>
            </w:r>
          </w:p>
        </w:tc>
        <w:tc>
          <w:tcPr>
            <w:tcW w:w="1233" w:type="dxa"/>
            <w:vAlign w:val="center"/>
          </w:tcPr>
          <w:p w14:paraId="3C1B6048" w14:textId="77777777" w:rsidR="00365219" w:rsidRDefault="00365219"/>
        </w:tc>
        <w:tc>
          <w:tcPr>
            <w:tcW w:w="1233" w:type="dxa"/>
            <w:vAlign w:val="center"/>
          </w:tcPr>
          <w:p w14:paraId="01496E7F" w14:textId="77777777" w:rsidR="00365219" w:rsidRDefault="00695781">
            <w:pPr>
              <w:jc w:val="center"/>
            </w:pPr>
            <w:r>
              <w:rPr>
                <w:sz w:val="16"/>
              </w:rPr>
              <w:t>78</w:t>
            </w:r>
          </w:p>
        </w:tc>
        <w:tc>
          <w:tcPr>
            <w:tcW w:w="1233" w:type="dxa"/>
            <w:vAlign w:val="center"/>
          </w:tcPr>
          <w:p w14:paraId="7920A46C" w14:textId="77777777" w:rsidR="00365219" w:rsidRDefault="00365219"/>
        </w:tc>
      </w:tr>
      <w:tr w:rsidR="00365219" w14:paraId="4380E3F0" w14:textId="77777777">
        <w:trPr>
          <w:jc w:val="center"/>
        </w:trPr>
        <w:tc>
          <w:tcPr>
            <w:tcW w:w="1233" w:type="dxa"/>
            <w:vAlign w:val="center"/>
          </w:tcPr>
          <w:p w14:paraId="585B28ED" w14:textId="77777777" w:rsidR="00365219" w:rsidRDefault="00695781">
            <w:pPr>
              <w:jc w:val="center"/>
            </w:pPr>
            <w:r>
              <w:rPr>
                <w:sz w:val="16"/>
              </w:rPr>
              <w:t>4</w:t>
            </w:r>
          </w:p>
        </w:tc>
        <w:tc>
          <w:tcPr>
            <w:tcW w:w="1233" w:type="dxa"/>
            <w:vAlign w:val="center"/>
          </w:tcPr>
          <w:p w14:paraId="3C3DE424" w14:textId="77777777" w:rsidR="00365219" w:rsidRDefault="00365219"/>
        </w:tc>
        <w:tc>
          <w:tcPr>
            <w:tcW w:w="1233" w:type="dxa"/>
            <w:vAlign w:val="center"/>
          </w:tcPr>
          <w:p w14:paraId="2D65FCF7" w14:textId="77777777" w:rsidR="00365219" w:rsidRDefault="00695781">
            <w:pPr>
              <w:jc w:val="center"/>
            </w:pPr>
            <w:r>
              <w:rPr>
                <w:sz w:val="16"/>
              </w:rPr>
              <w:t>29</w:t>
            </w:r>
          </w:p>
        </w:tc>
        <w:tc>
          <w:tcPr>
            <w:tcW w:w="1233" w:type="dxa"/>
            <w:vAlign w:val="center"/>
          </w:tcPr>
          <w:p w14:paraId="3CA658F0" w14:textId="77777777" w:rsidR="00365219" w:rsidRDefault="00365219"/>
        </w:tc>
        <w:tc>
          <w:tcPr>
            <w:tcW w:w="1233" w:type="dxa"/>
            <w:vAlign w:val="center"/>
          </w:tcPr>
          <w:p w14:paraId="54AEB46C" w14:textId="77777777" w:rsidR="00365219" w:rsidRDefault="00695781">
            <w:pPr>
              <w:jc w:val="center"/>
            </w:pPr>
            <w:r>
              <w:rPr>
                <w:sz w:val="16"/>
              </w:rPr>
              <w:t>54</w:t>
            </w:r>
          </w:p>
        </w:tc>
        <w:tc>
          <w:tcPr>
            <w:tcW w:w="1233" w:type="dxa"/>
            <w:vAlign w:val="center"/>
          </w:tcPr>
          <w:p w14:paraId="4D4C66C7" w14:textId="77777777" w:rsidR="00365219" w:rsidRDefault="00365219"/>
        </w:tc>
        <w:tc>
          <w:tcPr>
            <w:tcW w:w="1233" w:type="dxa"/>
            <w:vAlign w:val="center"/>
          </w:tcPr>
          <w:p w14:paraId="070FCE71" w14:textId="77777777" w:rsidR="00365219" w:rsidRDefault="00695781">
            <w:pPr>
              <w:jc w:val="center"/>
            </w:pPr>
            <w:r>
              <w:rPr>
                <w:sz w:val="16"/>
              </w:rPr>
              <w:t>79</w:t>
            </w:r>
          </w:p>
        </w:tc>
        <w:tc>
          <w:tcPr>
            <w:tcW w:w="1233" w:type="dxa"/>
            <w:vAlign w:val="center"/>
          </w:tcPr>
          <w:p w14:paraId="046F78FB" w14:textId="77777777" w:rsidR="00365219" w:rsidRDefault="00365219"/>
        </w:tc>
      </w:tr>
      <w:tr w:rsidR="00365219" w14:paraId="7A1FF53E" w14:textId="77777777">
        <w:trPr>
          <w:jc w:val="center"/>
        </w:trPr>
        <w:tc>
          <w:tcPr>
            <w:tcW w:w="1233" w:type="dxa"/>
            <w:vAlign w:val="center"/>
          </w:tcPr>
          <w:p w14:paraId="42B55537" w14:textId="77777777" w:rsidR="00365219" w:rsidRDefault="00695781">
            <w:pPr>
              <w:jc w:val="center"/>
            </w:pPr>
            <w:r>
              <w:rPr>
                <w:sz w:val="16"/>
              </w:rPr>
              <w:t>5</w:t>
            </w:r>
          </w:p>
        </w:tc>
        <w:tc>
          <w:tcPr>
            <w:tcW w:w="1233" w:type="dxa"/>
            <w:vAlign w:val="center"/>
          </w:tcPr>
          <w:p w14:paraId="4192EF74" w14:textId="77777777" w:rsidR="00365219" w:rsidRDefault="00365219"/>
        </w:tc>
        <w:tc>
          <w:tcPr>
            <w:tcW w:w="1233" w:type="dxa"/>
            <w:vAlign w:val="center"/>
          </w:tcPr>
          <w:p w14:paraId="3CF91221" w14:textId="77777777" w:rsidR="00365219" w:rsidRDefault="00695781">
            <w:pPr>
              <w:jc w:val="center"/>
            </w:pPr>
            <w:r>
              <w:rPr>
                <w:sz w:val="16"/>
              </w:rPr>
              <w:t>30</w:t>
            </w:r>
          </w:p>
        </w:tc>
        <w:tc>
          <w:tcPr>
            <w:tcW w:w="1233" w:type="dxa"/>
            <w:vAlign w:val="center"/>
          </w:tcPr>
          <w:p w14:paraId="3A393F6D" w14:textId="77777777" w:rsidR="00365219" w:rsidRDefault="00365219"/>
        </w:tc>
        <w:tc>
          <w:tcPr>
            <w:tcW w:w="1233" w:type="dxa"/>
            <w:vAlign w:val="center"/>
          </w:tcPr>
          <w:p w14:paraId="4142FE5B" w14:textId="77777777" w:rsidR="00365219" w:rsidRDefault="00695781">
            <w:pPr>
              <w:jc w:val="center"/>
            </w:pPr>
            <w:r>
              <w:rPr>
                <w:sz w:val="16"/>
              </w:rPr>
              <w:t>55</w:t>
            </w:r>
          </w:p>
        </w:tc>
        <w:tc>
          <w:tcPr>
            <w:tcW w:w="1233" w:type="dxa"/>
            <w:vAlign w:val="center"/>
          </w:tcPr>
          <w:p w14:paraId="4224C705" w14:textId="77777777" w:rsidR="00365219" w:rsidRDefault="00365219"/>
        </w:tc>
        <w:tc>
          <w:tcPr>
            <w:tcW w:w="1233" w:type="dxa"/>
            <w:vAlign w:val="center"/>
          </w:tcPr>
          <w:p w14:paraId="17F3DC1E" w14:textId="77777777" w:rsidR="00365219" w:rsidRDefault="00695781">
            <w:pPr>
              <w:jc w:val="center"/>
            </w:pPr>
            <w:r>
              <w:rPr>
                <w:sz w:val="16"/>
              </w:rPr>
              <w:t>80</w:t>
            </w:r>
          </w:p>
        </w:tc>
        <w:tc>
          <w:tcPr>
            <w:tcW w:w="1233" w:type="dxa"/>
            <w:vAlign w:val="center"/>
          </w:tcPr>
          <w:p w14:paraId="01502173" w14:textId="77777777" w:rsidR="00365219" w:rsidRDefault="00365219"/>
        </w:tc>
      </w:tr>
      <w:tr w:rsidR="00365219" w14:paraId="119CFF25" w14:textId="77777777">
        <w:trPr>
          <w:jc w:val="center"/>
        </w:trPr>
        <w:tc>
          <w:tcPr>
            <w:tcW w:w="1233" w:type="dxa"/>
            <w:vAlign w:val="center"/>
          </w:tcPr>
          <w:p w14:paraId="37103BC5" w14:textId="77777777" w:rsidR="00365219" w:rsidRDefault="00695781">
            <w:pPr>
              <w:jc w:val="center"/>
            </w:pPr>
            <w:r>
              <w:rPr>
                <w:sz w:val="16"/>
              </w:rPr>
              <w:t>6</w:t>
            </w:r>
          </w:p>
        </w:tc>
        <w:tc>
          <w:tcPr>
            <w:tcW w:w="1233" w:type="dxa"/>
            <w:vAlign w:val="center"/>
          </w:tcPr>
          <w:p w14:paraId="04D1B755" w14:textId="77777777" w:rsidR="00365219" w:rsidRDefault="00365219"/>
        </w:tc>
        <w:tc>
          <w:tcPr>
            <w:tcW w:w="1233" w:type="dxa"/>
            <w:vAlign w:val="center"/>
          </w:tcPr>
          <w:p w14:paraId="7C72E548" w14:textId="77777777" w:rsidR="00365219" w:rsidRDefault="00695781">
            <w:pPr>
              <w:jc w:val="center"/>
            </w:pPr>
            <w:r>
              <w:rPr>
                <w:sz w:val="16"/>
              </w:rPr>
              <w:t>31</w:t>
            </w:r>
          </w:p>
        </w:tc>
        <w:tc>
          <w:tcPr>
            <w:tcW w:w="1233" w:type="dxa"/>
            <w:vAlign w:val="center"/>
          </w:tcPr>
          <w:p w14:paraId="5ED2FE34" w14:textId="77777777" w:rsidR="00365219" w:rsidRDefault="00365219"/>
        </w:tc>
        <w:tc>
          <w:tcPr>
            <w:tcW w:w="1233" w:type="dxa"/>
            <w:vAlign w:val="center"/>
          </w:tcPr>
          <w:p w14:paraId="5F6F0541" w14:textId="77777777" w:rsidR="00365219" w:rsidRDefault="00695781">
            <w:pPr>
              <w:jc w:val="center"/>
            </w:pPr>
            <w:r>
              <w:rPr>
                <w:sz w:val="16"/>
              </w:rPr>
              <w:t>56</w:t>
            </w:r>
          </w:p>
        </w:tc>
        <w:tc>
          <w:tcPr>
            <w:tcW w:w="1233" w:type="dxa"/>
            <w:vAlign w:val="center"/>
          </w:tcPr>
          <w:p w14:paraId="41296BD3" w14:textId="77777777" w:rsidR="00365219" w:rsidRDefault="00365219"/>
        </w:tc>
        <w:tc>
          <w:tcPr>
            <w:tcW w:w="1233" w:type="dxa"/>
            <w:vAlign w:val="center"/>
          </w:tcPr>
          <w:p w14:paraId="6D1A55FE" w14:textId="77777777" w:rsidR="00365219" w:rsidRDefault="00695781">
            <w:pPr>
              <w:jc w:val="center"/>
            </w:pPr>
            <w:r>
              <w:rPr>
                <w:sz w:val="16"/>
              </w:rPr>
              <w:t>81</w:t>
            </w:r>
          </w:p>
        </w:tc>
        <w:tc>
          <w:tcPr>
            <w:tcW w:w="1233" w:type="dxa"/>
            <w:vAlign w:val="center"/>
          </w:tcPr>
          <w:p w14:paraId="2661D109" w14:textId="77777777" w:rsidR="00365219" w:rsidRDefault="00365219"/>
        </w:tc>
      </w:tr>
      <w:tr w:rsidR="00365219" w14:paraId="23543CA2" w14:textId="77777777">
        <w:trPr>
          <w:jc w:val="center"/>
        </w:trPr>
        <w:tc>
          <w:tcPr>
            <w:tcW w:w="1233" w:type="dxa"/>
            <w:vAlign w:val="center"/>
          </w:tcPr>
          <w:p w14:paraId="4EF4DCBF" w14:textId="77777777" w:rsidR="00365219" w:rsidRDefault="00695781">
            <w:pPr>
              <w:jc w:val="center"/>
            </w:pPr>
            <w:r>
              <w:rPr>
                <w:sz w:val="16"/>
              </w:rPr>
              <w:t>7</w:t>
            </w:r>
          </w:p>
        </w:tc>
        <w:tc>
          <w:tcPr>
            <w:tcW w:w="1233" w:type="dxa"/>
            <w:vAlign w:val="center"/>
          </w:tcPr>
          <w:p w14:paraId="22C56EF8" w14:textId="77777777" w:rsidR="00365219" w:rsidRDefault="00365219"/>
        </w:tc>
        <w:tc>
          <w:tcPr>
            <w:tcW w:w="1233" w:type="dxa"/>
            <w:vAlign w:val="center"/>
          </w:tcPr>
          <w:p w14:paraId="0B3EE2EF" w14:textId="77777777" w:rsidR="00365219" w:rsidRDefault="00695781">
            <w:pPr>
              <w:jc w:val="center"/>
            </w:pPr>
            <w:r>
              <w:rPr>
                <w:sz w:val="16"/>
              </w:rPr>
              <w:t>32</w:t>
            </w:r>
          </w:p>
        </w:tc>
        <w:tc>
          <w:tcPr>
            <w:tcW w:w="1233" w:type="dxa"/>
            <w:vAlign w:val="center"/>
          </w:tcPr>
          <w:p w14:paraId="06949F34" w14:textId="77777777" w:rsidR="00365219" w:rsidRDefault="00365219"/>
        </w:tc>
        <w:tc>
          <w:tcPr>
            <w:tcW w:w="1233" w:type="dxa"/>
            <w:vAlign w:val="center"/>
          </w:tcPr>
          <w:p w14:paraId="0EAC4019" w14:textId="77777777" w:rsidR="00365219" w:rsidRDefault="00695781">
            <w:pPr>
              <w:jc w:val="center"/>
            </w:pPr>
            <w:r>
              <w:rPr>
                <w:sz w:val="16"/>
              </w:rPr>
              <w:t>57</w:t>
            </w:r>
          </w:p>
        </w:tc>
        <w:tc>
          <w:tcPr>
            <w:tcW w:w="1233" w:type="dxa"/>
            <w:vAlign w:val="center"/>
          </w:tcPr>
          <w:p w14:paraId="0123A706" w14:textId="77777777" w:rsidR="00365219" w:rsidRDefault="00365219"/>
        </w:tc>
        <w:tc>
          <w:tcPr>
            <w:tcW w:w="1233" w:type="dxa"/>
            <w:vAlign w:val="center"/>
          </w:tcPr>
          <w:p w14:paraId="4FCB3D89" w14:textId="77777777" w:rsidR="00365219" w:rsidRDefault="00695781">
            <w:pPr>
              <w:jc w:val="center"/>
            </w:pPr>
            <w:r>
              <w:rPr>
                <w:sz w:val="16"/>
              </w:rPr>
              <w:t>82</w:t>
            </w:r>
          </w:p>
        </w:tc>
        <w:tc>
          <w:tcPr>
            <w:tcW w:w="1233" w:type="dxa"/>
            <w:vAlign w:val="center"/>
          </w:tcPr>
          <w:p w14:paraId="43049EFE" w14:textId="77777777" w:rsidR="00365219" w:rsidRDefault="00365219"/>
        </w:tc>
      </w:tr>
      <w:tr w:rsidR="00365219" w14:paraId="0CFF0F97" w14:textId="77777777">
        <w:trPr>
          <w:jc w:val="center"/>
        </w:trPr>
        <w:tc>
          <w:tcPr>
            <w:tcW w:w="1233" w:type="dxa"/>
            <w:vAlign w:val="center"/>
          </w:tcPr>
          <w:p w14:paraId="71A6DBD4" w14:textId="77777777" w:rsidR="00365219" w:rsidRDefault="00695781">
            <w:pPr>
              <w:jc w:val="center"/>
            </w:pPr>
            <w:r>
              <w:rPr>
                <w:sz w:val="16"/>
              </w:rPr>
              <w:t>8</w:t>
            </w:r>
          </w:p>
        </w:tc>
        <w:tc>
          <w:tcPr>
            <w:tcW w:w="1233" w:type="dxa"/>
            <w:vAlign w:val="center"/>
          </w:tcPr>
          <w:p w14:paraId="294C5113" w14:textId="77777777" w:rsidR="00365219" w:rsidRDefault="00365219"/>
        </w:tc>
        <w:tc>
          <w:tcPr>
            <w:tcW w:w="1233" w:type="dxa"/>
            <w:vAlign w:val="center"/>
          </w:tcPr>
          <w:p w14:paraId="6FCEFF85" w14:textId="77777777" w:rsidR="00365219" w:rsidRDefault="00695781">
            <w:pPr>
              <w:jc w:val="center"/>
            </w:pPr>
            <w:r>
              <w:rPr>
                <w:sz w:val="16"/>
              </w:rPr>
              <w:t>33</w:t>
            </w:r>
          </w:p>
        </w:tc>
        <w:tc>
          <w:tcPr>
            <w:tcW w:w="1233" w:type="dxa"/>
            <w:vAlign w:val="center"/>
          </w:tcPr>
          <w:p w14:paraId="732D854D" w14:textId="77777777" w:rsidR="00365219" w:rsidRDefault="00365219"/>
        </w:tc>
        <w:tc>
          <w:tcPr>
            <w:tcW w:w="1233" w:type="dxa"/>
            <w:vAlign w:val="center"/>
          </w:tcPr>
          <w:p w14:paraId="345FE212" w14:textId="77777777" w:rsidR="00365219" w:rsidRDefault="00695781">
            <w:pPr>
              <w:jc w:val="center"/>
            </w:pPr>
            <w:r>
              <w:rPr>
                <w:sz w:val="16"/>
              </w:rPr>
              <w:t>58</w:t>
            </w:r>
          </w:p>
        </w:tc>
        <w:tc>
          <w:tcPr>
            <w:tcW w:w="1233" w:type="dxa"/>
            <w:vAlign w:val="center"/>
          </w:tcPr>
          <w:p w14:paraId="5D709332" w14:textId="77777777" w:rsidR="00365219" w:rsidRDefault="00365219"/>
        </w:tc>
        <w:tc>
          <w:tcPr>
            <w:tcW w:w="1233" w:type="dxa"/>
            <w:vAlign w:val="center"/>
          </w:tcPr>
          <w:p w14:paraId="42CBCA05" w14:textId="77777777" w:rsidR="00365219" w:rsidRDefault="00695781">
            <w:pPr>
              <w:jc w:val="center"/>
            </w:pPr>
            <w:r>
              <w:rPr>
                <w:sz w:val="16"/>
              </w:rPr>
              <w:t>83</w:t>
            </w:r>
          </w:p>
        </w:tc>
        <w:tc>
          <w:tcPr>
            <w:tcW w:w="1233" w:type="dxa"/>
            <w:vAlign w:val="center"/>
          </w:tcPr>
          <w:p w14:paraId="1F11E807" w14:textId="77777777" w:rsidR="00365219" w:rsidRDefault="00365219"/>
        </w:tc>
      </w:tr>
      <w:tr w:rsidR="00365219" w14:paraId="03A99D3B" w14:textId="77777777">
        <w:trPr>
          <w:jc w:val="center"/>
        </w:trPr>
        <w:tc>
          <w:tcPr>
            <w:tcW w:w="1233" w:type="dxa"/>
            <w:vAlign w:val="center"/>
          </w:tcPr>
          <w:p w14:paraId="3005CC6D" w14:textId="77777777" w:rsidR="00365219" w:rsidRDefault="00695781">
            <w:pPr>
              <w:jc w:val="center"/>
            </w:pPr>
            <w:r>
              <w:rPr>
                <w:sz w:val="16"/>
              </w:rPr>
              <w:t>9</w:t>
            </w:r>
          </w:p>
        </w:tc>
        <w:tc>
          <w:tcPr>
            <w:tcW w:w="1233" w:type="dxa"/>
            <w:vAlign w:val="center"/>
          </w:tcPr>
          <w:p w14:paraId="698050C1" w14:textId="77777777" w:rsidR="00365219" w:rsidRDefault="00365219"/>
        </w:tc>
        <w:tc>
          <w:tcPr>
            <w:tcW w:w="1233" w:type="dxa"/>
            <w:vAlign w:val="center"/>
          </w:tcPr>
          <w:p w14:paraId="7AA6F02D" w14:textId="77777777" w:rsidR="00365219" w:rsidRDefault="00695781">
            <w:pPr>
              <w:jc w:val="center"/>
            </w:pPr>
            <w:r>
              <w:rPr>
                <w:sz w:val="16"/>
              </w:rPr>
              <w:t>34</w:t>
            </w:r>
          </w:p>
        </w:tc>
        <w:tc>
          <w:tcPr>
            <w:tcW w:w="1233" w:type="dxa"/>
            <w:vAlign w:val="center"/>
          </w:tcPr>
          <w:p w14:paraId="7158D60C" w14:textId="77777777" w:rsidR="00365219" w:rsidRDefault="00365219"/>
        </w:tc>
        <w:tc>
          <w:tcPr>
            <w:tcW w:w="1233" w:type="dxa"/>
            <w:vAlign w:val="center"/>
          </w:tcPr>
          <w:p w14:paraId="7818732E" w14:textId="77777777" w:rsidR="00365219" w:rsidRDefault="00695781">
            <w:pPr>
              <w:jc w:val="center"/>
            </w:pPr>
            <w:r>
              <w:rPr>
                <w:sz w:val="16"/>
              </w:rPr>
              <w:t>59</w:t>
            </w:r>
          </w:p>
        </w:tc>
        <w:tc>
          <w:tcPr>
            <w:tcW w:w="1233" w:type="dxa"/>
            <w:vAlign w:val="center"/>
          </w:tcPr>
          <w:p w14:paraId="5D07B068" w14:textId="77777777" w:rsidR="00365219" w:rsidRDefault="00365219"/>
        </w:tc>
        <w:tc>
          <w:tcPr>
            <w:tcW w:w="1233" w:type="dxa"/>
            <w:vAlign w:val="center"/>
          </w:tcPr>
          <w:p w14:paraId="0B077A00" w14:textId="77777777" w:rsidR="00365219" w:rsidRDefault="00695781">
            <w:pPr>
              <w:jc w:val="center"/>
            </w:pPr>
            <w:r>
              <w:rPr>
                <w:sz w:val="16"/>
              </w:rPr>
              <w:t>84</w:t>
            </w:r>
          </w:p>
        </w:tc>
        <w:tc>
          <w:tcPr>
            <w:tcW w:w="1233" w:type="dxa"/>
            <w:vAlign w:val="center"/>
          </w:tcPr>
          <w:p w14:paraId="38DFFAE9" w14:textId="77777777" w:rsidR="00365219" w:rsidRDefault="00365219"/>
        </w:tc>
      </w:tr>
      <w:tr w:rsidR="00365219" w14:paraId="34E05216" w14:textId="77777777">
        <w:trPr>
          <w:jc w:val="center"/>
        </w:trPr>
        <w:tc>
          <w:tcPr>
            <w:tcW w:w="1233" w:type="dxa"/>
            <w:vAlign w:val="center"/>
          </w:tcPr>
          <w:p w14:paraId="1D019915" w14:textId="77777777" w:rsidR="00365219" w:rsidRDefault="00695781">
            <w:pPr>
              <w:jc w:val="center"/>
            </w:pPr>
            <w:r>
              <w:rPr>
                <w:sz w:val="16"/>
              </w:rPr>
              <w:t>10</w:t>
            </w:r>
          </w:p>
        </w:tc>
        <w:tc>
          <w:tcPr>
            <w:tcW w:w="1233" w:type="dxa"/>
            <w:vAlign w:val="center"/>
          </w:tcPr>
          <w:p w14:paraId="615A7A64" w14:textId="77777777" w:rsidR="00365219" w:rsidRDefault="00365219"/>
        </w:tc>
        <w:tc>
          <w:tcPr>
            <w:tcW w:w="1233" w:type="dxa"/>
            <w:vAlign w:val="center"/>
          </w:tcPr>
          <w:p w14:paraId="67163E45" w14:textId="77777777" w:rsidR="00365219" w:rsidRDefault="00695781">
            <w:pPr>
              <w:jc w:val="center"/>
            </w:pPr>
            <w:r>
              <w:rPr>
                <w:sz w:val="16"/>
              </w:rPr>
              <w:t>35</w:t>
            </w:r>
          </w:p>
        </w:tc>
        <w:tc>
          <w:tcPr>
            <w:tcW w:w="1233" w:type="dxa"/>
            <w:vAlign w:val="center"/>
          </w:tcPr>
          <w:p w14:paraId="5B5FC524" w14:textId="77777777" w:rsidR="00365219" w:rsidRDefault="00365219"/>
        </w:tc>
        <w:tc>
          <w:tcPr>
            <w:tcW w:w="1233" w:type="dxa"/>
            <w:vAlign w:val="center"/>
          </w:tcPr>
          <w:p w14:paraId="041ADB63" w14:textId="77777777" w:rsidR="00365219" w:rsidRDefault="00695781">
            <w:pPr>
              <w:jc w:val="center"/>
            </w:pPr>
            <w:r>
              <w:rPr>
                <w:sz w:val="16"/>
              </w:rPr>
              <w:t>60</w:t>
            </w:r>
          </w:p>
        </w:tc>
        <w:tc>
          <w:tcPr>
            <w:tcW w:w="1233" w:type="dxa"/>
            <w:vAlign w:val="center"/>
          </w:tcPr>
          <w:p w14:paraId="155F0842" w14:textId="77777777" w:rsidR="00365219" w:rsidRDefault="00365219"/>
        </w:tc>
        <w:tc>
          <w:tcPr>
            <w:tcW w:w="1233" w:type="dxa"/>
            <w:vAlign w:val="center"/>
          </w:tcPr>
          <w:p w14:paraId="79CC94A7" w14:textId="77777777" w:rsidR="00365219" w:rsidRDefault="00695781">
            <w:pPr>
              <w:jc w:val="center"/>
            </w:pPr>
            <w:r>
              <w:rPr>
                <w:sz w:val="16"/>
              </w:rPr>
              <w:t>85</w:t>
            </w:r>
          </w:p>
        </w:tc>
        <w:tc>
          <w:tcPr>
            <w:tcW w:w="1233" w:type="dxa"/>
            <w:vAlign w:val="center"/>
          </w:tcPr>
          <w:p w14:paraId="386FD237" w14:textId="77777777" w:rsidR="00365219" w:rsidRDefault="00365219"/>
        </w:tc>
      </w:tr>
      <w:tr w:rsidR="00365219" w14:paraId="2CE833F4" w14:textId="77777777">
        <w:trPr>
          <w:jc w:val="center"/>
        </w:trPr>
        <w:tc>
          <w:tcPr>
            <w:tcW w:w="1233" w:type="dxa"/>
            <w:vAlign w:val="center"/>
          </w:tcPr>
          <w:p w14:paraId="1CB9E21F" w14:textId="77777777" w:rsidR="00365219" w:rsidRDefault="00695781">
            <w:pPr>
              <w:jc w:val="center"/>
            </w:pPr>
            <w:r>
              <w:rPr>
                <w:sz w:val="16"/>
              </w:rPr>
              <w:t>11</w:t>
            </w:r>
          </w:p>
        </w:tc>
        <w:tc>
          <w:tcPr>
            <w:tcW w:w="1233" w:type="dxa"/>
            <w:vAlign w:val="center"/>
          </w:tcPr>
          <w:p w14:paraId="222487B8" w14:textId="77777777" w:rsidR="00365219" w:rsidRDefault="00365219"/>
        </w:tc>
        <w:tc>
          <w:tcPr>
            <w:tcW w:w="1233" w:type="dxa"/>
            <w:vAlign w:val="center"/>
          </w:tcPr>
          <w:p w14:paraId="6E776A1E" w14:textId="77777777" w:rsidR="00365219" w:rsidRDefault="00695781">
            <w:pPr>
              <w:jc w:val="center"/>
            </w:pPr>
            <w:r>
              <w:rPr>
                <w:sz w:val="16"/>
              </w:rPr>
              <w:t>36</w:t>
            </w:r>
          </w:p>
        </w:tc>
        <w:tc>
          <w:tcPr>
            <w:tcW w:w="1233" w:type="dxa"/>
            <w:vAlign w:val="center"/>
          </w:tcPr>
          <w:p w14:paraId="762EFDA7" w14:textId="77777777" w:rsidR="00365219" w:rsidRDefault="00365219"/>
        </w:tc>
        <w:tc>
          <w:tcPr>
            <w:tcW w:w="1233" w:type="dxa"/>
            <w:vAlign w:val="center"/>
          </w:tcPr>
          <w:p w14:paraId="03C5DA25" w14:textId="77777777" w:rsidR="00365219" w:rsidRDefault="00695781">
            <w:pPr>
              <w:jc w:val="center"/>
            </w:pPr>
            <w:r>
              <w:rPr>
                <w:sz w:val="16"/>
              </w:rPr>
              <w:t>61</w:t>
            </w:r>
          </w:p>
        </w:tc>
        <w:tc>
          <w:tcPr>
            <w:tcW w:w="1233" w:type="dxa"/>
            <w:vAlign w:val="center"/>
          </w:tcPr>
          <w:p w14:paraId="584E7543" w14:textId="77777777" w:rsidR="00365219" w:rsidRDefault="00365219"/>
        </w:tc>
        <w:tc>
          <w:tcPr>
            <w:tcW w:w="1233" w:type="dxa"/>
            <w:vAlign w:val="center"/>
          </w:tcPr>
          <w:p w14:paraId="54F5718B" w14:textId="77777777" w:rsidR="00365219" w:rsidRDefault="00695781">
            <w:pPr>
              <w:jc w:val="center"/>
            </w:pPr>
            <w:r>
              <w:rPr>
                <w:sz w:val="16"/>
              </w:rPr>
              <w:t>86</w:t>
            </w:r>
          </w:p>
        </w:tc>
        <w:tc>
          <w:tcPr>
            <w:tcW w:w="1233" w:type="dxa"/>
            <w:vAlign w:val="center"/>
          </w:tcPr>
          <w:p w14:paraId="6711B20B" w14:textId="77777777" w:rsidR="00365219" w:rsidRDefault="00365219"/>
        </w:tc>
      </w:tr>
      <w:tr w:rsidR="00365219" w14:paraId="2FECA680" w14:textId="77777777">
        <w:trPr>
          <w:jc w:val="center"/>
        </w:trPr>
        <w:tc>
          <w:tcPr>
            <w:tcW w:w="1233" w:type="dxa"/>
            <w:vAlign w:val="center"/>
          </w:tcPr>
          <w:p w14:paraId="631DD6F4" w14:textId="77777777" w:rsidR="00365219" w:rsidRDefault="00695781">
            <w:pPr>
              <w:jc w:val="center"/>
            </w:pPr>
            <w:r>
              <w:rPr>
                <w:sz w:val="16"/>
              </w:rPr>
              <w:t>12</w:t>
            </w:r>
          </w:p>
        </w:tc>
        <w:tc>
          <w:tcPr>
            <w:tcW w:w="1233" w:type="dxa"/>
            <w:vAlign w:val="center"/>
          </w:tcPr>
          <w:p w14:paraId="0ACC3B24" w14:textId="77777777" w:rsidR="00365219" w:rsidRDefault="00365219"/>
        </w:tc>
        <w:tc>
          <w:tcPr>
            <w:tcW w:w="1233" w:type="dxa"/>
            <w:vAlign w:val="center"/>
          </w:tcPr>
          <w:p w14:paraId="58058827" w14:textId="77777777" w:rsidR="00365219" w:rsidRDefault="00695781">
            <w:pPr>
              <w:jc w:val="center"/>
            </w:pPr>
            <w:r>
              <w:rPr>
                <w:sz w:val="16"/>
              </w:rPr>
              <w:t>37</w:t>
            </w:r>
          </w:p>
        </w:tc>
        <w:tc>
          <w:tcPr>
            <w:tcW w:w="1233" w:type="dxa"/>
            <w:vAlign w:val="center"/>
          </w:tcPr>
          <w:p w14:paraId="67452339" w14:textId="77777777" w:rsidR="00365219" w:rsidRDefault="00365219"/>
        </w:tc>
        <w:tc>
          <w:tcPr>
            <w:tcW w:w="1233" w:type="dxa"/>
            <w:vAlign w:val="center"/>
          </w:tcPr>
          <w:p w14:paraId="6265207D" w14:textId="77777777" w:rsidR="00365219" w:rsidRDefault="00695781">
            <w:pPr>
              <w:jc w:val="center"/>
            </w:pPr>
            <w:r>
              <w:rPr>
                <w:sz w:val="16"/>
              </w:rPr>
              <w:t>62</w:t>
            </w:r>
          </w:p>
        </w:tc>
        <w:tc>
          <w:tcPr>
            <w:tcW w:w="1233" w:type="dxa"/>
            <w:vAlign w:val="center"/>
          </w:tcPr>
          <w:p w14:paraId="5C9C52FF" w14:textId="77777777" w:rsidR="00365219" w:rsidRDefault="00365219"/>
        </w:tc>
        <w:tc>
          <w:tcPr>
            <w:tcW w:w="1233" w:type="dxa"/>
            <w:vAlign w:val="center"/>
          </w:tcPr>
          <w:p w14:paraId="7428D694" w14:textId="77777777" w:rsidR="00365219" w:rsidRDefault="00695781">
            <w:pPr>
              <w:jc w:val="center"/>
            </w:pPr>
            <w:r>
              <w:rPr>
                <w:sz w:val="16"/>
              </w:rPr>
              <w:t>87</w:t>
            </w:r>
          </w:p>
        </w:tc>
        <w:tc>
          <w:tcPr>
            <w:tcW w:w="1233" w:type="dxa"/>
            <w:vAlign w:val="center"/>
          </w:tcPr>
          <w:p w14:paraId="5DBCD2B7" w14:textId="77777777" w:rsidR="00365219" w:rsidRDefault="00365219"/>
        </w:tc>
      </w:tr>
      <w:tr w:rsidR="00365219" w14:paraId="3A1489D8" w14:textId="77777777">
        <w:trPr>
          <w:jc w:val="center"/>
        </w:trPr>
        <w:tc>
          <w:tcPr>
            <w:tcW w:w="1233" w:type="dxa"/>
            <w:vAlign w:val="center"/>
          </w:tcPr>
          <w:p w14:paraId="24BC452F" w14:textId="77777777" w:rsidR="00365219" w:rsidRDefault="00695781">
            <w:pPr>
              <w:jc w:val="center"/>
            </w:pPr>
            <w:r>
              <w:rPr>
                <w:sz w:val="16"/>
              </w:rPr>
              <w:t>13</w:t>
            </w:r>
          </w:p>
        </w:tc>
        <w:tc>
          <w:tcPr>
            <w:tcW w:w="1233" w:type="dxa"/>
            <w:vAlign w:val="center"/>
          </w:tcPr>
          <w:p w14:paraId="65B6D6E4" w14:textId="77777777" w:rsidR="00365219" w:rsidRDefault="00365219"/>
        </w:tc>
        <w:tc>
          <w:tcPr>
            <w:tcW w:w="1233" w:type="dxa"/>
            <w:vAlign w:val="center"/>
          </w:tcPr>
          <w:p w14:paraId="325ED939" w14:textId="77777777" w:rsidR="00365219" w:rsidRDefault="00695781">
            <w:pPr>
              <w:jc w:val="center"/>
            </w:pPr>
            <w:r>
              <w:rPr>
                <w:sz w:val="16"/>
              </w:rPr>
              <w:t>38</w:t>
            </w:r>
          </w:p>
        </w:tc>
        <w:tc>
          <w:tcPr>
            <w:tcW w:w="1233" w:type="dxa"/>
            <w:vAlign w:val="center"/>
          </w:tcPr>
          <w:p w14:paraId="7BC024DD" w14:textId="77777777" w:rsidR="00365219" w:rsidRDefault="00365219"/>
        </w:tc>
        <w:tc>
          <w:tcPr>
            <w:tcW w:w="1233" w:type="dxa"/>
            <w:vAlign w:val="center"/>
          </w:tcPr>
          <w:p w14:paraId="1553253A" w14:textId="77777777" w:rsidR="00365219" w:rsidRDefault="00695781">
            <w:pPr>
              <w:jc w:val="center"/>
            </w:pPr>
            <w:r>
              <w:rPr>
                <w:sz w:val="16"/>
              </w:rPr>
              <w:t>63</w:t>
            </w:r>
          </w:p>
        </w:tc>
        <w:tc>
          <w:tcPr>
            <w:tcW w:w="1233" w:type="dxa"/>
            <w:vAlign w:val="center"/>
          </w:tcPr>
          <w:p w14:paraId="31C7EE20" w14:textId="77777777" w:rsidR="00365219" w:rsidRDefault="00365219"/>
        </w:tc>
        <w:tc>
          <w:tcPr>
            <w:tcW w:w="1233" w:type="dxa"/>
            <w:vAlign w:val="center"/>
          </w:tcPr>
          <w:p w14:paraId="5E07031C" w14:textId="77777777" w:rsidR="00365219" w:rsidRDefault="00695781">
            <w:pPr>
              <w:jc w:val="center"/>
            </w:pPr>
            <w:r>
              <w:rPr>
                <w:sz w:val="16"/>
              </w:rPr>
              <w:t>88</w:t>
            </w:r>
          </w:p>
        </w:tc>
        <w:tc>
          <w:tcPr>
            <w:tcW w:w="1233" w:type="dxa"/>
            <w:vAlign w:val="center"/>
          </w:tcPr>
          <w:p w14:paraId="4E0F3FEF" w14:textId="77777777" w:rsidR="00365219" w:rsidRDefault="00365219"/>
        </w:tc>
      </w:tr>
      <w:tr w:rsidR="00365219" w14:paraId="4C9504A4" w14:textId="77777777">
        <w:trPr>
          <w:jc w:val="center"/>
        </w:trPr>
        <w:tc>
          <w:tcPr>
            <w:tcW w:w="1233" w:type="dxa"/>
            <w:vAlign w:val="center"/>
          </w:tcPr>
          <w:p w14:paraId="40F8EB07" w14:textId="77777777" w:rsidR="00365219" w:rsidRDefault="00695781">
            <w:pPr>
              <w:jc w:val="center"/>
            </w:pPr>
            <w:r>
              <w:rPr>
                <w:sz w:val="16"/>
              </w:rPr>
              <w:t>14</w:t>
            </w:r>
          </w:p>
        </w:tc>
        <w:tc>
          <w:tcPr>
            <w:tcW w:w="1233" w:type="dxa"/>
            <w:vAlign w:val="center"/>
          </w:tcPr>
          <w:p w14:paraId="285D30EE" w14:textId="77777777" w:rsidR="00365219" w:rsidRDefault="00365219"/>
        </w:tc>
        <w:tc>
          <w:tcPr>
            <w:tcW w:w="1233" w:type="dxa"/>
            <w:vAlign w:val="center"/>
          </w:tcPr>
          <w:p w14:paraId="1A2AD595" w14:textId="77777777" w:rsidR="00365219" w:rsidRDefault="00695781">
            <w:pPr>
              <w:jc w:val="center"/>
            </w:pPr>
            <w:r>
              <w:rPr>
                <w:sz w:val="16"/>
              </w:rPr>
              <w:t>39</w:t>
            </w:r>
          </w:p>
        </w:tc>
        <w:tc>
          <w:tcPr>
            <w:tcW w:w="1233" w:type="dxa"/>
            <w:vAlign w:val="center"/>
          </w:tcPr>
          <w:p w14:paraId="785074AA" w14:textId="77777777" w:rsidR="00365219" w:rsidRDefault="00365219"/>
        </w:tc>
        <w:tc>
          <w:tcPr>
            <w:tcW w:w="1233" w:type="dxa"/>
            <w:vAlign w:val="center"/>
          </w:tcPr>
          <w:p w14:paraId="41989F29" w14:textId="77777777" w:rsidR="00365219" w:rsidRDefault="00695781">
            <w:pPr>
              <w:jc w:val="center"/>
            </w:pPr>
            <w:r>
              <w:rPr>
                <w:sz w:val="16"/>
              </w:rPr>
              <w:t>64</w:t>
            </w:r>
          </w:p>
        </w:tc>
        <w:tc>
          <w:tcPr>
            <w:tcW w:w="1233" w:type="dxa"/>
            <w:vAlign w:val="center"/>
          </w:tcPr>
          <w:p w14:paraId="171EB60C" w14:textId="77777777" w:rsidR="00365219" w:rsidRDefault="00365219"/>
        </w:tc>
        <w:tc>
          <w:tcPr>
            <w:tcW w:w="1233" w:type="dxa"/>
            <w:vAlign w:val="center"/>
          </w:tcPr>
          <w:p w14:paraId="103AAF26" w14:textId="77777777" w:rsidR="00365219" w:rsidRDefault="00695781">
            <w:pPr>
              <w:jc w:val="center"/>
            </w:pPr>
            <w:r>
              <w:rPr>
                <w:sz w:val="16"/>
              </w:rPr>
              <w:t>89</w:t>
            </w:r>
          </w:p>
        </w:tc>
        <w:tc>
          <w:tcPr>
            <w:tcW w:w="1233" w:type="dxa"/>
            <w:vAlign w:val="center"/>
          </w:tcPr>
          <w:p w14:paraId="365DEE8A" w14:textId="77777777" w:rsidR="00365219" w:rsidRDefault="00365219"/>
        </w:tc>
      </w:tr>
      <w:tr w:rsidR="00365219" w14:paraId="59D395C5" w14:textId="77777777">
        <w:trPr>
          <w:jc w:val="center"/>
        </w:trPr>
        <w:tc>
          <w:tcPr>
            <w:tcW w:w="1233" w:type="dxa"/>
            <w:vAlign w:val="center"/>
          </w:tcPr>
          <w:p w14:paraId="0BDFDF9F" w14:textId="77777777" w:rsidR="00365219" w:rsidRDefault="00695781">
            <w:pPr>
              <w:jc w:val="center"/>
            </w:pPr>
            <w:r>
              <w:rPr>
                <w:sz w:val="16"/>
              </w:rPr>
              <w:t>15</w:t>
            </w:r>
          </w:p>
        </w:tc>
        <w:tc>
          <w:tcPr>
            <w:tcW w:w="1233" w:type="dxa"/>
            <w:vAlign w:val="center"/>
          </w:tcPr>
          <w:p w14:paraId="26929AA6" w14:textId="77777777" w:rsidR="00365219" w:rsidRDefault="00365219"/>
        </w:tc>
        <w:tc>
          <w:tcPr>
            <w:tcW w:w="1233" w:type="dxa"/>
            <w:vAlign w:val="center"/>
          </w:tcPr>
          <w:p w14:paraId="61439B82" w14:textId="77777777" w:rsidR="00365219" w:rsidRDefault="00695781">
            <w:pPr>
              <w:jc w:val="center"/>
            </w:pPr>
            <w:r>
              <w:rPr>
                <w:sz w:val="16"/>
              </w:rPr>
              <w:t>40</w:t>
            </w:r>
          </w:p>
        </w:tc>
        <w:tc>
          <w:tcPr>
            <w:tcW w:w="1233" w:type="dxa"/>
            <w:vAlign w:val="center"/>
          </w:tcPr>
          <w:p w14:paraId="79B1B5D2" w14:textId="77777777" w:rsidR="00365219" w:rsidRDefault="00365219"/>
        </w:tc>
        <w:tc>
          <w:tcPr>
            <w:tcW w:w="1233" w:type="dxa"/>
            <w:vAlign w:val="center"/>
          </w:tcPr>
          <w:p w14:paraId="31993333" w14:textId="77777777" w:rsidR="00365219" w:rsidRDefault="00695781">
            <w:pPr>
              <w:jc w:val="center"/>
            </w:pPr>
            <w:r>
              <w:rPr>
                <w:sz w:val="16"/>
              </w:rPr>
              <w:t>65</w:t>
            </w:r>
          </w:p>
        </w:tc>
        <w:tc>
          <w:tcPr>
            <w:tcW w:w="1233" w:type="dxa"/>
            <w:vAlign w:val="center"/>
          </w:tcPr>
          <w:p w14:paraId="5D4DF362" w14:textId="77777777" w:rsidR="00365219" w:rsidRDefault="00365219"/>
        </w:tc>
        <w:tc>
          <w:tcPr>
            <w:tcW w:w="1233" w:type="dxa"/>
            <w:vAlign w:val="center"/>
          </w:tcPr>
          <w:p w14:paraId="127ED7DD" w14:textId="77777777" w:rsidR="00365219" w:rsidRDefault="00695781">
            <w:pPr>
              <w:jc w:val="center"/>
            </w:pPr>
            <w:r>
              <w:rPr>
                <w:sz w:val="16"/>
              </w:rPr>
              <w:t>90</w:t>
            </w:r>
          </w:p>
        </w:tc>
        <w:tc>
          <w:tcPr>
            <w:tcW w:w="1233" w:type="dxa"/>
            <w:vAlign w:val="center"/>
          </w:tcPr>
          <w:p w14:paraId="272BE3EC" w14:textId="77777777" w:rsidR="00365219" w:rsidRDefault="00365219"/>
        </w:tc>
      </w:tr>
      <w:tr w:rsidR="00365219" w14:paraId="09CDC94C" w14:textId="77777777">
        <w:trPr>
          <w:jc w:val="center"/>
        </w:trPr>
        <w:tc>
          <w:tcPr>
            <w:tcW w:w="1233" w:type="dxa"/>
            <w:vAlign w:val="center"/>
          </w:tcPr>
          <w:p w14:paraId="252599E2" w14:textId="77777777" w:rsidR="00365219" w:rsidRDefault="00695781">
            <w:pPr>
              <w:jc w:val="center"/>
            </w:pPr>
            <w:r>
              <w:rPr>
                <w:sz w:val="16"/>
              </w:rPr>
              <w:t>16</w:t>
            </w:r>
          </w:p>
        </w:tc>
        <w:tc>
          <w:tcPr>
            <w:tcW w:w="1233" w:type="dxa"/>
            <w:vAlign w:val="center"/>
          </w:tcPr>
          <w:p w14:paraId="2E8D3B7C" w14:textId="77777777" w:rsidR="00365219" w:rsidRDefault="00365219"/>
        </w:tc>
        <w:tc>
          <w:tcPr>
            <w:tcW w:w="1233" w:type="dxa"/>
            <w:vAlign w:val="center"/>
          </w:tcPr>
          <w:p w14:paraId="7B2FC95A" w14:textId="77777777" w:rsidR="00365219" w:rsidRDefault="00695781">
            <w:pPr>
              <w:jc w:val="center"/>
            </w:pPr>
            <w:r>
              <w:rPr>
                <w:sz w:val="16"/>
              </w:rPr>
              <w:t>41</w:t>
            </w:r>
          </w:p>
        </w:tc>
        <w:tc>
          <w:tcPr>
            <w:tcW w:w="1233" w:type="dxa"/>
            <w:vAlign w:val="center"/>
          </w:tcPr>
          <w:p w14:paraId="734C8292" w14:textId="77777777" w:rsidR="00365219" w:rsidRDefault="00365219"/>
        </w:tc>
        <w:tc>
          <w:tcPr>
            <w:tcW w:w="1233" w:type="dxa"/>
            <w:vAlign w:val="center"/>
          </w:tcPr>
          <w:p w14:paraId="593A0510" w14:textId="77777777" w:rsidR="00365219" w:rsidRDefault="00695781">
            <w:pPr>
              <w:jc w:val="center"/>
            </w:pPr>
            <w:r>
              <w:rPr>
                <w:sz w:val="16"/>
              </w:rPr>
              <w:t>66</w:t>
            </w:r>
          </w:p>
        </w:tc>
        <w:tc>
          <w:tcPr>
            <w:tcW w:w="1233" w:type="dxa"/>
            <w:vAlign w:val="center"/>
          </w:tcPr>
          <w:p w14:paraId="21E1118E" w14:textId="77777777" w:rsidR="00365219" w:rsidRDefault="00365219"/>
        </w:tc>
        <w:tc>
          <w:tcPr>
            <w:tcW w:w="1233" w:type="dxa"/>
            <w:vAlign w:val="center"/>
          </w:tcPr>
          <w:p w14:paraId="526B26C9" w14:textId="77777777" w:rsidR="00365219" w:rsidRDefault="00695781">
            <w:pPr>
              <w:jc w:val="center"/>
            </w:pPr>
            <w:r>
              <w:rPr>
                <w:sz w:val="16"/>
              </w:rPr>
              <w:t>91</w:t>
            </w:r>
          </w:p>
        </w:tc>
        <w:tc>
          <w:tcPr>
            <w:tcW w:w="1233" w:type="dxa"/>
            <w:vAlign w:val="center"/>
          </w:tcPr>
          <w:p w14:paraId="73BBE1AE" w14:textId="77777777" w:rsidR="00365219" w:rsidRDefault="00365219"/>
        </w:tc>
      </w:tr>
      <w:tr w:rsidR="00365219" w14:paraId="3ADC0737" w14:textId="77777777">
        <w:trPr>
          <w:jc w:val="center"/>
        </w:trPr>
        <w:tc>
          <w:tcPr>
            <w:tcW w:w="1233" w:type="dxa"/>
            <w:vAlign w:val="center"/>
          </w:tcPr>
          <w:p w14:paraId="36B03077" w14:textId="77777777" w:rsidR="00365219" w:rsidRDefault="00695781">
            <w:pPr>
              <w:jc w:val="center"/>
            </w:pPr>
            <w:r>
              <w:rPr>
                <w:sz w:val="16"/>
              </w:rPr>
              <w:t>17</w:t>
            </w:r>
          </w:p>
        </w:tc>
        <w:tc>
          <w:tcPr>
            <w:tcW w:w="1233" w:type="dxa"/>
            <w:vAlign w:val="center"/>
          </w:tcPr>
          <w:p w14:paraId="2040267D" w14:textId="77777777" w:rsidR="00365219" w:rsidRDefault="00365219"/>
        </w:tc>
        <w:tc>
          <w:tcPr>
            <w:tcW w:w="1233" w:type="dxa"/>
            <w:vAlign w:val="center"/>
          </w:tcPr>
          <w:p w14:paraId="58115A68" w14:textId="77777777" w:rsidR="00365219" w:rsidRDefault="00695781">
            <w:pPr>
              <w:jc w:val="center"/>
            </w:pPr>
            <w:r>
              <w:rPr>
                <w:sz w:val="16"/>
              </w:rPr>
              <w:t>42</w:t>
            </w:r>
          </w:p>
        </w:tc>
        <w:tc>
          <w:tcPr>
            <w:tcW w:w="1233" w:type="dxa"/>
            <w:vAlign w:val="center"/>
          </w:tcPr>
          <w:p w14:paraId="2CC62F2F" w14:textId="77777777" w:rsidR="00365219" w:rsidRDefault="00365219"/>
        </w:tc>
        <w:tc>
          <w:tcPr>
            <w:tcW w:w="1233" w:type="dxa"/>
            <w:vAlign w:val="center"/>
          </w:tcPr>
          <w:p w14:paraId="4A0CEB06" w14:textId="77777777" w:rsidR="00365219" w:rsidRDefault="00695781">
            <w:pPr>
              <w:jc w:val="center"/>
            </w:pPr>
            <w:r>
              <w:rPr>
                <w:sz w:val="16"/>
              </w:rPr>
              <w:t>67</w:t>
            </w:r>
          </w:p>
        </w:tc>
        <w:tc>
          <w:tcPr>
            <w:tcW w:w="1233" w:type="dxa"/>
            <w:vAlign w:val="center"/>
          </w:tcPr>
          <w:p w14:paraId="6CA133EC" w14:textId="77777777" w:rsidR="00365219" w:rsidRDefault="00365219"/>
        </w:tc>
        <w:tc>
          <w:tcPr>
            <w:tcW w:w="1233" w:type="dxa"/>
            <w:vAlign w:val="center"/>
          </w:tcPr>
          <w:p w14:paraId="7F51D067" w14:textId="77777777" w:rsidR="00365219" w:rsidRDefault="00695781">
            <w:pPr>
              <w:jc w:val="center"/>
            </w:pPr>
            <w:r>
              <w:rPr>
                <w:sz w:val="16"/>
              </w:rPr>
              <w:t>92</w:t>
            </w:r>
          </w:p>
        </w:tc>
        <w:tc>
          <w:tcPr>
            <w:tcW w:w="1233" w:type="dxa"/>
            <w:vAlign w:val="center"/>
          </w:tcPr>
          <w:p w14:paraId="00B50060" w14:textId="77777777" w:rsidR="00365219" w:rsidRDefault="00365219"/>
        </w:tc>
      </w:tr>
      <w:tr w:rsidR="00365219" w14:paraId="3C2ECA19" w14:textId="77777777">
        <w:trPr>
          <w:jc w:val="center"/>
        </w:trPr>
        <w:tc>
          <w:tcPr>
            <w:tcW w:w="1233" w:type="dxa"/>
            <w:vAlign w:val="center"/>
          </w:tcPr>
          <w:p w14:paraId="260DA67E" w14:textId="77777777" w:rsidR="00365219" w:rsidRDefault="00695781">
            <w:pPr>
              <w:jc w:val="center"/>
            </w:pPr>
            <w:r>
              <w:rPr>
                <w:sz w:val="16"/>
              </w:rPr>
              <w:t>18</w:t>
            </w:r>
          </w:p>
        </w:tc>
        <w:tc>
          <w:tcPr>
            <w:tcW w:w="1233" w:type="dxa"/>
            <w:vAlign w:val="center"/>
          </w:tcPr>
          <w:p w14:paraId="74B90916" w14:textId="77777777" w:rsidR="00365219" w:rsidRDefault="00365219"/>
        </w:tc>
        <w:tc>
          <w:tcPr>
            <w:tcW w:w="1233" w:type="dxa"/>
            <w:vAlign w:val="center"/>
          </w:tcPr>
          <w:p w14:paraId="799E7E9C" w14:textId="77777777" w:rsidR="00365219" w:rsidRDefault="00695781">
            <w:pPr>
              <w:jc w:val="center"/>
            </w:pPr>
            <w:r>
              <w:rPr>
                <w:sz w:val="16"/>
              </w:rPr>
              <w:t>43</w:t>
            </w:r>
          </w:p>
        </w:tc>
        <w:tc>
          <w:tcPr>
            <w:tcW w:w="1233" w:type="dxa"/>
            <w:vAlign w:val="center"/>
          </w:tcPr>
          <w:p w14:paraId="506C1CFC" w14:textId="77777777" w:rsidR="00365219" w:rsidRDefault="00365219"/>
        </w:tc>
        <w:tc>
          <w:tcPr>
            <w:tcW w:w="1233" w:type="dxa"/>
            <w:vAlign w:val="center"/>
          </w:tcPr>
          <w:p w14:paraId="5EA0C231" w14:textId="77777777" w:rsidR="00365219" w:rsidRDefault="00695781">
            <w:pPr>
              <w:jc w:val="center"/>
            </w:pPr>
            <w:r>
              <w:rPr>
                <w:sz w:val="16"/>
              </w:rPr>
              <w:t>68</w:t>
            </w:r>
          </w:p>
        </w:tc>
        <w:tc>
          <w:tcPr>
            <w:tcW w:w="1233" w:type="dxa"/>
            <w:vAlign w:val="center"/>
          </w:tcPr>
          <w:p w14:paraId="5846B90D" w14:textId="77777777" w:rsidR="00365219" w:rsidRDefault="00365219"/>
        </w:tc>
        <w:tc>
          <w:tcPr>
            <w:tcW w:w="1233" w:type="dxa"/>
            <w:vAlign w:val="center"/>
          </w:tcPr>
          <w:p w14:paraId="2C360D1A" w14:textId="77777777" w:rsidR="00365219" w:rsidRDefault="00695781">
            <w:pPr>
              <w:jc w:val="center"/>
            </w:pPr>
            <w:r>
              <w:rPr>
                <w:sz w:val="16"/>
              </w:rPr>
              <w:t>93</w:t>
            </w:r>
          </w:p>
        </w:tc>
        <w:tc>
          <w:tcPr>
            <w:tcW w:w="1233" w:type="dxa"/>
            <w:vAlign w:val="center"/>
          </w:tcPr>
          <w:p w14:paraId="30A16F12" w14:textId="77777777" w:rsidR="00365219" w:rsidRDefault="00365219"/>
        </w:tc>
      </w:tr>
      <w:tr w:rsidR="00365219" w14:paraId="5F55882B" w14:textId="77777777">
        <w:trPr>
          <w:jc w:val="center"/>
        </w:trPr>
        <w:tc>
          <w:tcPr>
            <w:tcW w:w="1233" w:type="dxa"/>
            <w:vAlign w:val="center"/>
          </w:tcPr>
          <w:p w14:paraId="6A0C02A3" w14:textId="77777777" w:rsidR="00365219" w:rsidRDefault="00695781">
            <w:pPr>
              <w:jc w:val="center"/>
            </w:pPr>
            <w:r>
              <w:rPr>
                <w:sz w:val="16"/>
              </w:rPr>
              <w:t>19</w:t>
            </w:r>
          </w:p>
        </w:tc>
        <w:tc>
          <w:tcPr>
            <w:tcW w:w="1233" w:type="dxa"/>
            <w:vAlign w:val="center"/>
          </w:tcPr>
          <w:p w14:paraId="69CE1415" w14:textId="77777777" w:rsidR="00365219" w:rsidRDefault="00365219"/>
        </w:tc>
        <w:tc>
          <w:tcPr>
            <w:tcW w:w="1233" w:type="dxa"/>
            <w:vAlign w:val="center"/>
          </w:tcPr>
          <w:p w14:paraId="21E566E9" w14:textId="77777777" w:rsidR="00365219" w:rsidRDefault="00695781">
            <w:pPr>
              <w:jc w:val="center"/>
            </w:pPr>
            <w:r>
              <w:rPr>
                <w:sz w:val="16"/>
              </w:rPr>
              <w:t>44</w:t>
            </w:r>
          </w:p>
        </w:tc>
        <w:tc>
          <w:tcPr>
            <w:tcW w:w="1233" w:type="dxa"/>
            <w:vAlign w:val="center"/>
          </w:tcPr>
          <w:p w14:paraId="78A9C717" w14:textId="77777777" w:rsidR="00365219" w:rsidRDefault="00365219"/>
        </w:tc>
        <w:tc>
          <w:tcPr>
            <w:tcW w:w="1233" w:type="dxa"/>
            <w:vAlign w:val="center"/>
          </w:tcPr>
          <w:p w14:paraId="2447C461" w14:textId="77777777" w:rsidR="00365219" w:rsidRDefault="00695781">
            <w:pPr>
              <w:jc w:val="center"/>
            </w:pPr>
            <w:r>
              <w:rPr>
                <w:sz w:val="16"/>
              </w:rPr>
              <w:t>69</w:t>
            </w:r>
          </w:p>
        </w:tc>
        <w:tc>
          <w:tcPr>
            <w:tcW w:w="1233" w:type="dxa"/>
            <w:vAlign w:val="center"/>
          </w:tcPr>
          <w:p w14:paraId="70457D00" w14:textId="77777777" w:rsidR="00365219" w:rsidRDefault="00365219"/>
        </w:tc>
        <w:tc>
          <w:tcPr>
            <w:tcW w:w="1233" w:type="dxa"/>
            <w:vAlign w:val="center"/>
          </w:tcPr>
          <w:p w14:paraId="34D958F2" w14:textId="77777777" w:rsidR="00365219" w:rsidRDefault="00695781">
            <w:pPr>
              <w:jc w:val="center"/>
            </w:pPr>
            <w:r>
              <w:rPr>
                <w:sz w:val="16"/>
              </w:rPr>
              <w:t>94</w:t>
            </w:r>
          </w:p>
        </w:tc>
        <w:tc>
          <w:tcPr>
            <w:tcW w:w="1233" w:type="dxa"/>
            <w:vAlign w:val="center"/>
          </w:tcPr>
          <w:p w14:paraId="1135FDC7" w14:textId="77777777" w:rsidR="00365219" w:rsidRDefault="00365219"/>
        </w:tc>
      </w:tr>
      <w:tr w:rsidR="00365219" w14:paraId="23E12809" w14:textId="77777777">
        <w:trPr>
          <w:jc w:val="center"/>
        </w:trPr>
        <w:tc>
          <w:tcPr>
            <w:tcW w:w="1233" w:type="dxa"/>
            <w:vAlign w:val="center"/>
          </w:tcPr>
          <w:p w14:paraId="6F55C165" w14:textId="77777777" w:rsidR="00365219" w:rsidRDefault="00695781">
            <w:pPr>
              <w:jc w:val="center"/>
            </w:pPr>
            <w:r>
              <w:rPr>
                <w:sz w:val="16"/>
              </w:rPr>
              <w:t>20</w:t>
            </w:r>
          </w:p>
        </w:tc>
        <w:tc>
          <w:tcPr>
            <w:tcW w:w="1233" w:type="dxa"/>
            <w:vAlign w:val="center"/>
          </w:tcPr>
          <w:p w14:paraId="47E92F7C" w14:textId="77777777" w:rsidR="00365219" w:rsidRDefault="00365219"/>
        </w:tc>
        <w:tc>
          <w:tcPr>
            <w:tcW w:w="1233" w:type="dxa"/>
            <w:vAlign w:val="center"/>
          </w:tcPr>
          <w:p w14:paraId="57CF822F" w14:textId="77777777" w:rsidR="00365219" w:rsidRDefault="00695781">
            <w:pPr>
              <w:jc w:val="center"/>
            </w:pPr>
            <w:r>
              <w:rPr>
                <w:sz w:val="16"/>
              </w:rPr>
              <w:t>45</w:t>
            </w:r>
          </w:p>
        </w:tc>
        <w:tc>
          <w:tcPr>
            <w:tcW w:w="1233" w:type="dxa"/>
            <w:vAlign w:val="center"/>
          </w:tcPr>
          <w:p w14:paraId="4EC2329E" w14:textId="77777777" w:rsidR="00365219" w:rsidRDefault="00365219"/>
        </w:tc>
        <w:tc>
          <w:tcPr>
            <w:tcW w:w="1233" w:type="dxa"/>
            <w:vAlign w:val="center"/>
          </w:tcPr>
          <w:p w14:paraId="0B1CC6AC" w14:textId="77777777" w:rsidR="00365219" w:rsidRDefault="00695781">
            <w:pPr>
              <w:jc w:val="center"/>
            </w:pPr>
            <w:r>
              <w:rPr>
                <w:sz w:val="16"/>
              </w:rPr>
              <w:t>70</w:t>
            </w:r>
          </w:p>
        </w:tc>
        <w:tc>
          <w:tcPr>
            <w:tcW w:w="1233" w:type="dxa"/>
            <w:vAlign w:val="center"/>
          </w:tcPr>
          <w:p w14:paraId="69FE5DD8" w14:textId="77777777" w:rsidR="00365219" w:rsidRDefault="00365219"/>
        </w:tc>
        <w:tc>
          <w:tcPr>
            <w:tcW w:w="1233" w:type="dxa"/>
            <w:vAlign w:val="center"/>
          </w:tcPr>
          <w:p w14:paraId="5E630B7F" w14:textId="77777777" w:rsidR="00365219" w:rsidRDefault="00695781">
            <w:pPr>
              <w:jc w:val="center"/>
            </w:pPr>
            <w:r>
              <w:rPr>
                <w:sz w:val="16"/>
              </w:rPr>
              <w:t>95</w:t>
            </w:r>
          </w:p>
        </w:tc>
        <w:tc>
          <w:tcPr>
            <w:tcW w:w="1233" w:type="dxa"/>
            <w:vAlign w:val="center"/>
          </w:tcPr>
          <w:p w14:paraId="18BCF3C9" w14:textId="77777777" w:rsidR="00365219" w:rsidRDefault="00365219"/>
        </w:tc>
      </w:tr>
      <w:tr w:rsidR="00365219" w14:paraId="057123EC" w14:textId="77777777">
        <w:trPr>
          <w:jc w:val="center"/>
        </w:trPr>
        <w:tc>
          <w:tcPr>
            <w:tcW w:w="1233" w:type="dxa"/>
            <w:vAlign w:val="center"/>
          </w:tcPr>
          <w:p w14:paraId="0FC995B9" w14:textId="77777777" w:rsidR="00365219" w:rsidRDefault="00695781">
            <w:pPr>
              <w:jc w:val="center"/>
            </w:pPr>
            <w:r>
              <w:rPr>
                <w:sz w:val="16"/>
              </w:rPr>
              <w:t>21</w:t>
            </w:r>
          </w:p>
        </w:tc>
        <w:tc>
          <w:tcPr>
            <w:tcW w:w="1233" w:type="dxa"/>
            <w:vAlign w:val="center"/>
          </w:tcPr>
          <w:p w14:paraId="43819361" w14:textId="77777777" w:rsidR="00365219" w:rsidRDefault="00365219"/>
        </w:tc>
        <w:tc>
          <w:tcPr>
            <w:tcW w:w="1233" w:type="dxa"/>
            <w:vAlign w:val="center"/>
          </w:tcPr>
          <w:p w14:paraId="5CFFBA6A" w14:textId="77777777" w:rsidR="00365219" w:rsidRDefault="00695781">
            <w:pPr>
              <w:jc w:val="center"/>
            </w:pPr>
            <w:r>
              <w:rPr>
                <w:sz w:val="16"/>
              </w:rPr>
              <w:t>46</w:t>
            </w:r>
          </w:p>
        </w:tc>
        <w:tc>
          <w:tcPr>
            <w:tcW w:w="1233" w:type="dxa"/>
            <w:vAlign w:val="center"/>
          </w:tcPr>
          <w:p w14:paraId="599F6DF7" w14:textId="77777777" w:rsidR="00365219" w:rsidRDefault="00365219"/>
        </w:tc>
        <w:tc>
          <w:tcPr>
            <w:tcW w:w="1233" w:type="dxa"/>
            <w:vAlign w:val="center"/>
          </w:tcPr>
          <w:p w14:paraId="544A876D" w14:textId="77777777" w:rsidR="00365219" w:rsidRDefault="00695781">
            <w:pPr>
              <w:jc w:val="center"/>
            </w:pPr>
            <w:r>
              <w:rPr>
                <w:sz w:val="16"/>
              </w:rPr>
              <w:t>71</w:t>
            </w:r>
          </w:p>
        </w:tc>
        <w:tc>
          <w:tcPr>
            <w:tcW w:w="1233" w:type="dxa"/>
            <w:vAlign w:val="center"/>
          </w:tcPr>
          <w:p w14:paraId="4A3A539D" w14:textId="77777777" w:rsidR="00365219" w:rsidRDefault="00365219"/>
        </w:tc>
        <w:tc>
          <w:tcPr>
            <w:tcW w:w="1233" w:type="dxa"/>
            <w:vAlign w:val="center"/>
          </w:tcPr>
          <w:p w14:paraId="3AA680E8" w14:textId="77777777" w:rsidR="00365219" w:rsidRDefault="00695781">
            <w:pPr>
              <w:jc w:val="center"/>
            </w:pPr>
            <w:r>
              <w:rPr>
                <w:sz w:val="16"/>
              </w:rPr>
              <w:t>96</w:t>
            </w:r>
          </w:p>
        </w:tc>
        <w:tc>
          <w:tcPr>
            <w:tcW w:w="1233" w:type="dxa"/>
            <w:vAlign w:val="center"/>
          </w:tcPr>
          <w:p w14:paraId="20AC1A14" w14:textId="77777777" w:rsidR="00365219" w:rsidRDefault="00365219"/>
        </w:tc>
      </w:tr>
      <w:tr w:rsidR="00365219" w14:paraId="6A664C38" w14:textId="77777777">
        <w:trPr>
          <w:jc w:val="center"/>
        </w:trPr>
        <w:tc>
          <w:tcPr>
            <w:tcW w:w="1233" w:type="dxa"/>
            <w:vAlign w:val="center"/>
          </w:tcPr>
          <w:p w14:paraId="607BC01E" w14:textId="77777777" w:rsidR="00365219" w:rsidRDefault="00695781">
            <w:pPr>
              <w:jc w:val="center"/>
            </w:pPr>
            <w:r>
              <w:rPr>
                <w:sz w:val="16"/>
              </w:rPr>
              <w:t>22</w:t>
            </w:r>
          </w:p>
        </w:tc>
        <w:tc>
          <w:tcPr>
            <w:tcW w:w="1233" w:type="dxa"/>
            <w:vAlign w:val="center"/>
          </w:tcPr>
          <w:p w14:paraId="06861F43" w14:textId="77777777" w:rsidR="00365219" w:rsidRDefault="00365219"/>
        </w:tc>
        <w:tc>
          <w:tcPr>
            <w:tcW w:w="1233" w:type="dxa"/>
            <w:vAlign w:val="center"/>
          </w:tcPr>
          <w:p w14:paraId="6269F114" w14:textId="77777777" w:rsidR="00365219" w:rsidRDefault="00695781">
            <w:pPr>
              <w:jc w:val="center"/>
            </w:pPr>
            <w:r>
              <w:rPr>
                <w:sz w:val="16"/>
              </w:rPr>
              <w:t>47</w:t>
            </w:r>
          </w:p>
        </w:tc>
        <w:tc>
          <w:tcPr>
            <w:tcW w:w="1233" w:type="dxa"/>
            <w:vAlign w:val="center"/>
          </w:tcPr>
          <w:p w14:paraId="15527EC2" w14:textId="77777777" w:rsidR="00365219" w:rsidRDefault="00365219"/>
        </w:tc>
        <w:tc>
          <w:tcPr>
            <w:tcW w:w="1233" w:type="dxa"/>
            <w:vAlign w:val="center"/>
          </w:tcPr>
          <w:p w14:paraId="18D5A0EF" w14:textId="77777777" w:rsidR="00365219" w:rsidRDefault="00695781">
            <w:pPr>
              <w:jc w:val="center"/>
            </w:pPr>
            <w:r>
              <w:rPr>
                <w:sz w:val="16"/>
              </w:rPr>
              <w:t>72</w:t>
            </w:r>
          </w:p>
        </w:tc>
        <w:tc>
          <w:tcPr>
            <w:tcW w:w="1233" w:type="dxa"/>
            <w:vAlign w:val="center"/>
          </w:tcPr>
          <w:p w14:paraId="568BBD1A" w14:textId="77777777" w:rsidR="00365219" w:rsidRDefault="00365219"/>
        </w:tc>
        <w:tc>
          <w:tcPr>
            <w:tcW w:w="1233" w:type="dxa"/>
            <w:vAlign w:val="center"/>
          </w:tcPr>
          <w:p w14:paraId="49E264D6" w14:textId="77777777" w:rsidR="00365219" w:rsidRDefault="00695781">
            <w:pPr>
              <w:jc w:val="center"/>
            </w:pPr>
            <w:r>
              <w:rPr>
                <w:sz w:val="16"/>
              </w:rPr>
              <w:t>97</w:t>
            </w:r>
          </w:p>
        </w:tc>
        <w:tc>
          <w:tcPr>
            <w:tcW w:w="1233" w:type="dxa"/>
            <w:vAlign w:val="center"/>
          </w:tcPr>
          <w:p w14:paraId="0D435025" w14:textId="77777777" w:rsidR="00365219" w:rsidRDefault="00365219"/>
        </w:tc>
      </w:tr>
      <w:tr w:rsidR="00365219" w14:paraId="38736476" w14:textId="77777777">
        <w:trPr>
          <w:jc w:val="center"/>
        </w:trPr>
        <w:tc>
          <w:tcPr>
            <w:tcW w:w="1233" w:type="dxa"/>
            <w:vAlign w:val="center"/>
          </w:tcPr>
          <w:p w14:paraId="7186E3B2" w14:textId="77777777" w:rsidR="00365219" w:rsidRDefault="00695781">
            <w:pPr>
              <w:jc w:val="center"/>
            </w:pPr>
            <w:r>
              <w:rPr>
                <w:sz w:val="16"/>
              </w:rPr>
              <w:t>23</w:t>
            </w:r>
          </w:p>
        </w:tc>
        <w:tc>
          <w:tcPr>
            <w:tcW w:w="1233" w:type="dxa"/>
            <w:vAlign w:val="center"/>
          </w:tcPr>
          <w:p w14:paraId="5EDA1E52" w14:textId="77777777" w:rsidR="00365219" w:rsidRDefault="00365219"/>
        </w:tc>
        <w:tc>
          <w:tcPr>
            <w:tcW w:w="1233" w:type="dxa"/>
            <w:vAlign w:val="center"/>
          </w:tcPr>
          <w:p w14:paraId="70CA16F6" w14:textId="77777777" w:rsidR="00365219" w:rsidRDefault="00695781">
            <w:pPr>
              <w:jc w:val="center"/>
            </w:pPr>
            <w:r>
              <w:rPr>
                <w:sz w:val="16"/>
              </w:rPr>
              <w:t>48</w:t>
            </w:r>
          </w:p>
        </w:tc>
        <w:tc>
          <w:tcPr>
            <w:tcW w:w="1233" w:type="dxa"/>
            <w:vAlign w:val="center"/>
          </w:tcPr>
          <w:p w14:paraId="13DFE025" w14:textId="77777777" w:rsidR="00365219" w:rsidRDefault="00365219"/>
        </w:tc>
        <w:tc>
          <w:tcPr>
            <w:tcW w:w="1233" w:type="dxa"/>
            <w:vAlign w:val="center"/>
          </w:tcPr>
          <w:p w14:paraId="0EA699D3" w14:textId="77777777" w:rsidR="00365219" w:rsidRDefault="00695781">
            <w:pPr>
              <w:jc w:val="center"/>
            </w:pPr>
            <w:r>
              <w:rPr>
                <w:sz w:val="16"/>
              </w:rPr>
              <w:t>73</w:t>
            </w:r>
          </w:p>
        </w:tc>
        <w:tc>
          <w:tcPr>
            <w:tcW w:w="1233" w:type="dxa"/>
            <w:vAlign w:val="center"/>
          </w:tcPr>
          <w:p w14:paraId="2867F7D7" w14:textId="77777777" w:rsidR="00365219" w:rsidRDefault="00365219"/>
        </w:tc>
        <w:tc>
          <w:tcPr>
            <w:tcW w:w="1233" w:type="dxa"/>
            <w:vAlign w:val="center"/>
          </w:tcPr>
          <w:p w14:paraId="379BB1D2" w14:textId="77777777" w:rsidR="00365219" w:rsidRDefault="00695781">
            <w:pPr>
              <w:jc w:val="center"/>
            </w:pPr>
            <w:r>
              <w:rPr>
                <w:sz w:val="16"/>
              </w:rPr>
              <w:t>98</w:t>
            </w:r>
          </w:p>
        </w:tc>
        <w:tc>
          <w:tcPr>
            <w:tcW w:w="1233" w:type="dxa"/>
            <w:vAlign w:val="center"/>
          </w:tcPr>
          <w:p w14:paraId="6B01A066" w14:textId="77777777" w:rsidR="00365219" w:rsidRDefault="00365219"/>
        </w:tc>
      </w:tr>
      <w:tr w:rsidR="00365219" w14:paraId="1304017B" w14:textId="77777777">
        <w:trPr>
          <w:jc w:val="center"/>
        </w:trPr>
        <w:tc>
          <w:tcPr>
            <w:tcW w:w="1233" w:type="dxa"/>
            <w:vAlign w:val="center"/>
          </w:tcPr>
          <w:p w14:paraId="3DE1E300" w14:textId="77777777" w:rsidR="00365219" w:rsidRDefault="00695781">
            <w:pPr>
              <w:jc w:val="center"/>
            </w:pPr>
            <w:r>
              <w:rPr>
                <w:sz w:val="16"/>
              </w:rPr>
              <w:t>24</w:t>
            </w:r>
          </w:p>
        </w:tc>
        <w:tc>
          <w:tcPr>
            <w:tcW w:w="1233" w:type="dxa"/>
            <w:vAlign w:val="center"/>
          </w:tcPr>
          <w:p w14:paraId="1DCE5291" w14:textId="77777777" w:rsidR="00365219" w:rsidRDefault="00365219"/>
        </w:tc>
        <w:tc>
          <w:tcPr>
            <w:tcW w:w="1233" w:type="dxa"/>
            <w:vAlign w:val="center"/>
          </w:tcPr>
          <w:p w14:paraId="0F4236CE" w14:textId="77777777" w:rsidR="00365219" w:rsidRDefault="00695781">
            <w:pPr>
              <w:jc w:val="center"/>
            </w:pPr>
            <w:r>
              <w:rPr>
                <w:sz w:val="16"/>
              </w:rPr>
              <w:t>49</w:t>
            </w:r>
          </w:p>
        </w:tc>
        <w:tc>
          <w:tcPr>
            <w:tcW w:w="1233" w:type="dxa"/>
            <w:vAlign w:val="center"/>
          </w:tcPr>
          <w:p w14:paraId="7A3D442A" w14:textId="77777777" w:rsidR="00365219" w:rsidRDefault="00365219"/>
        </w:tc>
        <w:tc>
          <w:tcPr>
            <w:tcW w:w="1233" w:type="dxa"/>
            <w:vAlign w:val="center"/>
          </w:tcPr>
          <w:p w14:paraId="1B6CFC77" w14:textId="77777777" w:rsidR="00365219" w:rsidRDefault="00695781">
            <w:pPr>
              <w:jc w:val="center"/>
            </w:pPr>
            <w:r>
              <w:rPr>
                <w:sz w:val="16"/>
              </w:rPr>
              <w:t>74</w:t>
            </w:r>
          </w:p>
        </w:tc>
        <w:tc>
          <w:tcPr>
            <w:tcW w:w="1233" w:type="dxa"/>
            <w:vAlign w:val="center"/>
          </w:tcPr>
          <w:p w14:paraId="3F1E28CA" w14:textId="77777777" w:rsidR="00365219" w:rsidRDefault="00365219"/>
        </w:tc>
        <w:tc>
          <w:tcPr>
            <w:tcW w:w="1233" w:type="dxa"/>
            <w:vAlign w:val="center"/>
          </w:tcPr>
          <w:p w14:paraId="030F92C5" w14:textId="77777777" w:rsidR="00365219" w:rsidRDefault="00695781">
            <w:pPr>
              <w:jc w:val="center"/>
            </w:pPr>
            <w:r>
              <w:rPr>
                <w:sz w:val="16"/>
              </w:rPr>
              <w:t>99</w:t>
            </w:r>
          </w:p>
        </w:tc>
        <w:tc>
          <w:tcPr>
            <w:tcW w:w="1233" w:type="dxa"/>
            <w:vAlign w:val="center"/>
          </w:tcPr>
          <w:p w14:paraId="077E4AB0" w14:textId="77777777" w:rsidR="00365219" w:rsidRDefault="00365219"/>
        </w:tc>
      </w:tr>
      <w:tr w:rsidR="00365219" w14:paraId="4BBD88C0" w14:textId="77777777">
        <w:trPr>
          <w:jc w:val="center"/>
        </w:trPr>
        <w:tc>
          <w:tcPr>
            <w:tcW w:w="1233" w:type="dxa"/>
            <w:vAlign w:val="center"/>
          </w:tcPr>
          <w:p w14:paraId="1BB9975B" w14:textId="77777777" w:rsidR="00365219" w:rsidRDefault="00695781">
            <w:pPr>
              <w:jc w:val="center"/>
            </w:pPr>
            <w:r>
              <w:rPr>
                <w:sz w:val="16"/>
              </w:rPr>
              <w:t>25</w:t>
            </w:r>
          </w:p>
        </w:tc>
        <w:tc>
          <w:tcPr>
            <w:tcW w:w="1233" w:type="dxa"/>
            <w:vAlign w:val="center"/>
          </w:tcPr>
          <w:p w14:paraId="39F033D2" w14:textId="77777777" w:rsidR="00365219" w:rsidRDefault="00365219"/>
        </w:tc>
        <w:tc>
          <w:tcPr>
            <w:tcW w:w="1233" w:type="dxa"/>
            <w:vAlign w:val="center"/>
          </w:tcPr>
          <w:p w14:paraId="4F00D27F" w14:textId="77777777" w:rsidR="00365219" w:rsidRDefault="00695781">
            <w:pPr>
              <w:jc w:val="center"/>
            </w:pPr>
            <w:r>
              <w:rPr>
                <w:sz w:val="16"/>
              </w:rPr>
              <w:t>50</w:t>
            </w:r>
          </w:p>
        </w:tc>
        <w:tc>
          <w:tcPr>
            <w:tcW w:w="1233" w:type="dxa"/>
            <w:vAlign w:val="center"/>
          </w:tcPr>
          <w:p w14:paraId="6D983424" w14:textId="77777777" w:rsidR="00365219" w:rsidRDefault="00365219"/>
        </w:tc>
        <w:tc>
          <w:tcPr>
            <w:tcW w:w="1233" w:type="dxa"/>
            <w:vAlign w:val="center"/>
          </w:tcPr>
          <w:p w14:paraId="03153966" w14:textId="77777777" w:rsidR="00365219" w:rsidRDefault="00695781">
            <w:pPr>
              <w:jc w:val="center"/>
            </w:pPr>
            <w:r>
              <w:rPr>
                <w:sz w:val="16"/>
              </w:rPr>
              <w:t>75</w:t>
            </w:r>
          </w:p>
        </w:tc>
        <w:tc>
          <w:tcPr>
            <w:tcW w:w="1233" w:type="dxa"/>
            <w:vAlign w:val="center"/>
          </w:tcPr>
          <w:p w14:paraId="6047BC52" w14:textId="77777777" w:rsidR="00365219" w:rsidRDefault="00365219"/>
        </w:tc>
        <w:tc>
          <w:tcPr>
            <w:tcW w:w="1233" w:type="dxa"/>
            <w:vAlign w:val="center"/>
          </w:tcPr>
          <w:p w14:paraId="3B106D75" w14:textId="77777777" w:rsidR="00365219" w:rsidRDefault="00695781">
            <w:pPr>
              <w:jc w:val="center"/>
            </w:pPr>
            <w:r>
              <w:rPr>
                <w:sz w:val="16"/>
              </w:rPr>
              <w:t>100</w:t>
            </w:r>
          </w:p>
        </w:tc>
        <w:tc>
          <w:tcPr>
            <w:tcW w:w="1233" w:type="dxa"/>
            <w:vAlign w:val="center"/>
          </w:tcPr>
          <w:p w14:paraId="0043FFEB" w14:textId="77777777" w:rsidR="00365219" w:rsidRDefault="00365219"/>
        </w:tc>
      </w:tr>
    </w:tbl>
    <w:p w14:paraId="4134184D" w14:textId="77777777" w:rsidR="00365219" w:rsidRDefault="00695781">
      <w:r>
        <w:br w:type="page"/>
      </w:r>
    </w:p>
    <w:p w14:paraId="06950F14" w14:textId="77777777" w:rsidR="00365219" w:rsidRDefault="00695781">
      <w:pPr>
        <w:pStyle w:val="Heading1"/>
        <w:jc w:val="center"/>
      </w:pPr>
      <w:r>
        <w:lastRenderedPageBreak/>
        <w:t>KUNCI JAWABAN</w:t>
      </w:r>
    </w:p>
    <w:tbl>
      <w:tblPr>
        <w:tblStyle w:val="TableGrid"/>
        <w:tblW w:w="0" w:type="auto"/>
        <w:jc w:val="center"/>
        <w:tblLook w:val="04A0" w:firstRow="1" w:lastRow="0" w:firstColumn="1" w:lastColumn="0" w:noHBand="0" w:noVBand="1"/>
      </w:tblPr>
      <w:tblGrid>
        <w:gridCol w:w="1233"/>
        <w:gridCol w:w="1233"/>
        <w:gridCol w:w="1233"/>
        <w:gridCol w:w="1233"/>
        <w:gridCol w:w="1233"/>
        <w:gridCol w:w="1233"/>
        <w:gridCol w:w="1233"/>
        <w:gridCol w:w="1233"/>
      </w:tblGrid>
      <w:tr w:rsidR="00365219" w14:paraId="0557C7FF" w14:textId="77777777">
        <w:trPr>
          <w:jc w:val="center"/>
        </w:trPr>
        <w:tc>
          <w:tcPr>
            <w:tcW w:w="1233" w:type="dxa"/>
            <w:shd w:val="clear" w:color="auto" w:fill="E2F0D9"/>
            <w:vAlign w:val="center"/>
          </w:tcPr>
          <w:p w14:paraId="1F702239" w14:textId="77777777" w:rsidR="00365219" w:rsidRDefault="00695781">
            <w:pPr>
              <w:jc w:val="center"/>
            </w:pPr>
            <w:r>
              <w:rPr>
                <w:b/>
                <w:sz w:val="16"/>
              </w:rPr>
              <w:t>No.</w:t>
            </w:r>
          </w:p>
        </w:tc>
        <w:tc>
          <w:tcPr>
            <w:tcW w:w="1233" w:type="dxa"/>
            <w:shd w:val="clear" w:color="auto" w:fill="E2F0D9"/>
            <w:vAlign w:val="center"/>
          </w:tcPr>
          <w:p w14:paraId="2BDDA1C6" w14:textId="77777777" w:rsidR="00365219" w:rsidRDefault="00695781">
            <w:pPr>
              <w:jc w:val="center"/>
            </w:pPr>
            <w:r>
              <w:rPr>
                <w:b/>
                <w:sz w:val="16"/>
              </w:rPr>
              <w:t>Kunci</w:t>
            </w:r>
          </w:p>
        </w:tc>
        <w:tc>
          <w:tcPr>
            <w:tcW w:w="1233" w:type="dxa"/>
            <w:shd w:val="clear" w:color="auto" w:fill="E2F0D9"/>
            <w:vAlign w:val="center"/>
          </w:tcPr>
          <w:p w14:paraId="70940431" w14:textId="77777777" w:rsidR="00365219" w:rsidRDefault="00695781">
            <w:pPr>
              <w:jc w:val="center"/>
            </w:pPr>
            <w:r>
              <w:rPr>
                <w:b/>
                <w:sz w:val="16"/>
              </w:rPr>
              <w:t>No.</w:t>
            </w:r>
          </w:p>
        </w:tc>
        <w:tc>
          <w:tcPr>
            <w:tcW w:w="1233" w:type="dxa"/>
            <w:shd w:val="clear" w:color="auto" w:fill="E2F0D9"/>
            <w:vAlign w:val="center"/>
          </w:tcPr>
          <w:p w14:paraId="7971AEC7" w14:textId="77777777" w:rsidR="00365219" w:rsidRDefault="00695781">
            <w:pPr>
              <w:jc w:val="center"/>
            </w:pPr>
            <w:r>
              <w:rPr>
                <w:b/>
                <w:sz w:val="16"/>
              </w:rPr>
              <w:t>Kunci</w:t>
            </w:r>
          </w:p>
        </w:tc>
        <w:tc>
          <w:tcPr>
            <w:tcW w:w="1233" w:type="dxa"/>
            <w:shd w:val="clear" w:color="auto" w:fill="E2F0D9"/>
            <w:vAlign w:val="center"/>
          </w:tcPr>
          <w:p w14:paraId="194B068D" w14:textId="77777777" w:rsidR="00365219" w:rsidRDefault="00695781">
            <w:pPr>
              <w:jc w:val="center"/>
            </w:pPr>
            <w:r>
              <w:rPr>
                <w:b/>
                <w:sz w:val="16"/>
              </w:rPr>
              <w:t>No.</w:t>
            </w:r>
          </w:p>
        </w:tc>
        <w:tc>
          <w:tcPr>
            <w:tcW w:w="1233" w:type="dxa"/>
            <w:shd w:val="clear" w:color="auto" w:fill="E2F0D9"/>
            <w:vAlign w:val="center"/>
          </w:tcPr>
          <w:p w14:paraId="6E47053E" w14:textId="77777777" w:rsidR="00365219" w:rsidRDefault="00695781">
            <w:pPr>
              <w:jc w:val="center"/>
            </w:pPr>
            <w:r>
              <w:rPr>
                <w:b/>
                <w:sz w:val="16"/>
              </w:rPr>
              <w:t>Kunci</w:t>
            </w:r>
          </w:p>
        </w:tc>
        <w:tc>
          <w:tcPr>
            <w:tcW w:w="1233" w:type="dxa"/>
            <w:shd w:val="clear" w:color="auto" w:fill="E2F0D9"/>
            <w:vAlign w:val="center"/>
          </w:tcPr>
          <w:p w14:paraId="35A11A4E" w14:textId="77777777" w:rsidR="00365219" w:rsidRDefault="00695781">
            <w:pPr>
              <w:jc w:val="center"/>
            </w:pPr>
            <w:r>
              <w:rPr>
                <w:b/>
                <w:sz w:val="16"/>
              </w:rPr>
              <w:t>No.</w:t>
            </w:r>
          </w:p>
        </w:tc>
        <w:tc>
          <w:tcPr>
            <w:tcW w:w="1233" w:type="dxa"/>
            <w:shd w:val="clear" w:color="auto" w:fill="E2F0D9"/>
            <w:vAlign w:val="center"/>
          </w:tcPr>
          <w:p w14:paraId="007AE2B4" w14:textId="77777777" w:rsidR="00365219" w:rsidRDefault="00695781">
            <w:pPr>
              <w:jc w:val="center"/>
            </w:pPr>
            <w:r>
              <w:rPr>
                <w:b/>
                <w:sz w:val="16"/>
              </w:rPr>
              <w:t>Kunci</w:t>
            </w:r>
          </w:p>
        </w:tc>
      </w:tr>
      <w:tr w:rsidR="00365219" w14:paraId="277DCA32" w14:textId="77777777">
        <w:trPr>
          <w:jc w:val="center"/>
        </w:trPr>
        <w:tc>
          <w:tcPr>
            <w:tcW w:w="1233" w:type="dxa"/>
            <w:vAlign w:val="center"/>
          </w:tcPr>
          <w:p w14:paraId="13A02262" w14:textId="77777777" w:rsidR="00365219" w:rsidRDefault="00695781">
            <w:pPr>
              <w:jc w:val="center"/>
            </w:pPr>
            <w:r>
              <w:rPr>
                <w:sz w:val="15"/>
              </w:rPr>
              <w:t>1</w:t>
            </w:r>
          </w:p>
        </w:tc>
        <w:tc>
          <w:tcPr>
            <w:tcW w:w="1233" w:type="dxa"/>
            <w:vAlign w:val="center"/>
          </w:tcPr>
          <w:p w14:paraId="0153D70A" w14:textId="77777777" w:rsidR="00365219" w:rsidRDefault="00695781">
            <w:pPr>
              <w:jc w:val="center"/>
            </w:pPr>
            <w:r>
              <w:rPr>
                <w:sz w:val="14"/>
              </w:rPr>
              <w:t>D</w:t>
            </w:r>
          </w:p>
        </w:tc>
        <w:tc>
          <w:tcPr>
            <w:tcW w:w="1233" w:type="dxa"/>
            <w:vAlign w:val="center"/>
          </w:tcPr>
          <w:p w14:paraId="086D4F24" w14:textId="77777777" w:rsidR="00365219" w:rsidRDefault="00695781">
            <w:pPr>
              <w:jc w:val="center"/>
            </w:pPr>
            <w:r>
              <w:rPr>
                <w:sz w:val="15"/>
              </w:rPr>
              <w:t>26</w:t>
            </w:r>
          </w:p>
        </w:tc>
        <w:tc>
          <w:tcPr>
            <w:tcW w:w="1233" w:type="dxa"/>
            <w:vAlign w:val="center"/>
          </w:tcPr>
          <w:p w14:paraId="6481E011" w14:textId="77777777" w:rsidR="00365219" w:rsidRDefault="00695781">
            <w:pPr>
              <w:jc w:val="center"/>
            </w:pPr>
            <w:r>
              <w:rPr>
                <w:sz w:val="14"/>
              </w:rPr>
              <w:t>C</w:t>
            </w:r>
          </w:p>
        </w:tc>
        <w:tc>
          <w:tcPr>
            <w:tcW w:w="1233" w:type="dxa"/>
            <w:vAlign w:val="center"/>
          </w:tcPr>
          <w:p w14:paraId="657DC85B" w14:textId="77777777" w:rsidR="00365219" w:rsidRDefault="00695781">
            <w:pPr>
              <w:jc w:val="center"/>
            </w:pPr>
            <w:r>
              <w:rPr>
                <w:sz w:val="15"/>
              </w:rPr>
              <w:t>51</w:t>
            </w:r>
          </w:p>
        </w:tc>
        <w:tc>
          <w:tcPr>
            <w:tcW w:w="1233" w:type="dxa"/>
            <w:vAlign w:val="center"/>
          </w:tcPr>
          <w:p w14:paraId="257C2D11" w14:textId="77777777" w:rsidR="00365219" w:rsidRDefault="00695781">
            <w:pPr>
              <w:jc w:val="center"/>
            </w:pPr>
            <w:r>
              <w:rPr>
                <w:sz w:val="14"/>
              </w:rPr>
              <w:t>D</w:t>
            </w:r>
          </w:p>
        </w:tc>
        <w:tc>
          <w:tcPr>
            <w:tcW w:w="1233" w:type="dxa"/>
            <w:vAlign w:val="center"/>
          </w:tcPr>
          <w:p w14:paraId="27D9AF22" w14:textId="77777777" w:rsidR="00365219" w:rsidRDefault="00695781">
            <w:pPr>
              <w:jc w:val="center"/>
            </w:pPr>
            <w:r>
              <w:rPr>
                <w:sz w:val="15"/>
              </w:rPr>
              <w:t>76</w:t>
            </w:r>
          </w:p>
        </w:tc>
        <w:tc>
          <w:tcPr>
            <w:tcW w:w="1233" w:type="dxa"/>
            <w:vAlign w:val="center"/>
          </w:tcPr>
          <w:p w14:paraId="6520698A" w14:textId="77777777" w:rsidR="00365219" w:rsidRDefault="00695781">
            <w:pPr>
              <w:jc w:val="center"/>
            </w:pPr>
            <w:r>
              <w:rPr>
                <w:sz w:val="14"/>
              </w:rPr>
              <w:t>C</w:t>
            </w:r>
          </w:p>
        </w:tc>
      </w:tr>
      <w:tr w:rsidR="00365219" w14:paraId="5081E369" w14:textId="77777777">
        <w:trPr>
          <w:jc w:val="center"/>
        </w:trPr>
        <w:tc>
          <w:tcPr>
            <w:tcW w:w="1233" w:type="dxa"/>
            <w:vAlign w:val="center"/>
          </w:tcPr>
          <w:p w14:paraId="1FC2ABB2" w14:textId="77777777" w:rsidR="00365219" w:rsidRDefault="00695781">
            <w:pPr>
              <w:jc w:val="center"/>
            </w:pPr>
            <w:r>
              <w:rPr>
                <w:sz w:val="15"/>
              </w:rPr>
              <w:t>2</w:t>
            </w:r>
          </w:p>
        </w:tc>
        <w:tc>
          <w:tcPr>
            <w:tcW w:w="1233" w:type="dxa"/>
            <w:vAlign w:val="center"/>
          </w:tcPr>
          <w:p w14:paraId="0A4182BD" w14:textId="77777777" w:rsidR="00365219" w:rsidRDefault="00695781">
            <w:pPr>
              <w:jc w:val="center"/>
            </w:pPr>
            <w:r>
              <w:rPr>
                <w:sz w:val="14"/>
              </w:rPr>
              <w:t>C</w:t>
            </w:r>
          </w:p>
        </w:tc>
        <w:tc>
          <w:tcPr>
            <w:tcW w:w="1233" w:type="dxa"/>
            <w:vAlign w:val="center"/>
          </w:tcPr>
          <w:p w14:paraId="0E41538C" w14:textId="77777777" w:rsidR="00365219" w:rsidRDefault="00695781">
            <w:pPr>
              <w:jc w:val="center"/>
            </w:pPr>
            <w:r>
              <w:rPr>
                <w:sz w:val="15"/>
              </w:rPr>
              <w:t>27</w:t>
            </w:r>
          </w:p>
        </w:tc>
        <w:tc>
          <w:tcPr>
            <w:tcW w:w="1233" w:type="dxa"/>
            <w:vAlign w:val="center"/>
          </w:tcPr>
          <w:p w14:paraId="7B2ECEE3" w14:textId="77777777" w:rsidR="00365219" w:rsidRDefault="00695781">
            <w:pPr>
              <w:jc w:val="center"/>
            </w:pPr>
            <w:r>
              <w:rPr>
                <w:sz w:val="14"/>
              </w:rPr>
              <w:t>C</w:t>
            </w:r>
          </w:p>
        </w:tc>
        <w:tc>
          <w:tcPr>
            <w:tcW w:w="1233" w:type="dxa"/>
            <w:vAlign w:val="center"/>
          </w:tcPr>
          <w:p w14:paraId="4DC3E109" w14:textId="77777777" w:rsidR="00365219" w:rsidRDefault="00695781">
            <w:pPr>
              <w:jc w:val="center"/>
            </w:pPr>
            <w:r>
              <w:rPr>
                <w:sz w:val="15"/>
              </w:rPr>
              <w:t>52</w:t>
            </w:r>
          </w:p>
        </w:tc>
        <w:tc>
          <w:tcPr>
            <w:tcW w:w="1233" w:type="dxa"/>
            <w:vAlign w:val="center"/>
          </w:tcPr>
          <w:p w14:paraId="6E9CF8CC" w14:textId="77777777" w:rsidR="00365219" w:rsidRDefault="00695781">
            <w:pPr>
              <w:jc w:val="center"/>
            </w:pPr>
            <w:r>
              <w:rPr>
                <w:sz w:val="14"/>
              </w:rPr>
              <w:t>C</w:t>
            </w:r>
          </w:p>
        </w:tc>
        <w:tc>
          <w:tcPr>
            <w:tcW w:w="1233" w:type="dxa"/>
            <w:vAlign w:val="center"/>
          </w:tcPr>
          <w:p w14:paraId="1701A4D8" w14:textId="77777777" w:rsidR="00365219" w:rsidRDefault="00695781">
            <w:pPr>
              <w:jc w:val="center"/>
            </w:pPr>
            <w:r>
              <w:rPr>
                <w:sz w:val="15"/>
              </w:rPr>
              <w:t>77</w:t>
            </w:r>
          </w:p>
        </w:tc>
        <w:tc>
          <w:tcPr>
            <w:tcW w:w="1233" w:type="dxa"/>
            <w:vAlign w:val="center"/>
          </w:tcPr>
          <w:p w14:paraId="351DBA53" w14:textId="77777777" w:rsidR="00365219" w:rsidRDefault="00695781">
            <w:pPr>
              <w:jc w:val="center"/>
            </w:pPr>
            <w:r>
              <w:rPr>
                <w:sz w:val="14"/>
              </w:rPr>
              <w:t>B</w:t>
            </w:r>
          </w:p>
        </w:tc>
      </w:tr>
      <w:tr w:rsidR="00365219" w14:paraId="79DBF2F7" w14:textId="77777777">
        <w:trPr>
          <w:jc w:val="center"/>
        </w:trPr>
        <w:tc>
          <w:tcPr>
            <w:tcW w:w="1233" w:type="dxa"/>
            <w:vAlign w:val="center"/>
          </w:tcPr>
          <w:p w14:paraId="21FE0425" w14:textId="77777777" w:rsidR="00365219" w:rsidRDefault="00695781">
            <w:pPr>
              <w:jc w:val="center"/>
            </w:pPr>
            <w:r>
              <w:rPr>
                <w:sz w:val="15"/>
              </w:rPr>
              <w:t>3</w:t>
            </w:r>
          </w:p>
        </w:tc>
        <w:tc>
          <w:tcPr>
            <w:tcW w:w="1233" w:type="dxa"/>
            <w:vAlign w:val="center"/>
          </w:tcPr>
          <w:p w14:paraId="28F1C07B" w14:textId="77777777" w:rsidR="00365219" w:rsidRDefault="00695781">
            <w:pPr>
              <w:jc w:val="center"/>
            </w:pPr>
            <w:r>
              <w:rPr>
                <w:sz w:val="14"/>
              </w:rPr>
              <w:t>C</w:t>
            </w:r>
          </w:p>
        </w:tc>
        <w:tc>
          <w:tcPr>
            <w:tcW w:w="1233" w:type="dxa"/>
            <w:vAlign w:val="center"/>
          </w:tcPr>
          <w:p w14:paraId="5D71FBA2" w14:textId="77777777" w:rsidR="00365219" w:rsidRDefault="00695781">
            <w:pPr>
              <w:jc w:val="center"/>
            </w:pPr>
            <w:r>
              <w:rPr>
                <w:sz w:val="15"/>
              </w:rPr>
              <w:t>28</w:t>
            </w:r>
          </w:p>
        </w:tc>
        <w:tc>
          <w:tcPr>
            <w:tcW w:w="1233" w:type="dxa"/>
            <w:vAlign w:val="center"/>
          </w:tcPr>
          <w:p w14:paraId="78CF6498" w14:textId="77777777" w:rsidR="00365219" w:rsidRDefault="00695781">
            <w:pPr>
              <w:jc w:val="center"/>
            </w:pPr>
            <w:r>
              <w:rPr>
                <w:sz w:val="14"/>
              </w:rPr>
              <w:t>D</w:t>
            </w:r>
          </w:p>
        </w:tc>
        <w:tc>
          <w:tcPr>
            <w:tcW w:w="1233" w:type="dxa"/>
            <w:vAlign w:val="center"/>
          </w:tcPr>
          <w:p w14:paraId="475306E4" w14:textId="77777777" w:rsidR="00365219" w:rsidRDefault="00695781">
            <w:pPr>
              <w:jc w:val="center"/>
            </w:pPr>
            <w:r>
              <w:rPr>
                <w:sz w:val="15"/>
              </w:rPr>
              <w:t>53</w:t>
            </w:r>
          </w:p>
        </w:tc>
        <w:tc>
          <w:tcPr>
            <w:tcW w:w="1233" w:type="dxa"/>
            <w:vAlign w:val="center"/>
          </w:tcPr>
          <w:p w14:paraId="573C336A" w14:textId="77777777" w:rsidR="00365219" w:rsidRDefault="00695781">
            <w:pPr>
              <w:jc w:val="center"/>
            </w:pPr>
            <w:r>
              <w:rPr>
                <w:sz w:val="14"/>
              </w:rPr>
              <w:t>D</w:t>
            </w:r>
          </w:p>
        </w:tc>
        <w:tc>
          <w:tcPr>
            <w:tcW w:w="1233" w:type="dxa"/>
            <w:vAlign w:val="center"/>
          </w:tcPr>
          <w:p w14:paraId="3B8D5A80" w14:textId="77777777" w:rsidR="00365219" w:rsidRDefault="00695781">
            <w:pPr>
              <w:jc w:val="center"/>
            </w:pPr>
            <w:r>
              <w:rPr>
                <w:sz w:val="15"/>
              </w:rPr>
              <w:t>78</w:t>
            </w:r>
          </w:p>
        </w:tc>
        <w:tc>
          <w:tcPr>
            <w:tcW w:w="1233" w:type="dxa"/>
            <w:vAlign w:val="center"/>
          </w:tcPr>
          <w:p w14:paraId="38D5B70B" w14:textId="77777777" w:rsidR="00365219" w:rsidRDefault="00695781">
            <w:pPr>
              <w:jc w:val="center"/>
            </w:pPr>
            <w:r>
              <w:rPr>
                <w:sz w:val="14"/>
              </w:rPr>
              <w:t>B</w:t>
            </w:r>
          </w:p>
        </w:tc>
      </w:tr>
      <w:tr w:rsidR="00365219" w14:paraId="75B2858A" w14:textId="77777777">
        <w:trPr>
          <w:jc w:val="center"/>
        </w:trPr>
        <w:tc>
          <w:tcPr>
            <w:tcW w:w="1233" w:type="dxa"/>
            <w:vAlign w:val="center"/>
          </w:tcPr>
          <w:p w14:paraId="0604E2FF" w14:textId="77777777" w:rsidR="00365219" w:rsidRDefault="00695781">
            <w:pPr>
              <w:jc w:val="center"/>
            </w:pPr>
            <w:r>
              <w:rPr>
                <w:sz w:val="15"/>
              </w:rPr>
              <w:t>4</w:t>
            </w:r>
          </w:p>
        </w:tc>
        <w:tc>
          <w:tcPr>
            <w:tcW w:w="1233" w:type="dxa"/>
            <w:vAlign w:val="center"/>
          </w:tcPr>
          <w:p w14:paraId="04850E75" w14:textId="77777777" w:rsidR="00365219" w:rsidRDefault="00695781">
            <w:pPr>
              <w:jc w:val="center"/>
            </w:pPr>
            <w:r>
              <w:rPr>
                <w:sz w:val="14"/>
              </w:rPr>
              <w:t>C</w:t>
            </w:r>
          </w:p>
        </w:tc>
        <w:tc>
          <w:tcPr>
            <w:tcW w:w="1233" w:type="dxa"/>
            <w:vAlign w:val="center"/>
          </w:tcPr>
          <w:p w14:paraId="7F884C5B" w14:textId="77777777" w:rsidR="00365219" w:rsidRDefault="00695781">
            <w:pPr>
              <w:jc w:val="center"/>
            </w:pPr>
            <w:r>
              <w:rPr>
                <w:sz w:val="15"/>
              </w:rPr>
              <w:t>29</w:t>
            </w:r>
          </w:p>
        </w:tc>
        <w:tc>
          <w:tcPr>
            <w:tcW w:w="1233" w:type="dxa"/>
            <w:vAlign w:val="center"/>
          </w:tcPr>
          <w:p w14:paraId="2AE6458E" w14:textId="77777777" w:rsidR="00365219" w:rsidRDefault="00695781">
            <w:pPr>
              <w:jc w:val="center"/>
            </w:pPr>
            <w:r>
              <w:rPr>
                <w:sz w:val="14"/>
              </w:rPr>
              <w:t>B</w:t>
            </w:r>
          </w:p>
        </w:tc>
        <w:tc>
          <w:tcPr>
            <w:tcW w:w="1233" w:type="dxa"/>
            <w:vAlign w:val="center"/>
          </w:tcPr>
          <w:p w14:paraId="5F073439" w14:textId="77777777" w:rsidR="00365219" w:rsidRDefault="00695781">
            <w:pPr>
              <w:jc w:val="center"/>
            </w:pPr>
            <w:r>
              <w:rPr>
                <w:sz w:val="15"/>
              </w:rPr>
              <w:t>54</w:t>
            </w:r>
          </w:p>
        </w:tc>
        <w:tc>
          <w:tcPr>
            <w:tcW w:w="1233" w:type="dxa"/>
            <w:vAlign w:val="center"/>
          </w:tcPr>
          <w:p w14:paraId="326B4E2B" w14:textId="77777777" w:rsidR="00365219" w:rsidRDefault="00695781">
            <w:pPr>
              <w:jc w:val="center"/>
            </w:pPr>
            <w:r>
              <w:rPr>
                <w:sz w:val="14"/>
              </w:rPr>
              <w:t>D</w:t>
            </w:r>
          </w:p>
        </w:tc>
        <w:tc>
          <w:tcPr>
            <w:tcW w:w="1233" w:type="dxa"/>
            <w:vAlign w:val="center"/>
          </w:tcPr>
          <w:p w14:paraId="59A28AD5" w14:textId="77777777" w:rsidR="00365219" w:rsidRDefault="00695781">
            <w:pPr>
              <w:jc w:val="center"/>
            </w:pPr>
            <w:r>
              <w:rPr>
                <w:sz w:val="15"/>
              </w:rPr>
              <w:t>79</w:t>
            </w:r>
          </w:p>
        </w:tc>
        <w:tc>
          <w:tcPr>
            <w:tcW w:w="1233" w:type="dxa"/>
            <w:vAlign w:val="center"/>
          </w:tcPr>
          <w:p w14:paraId="4BB4E498" w14:textId="77777777" w:rsidR="00365219" w:rsidRDefault="00695781">
            <w:pPr>
              <w:jc w:val="center"/>
            </w:pPr>
            <w:r>
              <w:rPr>
                <w:sz w:val="14"/>
              </w:rPr>
              <w:t>D</w:t>
            </w:r>
          </w:p>
        </w:tc>
      </w:tr>
      <w:tr w:rsidR="00365219" w14:paraId="1AF0E154" w14:textId="77777777">
        <w:trPr>
          <w:jc w:val="center"/>
        </w:trPr>
        <w:tc>
          <w:tcPr>
            <w:tcW w:w="1233" w:type="dxa"/>
            <w:vAlign w:val="center"/>
          </w:tcPr>
          <w:p w14:paraId="5CB9F5AB" w14:textId="77777777" w:rsidR="00365219" w:rsidRDefault="00695781">
            <w:pPr>
              <w:jc w:val="center"/>
            </w:pPr>
            <w:r>
              <w:rPr>
                <w:sz w:val="15"/>
              </w:rPr>
              <w:t>5</w:t>
            </w:r>
          </w:p>
        </w:tc>
        <w:tc>
          <w:tcPr>
            <w:tcW w:w="1233" w:type="dxa"/>
            <w:vAlign w:val="center"/>
          </w:tcPr>
          <w:p w14:paraId="651288BF" w14:textId="77777777" w:rsidR="00365219" w:rsidRDefault="00695781">
            <w:pPr>
              <w:jc w:val="center"/>
            </w:pPr>
            <w:r>
              <w:rPr>
                <w:sz w:val="14"/>
              </w:rPr>
              <w:t>C</w:t>
            </w:r>
          </w:p>
        </w:tc>
        <w:tc>
          <w:tcPr>
            <w:tcW w:w="1233" w:type="dxa"/>
            <w:vAlign w:val="center"/>
          </w:tcPr>
          <w:p w14:paraId="1314E93F" w14:textId="77777777" w:rsidR="00365219" w:rsidRDefault="00695781">
            <w:pPr>
              <w:jc w:val="center"/>
            </w:pPr>
            <w:r>
              <w:rPr>
                <w:sz w:val="15"/>
              </w:rPr>
              <w:t>30</w:t>
            </w:r>
          </w:p>
        </w:tc>
        <w:tc>
          <w:tcPr>
            <w:tcW w:w="1233" w:type="dxa"/>
            <w:vAlign w:val="center"/>
          </w:tcPr>
          <w:p w14:paraId="2444D1E8" w14:textId="77777777" w:rsidR="00365219" w:rsidRDefault="00695781">
            <w:pPr>
              <w:jc w:val="center"/>
            </w:pPr>
            <w:r>
              <w:rPr>
                <w:sz w:val="14"/>
              </w:rPr>
              <w:t>C</w:t>
            </w:r>
          </w:p>
        </w:tc>
        <w:tc>
          <w:tcPr>
            <w:tcW w:w="1233" w:type="dxa"/>
            <w:vAlign w:val="center"/>
          </w:tcPr>
          <w:p w14:paraId="7F3577B6" w14:textId="77777777" w:rsidR="00365219" w:rsidRDefault="00695781">
            <w:pPr>
              <w:jc w:val="center"/>
            </w:pPr>
            <w:r>
              <w:rPr>
                <w:sz w:val="15"/>
              </w:rPr>
              <w:t>55</w:t>
            </w:r>
          </w:p>
        </w:tc>
        <w:tc>
          <w:tcPr>
            <w:tcW w:w="1233" w:type="dxa"/>
            <w:vAlign w:val="center"/>
          </w:tcPr>
          <w:p w14:paraId="413E776E" w14:textId="77777777" w:rsidR="00365219" w:rsidRDefault="00695781">
            <w:pPr>
              <w:jc w:val="center"/>
            </w:pPr>
            <w:r>
              <w:rPr>
                <w:sz w:val="14"/>
              </w:rPr>
              <w:t>B</w:t>
            </w:r>
          </w:p>
        </w:tc>
        <w:tc>
          <w:tcPr>
            <w:tcW w:w="1233" w:type="dxa"/>
            <w:vAlign w:val="center"/>
          </w:tcPr>
          <w:p w14:paraId="1478899C" w14:textId="77777777" w:rsidR="00365219" w:rsidRDefault="00695781">
            <w:pPr>
              <w:jc w:val="center"/>
            </w:pPr>
            <w:r>
              <w:rPr>
                <w:sz w:val="15"/>
              </w:rPr>
              <w:t>80</w:t>
            </w:r>
          </w:p>
        </w:tc>
        <w:tc>
          <w:tcPr>
            <w:tcW w:w="1233" w:type="dxa"/>
            <w:vAlign w:val="center"/>
          </w:tcPr>
          <w:p w14:paraId="6F43E68F" w14:textId="77777777" w:rsidR="00365219" w:rsidRDefault="00695781">
            <w:pPr>
              <w:jc w:val="center"/>
            </w:pPr>
            <w:r>
              <w:rPr>
                <w:sz w:val="14"/>
              </w:rPr>
              <w:t>C</w:t>
            </w:r>
          </w:p>
        </w:tc>
      </w:tr>
      <w:tr w:rsidR="00365219" w14:paraId="006A8F53" w14:textId="77777777">
        <w:trPr>
          <w:jc w:val="center"/>
        </w:trPr>
        <w:tc>
          <w:tcPr>
            <w:tcW w:w="1233" w:type="dxa"/>
            <w:vAlign w:val="center"/>
          </w:tcPr>
          <w:p w14:paraId="26012437" w14:textId="77777777" w:rsidR="00365219" w:rsidRDefault="00695781">
            <w:pPr>
              <w:jc w:val="center"/>
            </w:pPr>
            <w:r>
              <w:rPr>
                <w:sz w:val="15"/>
              </w:rPr>
              <w:t>6</w:t>
            </w:r>
          </w:p>
        </w:tc>
        <w:tc>
          <w:tcPr>
            <w:tcW w:w="1233" w:type="dxa"/>
            <w:vAlign w:val="center"/>
          </w:tcPr>
          <w:p w14:paraId="14D71D83" w14:textId="77777777" w:rsidR="00365219" w:rsidRDefault="00695781">
            <w:pPr>
              <w:jc w:val="center"/>
            </w:pPr>
            <w:r>
              <w:rPr>
                <w:sz w:val="14"/>
              </w:rPr>
              <w:t>C</w:t>
            </w:r>
          </w:p>
        </w:tc>
        <w:tc>
          <w:tcPr>
            <w:tcW w:w="1233" w:type="dxa"/>
            <w:vAlign w:val="center"/>
          </w:tcPr>
          <w:p w14:paraId="1B93E1AA" w14:textId="77777777" w:rsidR="00365219" w:rsidRDefault="00695781">
            <w:pPr>
              <w:jc w:val="center"/>
            </w:pPr>
            <w:r>
              <w:rPr>
                <w:sz w:val="15"/>
              </w:rPr>
              <w:t>31</w:t>
            </w:r>
          </w:p>
        </w:tc>
        <w:tc>
          <w:tcPr>
            <w:tcW w:w="1233" w:type="dxa"/>
            <w:vAlign w:val="center"/>
          </w:tcPr>
          <w:p w14:paraId="1344FDA5" w14:textId="77777777" w:rsidR="00365219" w:rsidRDefault="00695781">
            <w:pPr>
              <w:jc w:val="center"/>
            </w:pPr>
            <w:r>
              <w:rPr>
                <w:sz w:val="14"/>
              </w:rPr>
              <w:t>B</w:t>
            </w:r>
          </w:p>
        </w:tc>
        <w:tc>
          <w:tcPr>
            <w:tcW w:w="1233" w:type="dxa"/>
            <w:vAlign w:val="center"/>
          </w:tcPr>
          <w:p w14:paraId="58C34FF9" w14:textId="77777777" w:rsidR="00365219" w:rsidRDefault="00695781">
            <w:pPr>
              <w:jc w:val="center"/>
            </w:pPr>
            <w:r>
              <w:rPr>
                <w:sz w:val="15"/>
              </w:rPr>
              <w:t>56</w:t>
            </w:r>
          </w:p>
        </w:tc>
        <w:tc>
          <w:tcPr>
            <w:tcW w:w="1233" w:type="dxa"/>
            <w:vAlign w:val="center"/>
          </w:tcPr>
          <w:p w14:paraId="57DFE3AA" w14:textId="77777777" w:rsidR="00365219" w:rsidRDefault="00695781">
            <w:pPr>
              <w:jc w:val="center"/>
            </w:pPr>
            <w:r>
              <w:rPr>
                <w:sz w:val="14"/>
              </w:rPr>
              <w:t>C</w:t>
            </w:r>
          </w:p>
        </w:tc>
        <w:tc>
          <w:tcPr>
            <w:tcW w:w="1233" w:type="dxa"/>
            <w:vAlign w:val="center"/>
          </w:tcPr>
          <w:p w14:paraId="432DD34A" w14:textId="77777777" w:rsidR="00365219" w:rsidRDefault="00695781">
            <w:pPr>
              <w:jc w:val="center"/>
            </w:pPr>
            <w:r>
              <w:rPr>
                <w:sz w:val="15"/>
              </w:rPr>
              <w:t>81</w:t>
            </w:r>
          </w:p>
        </w:tc>
        <w:tc>
          <w:tcPr>
            <w:tcW w:w="1233" w:type="dxa"/>
            <w:vAlign w:val="center"/>
          </w:tcPr>
          <w:p w14:paraId="500F9240" w14:textId="77777777" w:rsidR="00365219" w:rsidRDefault="00695781">
            <w:pPr>
              <w:jc w:val="center"/>
            </w:pPr>
            <w:r>
              <w:rPr>
                <w:sz w:val="14"/>
              </w:rPr>
              <w:t>B</w:t>
            </w:r>
          </w:p>
        </w:tc>
      </w:tr>
      <w:tr w:rsidR="00365219" w14:paraId="2C8BA94E" w14:textId="77777777">
        <w:trPr>
          <w:jc w:val="center"/>
        </w:trPr>
        <w:tc>
          <w:tcPr>
            <w:tcW w:w="1233" w:type="dxa"/>
            <w:vAlign w:val="center"/>
          </w:tcPr>
          <w:p w14:paraId="1309101D" w14:textId="77777777" w:rsidR="00365219" w:rsidRDefault="00695781">
            <w:pPr>
              <w:jc w:val="center"/>
            </w:pPr>
            <w:r>
              <w:rPr>
                <w:sz w:val="15"/>
              </w:rPr>
              <w:t>7</w:t>
            </w:r>
          </w:p>
        </w:tc>
        <w:tc>
          <w:tcPr>
            <w:tcW w:w="1233" w:type="dxa"/>
            <w:vAlign w:val="center"/>
          </w:tcPr>
          <w:p w14:paraId="5DBBDB69" w14:textId="77777777" w:rsidR="00365219" w:rsidRDefault="00695781">
            <w:pPr>
              <w:jc w:val="center"/>
            </w:pPr>
            <w:r>
              <w:rPr>
                <w:sz w:val="14"/>
              </w:rPr>
              <w:t>C</w:t>
            </w:r>
          </w:p>
        </w:tc>
        <w:tc>
          <w:tcPr>
            <w:tcW w:w="1233" w:type="dxa"/>
            <w:vAlign w:val="center"/>
          </w:tcPr>
          <w:p w14:paraId="0ADD3D4D" w14:textId="77777777" w:rsidR="00365219" w:rsidRDefault="00695781">
            <w:pPr>
              <w:jc w:val="center"/>
            </w:pPr>
            <w:r>
              <w:rPr>
                <w:sz w:val="15"/>
              </w:rPr>
              <w:t>32</w:t>
            </w:r>
          </w:p>
        </w:tc>
        <w:tc>
          <w:tcPr>
            <w:tcW w:w="1233" w:type="dxa"/>
            <w:vAlign w:val="center"/>
          </w:tcPr>
          <w:p w14:paraId="64856F37" w14:textId="77777777" w:rsidR="00365219" w:rsidRDefault="00695781">
            <w:pPr>
              <w:jc w:val="center"/>
            </w:pPr>
            <w:r>
              <w:rPr>
                <w:sz w:val="14"/>
              </w:rPr>
              <w:t>C</w:t>
            </w:r>
          </w:p>
        </w:tc>
        <w:tc>
          <w:tcPr>
            <w:tcW w:w="1233" w:type="dxa"/>
            <w:vAlign w:val="center"/>
          </w:tcPr>
          <w:p w14:paraId="6E086C51" w14:textId="77777777" w:rsidR="00365219" w:rsidRDefault="00695781">
            <w:pPr>
              <w:jc w:val="center"/>
            </w:pPr>
            <w:r>
              <w:rPr>
                <w:sz w:val="15"/>
              </w:rPr>
              <w:t>57</w:t>
            </w:r>
          </w:p>
        </w:tc>
        <w:tc>
          <w:tcPr>
            <w:tcW w:w="1233" w:type="dxa"/>
            <w:vAlign w:val="center"/>
          </w:tcPr>
          <w:p w14:paraId="54304960" w14:textId="77777777" w:rsidR="00365219" w:rsidRDefault="00695781">
            <w:pPr>
              <w:jc w:val="center"/>
            </w:pPr>
            <w:r>
              <w:rPr>
                <w:sz w:val="14"/>
              </w:rPr>
              <w:t>D</w:t>
            </w:r>
          </w:p>
        </w:tc>
        <w:tc>
          <w:tcPr>
            <w:tcW w:w="1233" w:type="dxa"/>
            <w:vAlign w:val="center"/>
          </w:tcPr>
          <w:p w14:paraId="5B7BBBB8" w14:textId="77777777" w:rsidR="00365219" w:rsidRDefault="00695781">
            <w:pPr>
              <w:jc w:val="center"/>
            </w:pPr>
            <w:r>
              <w:rPr>
                <w:sz w:val="15"/>
              </w:rPr>
              <w:t>82</w:t>
            </w:r>
          </w:p>
        </w:tc>
        <w:tc>
          <w:tcPr>
            <w:tcW w:w="1233" w:type="dxa"/>
            <w:vAlign w:val="center"/>
          </w:tcPr>
          <w:p w14:paraId="34DD6580" w14:textId="77777777" w:rsidR="00365219" w:rsidRDefault="00695781">
            <w:pPr>
              <w:jc w:val="center"/>
            </w:pPr>
            <w:r>
              <w:rPr>
                <w:sz w:val="14"/>
              </w:rPr>
              <w:t>B</w:t>
            </w:r>
          </w:p>
        </w:tc>
      </w:tr>
      <w:tr w:rsidR="00365219" w14:paraId="484465CA" w14:textId="77777777">
        <w:trPr>
          <w:jc w:val="center"/>
        </w:trPr>
        <w:tc>
          <w:tcPr>
            <w:tcW w:w="1233" w:type="dxa"/>
            <w:vAlign w:val="center"/>
          </w:tcPr>
          <w:p w14:paraId="04EAEBF5" w14:textId="77777777" w:rsidR="00365219" w:rsidRDefault="00695781">
            <w:pPr>
              <w:jc w:val="center"/>
            </w:pPr>
            <w:r>
              <w:rPr>
                <w:sz w:val="15"/>
              </w:rPr>
              <w:t>8</w:t>
            </w:r>
          </w:p>
        </w:tc>
        <w:tc>
          <w:tcPr>
            <w:tcW w:w="1233" w:type="dxa"/>
            <w:vAlign w:val="center"/>
          </w:tcPr>
          <w:p w14:paraId="436AC895" w14:textId="77777777" w:rsidR="00365219" w:rsidRDefault="00695781">
            <w:pPr>
              <w:jc w:val="center"/>
            </w:pPr>
            <w:r>
              <w:rPr>
                <w:sz w:val="14"/>
              </w:rPr>
              <w:t>D</w:t>
            </w:r>
          </w:p>
        </w:tc>
        <w:tc>
          <w:tcPr>
            <w:tcW w:w="1233" w:type="dxa"/>
            <w:vAlign w:val="center"/>
          </w:tcPr>
          <w:p w14:paraId="729DC6E8" w14:textId="77777777" w:rsidR="00365219" w:rsidRDefault="00695781">
            <w:pPr>
              <w:jc w:val="center"/>
            </w:pPr>
            <w:r>
              <w:rPr>
                <w:sz w:val="15"/>
              </w:rPr>
              <w:t>33</w:t>
            </w:r>
          </w:p>
        </w:tc>
        <w:tc>
          <w:tcPr>
            <w:tcW w:w="1233" w:type="dxa"/>
            <w:vAlign w:val="center"/>
          </w:tcPr>
          <w:p w14:paraId="29E496C3" w14:textId="77777777" w:rsidR="00365219" w:rsidRDefault="00695781">
            <w:pPr>
              <w:jc w:val="center"/>
            </w:pPr>
            <w:r>
              <w:rPr>
                <w:sz w:val="14"/>
              </w:rPr>
              <w:t>B</w:t>
            </w:r>
          </w:p>
        </w:tc>
        <w:tc>
          <w:tcPr>
            <w:tcW w:w="1233" w:type="dxa"/>
            <w:vAlign w:val="center"/>
          </w:tcPr>
          <w:p w14:paraId="417880A5" w14:textId="77777777" w:rsidR="00365219" w:rsidRDefault="00695781">
            <w:pPr>
              <w:jc w:val="center"/>
            </w:pPr>
            <w:r>
              <w:rPr>
                <w:sz w:val="15"/>
              </w:rPr>
              <w:t>58</w:t>
            </w:r>
          </w:p>
        </w:tc>
        <w:tc>
          <w:tcPr>
            <w:tcW w:w="1233" w:type="dxa"/>
            <w:vAlign w:val="center"/>
          </w:tcPr>
          <w:p w14:paraId="46EC108F" w14:textId="77777777" w:rsidR="00365219" w:rsidRDefault="00695781">
            <w:pPr>
              <w:jc w:val="center"/>
            </w:pPr>
            <w:r>
              <w:rPr>
                <w:sz w:val="14"/>
              </w:rPr>
              <w:t>D</w:t>
            </w:r>
          </w:p>
        </w:tc>
        <w:tc>
          <w:tcPr>
            <w:tcW w:w="1233" w:type="dxa"/>
            <w:vAlign w:val="center"/>
          </w:tcPr>
          <w:p w14:paraId="694416E3" w14:textId="77777777" w:rsidR="00365219" w:rsidRDefault="00695781">
            <w:pPr>
              <w:jc w:val="center"/>
            </w:pPr>
            <w:r>
              <w:rPr>
                <w:sz w:val="15"/>
              </w:rPr>
              <w:t>83</w:t>
            </w:r>
          </w:p>
        </w:tc>
        <w:tc>
          <w:tcPr>
            <w:tcW w:w="1233" w:type="dxa"/>
            <w:vAlign w:val="center"/>
          </w:tcPr>
          <w:p w14:paraId="742EF39B" w14:textId="77777777" w:rsidR="00365219" w:rsidRDefault="00695781">
            <w:pPr>
              <w:jc w:val="center"/>
            </w:pPr>
            <w:r>
              <w:rPr>
                <w:sz w:val="14"/>
              </w:rPr>
              <w:t>B</w:t>
            </w:r>
          </w:p>
        </w:tc>
      </w:tr>
      <w:tr w:rsidR="00365219" w14:paraId="19A9F3D1" w14:textId="77777777">
        <w:trPr>
          <w:jc w:val="center"/>
        </w:trPr>
        <w:tc>
          <w:tcPr>
            <w:tcW w:w="1233" w:type="dxa"/>
            <w:vAlign w:val="center"/>
          </w:tcPr>
          <w:p w14:paraId="0301C031" w14:textId="77777777" w:rsidR="00365219" w:rsidRDefault="00695781">
            <w:pPr>
              <w:jc w:val="center"/>
            </w:pPr>
            <w:r>
              <w:rPr>
                <w:sz w:val="15"/>
              </w:rPr>
              <w:t>9</w:t>
            </w:r>
          </w:p>
        </w:tc>
        <w:tc>
          <w:tcPr>
            <w:tcW w:w="1233" w:type="dxa"/>
            <w:vAlign w:val="center"/>
          </w:tcPr>
          <w:p w14:paraId="7536C80D" w14:textId="77777777" w:rsidR="00365219" w:rsidRDefault="00695781">
            <w:pPr>
              <w:jc w:val="center"/>
            </w:pPr>
            <w:r>
              <w:rPr>
                <w:sz w:val="14"/>
              </w:rPr>
              <w:t>C</w:t>
            </w:r>
          </w:p>
        </w:tc>
        <w:tc>
          <w:tcPr>
            <w:tcW w:w="1233" w:type="dxa"/>
            <w:vAlign w:val="center"/>
          </w:tcPr>
          <w:p w14:paraId="51A59A07" w14:textId="77777777" w:rsidR="00365219" w:rsidRDefault="00695781">
            <w:pPr>
              <w:jc w:val="center"/>
            </w:pPr>
            <w:r>
              <w:rPr>
                <w:sz w:val="15"/>
              </w:rPr>
              <w:t>34</w:t>
            </w:r>
          </w:p>
        </w:tc>
        <w:tc>
          <w:tcPr>
            <w:tcW w:w="1233" w:type="dxa"/>
            <w:vAlign w:val="center"/>
          </w:tcPr>
          <w:p w14:paraId="5912E053" w14:textId="77777777" w:rsidR="00365219" w:rsidRDefault="00695781">
            <w:pPr>
              <w:jc w:val="center"/>
            </w:pPr>
            <w:r>
              <w:rPr>
                <w:sz w:val="14"/>
              </w:rPr>
              <w:t>C</w:t>
            </w:r>
          </w:p>
        </w:tc>
        <w:tc>
          <w:tcPr>
            <w:tcW w:w="1233" w:type="dxa"/>
            <w:vAlign w:val="center"/>
          </w:tcPr>
          <w:p w14:paraId="4434AB91" w14:textId="77777777" w:rsidR="00365219" w:rsidRDefault="00695781">
            <w:pPr>
              <w:jc w:val="center"/>
            </w:pPr>
            <w:r>
              <w:rPr>
                <w:sz w:val="15"/>
              </w:rPr>
              <w:t>59</w:t>
            </w:r>
          </w:p>
        </w:tc>
        <w:tc>
          <w:tcPr>
            <w:tcW w:w="1233" w:type="dxa"/>
            <w:vAlign w:val="center"/>
          </w:tcPr>
          <w:p w14:paraId="33A6A43B" w14:textId="77777777" w:rsidR="00365219" w:rsidRDefault="00695781">
            <w:pPr>
              <w:jc w:val="center"/>
            </w:pPr>
            <w:r>
              <w:rPr>
                <w:sz w:val="14"/>
              </w:rPr>
              <w:t>C</w:t>
            </w:r>
          </w:p>
        </w:tc>
        <w:tc>
          <w:tcPr>
            <w:tcW w:w="1233" w:type="dxa"/>
            <w:vAlign w:val="center"/>
          </w:tcPr>
          <w:p w14:paraId="1AF73B03" w14:textId="77777777" w:rsidR="00365219" w:rsidRDefault="00695781">
            <w:pPr>
              <w:jc w:val="center"/>
            </w:pPr>
            <w:r>
              <w:rPr>
                <w:sz w:val="15"/>
              </w:rPr>
              <w:t>84</w:t>
            </w:r>
          </w:p>
        </w:tc>
        <w:tc>
          <w:tcPr>
            <w:tcW w:w="1233" w:type="dxa"/>
            <w:vAlign w:val="center"/>
          </w:tcPr>
          <w:p w14:paraId="199F91D2" w14:textId="77777777" w:rsidR="00365219" w:rsidRDefault="00695781">
            <w:pPr>
              <w:jc w:val="center"/>
            </w:pPr>
            <w:r>
              <w:rPr>
                <w:sz w:val="14"/>
              </w:rPr>
              <w:t>E</w:t>
            </w:r>
          </w:p>
        </w:tc>
      </w:tr>
      <w:tr w:rsidR="00365219" w14:paraId="6F8CE6A6" w14:textId="77777777">
        <w:trPr>
          <w:jc w:val="center"/>
        </w:trPr>
        <w:tc>
          <w:tcPr>
            <w:tcW w:w="1233" w:type="dxa"/>
            <w:vAlign w:val="center"/>
          </w:tcPr>
          <w:p w14:paraId="27FB5A31" w14:textId="77777777" w:rsidR="00365219" w:rsidRDefault="00695781">
            <w:pPr>
              <w:jc w:val="center"/>
            </w:pPr>
            <w:r>
              <w:rPr>
                <w:sz w:val="15"/>
              </w:rPr>
              <w:t>10</w:t>
            </w:r>
          </w:p>
        </w:tc>
        <w:tc>
          <w:tcPr>
            <w:tcW w:w="1233" w:type="dxa"/>
            <w:vAlign w:val="center"/>
          </w:tcPr>
          <w:p w14:paraId="70BFC54B" w14:textId="77777777" w:rsidR="00365219" w:rsidRDefault="00695781">
            <w:pPr>
              <w:jc w:val="center"/>
            </w:pPr>
            <w:r>
              <w:rPr>
                <w:sz w:val="14"/>
              </w:rPr>
              <w:t>C</w:t>
            </w:r>
          </w:p>
        </w:tc>
        <w:tc>
          <w:tcPr>
            <w:tcW w:w="1233" w:type="dxa"/>
            <w:vAlign w:val="center"/>
          </w:tcPr>
          <w:p w14:paraId="0800B0A1" w14:textId="77777777" w:rsidR="00365219" w:rsidRDefault="00695781">
            <w:pPr>
              <w:jc w:val="center"/>
            </w:pPr>
            <w:r>
              <w:rPr>
                <w:sz w:val="15"/>
              </w:rPr>
              <w:t>35</w:t>
            </w:r>
          </w:p>
        </w:tc>
        <w:tc>
          <w:tcPr>
            <w:tcW w:w="1233" w:type="dxa"/>
            <w:vAlign w:val="center"/>
          </w:tcPr>
          <w:p w14:paraId="1D84D700" w14:textId="77777777" w:rsidR="00365219" w:rsidRDefault="00695781">
            <w:pPr>
              <w:jc w:val="center"/>
            </w:pPr>
            <w:r>
              <w:rPr>
                <w:sz w:val="14"/>
              </w:rPr>
              <w:t>D</w:t>
            </w:r>
          </w:p>
        </w:tc>
        <w:tc>
          <w:tcPr>
            <w:tcW w:w="1233" w:type="dxa"/>
            <w:vAlign w:val="center"/>
          </w:tcPr>
          <w:p w14:paraId="0C38CB8F" w14:textId="77777777" w:rsidR="00365219" w:rsidRDefault="00695781">
            <w:pPr>
              <w:jc w:val="center"/>
            </w:pPr>
            <w:r>
              <w:rPr>
                <w:sz w:val="15"/>
              </w:rPr>
              <w:t>60</w:t>
            </w:r>
          </w:p>
        </w:tc>
        <w:tc>
          <w:tcPr>
            <w:tcW w:w="1233" w:type="dxa"/>
            <w:vAlign w:val="center"/>
          </w:tcPr>
          <w:p w14:paraId="79E5D508" w14:textId="77777777" w:rsidR="00365219" w:rsidRDefault="00695781">
            <w:pPr>
              <w:jc w:val="center"/>
            </w:pPr>
            <w:r>
              <w:rPr>
                <w:sz w:val="14"/>
              </w:rPr>
              <w:t>D</w:t>
            </w:r>
          </w:p>
        </w:tc>
        <w:tc>
          <w:tcPr>
            <w:tcW w:w="1233" w:type="dxa"/>
            <w:vAlign w:val="center"/>
          </w:tcPr>
          <w:p w14:paraId="012A9AEE" w14:textId="77777777" w:rsidR="00365219" w:rsidRDefault="00695781">
            <w:pPr>
              <w:jc w:val="center"/>
            </w:pPr>
            <w:r>
              <w:rPr>
                <w:sz w:val="15"/>
              </w:rPr>
              <w:t>85</w:t>
            </w:r>
          </w:p>
        </w:tc>
        <w:tc>
          <w:tcPr>
            <w:tcW w:w="1233" w:type="dxa"/>
            <w:vAlign w:val="center"/>
          </w:tcPr>
          <w:p w14:paraId="5A865C39" w14:textId="77777777" w:rsidR="00365219" w:rsidRDefault="00695781">
            <w:pPr>
              <w:jc w:val="center"/>
            </w:pPr>
            <w:r>
              <w:rPr>
                <w:sz w:val="14"/>
              </w:rPr>
              <w:t>E</w:t>
            </w:r>
          </w:p>
        </w:tc>
      </w:tr>
      <w:tr w:rsidR="00365219" w14:paraId="44A49A32" w14:textId="77777777">
        <w:trPr>
          <w:jc w:val="center"/>
        </w:trPr>
        <w:tc>
          <w:tcPr>
            <w:tcW w:w="1233" w:type="dxa"/>
            <w:vAlign w:val="center"/>
          </w:tcPr>
          <w:p w14:paraId="0B7961D9" w14:textId="77777777" w:rsidR="00365219" w:rsidRDefault="00695781">
            <w:pPr>
              <w:jc w:val="center"/>
            </w:pPr>
            <w:r>
              <w:rPr>
                <w:sz w:val="15"/>
              </w:rPr>
              <w:t>11</w:t>
            </w:r>
          </w:p>
        </w:tc>
        <w:tc>
          <w:tcPr>
            <w:tcW w:w="1233" w:type="dxa"/>
            <w:vAlign w:val="center"/>
          </w:tcPr>
          <w:p w14:paraId="4AAB78E7" w14:textId="77777777" w:rsidR="00365219" w:rsidRDefault="00695781">
            <w:pPr>
              <w:jc w:val="center"/>
            </w:pPr>
            <w:r>
              <w:rPr>
                <w:sz w:val="14"/>
              </w:rPr>
              <w:t>C</w:t>
            </w:r>
          </w:p>
        </w:tc>
        <w:tc>
          <w:tcPr>
            <w:tcW w:w="1233" w:type="dxa"/>
            <w:vAlign w:val="center"/>
          </w:tcPr>
          <w:p w14:paraId="2F4A232A" w14:textId="77777777" w:rsidR="00365219" w:rsidRDefault="00695781">
            <w:pPr>
              <w:jc w:val="center"/>
            </w:pPr>
            <w:r>
              <w:rPr>
                <w:sz w:val="15"/>
              </w:rPr>
              <w:t>36</w:t>
            </w:r>
          </w:p>
        </w:tc>
        <w:tc>
          <w:tcPr>
            <w:tcW w:w="1233" w:type="dxa"/>
            <w:vAlign w:val="center"/>
          </w:tcPr>
          <w:p w14:paraId="4A33D5A7" w14:textId="77777777" w:rsidR="00365219" w:rsidRDefault="00695781">
            <w:pPr>
              <w:jc w:val="center"/>
            </w:pPr>
            <w:r>
              <w:rPr>
                <w:sz w:val="14"/>
              </w:rPr>
              <w:t>C</w:t>
            </w:r>
          </w:p>
        </w:tc>
        <w:tc>
          <w:tcPr>
            <w:tcW w:w="1233" w:type="dxa"/>
            <w:vAlign w:val="center"/>
          </w:tcPr>
          <w:p w14:paraId="419847E0" w14:textId="77777777" w:rsidR="00365219" w:rsidRDefault="00695781">
            <w:pPr>
              <w:jc w:val="center"/>
            </w:pPr>
            <w:r>
              <w:rPr>
                <w:sz w:val="15"/>
              </w:rPr>
              <w:t>61</w:t>
            </w:r>
          </w:p>
        </w:tc>
        <w:tc>
          <w:tcPr>
            <w:tcW w:w="1233" w:type="dxa"/>
            <w:vAlign w:val="center"/>
          </w:tcPr>
          <w:p w14:paraId="0A0A3EE9" w14:textId="77777777" w:rsidR="00365219" w:rsidRDefault="00695781">
            <w:pPr>
              <w:jc w:val="center"/>
            </w:pPr>
            <w:r>
              <w:rPr>
                <w:sz w:val="14"/>
              </w:rPr>
              <w:t>C</w:t>
            </w:r>
          </w:p>
        </w:tc>
        <w:tc>
          <w:tcPr>
            <w:tcW w:w="1233" w:type="dxa"/>
            <w:vAlign w:val="center"/>
          </w:tcPr>
          <w:p w14:paraId="461C1EA7" w14:textId="77777777" w:rsidR="00365219" w:rsidRDefault="00695781">
            <w:pPr>
              <w:jc w:val="center"/>
            </w:pPr>
            <w:r>
              <w:rPr>
                <w:sz w:val="15"/>
              </w:rPr>
              <w:t>86</w:t>
            </w:r>
          </w:p>
        </w:tc>
        <w:tc>
          <w:tcPr>
            <w:tcW w:w="1233" w:type="dxa"/>
            <w:vAlign w:val="center"/>
          </w:tcPr>
          <w:p w14:paraId="3FD0B460" w14:textId="77777777" w:rsidR="00365219" w:rsidRDefault="00695781">
            <w:pPr>
              <w:jc w:val="center"/>
            </w:pPr>
            <w:r>
              <w:rPr>
                <w:sz w:val="14"/>
              </w:rPr>
              <w:t>D</w:t>
            </w:r>
          </w:p>
        </w:tc>
      </w:tr>
      <w:tr w:rsidR="00365219" w14:paraId="68817921" w14:textId="77777777">
        <w:trPr>
          <w:jc w:val="center"/>
        </w:trPr>
        <w:tc>
          <w:tcPr>
            <w:tcW w:w="1233" w:type="dxa"/>
            <w:vAlign w:val="center"/>
          </w:tcPr>
          <w:p w14:paraId="79BC4967" w14:textId="77777777" w:rsidR="00365219" w:rsidRDefault="00695781">
            <w:pPr>
              <w:jc w:val="center"/>
            </w:pPr>
            <w:r>
              <w:rPr>
                <w:sz w:val="15"/>
              </w:rPr>
              <w:t>12</w:t>
            </w:r>
          </w:p>
        </w:tc>
        <w:tc>
          <w:tcPr>
            <w:tcW w:w="1233" w:type="dxa"/>
            <w:vAlign w:val="center"/>
          </w:tcPr>
          <w:p w14:paraId="4758DB12" w14:textId="77777777" w:rsidR="00365219" w:rsidRDefault="00695781">
            <w:pPr>
              <w:jc w:val="center"/>
            </w:pPr>
            <w:r>
              <w:rPr>
                <w:sz w:val="14"/>
              </w:rPr>
              <w:t>C</w:t>
            </w:r>
          </w:p>
        </w:tc>
        <w:tc>
          <w:tcPr>
            <w:tcW w:w="1233" w:type="dxa"/>
            <w:vAlign w:val="center"/>
          </w:tcPr>
          <w:p w14:paraId="36D915AF" w14:textId="77777777" w:rsidR="00365219" w:rsidRDefault="00695781">
            <w:pPr>
              <w:jc w:val="center"/>
            </w:pPr>
            <w:r>
              <w:rPr>
                <w:sz w:val="15"/>
              </w:rPr>
              <w:t>37</w:t>
            </w:r>
          </w:p>
        </w:tc>
        <w:tc>
          <w:tcPr>
            <w:tcW w:w="1233" w:type="dxa"/>
            <w:vAlign w:val="center"/>
          </w:tcPr>
          <w:p w14:paraId="4121B3BD" w14:textId="77777777" w:rsidR="00365219" w:rsidRDefault="00695781">
            <w:pPr>
              <w:jc w:val="center"/>
            </w:pPr>
            <w:r>
              <w:rPr>
                <w:sz w:val="14"/>
              </w:rPr>
              <w:t>D</w:t>
            </w:r>
          </w:p>
        </w:tc>
        <w:tc>
          <w:tcPr>
            <w:tcW w:w="1233" w:type="dxa"/>
            <w:vAlign w:val="center"/>
          </w:tcPr>
          <w:p w14:paraId="44F93958" w14:textId="77777777" w:rsidR="00365219" w:rsidRDefault="00695781">
            <w:pPr>
              <w:jc w:val="center"/>
            </w:pPr>
            <w:r>
              <w:rPr>
                <w:sz w:val="15"/>
              </w:rPr>
              <w:t>62</w:t>
            </w:r>
          </w:p>
        </w:tc>
        <w:tc>
          <w:tcPr>
            <w:tcW w:w="1233" w:type="dxa"/>
            <w:vAlign w:val="center"/>
          </w:tcPr>
          <w:p w14:paraId="2819BD16" w14:textId="77777777" w:rsidR="00365219" w:rsidRDefault="00695781">
            <w:pPr>
              <w:jc w:val="center"/>
            </w:pPr>
            <w:r>
              <w:rPr>
                <w:sz w:val="14"/>
              </w:rPr>
              <w:t>D</w:t>
            </w:r>
          </w:p>
        </w:tc>
        <w:tc>
          <w:tcPr>
            <w:tcW w:w="1233" w:type="dxa"/>
            <w:vAlign w:val="center"/>
          </w:tcPr>
          <w:p w14:paraId="7E77BFD8" w14:textId="77777777" w:rsidR="00365219" w:rsidRDefault="00695781">
            <w:pPr>
              <w:jc w:val="center"/>
            </w:pPr>
            <w:r>
              <w:rPr>
                <w:sz w:val="15"/>
              </w:rPr>
              <w:t>87</w:t>
            </w:r>
          </w:p>
        </w:tc>
        <w:tc>
          <w:tcPr>
            <w:tcW w:w="1233" w:type="dxa"/>
            <w:vAlign w:val="center"/>
          </w:tcPr>
          <w:p w14:paraId="5307ACEA" w14:textId="77777777" w:rsidR="00365219" w:rsidRDefault="00695781">
            <w:pPr>
              <w:jc w:val="center"/>
            </w:pPr>
            <w:r>
              <w:rPr>
                <w:sz w:val="14"/>
              </w:rPr>
              <w:t>C</w:t>
            </w:r>
          </w:p>
        </w:tc>
      </w:tr>
      <w:tr w:rsidR="00365219" w14:paraId="7208FDE3" w14:textId="77777777">
        <w:trPr>
          <w:jc w:val="center"/>
        </w:trPr>
        <w:tc>
          <w:tcPr>
            <w:tcW w:w="1233" w:type="dxa"/>
            <w:vAlign w:val="center"/>
          </w:tcPr>
          <w:p w14:paraId="4A10C4F3" w14:textId="77777777" w:rsidR="00365219" w:rsidRDefault="00695781">
            <w:pPr>
              <w:jc w:val="center"/>
            </w:pPr>
            <w:r>
              <w:rPr>
                <w:sz w:val="15"/>
              </w:rPr>
              <w:t>13</w:t>
            </w:r>
          </w:p>
        </w:tc>
        <w:tc>
          <w:tcPr>
            <w:tcW w:w="1233" w:type="dxa"/>
            <w:vAlign w:val="center"/>
          </w:tcPr>
          <w:p w14:paraId="00606F94" w14:textId="77777777" w:rsidR="00365219" w:rsidRDefault="00695781">
            <w:pPr>
              <w:jc w:val="center"/>
            </w:pPr>
            <w:r>
              <w:rPr>
                <w:sz w:val="14"/>
              </w:rPr>
              <w:t>C</w:t>
            </w:r>
          </w:p>
        </w:tc>
        <w:tc>
          <w:tcPr>
            <w:tcW w:w="1233" w:type="dxa"/>
            <w:vAlign w:val="center"/>
          </w:tcPr>
          <w:p w14:paraId="0EA53751" w14:textId="77777777" w:rsidR="00365219" w:rsidRDefault="00695781">
            <w:pPr>
              <w:jc w:val="center"/>
            </w:pPr>
            <w:r>
              <w:rPr>
                <w:sz w:val="15"/>
              </w:rPr>
              <w:t>38</w:t>
            </w:r>
          </w:p>
        </w:tc>
        <w:tc>
          <w:tcPr>
            <w:tcW w:w="1233" w:type="dxa"/>
            <w:vAlign w:val="center"/>
          </w:tcPr>
          <w:p w14:paraId="7347DAE4" w14:textId="77777777" w:rsidR="00365219" w:rsidRDefault="00695781">
            <w:pPr>
              <w:jc w:val="center"/>
            </w:pPr>
            <w:r>
              <w:rPr>
                <w:sz w:val="14"/>
              </w:rPr>
              <w:t>C</w:t>
            </w:r>
          </w:p>
        </w:tc>
        <w:tc>
          <w:tcPr>
            <w:tcW w:w="1233" w:type="dxa"/>
            <w:vAlign w:val="center"/>
          </w:tcPr>
          <w:p w14:paraId="26A55B71" w14:textId="77777777" w:rsidR="00365219" w:rsidRDefault="00695781">
            <w:pPr>
              <w:jc w:val="center"/>
            </w:pPr>
            <w:r>
              <w:rPr>
                <w:sz w:val="15"/>
              </w:rPr>
              <w:t>63</w:t>
            </w:r>
          </w:p>
        </w:tc>
        <w:tc>
          <w:tcPr>
            <w:tcW w:w="1233" w:type="dxa"/>
            <w:vAlign w:val="center"/>
          </w:tcPr>
          <w:p w14:paraId="30B1B86C" w14:textId="77777777" w:rsidR="00365219" w:rsidRDefault="00695781">
            <w:pPr>
              <w:jc w:val="center"/>
            </w:pPr>
            <w:r>
              <w:rPr>
                <w:sz w:val="14"/>
              </w:rPr>
              <w:t>C</w:t>
            </w:r>
          </w:p>
        </w:tc>
        <w:tc>
          <w:tcPr>
            <w:tcW w:w="1233" w:type="dxa"/>
            <w:vAlign w:val="center"/>
          </w:tcPr>
          <w:p w14:paraId="2CFCCDD1" w14:textId="77777777" w:rsidR="00365219" w:rsidRDefault="00695781">
            <w:pPr>
              <w:jc w:val="center"/>
            </w:pPr>
            <w:r>
              <w:rPr>
                <w:sz w:val="15"/>
              </w:rPr>
              <w:t>88</w:t>
            </w:r>
          </w:p>
        </w:tc>
        <w:tc>
          <w:tcPr>
            <w:tcW w:w="1233" w:type="dxa"/>
            <w:vAlign w:val="center"/>
          </w:tcPr>
          <w:p w14:paraId="7970A8CF" w14:textId="77777777" w:rsidR="00365219" w:rsidRDefault="00695781">
            <w:pPr>
              <w:jc w:val="center"/>
            </w:pPr>
            <w:r>
              <w:rPr>
                <w:sz w:val="14"/>
              </w:rPr>
              <w:t>C</w:t>
            </w:r>
          </w:p>
        </w:tc>
      </w:tr>
      <w:tr w:rsidR="00365219" w14:paraId="18815E7C" w14:textId="77777777">
        <w:trPr>
          <w:jc w:val="center"/>
        </w:trPr>
        <w:tc>
          <w:tcPr>
            <w:tcW w:w="1233" w:type="dxa"/>
            <w:vAlign w:val="center"/>
          </w:tcPr>
          <w:p w14:paraId="5E00F4DC" w14:textId="77777777" w:rsidR="00365219" w:rsidRDefault="00695781">
            <w:pPr>
              <w:jc w:val="center"/>
            </w:pPr>
            <w:r>
              <w:rPr>
                <w:sz w:val="15"/>
              </w:rPr>
              <w:t>14</w:t>
            </w:r>
          </w:p>
        </w:tc>
        <w:tc>
          <w:tcPr>
            <w:tcW w:w="1233" w:type="dxa"/>
            <w:vAlign w:val="center"/>
          </w:tcPr>
          <w:p w14:paraId="65BE7E73" w14:textId="77777777" w:rsidR="00365219" w:rsidRDefault="00695781">
            <w:pPr>
              <w:jc w:val="center"/>
            </w:pPr>
            <w:r>
              <w:rPr>
                <w:sz w:val="14"/>
              </w:rPr>
              <w:t>E</w:t>
            </w:r>
          </w:p>
        </w:tc>
        <w:tc>
          <w:tcPr>
            <w:tcW w:w="1233" w:type="dxa"/>
            <w:vAlign w:val="center"/>
          </w:tcPr>
          <w:p w14:paraId="5805FC82" w14:textId="77777777" w:rsidR="00365219" w:rsidRDefault="00695781">
            <w:pPr>
              <w:jc w:val="center"/>
            </w:pPr>
            <w:r>
              <w:rPr>
                <w:sz w:val="15"/>
              </w:rPr>
              <w:t>39</w:t>
            </w:r>
          </w:p>
        </w:tc>
        <w:tc>
          <w:tcPr>
            <w:tcW w:w="1233" w:type="dxa"/>
            <w:vAlign w:val="center"/>
          </w:tcPr>
          <w:p w14:paraId="78B4F54B" w14:textId="77777777" w:rsidR="00365219" w:rsidRDefault="00695781">
            <w:pPr>
              <w:jc w:val="center"/>
            </w:pPr>
            <w:r>
              <w:rPr>
                <w:sz w:val="14"/>
              </w:rPr>
              <w:t>D</w:t>
            </w:r>
          </w:p>
        </w:tc>
        <w:tc>
          <w:tcPr>
            <w:tcW w:w="1233" w:type="dxa"/>
            <w:vAlign w:val="center"/>
          </w:tcPr>
          <w:p w14:paraId="513337EE" w14:textId="77777777" w:rsidR="00365219" w:rsidRDefault="00695781">
            <w:pPr>
              <w:jc w:val="center"/>
            </w:pPr>
            <w:r>
              <w:rPr>
                <w:sz w:val="15"/>
              </w:rPr>
              <w:t>64</w:t>
            </w:r>
          </w:p>
        </w:tc>
        <w:tc>
          <w:tcPr>
            <w:tcW w:w="1233" w:type="dxa"/>
            <w:vAlign w:val="center"/>
          </w:tcPr>
          <w:p w14:paraId="34F57EB4" w14:textId="77777777" w:rsidR="00365219" w:rsidRDefault="00695781">
            <w:pPr>
              <w:jc w:val="center"/>
            </w:pPr>
            <w:r>
              <w:rPr>
                <w:sz w:val="14"/>
              </w:rPr>
              <w:t>C</w:t>
            </w:r>
          </w:p>
        </w:tc>
        <w:tc>
          <w:tcPr>
            <w:tcW w:w="1233" w:type="dxa"/>
            <w:vAlign w:val="center"/>
          </w:tcPr>
          <w:p w14:paraId="490A7FAE" w14:textId="77777777" w:rsidR="00365219" w:rsidRDefault="00695781">
            <w:pPr>
              <w:jc w:val="center"/>
            </w:pPr>
            <w:r>
              <w:rPr>
                <w:sz w:val="15"/>
              </w:rPr>
              <w:t>89</w:t>
            </w:r>
          </w:p>
        </w:tc>
        <w:tc>
          <w:tcPr>
            <w:tcW w:w="1233" w:type="dxa"/>
            <w:vAlign w:val="center"/>
          </w:tcPr>
          <w:p w14:paraId="32D10A35" w14:textId="77777777" w:rsidR="00365219" w:rsidRDefault="00695781">
            <w:pPr>
              <w:jc w:val="center"/>
            </w:pPr>
            <w:r>
              <w:rPr>
                <w:sz w:val="14"/>
              </w:rPr>
              <w:t>C</w:t>
            </w:r>
          </w:p>
        </w:tc>
      </w:tr>
      <w:tr w:rsidR="00365219" w14:paraId="56B9331D" w14:textId="77777777">
        <w:trPr>
          <w:jc w:val="center"/>
        </w:trPr>
        <w:tc>
          <w:tcPr>
            <w:tcW w:w="1233" w:type="dxa"/>
            <w:vAlign w:val="center"/>
          </w:tcPr>
          <w:p w14:paraId="36127C9C" w14:textId="77777777" w:rsidR="00365219" w:rsidRDefault="00695781">
            <w:pPr>
              <w:jc w:val="center"/>
            </w:pPr>
            <w:r>
              <w:rPr>
                <w:sz w:val="15"/>
              </w:rPr>
              <w:t>15</w:t>
            </w:r>
          </w:p>
        </w:tc>
        <w:tc>
          <w:tcPr>
            <w:tcW w:w="1233" w:type="dxa"/>
            <w:vAlign w:val="center"/>
          </w:tcPr>
          <w:p w14:paraId="7E434409" w14:textId="77777777" w:rsidR="00365219" w:rsidRDefault="00695781">
            <w:pPr>
              <w:jc w:val="center"/>
            </w:pPr>
            <w:r>
              <w:rPr>
                <w:sz w:val="14"/>
              </w:rPr>
              <w:t>D</w:t>
            </w:r>
          </w:p>
        </w:tc>
        <w:tc>
          <w:tcPr>
            <w:tcW w:w="1233" w:type="dxa"/>
            <w:vAlign w:val="center"/>
          </w:tcPr>
          <w:p w14:paraId="75960587" w14:textId="77777777" w:rsidR="00365219" w:rsidRDefault="00695781">
            <w:pPr>
              <w:jc w:val="center"/>
            </w:pPr>
            <w:r>
              <w:rPr>
                <w:sz w:val="15"/>
              </w:rPr>
              <w:t>40</w:t>
            </w:r>
          </w:p>
        </w:tc>
        <w:tc>
          <w:tcPr>
            <w:tcW w:w="1233" w:type="dxa"/>
            <w:vAlign w:val="center"/>
          </w:tcPr>
          <w:p w14:paraId="175EFA6A" w14:textId="77777777" w:rsidR="00365219" w:rsidRDefault="00695781">
            <w:pPr>
              <w:jc w:val="center"/>
            </w:pPr>
            <w:r>
              <w:rPr>
                <w:sz w:val="14"/>
              </w:rPr>
              <w:t>C</w:t>
            </w:r>
          </w:p>
        </w:tc>
        <w:tc>
          <w:tcPr>
            <w:tcW w:w="1233" w:type="dxa"/>
            <w:vAlign w:val="center"/>
          </w:tcPr>
          <w:p w14:paraId="31B97D6A" w14:textId="77777777" w:rsidR="00365219" w:rsidRDefault="00695781">
            <w:pPr>
              <w:jc w:val="center"/>
            </w:pPr>
            <w:r>
              <w:rPr>
                <w:sz w:val="15"/>
              </w:rPr>
              <w:t>65</w:t>
            </w:r>
          </w:p>
        </w:tc>
        <w:tc>
          <w:tcPr>
            <w:tcW w:w="1233" w:type="dxa"/>
            <w:vAlign w:val="center"/>
          </w:tcPr>
          <w:p w14:paraId="340D1B3C" w14:textId="77777777" w:rsidR="00365219" w:rsidRDefault="00695781">
            <w:pPr>
              <w:jc w:val="center"/>
            </w:pPr>
            <w:r>
              <w:rPr>
                <w:sz w:val="14"/>
              </w:rPr>
              <w:t>C</w:t>
            </w:r>
          </w:p>
        </w:tc>
        <w:tc>
          <w:tcPr>
            <w:tcW w:w="1233" w:type="dxa"/>
            <w:vAlign w:val="center"/>
          </w:tcPr>
          <w:p w14:paraId="75DA8A76" w14:textId="77777777" w:rsidR="00365219" w:rsidRDefault="00695781">
            <w:pPr>
              <w:jc w:val="center"/>
            </w:pPr>
            <w:r>
              <w:rPr>
                <w:sz w:val="15"/>
              </w:rPr>
              <w:t>90</w:t>
            </w:r>
          </w:p>
        </w:tc>
        <w:tc>
          <w:tcPr>
            <w:tcW w:w="1233" w:type="dxa"/>
            <w:vAlign w:val="center"/>
          </w:tcPr>
          <w:p w14:paraId="5BFEBD83" w14:textId="77777777" w:rsidR="00365219" w:rsidRDefault="00695781">
            <w:pPr>
              <w:jc w:val="center"/>
            </w:pPr>
            <w:r>
              <w:rPr>
                <w:sz w:val="14"/>
              </w:rPr>
              <w:t>C</w:t>
            </w:r>
          </w:p>
        </w:tc>
      </w:tr>
      <w:tr w:rsidR="00365219" w14:paraId="49A8FB91" w14:textId="77777777">
        <w:trPr>
          <w:jc w:val="center"/>
        </w:trPr>
        <w:tc>
          <w:tcPr>
            <w:tcW w:w="1233" w:type="dxa"/>
            <w:vAlign w:val="center"/>
          </w:tcPr>
          <w:p w14:paraId="19EAC84A" w14:textId="77777777" w:rsidR="00365219" w:rsidRDefault="00695781">
            <w:pPr>
              <w:jc w:val="center"/>
            </w:pPr>
            <w:r>
              <w:rPr>
                <w:sz w:val="15"/>
              </w:rPr>
              <w:t>16</w:t>
            </w:r>
          </w:p>
        </w:tc>
        <w:tc>
          <w:tcPr>
            <w:tcW w:w="1233" w:type="dxa"/>
            <w:vAlign w:val="center"/>
          </w:tcPr>
          <w:p w14:paraId="5F126FCF" w14:textId="77777777" w:rsidR="00365219" w:rsidRDefault="00695781">
            <w:pPr>
              <w:jc w:val="center"/>
            </w:pPr>
            <w:r>
              <w:rPr>
                <w:sz w:val="14"/>
              </w:rPr>
              <w:t>C</w:t>
            </w:r>
          </w:p>
        </w:tc>
        <w:tc>
          <w:tcPr>
            <w:tcW w:w="1233" w:type="dxa"/>
            <w:vAlign w:val="center"/>
          </w:tcPr>
          <w:p w14:paraId="6158497D" w14:textId="77777777" w:rsidR="00365219" w:rsidRDefault="00695781">
            <w:pPr>
              <w:jc w:val="center"/>
            </w:pPr>
            <w:r>
              <w:rPr>
                <w:sz w:val="15"/>
              </w:rPr>
              <w:t>41</w:t>
            </w:r>
          </w:p>
        </w:tc>
        <w:tc>
          <w:tcPr>
            <w:tcW w:w="1233" w:type="dxa"/>
            <w:vAlign w:val="center"/>
          </w:tcPr>
          <w:p w14:paraId="130832D4" w14:textId="77777777" w:rsidR="00365219" w:rsidRDefault="00695781">
            <w:pPr>
              <w:jc w:val="center"/>
            </w:pPr>
            <w:r>
              <w:rPr>
                <w:sz w:val="14"/>
              </w:rPr>
              <w:t>D</w:t>
            </w:r>
          </w:p>
        </w:tc>
        <w:tc>
          <w:tcPr>
            <w:tcW w:w="1233" w:type="dxa"/>
            <w:vAlign w:val="center"/>
          </w:tcPr>
          <w:p w14:paraId="3C92B081" w14:textId="77777777" w:rsidR="00365219" w:rsidRDefault="00695781">
            <w:pPr>
              <w:jc w:val="center"/>
            </w:pPr>
            <w:r>
              <w:rPr>
                <w:sz w:val="15"/>
              </w:rPr>
              <w:t>66</w:t>
            </w:r>
          </w:p>
        </w:tc>
        <w:tc>
          <w:tcPr>
            <w:tcW w:w="1233" w:type="dxa"/>
            <w:vAlign w:val="center"/>
          </w:tcPr>
          <w:p w14:paraId="628A1542" w14:textId="77777777" w:rsidR="00365219" w:rsidRDefault="00695781">
            <w:pPr>
              <w:jc w:val="center"/>
            </w:pPr>
            <w:r>
              <w:rPr>
                <w:sz w:val="14"/>
              </w:rPr>
              <w:t>1, 2, 3, 4</w:t>
            </w:r>
          </w:p>
        </w:tc>
        <w:tc>
          <w:tcPr>
            <w:tcW w:w="1233" w:type="dxa"/>
            <w:vAlign w:val="center"/>
          </w:tcPr>
          <w:p w14:paraId="665E815B" w14:textId="77777777" w:rsidR="00365219" w:rsidRDefault="00695781">
            <w:pPr>
              <w:jc w:val="center"/>
            </w:pPr>
            <w:r>
              <w:rPr>
                <w:sz w:val="15"/>
              </w:rPr>
              <w:t>91</w:t>
            </w:r>
          </w:p>
        </w:tc>
        <w:tc>
          <w:tcPr>
            <w:tcW w:w="1233" w:type="dxa"/>
            <w:vAlign w:val="center"/>
          </w:tcPr>
          <w:p w14:paraId="52956DFA" w14:textId="77777777" w:rsidR="00365219" w:rsidRDefault="00695781">
            <w:pPr>
              <w:jc w:val="center"/>
            </w:pPr>
            <w:r>
              <w:rPr>
                <w:sz w:val="14"/>
              </w:rPr>
              <w:t>C</w:t>
            </w:r>
          </w:p>
        </w:tc>
      </w:tr>
      <w:tr w:rsidR="00365219" w14:paraId="0B386D9E" w14:textId="77777777">
        <w:trPr>
          <w:jc w:val="center"/>
        </w:trPr>
        <w:tc>
          <w:tcPr>
            <w:tcW w:w="1233" w:type="dxa"/>
            <w:vAlign w:val="center"/>
          </w:tcPr>
          <w:p w14:paraId="72C7CB28" w14:textId="77777777" w:rsidR="00365219" w:rsidRDefault="00695781">
            <w:pPr>
              <w:jc w:val="center"/>
            </w:pPr>
            <w:r>
              <w:rPr>
                <w:sz w:val="15"/>
              </w:rPr>
              <w:t>17</w:t>
            </w:r>
          </w:p>
        </w:tc>
        <w:tc>
          <w:tcPr>
            <w:tcW w:w="1233" w:type="dxa"/>
            <w:vAlign w:val="center"/>
          </w:tcPr>
          <w:p w14:paraId="75C9A36E" w14:textId="77777777" w:rsidR="00365219" w:rsidRDefault="00695781">
            <w:pPr>
              <w:jc w:val="center"/>
            </w:pPr>
            <w:r>
              <w:rPr>
                <w:sz w:val="14"/>
              </w:rPr>
              <w:t>B</w:t>
            </w:r>
          </w:p>
        </w:tc>
        <w:tc>
          <w:tcPr>
            <w:tcW w:w="1233" w:type="dxa"/>
            <w:vAlign w:val="center"/>
          </w:tcPr>
          <w:p w14:paraId="538FB45C" w14:textId="77777777" w:rsidR="00365219" w:rsidRDefault="00695781">
            <w:pPr>
              <w:jc w:val="center"/>
            </w:pPr>
            <w:r>
              <w:rPr>
                <w:sz w:val="15"/>
              </w:rPr>
              <w:t>42</w:t>
            </w:r>
          </w:p>
        </w:tc>
        <w:tc>
          <w:tcPr>
            <w:tcW w:w="1233" w:type="dxa"/>
            <w:vAlign w:val="center"/>
          </w:tcPr>
          <w:p w14:paraId="4B0721EF" w14:textId="77777777" w:rsidR="00365219" w:rsidRDefault="00695781">
            <w:pPr>
              <w:jc w:val="center"/>
            </w:pPr>
            <w:r>
              <w:rPr>
                <w:sz w:val="14"/>
              </w:rPr>
              <w:t>C</w:t>
            </w:r>
          </w:p>
        </w:tc>
        <w:tc>
          <w:tcPr>
            <w:tcW w:w="1233" w:type="dxa"/>
            <w:vAlign w:val="center"/>
          </w:tcPr>
          <w:p w14:paraId="6BADB8F8" w14:textId="77777777" w:rsidR="00365219" w:rsidRDefault="00695781">
            <w:pPr>
              <w:jc w:val="center"/>
            </w:pPr>
            <w:r>
              <w:rPr>
                <w:sz w:val="15"/>
              </w:rPr>
              <w:t>67</w:t>
            </w:r>
          </w:p>
        </w:tc>
        <w:tc>
          <w:tcPr>
            <w:tcW w:w="1233" w:type="dxa"/>
            <w:vAlign w:val="center"/>
          </w:tcPr>
          <w:p w14:paraId="029DF88F" w14:textId="77777777" w:rsidR="00365219" w:rsidRDefault="00695781">
            <w:pPr>
              <w:jc w:val="center"/>
            </w:pPr>
            <w:r>
              <w:rPr>
                <w:sz w:val="14"/>
              </w:rPr>
              <w:t>1, 2, 3, 4</w:t>
            </w:r>
          </w:p>
        </w:tc>
        <w:tc>
          <w:tcPr>
            <w:tcW w:w="1233" w:type="dxa"/>
            <w:vAlign w:val="center"/>
          </w:tcPr>
          <w:p w14:paraId="0155402C" w14:textId="77777777" w:rsidR="00365219" w:rsidRDefault="00695781">
            <w:pPr>
              <w:jc w:val="center"/>
            </w:pPr>
            <w:r>
              <w:rPr>
                <w:sz w:val="15"/>
              </w:rPr>
              <w:t>92</w:t>
            </w:r>
          </w:p>
        </w:tc>
        <w:tc>
          <w:tcPr>
            <w:tcW w:w="1233" w:type="dxa"/>
            <w:vAlign w:val="center"/>
          </w:tcPr>
          <w:p w14:paraId="3E8B90A2" w14:textId="77777777" w:rsidR="00365219" w:rsidRDefault="00695781">
            <w:pPr>
              <w:jc w:val="center"/>
            </w:pPr>
            <w:r>
              <w:rPr>
                <w:sz w:val="14"/>
              </w:rPr>
              <w:t>1, 2, 3, 4</w:t>
            </w:r>
          </w:p>
        </w:tc>
      </w:tr>
      <w:tr w:rsidR="00365219" w14:paraId="346934AD" w14:textId="77777777">
        <w:trPr>
          <w:jc w:val="center"/>
        </w:trPr>
        <w:tc>
          <w:tcPr>
            <w:tcW w:w="1233" w:type="dxa"/>
            <w:vAlign w:val="center"/>
          </w:tcPr>
          <w:p w14:paraId="0ED1F3CF" w14:textId="77777777" w:rsidR="00365219" w:rsidRDefault="00695781">
            <w:pPr>
              <w:jc w:val="center"/>
            </w:pPr>
            <w:r>
              <w:rPr>
                <w:sz w:val="15"/>
              </w:rPr>
              <w:t>18</w:t>
            </w:r>
          </w:p>
        </w:tc>
        <w:tc>
          <w:tcPr>
            <w:tcW w:w="1233" w:type="dxa"/>
            <w:vAlign w:val="center"/>
          </w:tcPr>
          <w:p w14:paraId="27830286" w14:textId="77777777" w:rsidR="00365219" w:rsidRDefault="00695781">
            <w:pPr>
              <w:jc w:val="center"/>
            </w:pPr>
            <w:r>
              <w:rPr>
                <w:sz w:val="14"/>
              </w:rPr>
              <w:t>C</w:t>
            </w:r>
          </w:p>
        </w:tc>
        <w:tc>
          <w:tcPr>
            <w:tcW w:w="1233" w:type="dxa"/>
            <w:vAlign w:val="center"/>
          </w:tcPr>
          <w:p w14:paraId="68049C9A" w14:textId="77777777" w:rsidR="00365219" w:rsidRDefault="00695781">
            <w:pPr>
              <w:jc w:val="center"/>
            </w:pPr>
            <w:r>
              <w:rPr>
                <w:sz w:val="15"/>
              </w:rPr>
              <w:t>43</w:t>
            </w:r>
          </w:p>
        </w:tc>
        <w:tc>
          <w:tcPr>
            <w:tcW w:w="1233" w:type="dxa"/>
            <w:vAlign w:val="center"/>
          </w:tcPr>
          <w:p w14:paraId="13F8BC8E" w14:textId="77777777" w:rsidR="00365219" w:rsidRDefault="00695781">
            <w:pPr>
              <w:jc w:val="center"/>
            </w:pPr>
            <w:r>
              <w:rPr>
                <w:sz w:val="14"/>
              </w:rPr>
              <w:t>D</w:t>
            </w:r>
          </w:p>
        </w:tc>
        <w:tc>
          <w:tcPr>
            <w:tcW w:w="1233" w:type="dxa"/>
            <w:vAlign w:val="center"/>
          </w:tcPr>
          <w:p w14:paraId="486649AF" w14:textId="77777777" w:rsidR="00365219" w:rsidRDefault="00695781">
            <w:pPr>
              <w:jc w:val="center"/>
            </w:pPr>
            <w:r>
              <w:rPr>
                <w:sz w:val="15"/>
              </w:rPr>
              <w:t>68</w:t>
            </w:r>
          </w:p>
        </w:tc>
        <w:tc>
          <w:tcPr>
            <w:tcW w:w="1233" w:type="dxa"/>
            <w:vAlign w:val="center"/>
          </w:tcPr>
          <w:p w14:paraId="17259DF6" w14:textId="77777777" w:rsidR="00365219" w:rsidRDefault="00695781">
            <w:pPr>
              <w:jc w:val="center"/>
            </w:pPr>
            <w:r>
              <w:rPr>
                <w:sz w:val="14"/>
              </w:rPr>
              <w:t>1, 2, 3, 4</w:t>
            </w:r>
          </w:p>
        </w:tc>
        <w:tc>
          <w:tcPr>
            <w:tcW w:w="1233" w:type="dxa"/>
            <w:vAlign w:val="center"/>
          </w:tcPr>
          <w:p w14:paraId="1929A29D" w14:textId="77777777" w:rsidR="00365219" w:rsidRDefault="00695781">
            <w:pPr>
              <w:jc w:val="center"/>
            </w:pPr>
            <w:r>
              <w:rPr>
                <w:sz w:val="15"/>
              </w:rPr>
              <w:t>93</w:t>
            </w:r>
          </w:p>
        </w:tc>
        <w:tc>
          <w:tcPr>
            <w:tcW w:w="1233" w:type="dxa"/>
            <w:vAlign w:val="center"/>
          </w:tcPr>
          <w:p w14:paraId="6D501602" w14:textId="77777777" w:rsidR="00365219" w:rsidRDefault="00695781">
            <w:pPr>
              <w:jc w:val="center"/>
            </w:pPr>
            <w:r>
              <w:rPr>
                <w:sz w:val="14"/>
              </w:rPr>
              <w:t>1, 2, 3</w:t>
            </w:r>
          </w:p>
        </w:tc>
      </w:tr>
      <w:tr w:rsidR="00365219" w14:paraId="4978CD49" w14:textId="77777777">
        <w:trPr>
          <w:jc w:val="center"/>
        </w:trPr>
        <w:tc>
          <w:tcPr>
            <w:tcW w:w="1233" w:type="dxa"/>
            <w:vAlign w:val="center"/>
          </w:tcPr>
          <w:p w14:paraId="4316A4B1" w14:textId="77777777" w:rsidR="00365219" w:rsidRDefault="00695781">
            <w:pPr>
              <w:jc w:val="center"/>
            </w:pPr>
            <w:r>
              <w:rPr>
                <w:sz w:val="15"/>
              </w:rPr>
              <w:t>19</w:t>
            </w:r>
          </w:p>
        </w:tc>
        <w:tc>
          <w:tcPr>
            <w:tcW w:w="1233" w:type="dxa"/>
            <w:vAlign w:val="center"/>
          </w:tcPr>
          <w:p w14:paraId="56B8FDF4" w14:textId="77777777" w:rsidR="00365219" w:rsidRDefault="00695781">
            <w:pPr>
              <w:jc w:val="center"/>
            </w:pPr>
            <w:r>
              <w:rPr>
                <w:sz w:val="14"/>
              </w:rPr>
              <w:t>B</w:t>
            </w:r>
          </w:p>
        </w:tc>
        <w:tc>
          <w:tcPr>
            <w:tcW w:w="1233" w:type="dxa"/>
            <w:vAlign w:val="center"/>
          </w:tcPr>
          <w:p w14:paraId="11F369D0" w14:textId="77777777" w:rsidR="00365219" w:rsidRDefault="00695781">
            <w:pPr>
              <w:jc w:val="center"/>
            </w:pPr>
            <w:r>
              <w:rPr>
                <w:sz w:val="15"/>
              </w:rPr>
              <w:t>44</w:t>
            </w:r>
          </w:p>
        </w:tc>
        <w:tc>
          <w:tcPr>
            <w:tcW w:w="1233" w:type="dxa"/>
            <w:vAlign w:val="center"/>
          </w:tcPr>
          <w:p w14:paraId="422F00D1" w14:textId="77777777" w:rsidR="00365219" w:rsidRDefault="00695781">
            <w:pPr>
              <w:jc w:val="center"/>
            </w:pPr>
            <w:r>
              <w:rPr>
                <w:sz w:val="14"/>
              </w:rPr>
              <w:t>Benar, Benar, Benar, Salah</w:t>
            </w:r>
          </w:p>
        </w:tc>
        <w:tc>
          <w:tcPr>
            <w:tcW w:w="1233" w:type="dxa"/>
            <w:vAlign w:val="center"/>
          </w:tcPr>
          <w:p w14:paraId="203F2ADE" w14:textId="77777777" w:rsidR="00365219" w:rsidRDefault="00695781">
            <w:pPr>
              <w:jc w:val="center"/>
            </w:pPr>
            <w:r>
              <w:rPr>
                <w:sz w:val="15"/>
              </w:rPr>
              <w:t>69</w:t>
            </w:r>
          </w:p>
        </w:tc>
        <w:tc>
          <w:tcPr>
            <w:tcW w:w="1233" w:type="dxa"/>
            <w:vAlign w:val="center"/>
          </w:tcPr>
          <w:p w14:paraId="325C516E" w14:textId="77777777" w:rsidR="00365219" w:rsidRDefault="00695781">
            <w:pPr>
              <w:jc w:val="center"/>
            </w:pPr>
            <w:r>
              <w:rPr>
                <w:sz w:val="14"/>
              </w:rPr>
              <w:t>Benar, Benar, Benar, Benar</w:t>
            </w:r>
          </w:p>
        </w:tc>
        <w:tc>
          <w:tcPr>
            <w:tcW w:w="1233" w:type="dxa"/>
            <w:vAlign w:val="center"/>
          </w:tcPr>
          <w:p w14:paraId="1AACA714" w14:textId="77777777" w:rsidR="00365219" w:rsidRDefault="00695781">
            <w:pPr>
              <w:jc w:val="center"/>
            </w:pPr>
            <w:r>
              <w:rPr>
                <w:sz w:val="15"/>
              </w:rPr>
              <w:t>94</w:t>
            </w:r>
          </w:p>
        </w:tc>
        <w:tc>
          <w:tcPr>
            <w:tcW w:w="1233" w:type="dxa"/>
            <w:vAlign w:val="center"/>
          </w:tcPr>
          <w:p w14:paraId="6C9273FE" w14:textId="77777777" w:rsidR="00365219" w:rsidRDefault="00695781">
            <w:pPr>
              <w:jc w:val="center"/>
            </w:pPr>
            <w:r>
              <w:rPr>
                <w:sz w:val="14"/>
              </w:rPr>
              <w:t>1, 2, 3, 5</w:t>
            </w:r>
          </w:p>
        </w:tc>
      </w:tr>
      <w:tr w:rsidR="00365219" w14:paraId="61664063" w14:textId="77777777">
        <w:trPr>
          <w:jc w:val="center"/>
        </w:trPr>
        <w:tc>
          <w:tcPr>
            <w:tcW w:w="1233" w:type="dxa"/>
            <w:vAlign w:val="center"/>
          </w:tcPr>
          <w:p w14:paraId="3A6846A8" w14:textId="77777777" w:rsidR="00365219" w:rsidRDefault="00695781">
            <w:pPr>
              <w:jc w:val="center"/>
            </w:pPr>
            <w:r>
              <w:rPr>
                <w:sz w:val="15"/>
              </w:rPr>
              <w:t>20</w:t>
            </w:r>
          </w:p>
        </w:tc>
        <w:tc>
          <w:tcPr>
            <w:tcW w:w="1233" w:type="dxa"/>
            <w:vAlign w:val="center"/>
          </w:tcPr>
          <w:p w14:paraId="4D6B6C67" w14:textId="77777777" w:rsidR="00365219" w:rsidRDefault="00695781">
            <w:pPr>
              <w:jc w:val="center"/>
            </w:pPr>
            <w:r>
              <w:rPr>
                <w:sz w:val="14"/>
              </w:rPr>
              <w:t>C</w:t>
            </w:r>
          </w:p>
        </w:tc>
        <w:tc>
          <w:tcPr>
            <w:tcW w:w="1233" w:type="dxa"/>
            <w:vAlign w:val="center"/>
          </w:tcPr>
          <w:p w14:paraId="2D2A8F4D" w14:textId="77777777" w:rsidR="00365219" w:rsidRDefault="00695781">
            <w:pPr>
              <w:jc w:val="center"/>
            </w:pPr>
            <w:r>
              <w:rPr>
                <w:sz w:val="15"/>
              </w:rPr>
              <w:t>45</w:t>
            </w:r>
          </w:p>
        </w:tc>
        <w:tc>
          <w:tcPr>
            <w:tcW w:w="1233" w:type="dxa"/>
            <w:vAlign w:val="center"/>
          </w:tcPr>
          <w:p w14:paraId="54C83551" w14:textId="77777777" w:rsidR="00365219" w:rsidRDefault="00695781">
            <w:pPr>
              <w:jc w:val="center"/>
            </w:pPr>
            <w:r>
              <w:rPr>
                <w:sz w:val="14"/>
              </w:rPr>
              <w:t>Benar, Benar, Benar, Salah</w:t>
            </w:r>
          </w:p>
        </w:tc>
        <w:tc>
          <w:tcPr>
            <w:tcW w:w="1233" w:type="dxa"/>
            <w:vAlign w:val="center"/>
          </w:tcPr>
          <w:p w14:paraId="1FB2550C" w14:textId="77777777" w:rsidR="00365219" w:rsidRDefault="00695781">
            <w:pPr>
              <w:jc w:val="center"/>
            </w:pPr>
            <w:r>
              <w:rPr>
                <w:sz w:val="15"/>
              </w:rPr>
              <w:t>70</w:t>
            </w:r>
          </w:p>
        </w:tc>
        <w:tc>
          <w:tcPr>
            <w:tcW w:w="1233" w:type="dxa"/>
            <w:vAlign w:val="center"/>
          </w:tcPr>
          <w:p w14:paraId="17756110" w14:textId="77777777" w:rsidR="00365219" w:rsidRDefault="00695781">
            <w:pPr>
              <w:jc w:val="center"/>
            </w:pPr>
            <w:r>
              <w:rPr>
                <w:sz w:val="14"/>
              </w:rPr>
              <w:t>Benar, Benar, Benar, Benar</w:t>
            </w:r>
          </w:p>
        </w:tc>
        <w:tc>
          <w:tcPr>
            <w:tcW w:w="1233" w:type="dxa"/>
            <w:vAlign w:val="center"/>
          </w:tcPr>
          <w:p w14:paraId="0D196308" w14:textId="77777777" w:rsidR="00365219" w:rsidRDefault="00695781">
            <w:pPr>
              <w:jc w:val="center"/>
            </w:pPr>
            <w:r>
              <w:rPr>
                <w:sz w:val="15"/>
              </w:rPr>
              <w:t>95</w:t>
            </w:r>
          </w:p>
        </w:tc>
        <w:tc>
          <w:tcPr>
            <w:tcW w:w="1233" w:type="dxa"/>
            <w:vAlign w:val="center"/>
          </w:tcPr>
          <w:p w14:paraId="21F8D092" w14:textId="77777777" w:rsidR="00365219" w:rsidRDefault="00695781">
            <w:pPr>
              <w:jc w:val="center"/>
            </w:pPr>
            <w:r>
              <w:rPr>
                <w:sz w:val="14"/>
              </w:rPr>
              <w:t>1, 2, 3, 4</w:t>
            </w:r>
          </w:p>
        </w:tc>
      </w:tr>
      <w:tr w:rsidR="00365219" w14:paraId="56BDA9FB" w14:textId="77777777">
        <w:trPr>
          <w:jc w:val="center"/>
        </w:trPr>
        <w:tc>
          <w:tcPr>
            <w:tcW w:w="1233" w:type="dxa"/>
            <w:vAlign w:val="center"/>
          </w:tcPr>
          <w:p w14:paraId="2AC0FD84" w14:textId="77777777" w:rsidR="00365219" w:rsidRDefault="00695781">
            <w:pPr>
              <w:jc w:val="center"/>
            </w:pPr>
            <w:r>
              <w:rPr>
                <w:sz w:val="15"/>
              </w:rPr>
              <w:t>21</w:t>
            </w:r>
          </w:p>
        </w:tc>
        <w:tc>
          <w:tcPr>
            <w:tcW w:w="1233" w:type="dxa"/>
            <w:vAlign w:val="center"/>
          </w:tcPr>
          <w:p w14:paraId="48CA8BD7" w14:textId="77777777" w:rsidR="00365219" w:rsidRDefault="00695781">
            <w:pPr>
              <w:jc w:val="center"/>
            </w:pPr>
            <w:r>
              <w:rPr>
                <w:sz w:val="14"/>
              </w:rPr>
              <w:t>D</w:t>
            </w:r>
          </w:p>
        </w:tc>
        <w:tc>
          <w:tcPr>
            <w:tcW w:w="1233" w:type="dxa"/>
            <w:vAlign w:val="center"/>
          </w:tcPr>
          <w:p w14:paraId="1D639D9C" w14:textId="77777777" w:rsidR="00365219" w:rsidRDefault="00695781">
            <w:pPr>
              <w:jc w:val="center"/>
            </w:pPr>
            <w:r>
              <w:rPr>
                <w:sz w:val="15"/>
              </w:rPr>
              <w:t>46</w:t>
            </w:r>
          </w:p>
        </w:tc>
        <w:tc>
          <w:tcPr>
            <w:tcW w:w="1233" w:type="dxa"/>
            <w:vAlign w:val="center"/>
          </w:tcPr>
          <w:p w14:paraId="11A22FBC" w14:textId="77777777" w:rsidR="00365219" w:rsidRDefault="00695781">
            <w:pPr>
              <w:jc w:val="center"/>
            </w:pPr>
            <w:r>
              <w:rPr>
                <w:sz w:val="14"/>
              </w:rPr>
              <w:t>1, 2, 3</w:t>
            </w:r>
          </w:p>
        </w:tc>
        <w:tc>
          <w:tcPr>
            <w:tcW w:w="1233" w:type="dxa"/>
            <w:vAlign w:val="center"/>
          </w:tcPr>
          <w:p w14:paraId="160DEC68" w14:textId="77777777" w:rsidR="00365219" w:rsidRDefault="00695781">
            <w:pPr>
              <w:jc w:val="center"/>
            </w:pPr>
            <w:r>
              <w:rPr>
                <w:sz w:val="15"/>
              </w:rPr>
              <w:t>71</w:t>
            </w:r>
          </w:p>
        </w:tc>
        <w:tc>
          <w:tcPr>
            <w:tcW w:w="1233" w:type="dxa"/>
            <w:vAlign w:val="center"/>
          </w:tcPr>
          <w:p w14:paraId="2F331298" w14:textId="77777777" w:rsidR="00365219" w:rsidRDefault="00695781">
            <w:pPr>
              <w:jc w:val="center"/>
            </w:pPr>
            <w:r>
              <w:rPr>
                <w:sz w:val="14"/>
              </w:rPr>
              <w:t>Benar, Benar, Benar, Salah</w:t>
            </w:r>
          </w:p>
        </w:tc>
        <w:tc>
          <w:tcPr>
            <w:tcW w:w="1233" w:type="dxa"/>
            <w:vAlign w:val="center"/>
          </w:tcPr>
          <w:p w14:paraId="555D2FA1" w14:textId="77777777" w:rsidR="00365219" w:rsidRDefault="00695781">
            <w:pPr>
              <w:jc w:val="center"/>
            </w:pPr>
            <w:r>
              <w:rPr>
                <w:sz w:val="15"/>
              </w:rPr>
              <w:t>96</w:t>
            </w:r>
          </w:p>
        </w:tc>
        <w:tc>
          <w:tcPr>
            <w:tcW w:w="1233" w:type="dxa"/>
            <w:vAlign w:val="center"/>
          </w:tcPr>
          <w:p w14:paraId="72F9083B" w14:textId="77777777" w:rsidR="00365219" w:rsidRDefault="00695781">
            <w:pPr>
              <w:jc w:val="center"/>
            </w:pPr>
            <w:r>
              <w:rPr>
                <w:sz w:val="14"/>
              </w:rPr>
              <w:t>Benar, Benar, Benar, Benar</w:t>
            </w:r>
          </w:p>
        </w:tc>
      </w:tr>
      <w:tr w:rsidR="00365219" w14:paraId="7F2FA02D" w14:textId="77777777">
        <w:trPr>
          <w:jc w:val="center"/>
        </w:trPr>
        <w:tc>
          <w:tcPr>
            <w:tcW w:w="1233" w:type="dxa"/>
            <w:vAlign w:val="center"/>
          </w:tcPr>
          <w:p w14:paraId="452EE769" w14:textId="77777777" w:rsidR="00365219" w:rsidRDefault="00695781">
            <w:pPr>
              <w:jc w:val="center"/>
            </w:pPr>
            <w:r>
              <w:rPr>
                <w:sz w:val="15"/>
              </w:rPr>
              <w:t>22</w:t>
            </w:r>
          </w:p>
        </w:tc>
        <w:tc>
          <w:tcPr>
            <w:tcW w:w="1233" w:type="dxa"/>
            <w:vAlign w:val="center"/>
          </w:tcPr>
          <w:p w14:paraId="33709032" w14:textId="77777777" w:rsidR="00365219" w:rsidRDefault="00695781">
            <w:pPr>
              <w:jc w:val="center"/>
            </w:pPr>
            <w:r>
              <w:rPr>
                <w:sz w:val="14"/>
              </w:rPr>
              <w:t>Benar, Benar, Benar, Salah</w:t>
            </w:r>
          </w:p>
        </w:tc>
        <w:tc>
          <w:tcPr>
            <w:tcW w:w="1233" w:type="dxa"/>
            <w:vAlign w:val="center"/>
          </w:tcPr>
          <w:p w14:paraId="00589AF8" w14:textId="77777777" w:rsidR="00365219" w:rsidRDefault="00695781">
            <w:pPr>
              <w:jc w:val="center"/>
            </w:pPr>
            <w:r>
              <w:rPr>
                <w:sz w:val="15"/>
              </w:rPr>
              <w:t>47</w:t>
            </w:r>
          </w:p>
        </w:tc>
        <w:tc>
          <w:tcPr>
            <w:tcW w:w="1233" w:type="dxa"/>
            <w:vAlign w:val="center"/>
          </w:tcPr>
          <w:p w14:paraId="623DD689" w14:textId="77777777" w:rsidR="00365219" w:rsidRDefault="00695781">
            <w:pPr>
              <w:jc w:val="center"/>
            </w:pPr>
            <w:r>
              <w:rPr>
                <w:sz w:val="14"/>
              </w:rPr>
              <w:t>1, 2, 3, 4</w:t>
            </w:r>
          </w:p>
        </w:tc>
        <w:tc>
          <w:tcPr>
            <w:tcW w:w="1233" w:type="dxa"/>
            <w:vAlign w:val="center"/>
          </w:tcPr>
          <w:p w14:paraId="795C39AF" w14:textId="77777777" w:rsidR="00365219" w:rsidRDefault="00695781">
            <w:pPr>
              <w:jc w:val="center"/>
            </w:pPr>
            <w:r>
              <w:rPr>
                <w:sz w:val="15"/>
              </w:rPr>
              <w:t>72</w:t>
            </w:r>
          </w:p>
        </w:tc>
        <w:tc>
          <w:tcPr>
            <w:tcW w:w="1233" w:type="dxa"/>
            <w:vAlign w:val="center"/>
          </w:tcPr>
          <w:p w14:paraId="621DD6B9" w14:textId="77777777" w:rsidR="00365219" w:rsidRDefault="00695781">
            <w:pPr>
              <w:jc w:val="center"/>
            </w:pPr>
            <w:r>
              <w:rPr>
                <w:sz w:val="14"/>
              </w:rPr>
              <w:t>C</w:t>
            </w:r>
          </w:p>
        </w:tc>
        <w:tc>
          <w:tcPr>
            <w:tcW w:w="1233" w:type="dxa"/>
            <w:vAlign w:val="center"/>
          </w:tcPr>
          <w:p w14:paraId="2DC363A1" w14:textId="77777777" w:rsidR="00365219" w:rsidRDefault="00695781">
            <w:pPr>
              <w:jc w:val="center"/>
            </w:pPr>
            <w:r>
              <w:rPr>
                <w:sz w:val="15"/>
              </w:rPr>
              <w:t>97</w:t>
            </w:r>
          </w:p>
        </w:tc>
        <w:tc>
          <w:tcPr>
            <w:tcW w:w="1233" w:type="dxa"/>
            <w:vAlign w:val="center"/>
          </w:tcPr>
          <w:p w14:paraId="3BD1EAF5" w14:textId="77777777" w:rsidR="00365219" w:rsidRDefault="00695781">
            <w:pPr>
              <w:jc w:val="center"/>
            </w:pPr>
            <w:r>
              <w:rPr>
                <w:sz w:val="14"/>
              </w:rPr>
              <w:t>Salah, Benar, Benar, Benar</w:t>
            </w:r>
          </w:p>
        </w:tc>
      </w:tr>
      <w:tr w:rsidR="00365219" w14:paraId="06464C24" w14:textId="77777777">
        <w:trPr>
          <w:jc w:val="center"/>
        </w:trPr>
        <w:tc>
          <w:tcPr>
            <w:tcW w:w="1233" w:type="dxa"/>
            <w:vAlign w:val="center"/>
          </w:tcPr>
          <w:p w14:paraId="6120E31E" w14:textId="77777777" w:rsidR="00365219" w:rsidRDefault="00695781">
            <w:pPr>
              <w:jc w:val="center"/>
            </w:pPr>
            <w:r>
              <w:rPr>
                <w:sz w:val="15"/>
              </w:rPr>
              <w:t>23</w:t>
            </w:r>
          </w:p>
        </w:tc>
        <w:tc>
          <w:tcPr>
            <w:tcW w:w="1233" w:type="dxa"/>
            <w:vAlign w:val="center"/>
          </w:tcPr>
          <w:p w14:paraId="45B5F101" w14:textId="77777777" w:rsidR="00365219" w:rsidRDefault="00695781">
            <w:pPr>
              <w:jc w:val="center"/>
            </w:pPr>
            <w:r>
              <w:rPr>
                <w:sz w:val="14"/>
              </w:rPr>
              <w:t>Benar, Benar, Benar</w:t>
            </w:r>
          </w:p>
        </w:tc>
        <w:tc>
          <w:tcPr>
            <w:tcW w:w="1233" w:type="dxa"/>
            <w:vAlign w:val="center"/>
          </w:tcPr>
          <w:p w14:paraId="6FEB9DE9" w14:textId="77777777" w:rsidR="00365219" w:rsidRDefault="00695781">
            <w:pPr>
              <w:jc w:val="center"/>
            </w:pPr>
            <w:r>
              <w:rPr>
                <w:sz w:val="15"/>
              </w:rPr>
              <w:t>48</w:t>
            </w:r>
          </w:p>
        </w:tc>
        <w:tc>
          <w:tcPr>
            <w:tcW w:w="1233" w:type="dxa"/>
            <w:vAlign w:val="center"/>
          </w:tcPr>
          <w:p w14:paraId="3D15D8B9" w14:textId="77777777" w:rsidR="00365219" w:rsidRDefault="00695781">
            <w:pPr>
              <w:jc w:val="center"/>
            </w:pPr>
            <w:r>
              <w:rPr>
                <w:sz w:val="14"/>
              </w:rPr>
              <w:t>1, 2, 3, 4</w:t>
            </w:r>
          </w:p>
        </w:tc>
        <w:tc>
          <w:tcPr>
            <w:tcW w:w="1233" w:type="dxa"/>
            <w:vAlign w:val="center"/>
          </w:tcPr>
          <w:p w14:paraId="0A280C66" w14:textId="77777777" w:rsidR="00365219" w:rsidRDefault="00695781">
            <w:pPr>
              <w:jc w:val="center"/>
            </w:pPr>
            <w:r>
              <w:rPr>
                <w:sz w:val="15"/>
              </w:rPr>
              <w:t>73</w:t>
            </w:r>
          </w:p>
        </w:tc>
        <w:tc>
          <w:tcPr>
            <w:tcW w:w="1233" w:type="dxa"/>
            <w:vAlign w:val="center"/>
          </w:tcPr>
          <w:p w14:paraId="3D705AB4" w14:textId="77777777" w:rsidR="00365219" w:rsidRDefault="00695781">
            <w:pPr>
              <w:jc w:val="center"/>
            </w:pPr>
            <w:r>
              <w:rPr>
                <w:sz w:val="14"/>
              </w:rPr>
              <w:t>A</w:t>
            </w:r>
          </w:p>
        </w:tc>
        <w:tc>
          <w:tcPr>
            <w:tcW w:w="1233" w:type="dxa"/>
            <w:vAlign w:val="center"/>
          </w:tcPr>
          <w:p w14:paraId="1A548755" w14:textId="77777777" w:rsidR="00365219" w:rsidRDefault="00695781">
            <w:pPr>
              <w:jc w:val="center"/>
            </w:pPr>
            <w:r>
              <w:rPr>
                <w:sz w:val="15"/>
              </w:rPr>
              <w:t>98</w:t>
            </w:r>
          </w:p>
        </w:tc>
        <w:tc>
          <w:tcPr>
            <w:tcW w:w="1233" w:type="dxa"/>
            <w:vAlign w:val="center"/>
          </w:tcPr>
          <w:p w14:paraId="37D8767C" w14:textId="77777777" w:rsidR="00365219" w:rsidRDefault="00695781">
            <w:pPr>
              <w:jc w:val="center"/>
            </w:pPr>
            <w:r>
              <w:rPr>
                <w:sz w:val="14"/>
              </w:rPr>
              <w:t>C</w:t>
            </w:r>
          </w:p>
        </w:tc>
      </w:tr>
      <w:tr w:rsidR="00365219" w14:paraId="18896A95" w14:textId="77777777">
        <w:trPr>
          <w:jc w:val="center"/>
        </w:trPr>
        <w:tc>
          <w:tcPr>
            <w:tcW w:w="1233" w:type="dxa"/>
            <w:vAlign w:val="center"/>
          </w:tcPr>
          <w:p w14:paraId="51E3B36E" w14:textId="77777777" w:rsidR="00365219" w:rsidRDefault="00695781">
            <w:pPr>
              <w:jc w:val="center"/>
            </w:pPr>
            <w:r>
              <w:rPr>
                <w:sz w:val="15"/>
              </w:rPr>
              <w:t>24</w:t>
            </w:r>
          </w:p>
        </w:tc>
        <w:tc>
          <w:tcPr>
            <w:tcW w:w="1233" w:type="dxa"/>
            <w:vAlign w:val="center"/>
          </w:tcPr>
          <w:p w14:paraId="27675F33" w14:textId="77777777" w:rsidR="00365219" w:rsidRDefault="00695781">
            <w:pPr>
              <w:jc w:val="center"/>
            </w:pPr>
            <w:r>
              <w:rPr>
                <w:sz w:val="14"/>
              </w:rPr>
              <w:t>1, 2, 4</w:t>
            </w:r>
          </w:p>
        </w:tc>
        <w:tc>
          <w:tcPr>
            <w:tcW w:w="1233" w:type="dxa"/>
            <w:vAlign w:val="center"/>
          </w:tcPr>
          <w:p w14:paraId="43BBF202" w14:textId="77777777" w:rsidR="00365219" w:rsidRDefault="00695781">
            <w:pPr>
              <w:jc w:val="center"/>
            </w:pPr>
            <w:r>
              <w:rPr>
                <w:sz w:val="15"/>
              </w:rPr>
              <w:t>49</w:t>
            </w:r>
          </w:p>
        </w:tc>
        <w:tc>
          <w:tcPr>
            <w:tcW w:w="1233" w:type="dxa"/>
            <w:vAlign w:val="center"/>
          </w:tcPr>
          <w:p w14:paraId="1C3FFF56" w14:textId="77777777" w:rsidR="00365219" w:rsidRDefault="00695781">
            <w:pPr>
              <w:jc w:val="center"/>
            </w:pPr>
            <w:r>
              <w:rPr>
                <w:sz w:val="14"/>
              </w:rPr>
              <w:t>C</w:t>
            </w:r>
          </w:p>
        </w:tc>
        <w:tc>
          <w:tcPr>
            <w:tcW w:w="1233" w:type="dxa"/>
            <w:vAlign w:val="center"/>
          </w:tcPr>
          <w:p w14:paraId="5E333A17" w14:textId="77777777" w:rsidR="00365219" w:rsidRDefault="00695781">
            <w:pPr>
              <w:jc w:val="center"/>
            </w:pPr>
            <w:r>
              <w:rPr>
                <w:sz w:val="15"/>
              </w:rPr>
              <w:t>74</w:t>
            </w:r>
          </w:p>
        </w:tc>
        <w:tc>
          <w:tcPr>
            <w:tcW w:w="1233" w:type="dxa"/>
            <w:vAlign w:val="center"/>
          </w:tcPr>
          <w:p w14:paraId="6E4878DE" w14:textId="77777777" w:rsidR="00365219" w:rsidRDefault="00695781">
            <w:pPr>
              <w:jc w:val="center"/>
            </w:pPr>
            <w:r>
              <w:rPr>
                <w:sz w:val="14"/>
              </w:rPr>
              <w:t>C</w:t>
            </w:r>
          </w:p>
        </w:tc>
        <w:tc>
          <w:tcPr>
            <w:tcW w:w="1233" w:type="dxa"/>
            <w:vAlign w:val="center"/>
          </w:tcPr>
          <w:p w14:paraId="6D51C7CB" w14:textId="77777777" w:rsidR="00365219" w:rsidRDefault="00695781">
            <w:pPr>
              <w:jc w:val="center"/>
            </w:pPr>
            <w:r>
              <w:rPr>
                <w:sz w:val="15"/>
              </w:rPr>
              <w:t>99</w:t>
            </w:r>
          </w:p>
        </w:tc>
        <w:tc>
          <w:tcPr>
            <w:tcW w:w="1233" w:type="dxa"/>
            <w:vAlign w:val="center"/>
          </w:tcPr>
          <w:p w14:paraId="756AAD5B" w14:textId="77777777" w:rsidR="00365219" w:rsidRDefault="00695781">
            <w:pPr>
              <w:jc w:val="center"/>
            </w:pPr>
            <w:r>
              <w:rPr>
                <w:sz w:val="14"/>
              </w:rPr>
              <w:t>C</w:t>
            </w:r>
          </w:p>
        </w:tc>
      </w:tr>
      <w:tr w:rsidR="00365219" w14:paraId="0774F236" w14:textId="77777777">
        <w:trPr>
          <w:jc w:val="center"/>
        </w:trPr>
        <w:tc>
          <w:tcPr>
            <w:tcW w:w="1233" w:type="dxa"/>
            <w:vAlign w:val="center"/>
          </w:tcPr>
          <w:p w14:paraId="6ACA869B" w14:textId="77777777" w:rsidR="00365219" w:rsidRDefault="00695781">
            <w:pPr>
              <w:jc w:val="center"/>
            </w:pPr>
            <w:r>
              <w:rPr>
                <w:sz w:val="15"/>
              </w:rPr>
              <w:t>25</w:t>
            </w:r>
          </w:p>
        </w:tc>
        <w:tc>
          <w:tcPr>
            <w:tcW w:w="1233" w:type="dxa"/>
            <w:vAlign w:val="center"/>
          </w:tcPr>
          <w:p w14:paraId="769AD627" w14:textId="77777777" w:rsidR="00365219" w:rsidRDefault="00695781">
            <w:pPr>
              <w:jc w:val="center"/>
            </w:pPr>
            <w:r>
              <w:rPr>
                <w:sz w:val="14"/>
              </w:rPr>
              <w:t>C</w:t>
            </w:r>
          </w:p>
        </w:tc>
        <w:tc>
          <w:tcPr>
            <w:tcW w:w="1233" w:type="dxa"/>
            <w:vAlign w:val="center"/>
          </w:tcPr>
          <w:p w14:paraId="2D167B19" w14:textId="77777777" w:rsidR="00365219" w:rsidRDefault="00695781">
            <w:pPr>
              <w:jc w:val="center"/>
            </w:pPr>
            <w:r>
              <w:rPr>
                <w:sz w:val="15"/>
              </w:rPr>
              <w:t>50</w:t>
            </w:r>
          </w:p>
        </w:tc>
        <w:tc>
          <w:tcPr>
            <w:tcW w:w="1233" w:type="dxa"/>
            <w:vAlign w:val="center"/>
          </w:tcPr>
          <w:p w14:paraId="527D3B55" w14:textId="77777777" w:rsidR="00365219" w:rsidRDefault="00695781">
            <w:pPr>
              <w:jc w:val="center"/>
            </w:pPr>
            <w:r>
              <w:rPr>
                <w:sz w:val="14"/>
              </w:rPr>
              <w:t>C</w:t>
            </w:r>
          </w:p>
        </w:tc>
        <w:tc>
          <w:tcPr>
            <w:tcW w:w="1233" w:type="dxa"/>
            <w:vAlign w:val="center"/>
          </w:tcPr>
          <w:p w14:paraId="295A1022" w14:textId="77777777" w:rsidR="00365219" w:rsidRDefault="00695781">
            <w:pPr>
              <w:jc w:val="center"/>
            </w:pPr>
            <w:r>
              <w:rPr>
                <w:sz w:val="15"/>
              </w:rPr>
              <w:t>75</w:t>
            </w:r>
          </w:p>
        </w:tc>
        <w:tc>
          <w:tcPr>
            <w:tcW w:w="1233" w:type="dxa"/>
            <w:vAlign w:val="center"/>
          </w:tcPr>
          <w:p w14:paraId="7F29C389" w14:textId="77777777" w:rsidR="00365219" w:rsidRDefault="00695781">
            <w:pPr>
              <w:jc w:val="center"/>
            </w:pPr>
            <w:r>
              <w:rPr>
                <w:sz w:val="14"/>
              </w:rPr>
              <w:t>C</w:t>
            </w:r>
          </w:p>
        </w:tc>
        <w:tc>
          <w:tcPr>
            <w:tcW w:w="1233" w:type="dxa"/>
            <w:vAlign w:val="center"/>
          </w:tcPr>
          <w:p w14:paraId="003F6126" w14:textId="77777777" w:rsidR="00365219" w:rsidRDefault="00695781">
            <w:pPr>
              <w:jc w:val="center"/>
            </w:pPr>
            <w:r>
              <w:rPr>
                <w:sz w:val="15"/>
              </w:rPr>
              <w:t>100</w:t>
            </w:r>
          </w:p>
        </w:tc>
        <w:tc>
          <w:tcPr>
            <w:tcW w:w="1233" w:type="dxa"/>
            <w:vAlign w:val="center"/>
          </w:tcPr>
          <w:p w14:paraId="1A7EA462" w14:textId="77777777" w:rsidR="00365219" w:rsidRDefault="00695781">
            <w:pPr>
              <w:jc w:val="center"/>
            </w:pPr>
            <w:r>
              <w:rPr>
                <w:sz w:val="14"/>
              </w:rPr>
              <w:t>C</w:t>
            </w:r>
          </w:p>
        </w:tc>
      </w:tr>
    </w:tbl>
    <w:p w14:paraId="2C7CC2B6" w14:textId="77777777" w:rsidR="00365219" w:rsidRDefault="00695781">
      <w:r>
        <w:br w:type="page"/>
      </w:r>
    </w:p>
    <w:p w14:paraId="49469BE3" w14:textId="77777777" w:rsidR="00365219" w:rsidRDefault="00695781">
      <w:pPr>
        <w:pStyle w:val="Heading1"/>
        <w:jc w:val="center"/>
      </w:pPr>
      <w:r>
        <w:lastRenderedPageBreak/>
        <w:t>PEMBAHASAN SINGKAT</w:t>
      </w:r>
    </w:p>
    <w:p w14:paraId="34D7225E" w14:textId="77777777" w:rsidR="00365219" w:rsidRDefault="00695781">
      <w:pPr>
        <w:pStyle w:val="Small"/>
      </w:pPr>
      <w:r>
        <w:rPr>
          <w:b/>
        </w:rPr>
        <w:t xml:space="preserve">1. </w:t>
      </w:r>
      <w:r>
        <w:t>Dari penjumlahan kedua persamaan diperoleh 2x=10 sehingga x=5 dan y=3. Maka 2x+y=13.</w:t>
      </w:r>
    </w:p>
    <w:p w14:paraId="3C4E2DE4" w14:textId="77777777" w:rsidR="00365219" w:rsidRDefault="00695781">
      <w:pPr>
        <w:pStyle w:val="Small"/>
      </w:pPr>
      <w:r>
        <w:rPr>
          <w:b/>
        </w:rPr>
        <w:t xml:space="preserve">2. </w:t>
      </w:r>
      <w:r>
        <w:t>Dari x+y=7, y=7-x. Substitusi memberi 3x+14-2x=18, sehingga x=4 dan y=3. Jadi 2x-y=5.</w:t>
      </w:r>
    </w:p>
    <w:p w14:paraId="1E435115" w14:textId="77777777" w:rsidR="00365219" w:rsidRDefault="00695781">
      <w:pPr>
        <w:pStyle w:val="Small"/>
      </w:pPr>
      <w:r>
        <w:rPr>
          <w:b/>
        </w:rPr>
        <w:t xml:space="preserve">3. </w:t>
      </w:r>
      <w:r>
        <w:t>Dari persamaan diperoleh x=4 dan y=5, sehingga xy=20.</w:t>
      </w:r>
    </w:p>
    <w:p w14:paraId="178A5086" w14:textId="77777777" w:rsidR="00365219" w:rsidRDefault="00695781">
      <w:pPr>
        <w:pStyle w:val="Small"/>
      </w:pPr>
      <w:r>
        <w:rPr>
          <w:b/>
        </w:rPr>
        <w:t xml:space="preserve">4. </w:t>
      </w:r>
      <w:r>
        <w:t>Dari a=7-b, diperoleh 14-2b+3b=19 sehingga b=5 dan a=2. Jadi b-a=3.</w:t>
      </w:r>
    </w:p>
    <w:p w14:paraId="303FD981" w14:textId="77777777" w:rsidR="00365219" w:rsidRDefault="00695781">
      <w:pPr>
        <w:pStyle w:val="Small"/>
      </w:pPr>
      <w:r>
        <w:rPr>
          <w:b/>
        </w:rPr>
        <w:t xml:space="preserve">5. </w:t>
      </w:r>
      <w:r>
        <w:t>Menjumlahkan persamaan memberi 6p=24, p=4, lalu q=7. Jadi p+q=11.</w:t>
      </w:r>
    </w:p>
    <w:p w14:paraId="1C8805E1" w14:textId="77777777" w:rsidR="00365219" w:rsidRDefault="00695781">
      <w:pPr>
        <w:pStyle w:val="Small"/>
      </w:pPr>
      <w:r>
        <w:rPr>
          <w:b/>
        </w:rPr>
        <w:t xml:space="preserve">6. </w:t>
      </w:r>
      <w:r>
        <w:t>Selisih kedua persamaan memberi 4x=16 sehingga x=4; kemudian y=4. Jadi x+y=8.</w:t>
      </w:r>
    </w:p>
    <w:p w14:paraId="29563E50" w14:textId="77777777" w:rsidR="00365219" w:rsidRDefault="00695781">
      <w:pPr>
        <w:pStyle w:val="Small"/>
      </w:pPr>
      <w:r>
        <w:rPr>
          <w:b/>
        </w:rPr>
        <w:t xml:space="preserve">7. </w:t>
      </w:r>
      <w:r>
        <w:t>Misalkan d dan p dalam ribuan. 2d+p=85 dan d+2p=65. Diperoleh p=15 dan d=35.</w:t>
      </w:r>
    </w:p>
    <w:p w14:paraId="6CA15807" w14:textId="77777777" w:rsidR="00365219" w:rsidRDefault="00695781">
      <w:pPr>
        <w:pStyle w:val="Small"/>
      </w:pPr>
      <w:r>
        <w:rPr>
          <w:b/>
        </w:rPr>
        <w:t xml:space="preserve">8. </w:t>
      </w:r>
      <w:r>
        <w:t>Misalkan b dan p dalam ribuan. 2b+3p=25 dan 3b+p=27. Diperoleh b=8 dan p=3.</w:t>
      </w:r>
    </w:p>
    <w:p w14:paraId="04BB0400" w14:textId="77777777" w:rsidR="00365219" w:rsidRDefault="00695781">
      <w:pPr>
        <w:pStyle w:val="Small"/>
      </w:pPr>
      <w:r>
        <w:rPr>
          <w:b/>
        </w:rPr>
        <w:t xml:space="preserve">9. </w:t>
      </w:r>
      <w:r>
        <w:t>Solusi sistem adalah x=2, y=3, z=4. Maka 3x+y=9.</w:t>
      </w:r>
    </w:p>
    <w:p w14:paraId="1595266E" w14:textId="77777777" w:rsidR="00365219" w:rsidRDefault="00695781">
      <w:pPr>
        <w:pStyle w:val="Small"/>
      </w:pPr>
      <w:r>
        <w:rPr>
          <w:b/>
        </w:rPr>
        <w:t xml:space="preserve">10. </w:t>
      </w:r>
      <w:r>
        <w:t>Solusi sistem adalah x=1, y=2, z=3. Jadi 2z-y=4.</w:t>
      </w:r>
    </w:p>
    <w:p w14:paraId="15F006CE" w14:textId="77777777" w:rsidR="00365219" w:rsidRDefault="00695781">
      <w:pPr>
        <w:pStyle w:val="Small"/>
      </w:pPr>
      <w:r>
        <w:rPr>
          <w:b/>
        </w:rPr>
        <w:t xml:space="preserve">11. </w:t>
      </w:r>
      <w:r>
        <w:t>3x≤15 sehingga x≤5.</w:t>
      </w:r>
    </w:p>
    <w:p w14:paraId="3441D332" w14:textId="77777777" w:rsidR="00365219" w:rsidRDefault="00695781">
      <w:pPr>
        <w:pStyle w:val="Small"/>
      </w:pPr>
      <w:r>
        <w:rPr>
          <w:b/>
        </w:rPr>
        <w:t xml:space="preserve">12. </w:t>
      </w:r>
      <w:r>
        <w:t>2x&gt;8 sehingga x&gt;4.</w:t>
      </w:r>
    </w:p>
    <w:p w14:paraId="5C4FEE25" w14:textId="77777777" w:rsidR="00365219" w:rsidRDefault="00695781">
      <w:pPr>
        <w:pStyle w:val="Small"/>
      </w:pPr>
      <w:r>
        <w:rPr>
          <w:b/>
        </w:rPr>
        <w:t xml:space="preserve">13. </w:t>
      </w:r>
      <w:r>
        <w:t>(3,5) memenuhi semua syarat: 3+5≤10, x≥2, dan y≥3.</w:t>
      </w:r>
    </w:p>
    <w:p w14:paraId="016FD823" w14:textId="77777777" w:rsidR="00365219" w:rsidRDefault="00695781">
      <w:pPr>
        <w:pStyle w:val="Small"/>
      </w:pPr>
      <w:r>
        <w:rPr>
          <w:b/>
        </w:rPr>
        <w:t xml:space="preserve">14. </w:t>
      </w:r>
      <w:r>
        <w:t>(4,3) menghasilkan x+y=7, sehingga melanggar x+y≤6.</w:t>
      </w:r>
    </w:p>
    <w:p w14:paraId="3AC37043" w14:textId="77777777" w:rsidR="00365219" w:rsidRDefault="00695781">
      <w:pPr>
        <w:pStyle w:val="Small"/>
      </w:pPr>
      <w:r>
        <w:rPr>
          <w:b/>
        </w:rPr>
        <w:t xml:space="preserve">15. </w:t>
      </w:r>
      <w:r>
        <w:t>Titik pojok relevan: (0,0</w:t>
      </w:r>
      <w:proofErr w:type="gramStart"/>
      <w:r>
        <w:t>),(</w:t>
      </w:r>
      <w:proofErr w:type="gramEnd"/>
      <w:r>
        <w:t>5,0),(5,3),(2,6),(0,6). Nilai terbesar 3(</w:t>
      </w:r>
      <w:proofErr w:type="gramStart"/>
      <w:r>
        <w:t>5)+</w:t>
      </w:r>
      <w:proofErr w:type="gramEnd"/>
      <w:r>
        <w:t>2(3)=21.</w:t>
      </w:r>
    </w:p>
    <w:p w14:paraId="76B680FF" w14:textId="77777777" w:rsidR="00365219" w:rsidRDefault="00695781">
      <w:pPr>
        <w:pStyle w:val="Small"/>
      </w:pPr>
      <w:r>
        <w:rPr>
          <w:b/>
        </w:rPr>
        <w:t xml:space="preserve">16. </w:t>
      </w:r>
      <w:proofErr w:type="gramStart"/>
      <w:r>
        <w:t>f(</w:t>
      </w:r>
      <w:proofErr w:type="gramEnd"/>
      <w:r>
        <w:t>4)=3(4)-5=7.</w:t>
      </w:r>
    </w:p>
    <w:p w14:paraId="527FA6F4" w14:textId="77777777" w:rsidR="00365219" w:rsidRDefault="00695781">
      <w:pPr>
        <w:pStyle w:val="Small"/>
      </w:pPr>
      <w:r>
        <w:rPr>
          <w:b/>
        </w:rPr>
        <w:t xml:space="preserve">17. </w:t>
      </w:r>
      <w:r>
        <w:t>Gunakan y=3x+b. Substitusi (2,5): 5=6+b, sehingga b=-1.</w:t>
      </w:r>
    </w:p>
    <w:p w14:paraId="0634C346" w14:textId="77777777" w:rsidR="00365219" w:rsidRDefault="00695781">
      <w:pPr>
        <w:pStyle w:val="Small"/>
      </w:pPr>
      <w:r>
        <w:rPr>
          <w:b/>
        </w:rPr>
        <w:t xml:space="preserve">18. </w:t>
      </w:r>
      <w:r>
        <w:t>Pada y=-3x+12, jika y=0 maka x=4.</w:t>
      </w:r>
    </w:p>
    <w:p w14:paraId="313405BC" w14:textId="77777777" w:rsidR="00365219" w:rsidRDefault="00695781">
      <w:pPr>
        <w:pStyle w:val="Small"/>
      </w:pPr>
      <w:r>
        <w:rPr>
          <w:b/>
        </w:rPr>
        <w:t xml:space="preserve">19. </w:t>
      </w:r>
      <w:r>
        <w:t>f⁻¹(y)=(y-3)/2, sehingga f⁻</w:t>
      </w:r>
      <w:proofErr w:type="gramStart"/>
      <w:r>
        <w:t>¹(</w:t>
      </w:r>
      <w:proofErr w:type="gramEnd"/>
      <w:r>
        <w:t>11)=4.</w:t>
      </w:r>
    </w:p>
    <w:p w14:paraId="33CCC4B4" w14:textId="77777777" w:rsidR="00365219" w:rsidRDefault="00695781">
      <w:pPr>
        <w:pStyle w:val="Small"/>
      </w:pPr>
      <w:r>
        <w:rPr>
          <w:b/>
        </w:rPr>
        <w:t xml:space="preserve">20. </w:t>
      </w:r>
      <w:proofErr w:type="gramStart"/>
      <w:r>
        <w:t>g(</w:t>
      </w:r>
      <w:proofErr w:type="gramEnd"/>
      <w:r>
        <w:t>5)=2, kemudian f(2)=5.</w:t>
      </w:r>
    </w:p>
    <w:p w14:paraId="51A30B33" w14:textId="77777777" w:rsidR="00365219" w:rsidRDefault="00695781">
      <w:pPr>
        <w:pStyle w:val="Small"/>
      </w:pPr>
      <w:r>
        <w:rPr>
          <w:b/>
        </w:rPr>
        <w:t xml:space="preserve">21. </w:t>
      </w:r>
      <w:r>
        <w:t xml:space="preserve">Nilai bertambah 3 setiap x naik 1, sehingga f(x)=3x+4 dan </w:t>
      </w:r>
      <w:proofErr w:type="gramStart"/>
      <w:r>
        <w:t>f(</w:t>
      </w:r>
      <w:proofErr w:type="gramEnd"/>
      <w:r>
        <w:t>5)=19.</w:t>
      </w:r>
    </w:p>
    <w:p w14:paraId="76F18D40" w14:textId="77777777" w:rsidR="00365219" w:rsidRDefault="00695781">
      <w:pPr>
        <w:pStyle w:val="Small"/>
      </w:pPr>
      <w:r>
        <w:rPr>
          <w:b/>
        </w:rPr>
        <w:t xml:space="preserve">22. </w:t>
      </w:r>
      <w:r>
        <w:t xml:space="preserve">Untuk x=2, </w:t>
      </w:r>
      <w:proofErr w:type="gramStart"/>
      <w:r>
        <w:t>f(</w:t>
      </w:r>
      <w:proofErr w:type="gramEnd"/>
      <w:r>
        <w:t>2)=-2, bukan -1. Tiga pernyataan lainnya sesuai karakteristik y=2x-6.</w:t>
      </w:r>
    </w:p>
    <w:p w14:paraId="2BC4B568" w14:textId="77777777" w:rsidR="00365219" w:rsidRDefault="00695781">
      <w:pPr>
        <w:pStyle w:val="Small"/>
      </w:pPr>
      <w:r>
        <w:rPr>
          <w:b/>
        </w:rPr>
        <w:t xml:space="preserve">23. </w:t>
      </w:r>
      <w:r>
        <w:t>Menjumlahkan persamaan memberi 3x=9 sehingga x=3 dan y=2; semua pernyataan benar.</w:t>
      </w:r>
    </w:p>
    <w:p w14:paraId="347012A6" w14:textId="77777777" w:rsidR="00365219" w:rsidRDefault="00695781">
      <w:pPr>
        <w:pStyle w:val="Small"/>
      </w:pPr>
      <w:r>
        <w:rPr>
          <w:b/>
        </w:rPr>
        <w:t xml:space="preserve">24. </w:t>
      </w:r>
      <w:r>
        <w:t>Uji setiap titik. (0,6), (4,0), dan (2,2) memenuhi semua pertidaksamaan; (3,3) dan (5,1) melanggar 2x+y≤8.</w:t>
      </w:r>
    </w:p>
    <w:p w14:paraId="4A88492A" w14:textId="77777777" w:rsidR="00365219" w:rsidRDefault="00695781">
      <w:pPr>
        <w:pStyle w:val="Small"/>
      </w:pPr>
      <w:r>
        <w:rPr>
          <w:b/>
        </w:rPr>
        <w:t xml:space="preserve">25. </w:t>
      </w:r>
      <w:r>
        <w:t>Masing-masing pernyataan memberi satu persamaan dengan dua variabel. Bersama-sama keduanya menentukan x=6 dan y=3.</w:t>
      </w:r>
    </w:p>
    <w:p w14:paraId="696BA872" w14:textId="77777777" w:rsidR="00365219" w:rsidRDefault="00695781">
      <w:pPr>
        <w:pStyle w:val="Small"/>
      </w:pPr>
      <w:r>
        <w:rPr>
          <w:b/>
        </w:rPr>
        <w:t xml:space="preserve">26. </w:t>
      </w:r>
      <w:r>
        <w:t>Dalam ribuan: 3d+2a=190 dan 2d+3a=160. Diperoleh d=50 dan a=20. Jadi d+4a=130.</w:t>
      </w:r>
    </w:p>
    <w:p w14:paraId="622A1599" w14:textId="77777777" w:rsidR="00365219" w:rsidRDefault="00695781">
      <w:pPr>
        <w:pStyle w:val="Small"/>
      </w:pPr>
      <w:r>
        <w:rPr>
          <w:b/>
        </w:rPr>
        <w:t xml:space="preserve">27. </w:t>
      </w:r>
      <w:r>
        <w:t>Dalam ribuan: 3b+2p=30, 2b+5p=31. Diperoleh b=8 dan p=3, sehingga b+p=11.</w:t>
      </w:r>
    </w:p>
    <w:p w14:paraId="038B75EA" w14:textId="77777777" w:rsidR="00365219" w:rsidRDefault="00695781">
      <w:pPr>
        <w:pStyle w:val="Small"/>
      </w:pPr>
      <w:r>
        <w:rPr>
          <w:b/>
        </w:rPr>
        <w:t xml:space="preserve">28. </w:t>
      </w:r>
      <w:r>
        <w:t>Solusi sistem adalah m=12, l=15, a=8. Maka 3m+l=51 ribu.</w:t>
      </w:r>
    </w:p>
    <w:p w14:paraId="183731A1" w14:textId="77777777" w:rsidR="00365219" w:rsidRDefault="00695781">
      <w:pPr>
        <w:pStyle w:val="Small"/>
      </w:pPr>
      <w:r>
        <w:rPr>
          <w:b/>
        </w:rPr>
        <w:t xml:space="preserve">29. </w:t>
      </w:r>
      <w:r>
        <w:t>Misal x+y=34 dan x=2y+4. Diperoleh y=10 dan x=24, sehingga selisihnya 14.</w:t>
      </w:r>
    </w:p>
    <w:p w14:paraId="1877B9FE" w14:textId="77777777" w:rsidR="00365219" w:rsidRDefault="00695781">
      <w:pPr>
        <w:pStyle w:val="Small"/>
      </w:pPr>
      <w:r>
        <w:rPr>
          <w:b/>
        </w:rPr>
        <w:t xml:space="preserve">30. </w:t>
      </w:r>
      <w:r>
        <w:t>Misal m mobil dan s motor. m+s=40 dan 4m+2s=116. Diperoleh 2m=36 sehingga m=18.</w:t>
      </w:r>
    </w:p>
    <w:p w14:paraId="44270A35" w14:textId="77777777" w:rsidR="00365219" w:rsidRDefault="00695781">
      <w:pPr>
        <w:pStyle w:val="Small"/>
      </w:pPr>
      <w:r>
        <w:rPr>
          <w:b/>
        </w:rPr>
        <w:t xml:space="preserve">31. </w:t>
      </w:r>
      <w:r>
        <w:t>Substitusi x=2 dan y=3 ke kx+y=7: 2k+3=7 sehingga k=2.</w:t>
      </w:r>
    </w:p>
    <w:p w14:paraId="28BF714A" w14:textId="77777777" w:rsidR="00365219" w:rsidRDefault="00695781">
      <w:pPr>
        <w:pStyle w:val="Small"/>
      </w:pPr>
      <w:r>
        <w:rPr>
          <w:b/>
        </w:rPr>
        <w:t xml:space="preserve">32. </w:t>
      </w:r>
      <w:r>
        <w:t>Model: 15.000+5.000x≤55.000 sehingga x≤8.</w:t>
      </w:r>
    </w:p>
    <w:p w14:paraId="5369FC26" w14:textId="77777777" w:rsidR="00365219" w:rsidRDefault="00695781">
      <w:pPr>
        <w:pStyle w:val="Small"/>
      </w:pPr>
      <w:r>
        <w:rPr>
          <w:b/>
        </w:rPr>
        <w:t xml:space="preserve">33. </w:t>
      </w:r>
      <w:r>
        <w:t>Keterbatasan waktu memberi 4x+2y≤40, sedangkan total produk paling banyak 14 memberi x+y≤14.</w:t>
      </w:r>
    </w:p>
    <w:p w14:paraId="23FB1699" w14:textId="77777777" w:rsidR="00365219" w:rsidRDefault="00695781">
      <w:pPr>
        <w:pStyle w:val="Small"/>
      </w:pPr>
      <w:r>
        <w:rPr>
          <w:b/>
        </w:rPr>
        <w:t xml:space="preserve">34. </w:t>
      </w:r>
      <w:r>
        <w:t>Menyelesaikan x+y=10 dan 2x+y=14 memberi x=4 dan y=6.</w:t>
      </w:r>
    </w:p>
    <w:p w14:paraId="729EA86C" w14:textId="77777777" w:rsidR="00365219" w:rsidRDefault="00695781">
      <w:pPr>
        <w:pStyle w:val="Small"/>
      </w:pPr>
      <w:r>
        <w:rPr>
          <w:b/>
        </w:rPr>
        <w:t xml:space="preserve">35. </w:t>
      </w:r>
      <w:r>
        <w:t>Titik pojok: (0,0</w:t>
      </w:r>
      <w:proofErr w:type="gramStart"/>
      <w:r>
        <w:t>),(</w:t>
      </w:r>
      <w:proofErr w:type="gramEnd"/>
      <w:r>
        <w:t>7,0),(4,6),(0,10). Nilai P berturut-turut 0,28,34,30; maksimum 34.</w:t>
      </w:r>
    </w:p>
    <w:p w14:paraId="4BB023F4" w14:textId="77777777" w:rsidR="00365219" w:rsidRDefault="00695781">
      <w:pPr>
        <w:pStyle w:val="Small"/>
      </w:pPr>
      <w:r>
        <w:rPr>
          <w:b/>
        </w:rPr>
        <w:t xml:space="preserve">36. </w:t>
      </w:r>
      <w:r>
        <w:t>Titik batas relevan (8,0), (2,6), dan (0,10). Nilai C adalah 24,36,50; minimum 24.</w:t>
      </w:r>
    </w:p>
    <w:p w14:paraId="3F60370F" w14:textId="77777777" w:rsidR="00365219" w:rsidRDefault="00695781">
      <w:pPr>
        <w:pStyle w:val="Small"/>
      </w:pPr>
      <w:r>
        <w:rPr>
          <w:b/>
        </w:rPr>
        <w:t xml:space="preserve">37. </w:t>
      </w:r>
      <w:r>
        <w:t>Titik pojok termasuk (10,0</w:t>
      </w:r>
      <w:proofErr w:type="gramStart"/>
      <w:r>
        <w:t>),(</w:t>
      </w:r>
      <w:proofErr w:type="gramEnd"/>
      <w:r>
        <w:t>8,4),(0,8). Laba (ribu) masing-masing 300,320,160; maksimum 320.</w:t>
      </w:r>
    </w:p>
    <w:p w14:paraId="692D181B" w14:textId="77777777" w:rsidR="00365219" w:rsidRDefault="00695781">
      <w:pPr>
        <w:pStyle w:val="Small"/>
      </w:pPr>
      <w:r>
        <w:rPr>
          <w:b/>
        </w:rPr>
        <w:t xml:space="preserve">38. </w:t>
      </w:r>
      <w:r>
        <w:t>0,7=0,03x-60,2 sehingga 0,03x=60,9 dan x=2030.</w:t>
      </w:r>
    </w:p>
    <w:p w14:paraId="0202C5F7" w14:textId="77777777" w:rsidR="00365219" w:rsidRDefault="00695781">
      <w:pPr>
        <w:pStyle w:val="Small"/>
      </w:pPr>
      <w:r>
        <w:rPr>
          <w:b/>
        </w:rPr>
        <w:t xml:space="preserve">39. </w:t>
      </w:r>
      <w:r>
        <w:t>Biaya akhir =0,8(0,9</w:t>
      </w:r>
      <w:proofErr w:type="gramStart"/>
      <w:r>
        <w:t>x)=</w:t>
      </w:r>
      <w:proofErr w:type="gramEnd"/>
      <w:r>
        <w:t>0,72x. Maka x=216.000/0,72=300.000.</w:t>
      </w:r>
    </w:p>
    <w:p w14:paraId="3F713566" w14:textId="77777777" w:rsidR="00365219" w:rsidRDefault="00695781">
      <w:pPr>
        <w:pStyle w:val="Small"/>
      </w:pPr>
      <w:r>
        <w:rPr>
          <w:b/>
        </w:rPr>
        <w:t xml:space="preserve">40. </w:t>
      </w:r>
      <w:r>
        <w:t>Gradien</w:t>
      </w:r>
      <w:proofErr w:type="gramStart"/>
      <w:r>
        <w:t>=(</w:t>
      </w:r>
      <w:proofErr w:type="gramEnd"/>
      <w:r>
        <w:t>15-7)/(6-2)=2. Dengan titik (2,7), 7=4+b sehingga b=3.</w:t>
      </w:r>
    </w:p>
    <w:p w14:paraId="751A6B63" w14:textId="77777777" w:rsidR="00365219" w:rsidRDefault="00695781">
      <w:pPr>
        <w:pStyle w:val="Small"/>
      </w:pPr>
      <w:r>
        <w:rPr>
          <w:b/>
        </w:rPr>
        <w:t xml:space="preserve">41. </w:t>
      </w:r>
      <w:r>
        <w:t>C minimum saat t=0 yaitu 5, dan maksimum saat t=8 yaitu 29.</w:t>
      </w:r>
    </w:p>
    <w:p w14:paraId="1196A3F0" w14:textId="77777777" w:rsidR="00365219" w:rsidRDefault="00695781">
      <w:pPr>
        <w:pStyle w:val="Small"/>
      </w:pPr>
      <w:r>
        <w:rPr>
          <w:b/>
        </w:rPr>
        <w:t xml:space="preserve">42. </w:t>
      </w:r>
      <w:r>
        <w:t>d=C⁻</w:t>
      </w:r>
      <w:proofErr w:type="gramStart"/>
      <w:r>
        <w:t>¹(</w:t>
      </w:r>
      <w:proofErr w:type="gramEnd"/>
      <w:r>
        <w:t>35.000)=(35.000-7.000)/4.000=7 km.</w:t>
      </w:r>
    </w:p>
    <w:p w14:paraId="5B1BE21D" w14:textId="77777777" w:rsidR="00365219" w:rsidRDefault="00695781">
      <w:pPr>
        <w:pStyle w:val="Small"/>
      </w:pPr>
      <w:r>
        <w:rPr>
          <w:b/>
        </w:rPr>
        <w:t xml:space="preserve">43. </w:t>
      </w:r>
      <w:proofErr w:type="gramStart"/>
      <w:r>
        <w:t>g(</w:t>
      </w:r>
      <w:proofErr w:type="gramEnd"/>
      <w:r>
        <w:t>100)=80, kemudian f(80)=96.</w:t>
      </w:r>
    </w:p>
    <w:p w14:paraId="57BE47A7" w14:textId="77777777" w:rsidR="00365219" w:rsidRDefault="00695781">
      <w:pPr>
        <w:pStyle w:val="Small"/>
      </w:pPr>
      <w:r>
        <w:rPr>
          <w:b/>
        </w:rPr>
        <w:t xml:space="preserve">44. </w:t>
      </w:r>
      <w:r>
        <w:t>Untuk x=2, y=4, sehingga pernyataan terakhir salah; yang lain benar.</w:t>
      </w:r>
    </w:p>
    <w:p w14:paraId="39CFB8B2" w14:textId="77777777" w:rsidR="00365219" w:rsidRDefault="00695781">
      <w:pPr>
        <w:pStyle w:val="Small"/>
      </w:pPr>
      <w:r>
        <w:rPr>
          <w:b/>
        </w:rPr>
        <w:t xml:space="preserve">45. </w:t>
      </w:r>
      <w:r>
        <w:t>Nilai P di (4,</w:t>
      </w:r>
      <w:proofErr w:type="gramStart"/>
      <w:r>
        <w:t>6)=</w:t>
      </w:r>
      <w:proofErr w:type="gramEnd"/>
      <w:r>
        <w:t>34, lebih besar daripada 28 dan 30, sehingga maksimum bukan di (7,0).</w:t>
      </w:r>
    </w:p>
    <w:p w14:paraId="70ED5522" w14:textId="77777777" w:rsidR="00365219" w:rsidRDefault="00695781">
      <w:pPr>
        <w:pStyle w:val="Small"/>
      </w:pPr>
      <w:r>
        <w:rPr>
          <w:b/>
        </w:rPr>
        <w:t xml:space="preserve">46. </w:t>
      </w:r>
      <w:r>
        <w:t>(1,8</w:t>
      </w:r>
      <w:proofErr w:type="gramStart"/>
      <w:r>
        <w:t>),(</w:t>
      </w:r>
      <w:proofErr w:type="gramEnd"/>
      <w:r>
        <w:t>2,6),(3,4) memberi 2x+y=10. (4,</w:t>
      </w:r>
      <w:proofErr w:type="gramStart"/>
      <w:r>
        <w:t>3)=</w:t>
      </w:r>
      <w:proofErr w:type="gramEnd"/>
      <w:r>
        <w:t>11 dan (5,2)=12 sehingga tidak memenuhi.</w:t>
      </w:r>
    </w:p>
    <w:p w14:paraId="5BE7FCB3" w14:textId="77777777" w:rsidR="00365219" w:rsidRDefault="00695781">
      <w:pPr>
        <w:pStyle w:val="Small"/>
      </w:pPr>
      <w:r>
        <w:rPr>
          <w:b/>
        </w:rPr>
        <w:t xml:space="preserve">47. </w:t>
      </w:r>
      <w:r>
        <w:t>Empat pernyataan pertama benar. Titik potong sumbu-x memenuhi 3x-2=0, yaitu x=2/3, bukan 2.</w:t>
      </w:r>
    </w:p>
    <w:p w14:paraId="6DD648E6" w14:textId="77777777" w:rsidR="00365219" w:rsidRDefault="00695781">
      <w:pPr>
        <w:pStyle w:val="Small"/>
      </w:pPr>
      <w:r>
        <w:rPr>
          <w:b/>
        </w:rPr>
        <w:t xml:space="preserve">48. </w:t>
      </w:r>
      <w:r>
        <w:t>Solusi (4,3). Maka x²-y²=16-9=7, sehingga pernyataan 5 salah.</w:t>
      </w:r>
    </w:p>
    <w:p w14:paraId="50B792A5" w14:textId="77777777" w:rsidR="00365219" w:rsidRDefault="00695781">
      <w:pPr>
        <w:pStyle w:val="Small"/>
      </w:pPr>
      <w:r>
        <w:rPr>
          <w:b/>
        </w:rPr>
        <w:t xml:space="preserve">49. </w:t>
      </w:r>
      <w:r>
        <w:t>Pernyataan (1) saja belum menentukan y karena x belum diketahui; (2) saja juga belum. Bersama-sama y=6.</w:t>
      </w:r>
    </w:p>
    <w:p w14:paraId="2D819DC8" w14:textId="77777777" w:rsidR="00365219" w:rsidRDefault="00695781">
      <w:pPr>
        <w:pStyle w:val="Small"/>
      </w:pPr>
      <w:r>
        <w:rPr>
          <w:b/>
        </w:rPr>
        <w:t xml:space="preserve">50. </w:t>
      </w:r>
      <w:r>
        <w:t>Dua titik diperlukan untuk menentukan fungsi linear. Bersama-sama diperoleh a=</w:t>
      </w:r>
      <w:proofErr w:type="gramStart"/>
      <w:r>
        <w:t>2,b</w:t>
      </w:r>
      <w:proofErr w:type="gramEnd"/>
      <w:r>
        <w:t>=1 sehingga f(5)=11.</w:t>
      </w:r>
    </w:p>
    <w:p w14:paraId="608ED354" w14:textId="77777777" w:rsidR="00365219" w:rsidRDefault="00695781">
      <w:pPr>
        <w:pStyle w:val="Small"/>
      </w:pPr>
      <w:r>
        <w:rPr>
          <w:b/>
        </w:rPr>
        <w:t xml:space="preserve">51. </w:t>
      </w:r>
      <w:r>
        <w:t>Dari sistem diperoleh m=</w:t>
      </w:r>
      <w:proofErr w:type="gramStart"/>
      <w:r>
        <w:t>12,l</w:t>
      </w:r>
      <w:proofErr w:type="gramEnd"/>
      <w:r>
        <w:t>=15,a=8. Maka 2l+3a=30+24=54 ribu.</w:t>
      </w:r>
    </w:p>
    <w:p w14:paraId="624E16E7" w14:textId="77777777" w:rsidR="00365219" w:rsidRDefault="00695781">
      <w:pPr>
        <w:pStyle w:val="Small"/>
      </w:pPr>
      <w:r>
        <w:rPr>
          <w:b/>
        </w:rPr>
        <w:t xml:space="preserve">52. </w:t>
      </w:r>
      <w:r>
        <w:t>Solusi sistem adalah A=</w:t>
      </w:r>
      <w:proofErr w:type="gramStart"/>
      <w:r>
        <w:t>20,B</w:t>
      </w:r>
      <w:proofErr w:type="gramEnd"/>
      <w:r>
        <w:t>=30,C=10. Maka 2A+C=50.</w:t>
      </w:r>
    </w:p>
    <w:p w14:paraId="68D19081" w14:textId="77777777" w:rsidR="00365219" w:rsidRDefault="00695781">
      <w:pPr>
        <w:pStyle w:val="Small"/>
      </w:pPr>
      <w:r>
        <w:rPr>
          <w:b/>
        </w:rPr>
        <w:t xml:space="preserve">53. </w:t>
      </w:r>
      <w:r>
        <w:t>Determinan matriks koefisien =2k-2=2(k-1). Solusi tunggal jika determinan tidak nol, yaitu k≠1.</w:t>
      </w:r>
    </w:p>
    <w:p w14:paraId="4AA196FB" w14:textId="77777777" w:rsidR="00365219" w:rsidRDefault="00695781">
      <w:pPr>
        <w:pStyle w:val="Small"/>
      </w:pPr>
      <w:r>
        <w:rPr>
          <w:b/>
        </w:rPr>
        <w:t xml:space="preserve">54. </w:t>
      </w:r>
      <w:r>
        <w:t>Semua persamaan merupakan kelipatan persamaan pertama, sehingga mewakili garis yang sama dan memiliki tak hingga solusi.</w:t>
      </w:r>
    </w:p>
    <w:p w14:paraId="3429E729" w14:textId="77777777" w:rsidR="00365219" w:rsidRDefault="00695781">
      <w:pPr>
        <w:pStyle w:val="Small"/>
      </w:pPr>
      <w:r>
        <w:rPr>
          <w:b/>
        </w:rPr>
        <w:t xml:space="preserve">55. </w:t>
      </w:r>
      <w:r>
        <w:t>Dalam ribuan: 2b+p=19 dan b+3p=17. Diperoleh b=</w:t>
      </w:r>
      <w:proofErr w:type="gramStart"/>
      <w:r>
        <w:t>8,p</w:t>
      </w:r>
      <w:proofErr w:type="gramEnd"/>
      <w:r>
        <w:t>=3. Jadi 5b+5p=55 ribu.</w:t>
      </w:r>
    </w:p>
    <w:p w14:paraId="4695F0C7" w14:textId="77777777" w:rsidR="00365219" w:rsidRDefault="00695781">
      <w:pPr>
        <w:pStyle w:val="Small"/>
      </w:pPr>
      <w:r>
        <w:rPr>
          <w:b/>
        </w:rPr>
        <w:t xml:space="preserve">56. </w:t>
      </w:r>
      <w:r>
        <w:t>Perpotongan x+y=12 dan x+2y=16 memberi (8,4). Potong sumbu memberi (12,0) dan (0,8), ditambah (0,0).</w:t>
      </w:r>
    </w:p>
    <w:p w14:paraId="0142D6D1" w14:textId="77777777" w:rsidR="00365219" w:rsidRDefault="00695781">
      <w:pPr>
        <w:pStyle w:val="Small"/>
      </w:pPr>
      <w:r>
        <w:rPr>
          <w:b/>
        </w:rPr>
        <w:t xml:space="preserve">57. </w:t>
      </w:r>
      <w:r>
        <w:t>Titik pojok: (0,0</w:t>
      </w:r>
      <w:proofErr w:type="gramStart"/>
      <w:r>
        <w:t>),(</w:t>
      </w:r>
      <w:proofErr w:type="gramEnd"/>
      <w:r>
        <w:t>8,0),(6,4),(0,6). Nilai P: 0,40,46,24. Maksimum 46.</w:t>
      </w:r>
    </w:p>
    <w:p w14:paraId="7C37BF34" w14:textId="77777777" w:rsidR="00365219" w:rsidRDefault="00695781">
      <w:pPr>
        <w:pStyle w:val="Small"/>
      </w:pPr>
      <w:r>
        <w:rPr>
          <w:b/>
        </w:rPr>
        <w:lastRenderedPageBreak/>
        <w:t xml:space="preserve">58. </w:t>
      </w:r>
      <w:r>
        <w:t>Titik pojok (10,0</w:t>
      </w:r>
      <w:proofErr w:type="gramStart"/>
      <w:r>
        <w:t>),(</w:t>
      </w:r>
      <w:proofErr w:type="gramEnd"/>
      <w:r>
        <w:t>8,4),(0,8). Keuntungan (ribu) 400,440,240. Maksimum 440.</w:t>
      </w:r>
    </w:p>
    <w:p w14:paraId="01AF1F56" w14:textId="77777777" w:rsidR="00365219" w:rsidRDefault="00695781">
      <w:pPr>
        <w:pStyle w:val="Small"/>
      </w:pPr>
      <w:r>
        <w:rPr>
          <w:b/>
        </w:rPr>
        <w:t xml:space="preserve">59. </w:t>
      </w:r>
      <w:r>
        <w:t>Titik batas relevan (0,14</w:t>
      </w:r>
      <w:proofErr w:type="gramStart"/>
      <w:r>
        <w:t>),(</w:t>
      </w:r>
      <w:proofErr w:type="gramEnd"/>
      <w:r>
        <w:t>4,6),(10,0). Nilai C:56,48,60. Minimum 48.</w:t>
      </w:r>
    </w:p>
    <w:p w14:paraId="3651E568" w14:textId="77777777" w:rsidR="00365219" w:rsidRDefault="00695781">
      <w:pPr>
        <w:pStyle w:val="Small"/>
      </w:pPr>
      <w:r>
        <w:rPr>
          <w:b/>
        </w:rPr>
        <w:t xml:space="preserve">60. </w:t>
      </w:r>
      <w:r>
        <w:t>Total karbohidrat 3x+2y harus ≥30 dan protein x+2y harus ≥24.</w:t>
      </w:r>
    </w:p>
    <w:p w14:paraId="7EDAA557" w14:textId="77777777" w:rsidR="00365219" w:rsidRDefault="00695781">
      <w:pPr>
        <w:pStyle w:val="Small"/>
      </w:pPr>
      <w:r>
        <w:rPr>
          <w:b/>
        </w:rPr>
        <w:t xml:space="preserve">61. </w:t>
      </w:r>
      <w:r>
        <w:t>Dari grafik y=2x+3, a=2 dan b=3 sehingga a+b=5.</w:t>
      </w:r>
    </w:p>
    <w:p w14:paraId="2505F44A" w14:textId="77777777" w:rsidR="00365219" w:rsidRDefault="00695781">
      <w:pPr>
        <w:pStyle w:val="Small"/>
      </w:pPr>
      <w:r>
        <w:rPr>
          <w:b/>
        </w:rPr>
        <w:t xml:space="preserve">62. </w:t>
      </w:r>
      <w:r>
        <w:t>Karena 85&gt;70, gunakan bagian kedua: 70+1,5(x-</w:t>
      </w:r>
      <w:proofErr w:type="gramStart"/>
      <w:r>
        <w:t>10)=</w:t>
      </w:r>
      <w:proofErr w:type="gramEnd"/>
      <w:r>
        <w:t>85, sehingga x-10=10 dan x=20.</w:t>
      </w:r>
    </w:p>
    <w:p w14:paraId="7079941F" w14:textId="77777777" w:rsidR="00365219" w:rsidRDefault="00695781">
      <w:pPr>
        <w:pStyle w:val="Small"/>
      </w:pPr>
      <w:r>
        <w:rPr>
          <w:b/>
        </w:rPr>
        <w:t xml:space="preserve">63. </w:t>
      </w:r>
      <w:proofErr w:type="gramStart"/>
      <w:r>
        <w:t>g(</w:t>
      </w:r>
      <w:proofErr w:type="gramEnd"/>
      <w:r>
        <w:t>4)=13. Karena f⁻¹(y)=(y+2)/3, maka f⁻</w:t>
      </w:r>
      <w:proofErr w:type="gramStart"/>
      <w:r>
        <w:t>¹(</w:t>
      </w:r>
      <w:proofErr w:type="gramEnd"/>
      <w:r>
        <w:t>13)=5.</w:t>
      </w:r>
    </w:p>
    <w:p w14:paraId="03344FEB" w14:textId="77777777" w:rsidR="00365219" w:rsidRDefault="00695781">
      <w:pPr>
        <w:pStyle w:val="Small"/>
      </w:pPr>
      <w:r>
        <w:rPr>
          <w:b/>
        </w:rPr>
        <w:t xml:space="preserve">64. </w:t>
      </w:r>
      <w:proofErr w:type="gramStart"/>
      <w:r>
        <w:t>g(</w:t>
      </w:r>
      <w:proofErr w:type="gramEnd"/>
      <w:r>
        <w:t>3)=5, maka f(5)=5a+2=22 sehingga a=4.</w:t>
      </w:r>
    </w:p>
    <w:p w14:paraId="08EA9828" w14:textId="77777777" w:rsidR="00365219" w:rsidRDefault="00695781">
      <w:pPr>
        <w:pStyle w:val="Small"/>
      </w:pPr>
      <w:r>
        <w:rPr>
          <w:b/>
        </w:rPr>
        <w:t xml:space="preserve">65. </w:t>
      </w:r>
      <w:r>
        <w:t>Dari 10=3m+4 diperoleh m=2. Gradien garis tegak lurus adalah -1/2, sehingga y=-1/2 x+1.</w:t>
      </w:r>
    </w:p>
    <w:p w14:paraId="2ADBE956" w14:textId="77777777" w:rsidR="00365219" w:rsidRDefault="00695781">
      <w:pPr>
        <w:pStyle w:val="Small"/>
      </w:pPr>
      <w:r>
        <w:rPr>
          <w:b/>
        </w:rPr>
        <w:t xml:space="preserve">66. </w:t>
      </w:r>
      <w:r>
        <w:t>Empat pernyataan pertama benar. Gradien invers adalah 1/2, bukan 2.</w:t>
      </w:r>
    </w:p>
    <w:p w14:paraId="5193588E" w14:textId="77777777" w:rsidR="00365219" w:rsidRDefault="00695781">
      <w:pPr>
        <w:pStyle w:val="Small"/>
      </w:pPr>
      <w:r>
        <w:rPr>
          <w:b/>
        </w:rPr>
        <w:t xml:space="preserve">67. </w:t>
      </w:r>
      <w:r>
        <w:t>Empat titik pertama memenuhi semua syarat. Titik (5,1) melanggar 2x+y≤10 karena nilainya 11.</w:t>
      </w:r>
    </w:p>
    <w:p w14:paraId="1CB925C1" w14:textId="77777777" w:rsidR="00365219" w:rsidRDefault="00695781">
      <w:pPr>
        <w:pStyle w:val="Small"/>
      </w:pPr>
      <w:r>
        <w:rPr>
          <w:b/>
        </w:rPr>
        <w:t xml:space="preserve">68. </w:t>
      </w:r>
      <w:r>
        <w:t>Nilai terbesar terjadi di (6,4) dengan P=46; jadi pernyataan 5 salah.</w:t>
      </w:r>
    </w:p>
    <w:p w14:paraId="05EA16F6" w14:textId="77777777" w:rsidR="00365219" w:rsidRDefault="00695781">
      <w:pPr>
        <w:pStyle w:val="Small"/>
      </w:pPr>
      <w:r>
        <w:rPr>
          <w:b/>
        </w:rPr>
        <w:t xml:space="preserve">69. </w:t>
      </w:r>
      <w:r>
        <w:t>Substitusi solusi (1,2,3) memenuhi sistem; seluruh nilai yang dinyatakan juga benar.</w:t>
      </w:r>
    </w:p>
    <w:p w14:paraId="007F978A" w14:textId="77777777" w:rsidR="00365219" w:rsidRDefault="00695781">
      <w:pPr>
        <w:pStyle w:val="Small"/>
      </w:pPr>
      <w:r>
        <w:rPr>
          <w:b/>
        </w:rPr>
        <w:t xml:space="preserve">70. </w:t>
      </w:r>
      <w:r>
        <w:t>Semua pernyataan mengikuti definisi invers dan komposisi fungsi.</w:t>
      </w:r>
    </w:p>
    <w:p w14:paraId="39E53724" w14:textId="77777777" w:rsidR="00365219" w:rsidRDefault="00695781">
      <w:pPr>
        <w:pStyle w:val="Small"/>
      </w:pPr>
      <w:r>
        <w:rPr>
          <w:b/>
        </w:rPr>
        <w:t xml:space="preserve">71. </w:t>
      </w:r>
      <w:r>
        <w:t>Sebelum batas gradien 2, setelah batas gradien 1,5 sehingga laju kenaikan justru lebih kecil.</w:t>
      </w:r>
    </w:p>
    <w:p w14:paraId="298127CA" w14:textId="77777777" w:rsidR="00365219" w:rsidRDefault="00695781">
      <w:pPr>
        <w:pStyle w:val="Small"/>
      </w:pPr>
      <w:r>
        <w:rPr>
          <w:b/>
        </w:rPr>
        <w:t xml:space="preserve">72. </w:t>
      </w:r>
      <w:r>
        <w:t>Kedua persamaan bersama-sama menentukan x=5 dan y=5, sehingga x-y=0. Masing-masing belum cukup.</w:t>
      </w:r>
    </w:p>
    <w:p w14:paraId="5AE028CD" w14:textId="77777777" w:rsidR="00365219" w:rsidRDefault="00695781">
      <w:pPr>
        <w:pStyle w:val="Small"/>
      </w:pPr>
      <w:r>
        <w:rPr>
          <w:b/>
        </w:rPr>
        <w:t xml:space="preserve">73. </w:t>
      </w:r>
      <w:r>
        <w:t>Pernyataan (1) saja membentuk daerah segitiga dengan maksimum di (8,0), yaitu 24. Pernyataan (2) saja tidak membatasi y sehingga P tidak memiliki maksimum.</w:t>
      </w:r>
    </w:p>
    <w:p w14:paraId="648A380E" w14:textId="77777777" w:rsidR="00365219" w:rsidRDefault="00695781">
      <w:pPr>
        <w:pStyle w:val="Small"/>
      </w:pPr>
      <w:r>
        <w:rPr>
          <w:b/>
        </w:rPr>
        <w:t xml:space="preserve">74. </w:t>
      </w:r>
      <w:r>
        <w:t>Dua titik bersama-sama menentukan gradien a</w:t>
      </w:r>
      <w:proofErr w:type="gramStart"/>
      <w:r>
        <w:t>=(</w:t>
      </w:r>
      <w:proofErr w:type="gramEnd"/>
      <w:r>
        <w:t>16-7)/(5-2)=3; satu titik saja tidak cukup.</w:t>
      </w:r>
    </w:p>
    <w:p w14:paraId="25956D65" w14:textId="77777777" w:rsidR="00365219" w:rsidRDefault="00695781">
      <w:pPr>
        <w:pStyle w:val="Small"/>
      </w:pPr>
      <w:r>
        <w:rPr>
          <w:b/>
        </w:rPr>
        <w:t xml:space="preserve">75. </w:t>
      </w:r>
      <w:r>
        <w:t>Saat kedua ruas dibagi bilangan negatif, tanda pertidaksamaan harus dibalik. Jawaban yang benar x&lt;-2.</w:t>
      </w:r>
    </w:p>
    <w:p w14:paraId="70927C47" w14:textId="77777777" w:rsidR="00365219" w:rsidRDefault="00695781">
      <w:pPr>
        <w:pStyle w:val="Small"/>
      </w:pPr>
      <w:r>
        <w:rPr>
          <w:b/>
        </w:rPr>
        <w:t xml:space="preserve">76. </w:t>
      </w:r>
      <w:r>
        <w:t>Persamaan kedua harus merupakan kelipatan persamaan pertama: k(x+</w:t>
      </w:r>
      <w:proofErr w:type="gramStart"/>
      <w:r>
        <w:t>y)=</w:t>
      </w:r>
      <w:proofErr w:type="gramEnd"/>
      <w:r>
        <w:t>4. Karena x+y=2, diperlukan 2k=4 sehingga k=2.</w:t>
      </w:r>
    </w:p>
    <w:p w14:paraId="3EB69FA9" w14:textId="77777777" w:rsidR="00365219" w:rsidRDefault="00695781">
      <w:pPr>
        <w:pStyle w:val="Small"/>
      </w:pPr>
      <w:r>
        <w:rPr>
          <w:b/>
        </w:rPr>
        <w:t xml:space="preserve">77. </w:t>
      </w:r>
      <w:r>
        <w:t>Dari x=2y dan x+y=6 diperoleh y=</w:t>
      </w:r>
      <w:proofErr w:type="gramStart"/>
      <w:r>
        <w:t>2,x</w:t>
      </w:r>
      <w:proofErr w:type="gramEnd"/>
      <w:r>
        <w:t>=4. Substitusi 4k-2=2 memberi k=1.</w:t>
      </w:r>
    </w:p>
    <w:p w14:paraId="7F17F793" w14:textId="77777777" w:rsidR="00365219" w:rsidRDefault="00695781">
      <w:pPr>
        <w:pStyle w:val="Small"/>
      </w:pPr>
      <w:r>
        <w:rPr>
          <w:b/>
        </w:rPr>
        <w:t xml:space="preserve">78. </w:t>
      </w:r>
      <w:r>
        <w:t>Solusi x=</w:t>
      </w:r>
      <w:proofErr w:type="gramStart"/>
      <w:r>
        <w:t>20,y</w:t>
      </w:r>
      <w:proofErr w:type="gramEnd"/>
      <w:r>
        <w:t>=30,z=10. Biaya=20(</w:t>
      </w:r>
      <w:proofErr w:type="gramStart"/>
      <w:r>
        <w:t>5)+</w:t>
      </w:r>
      <w:proofErr w:type="gramEnd"/>
      <w:r>
        <w:t>30(7)+10(10)=410 ribu.</w:t>
      </w:r>
    </w:p>
    <w:p w14:paraId="5581B2CB" w14:textId="77777777" w:rsidR="00365219" w:rsidRDefault="00695781">
      <w:pPr>
        <w:pStyle w:val="Small"/>
      </w:pPr>
      <w:r>
        <w:rPr>
          <w:b/>
        </w:rPr>
        <w:t xml:space="preserve">79. </w:t>
      </w:r>
      <w:r>
        <w:t>Misal A=a dan B=72-a. Setelah perpindahan, (a-6)/(78-</w:t>
      </w:r>
      <w:proofErr w:type="gramStart"/>
      <w:r>
        <w:t>a)=</w:t>
      </w:r>
      <w:proofErr w:type="gramEnd"/>
      <w:r>
        <w:t>3/5. Diperoleh 5a-30=234-3a sehingga a=33.</w:t>
      </w:r>
    </w:p>
    <w:p w14:paraId="6BB50144" w14:textId="77777777" w:rsidR="00365219" w:rsidRDefault="00695781">
      <w:pPr>
        <w:pStyle w:val="Small"/>
      </w:pPr>
      <w:r>
        <w:rPr>
          <w:b/>
        </w:rPr>
        <w:t xml:space="preserve">80. </w:t>
      </w:r>
      <w:r>
        <w:t>50+4x=80+2,5x sehingga 1,5x=30 dan x=20.</w:t>
      </w:r>
    </w:p>
    <w:p w14:paraId="19FE80A5" w14:textId="77777777" w:rsidR="00365219" w:rsidRDefault="00695781">
      <w:pPr>
        <w:pStyle w:val="Small"/>
      </w:pPr>
      <w:r>
        <w:rPr>
          <w:b/>
        </w:rPr>
        <w:t xml:space="preserve">81. </w:t>
      </w:r>
      <w:r>
        <w:t>Kata “paling banyak” berarti ≤. Jam mesin:4x+3y≤48; tenaga ahli:2x+3y≤30.</w:t>
      </w:r>
    </w:p>
    <w:p w14:paraId="539A05FE" w14:textId="77777777" w:rsidR="00365219" w:rsidRDefault="00695781">
      <w:pPr>
        <w:pStyle w:val="Small"/>
      </w:pPr>
      <w:r>
        <w:rPr>
          <w:b/>
        </w:rPr>
        <w:t xml:space="preserve">82. </w:t>
      </w:r>
      <w:r>
        <w:t>Kendala 2x+2y≤24 setara x+y≤12, yang otomatis dipenuhi jika x+y≤10.</w:t>
      </w:r>
    </w:p>
    <w:p w14:paraId="56E4C91F" w14:textId="77777777" w:rsidR="00365219" w:rsidRDefault="00695781">
      <w:pPr>
        <w:pStyle w:val="Small"/>
      </w:pPr>
      <w:r>
        <w:rPr>
          <w:b/>
        </w:rPr>
        <w:t xml:space="preserve">83. </w:t>
      </w:r>
      <w:r>
        <w:t>Bandingkan dengan (10,0) dan (0,8): 8p+120≥10p memberi p≤60; 8p+120≥240 memberi p≥15.</w:t>
      </w:r>
    </w:p>
    <w:p w14:paraId="2204A106" w14:textId="77777777" w:rsidR="00365219" w:rsidRDefault="00695781">
      <w:pPr>
        <w:pStyle w:val="Small"/>
      </w:pPr>
      <w:r>
        <w:rPr>
          <w:b/>
        </w:rPr>
        <w:t xml:space="preserve">84. </w:t>
      </w:r>
      <w:r>
        <w:t>Titik pojok relevan: (3,2</w:t>
      </w:r>
      <w:proofErr w:type="gramStart"/>
      <w:r>
        <w:t>),(</w:t>
      </w:r>
      <w:proofErr w:type="gramEnd"/>
      <w:r>
        <w:t>10,2),(3,9). Nilai P:22,50,57. Maksimum 57.</w:t>
      </w:r>
    </w:p>
    <w:p w14:paraId="26A23933" w14:textId="77777777" w:rsidR="00365219" w:rsidRDefault="00695781">
      <w:pPr>
        <w:pStyle w:val="Small"/>
      </w:pPr>
      <w:r>
        <w:rPr>
          <w:b/>
        </w:rPr>
        <w:t xml:space="preserve">85. </w:t>
      </w:r>
      <w:r>
        <w:t>Titik pojok utama (7,0</w:t>
      </w:r>
      <w:proofErr w:type="gramStart"/>
      <w:r>
        <w:t>),(</w:t>
      </w:r>
      <w:proofErr w:type="gramEnd"/>
      <w:r>
        <w:t>5,4),(0,9). Nilai laba 49,55,45; maksimum 55.</w:t>
      </w:r>
    </w:p>
    <w:p w14:paraId="38792116" w14:textId="77777777" w:rsidR="00365219" w:rsidRDefault="00695781">
      <w:pPr>
        <w:pStyle w:val="Small"/>
      </w:pPr>
      <w:r>
        <w:rPr>
          <w:b/>
        </w:rPr>
        <w:t xml:space="preserve">86. </w:t>
      </w:r>
      <w:r>
        <w:t>Kenaikan 45 selama 3 tahun, yaitu 15 per tahun. Tiga tahun setelah 2025:165+45=210.</w:t>
      </w:r>
    </w:p>
    <w:p w14:paraId="19F70E61" w14:textId="77777777" w:rsidR="00365219" w:rsidRDefault="00695781">
      <w:pPr>
        <w:pStyle w:val="Small"/>
      </w:pPr>
      <w:r>
        <w:rPr>
          <w:b/>
        </w:rPr>
        <w:t xml:space="preserve">87. </w:t>
      </w:r>
      <w:r>
        <w:t>Untuk x&gt;10:40+2,5(x-</w:t>
      </w:r>
      <w:proofErr w:type="gramStart"/>
      <w:r>
        <w:t>10)≤</w:t>
      </w:r>
      <w:proofErr w:type="gramEnd"/>
      <w:r>
        <w:t>65, sehingga x-10≤10 dan x≤20.</w:t>
      </w:r>
    </w:p>
    <w:p w14:paraId="35EF5A5C" w14:textId="77777777" w:rsidR="00365219" w:rsidRDefault="00695781">
      <w:pPr>
        <w:pStyle w:val="Small"/>
      </w:pPr>
      <w:r>
        <w:rPr>
          <w:b/>
        </w:rPr>
        <w:t xml:space="preserve">88. </w:t>
      </w:r>
      <w:r>
        <w:t>C</w:t>
      </w:r>
      <w:proofErr w:type="gramStart"/>
      <w:r>
        <w:t>=(</w:t>
      </w:r>
      <w:proofErr w:type="gramEnd"/>
      <w:r>
        <w:t>95-32)/1,8=63/1,8=35.</w:t>
      </w:r>
    </w:p>
    <w:p w14:paraId="3A6A3AF6" w14:textId="77777777" w:rsidR="00365219" w:rsidRDefault="00695781">
      <w:pPr>
        <w:pStyle w:val="Small"/>
      </w:pPr>
      <w:r>
        <w:rPr>
          <w:b/>
        </w:rPr>
        <w:t xml:space="preserve">89. </w:t>
      </w:r>
      <w:proofErr w:type="gramStart"/>
      <w:r>
        <w:t>g(</w:t>
      </w:r>
      <w:proofErr w:type="gramEnd"/>
      <w:r>
        <w:t>100)=90, lalu f(90)=99+2=101.</w:t>
      </w:r>
    </w:p>
    <w:p w14:paraId="1864CA68" w14:textId="77777777" w:rsidR="00365219" w:rsidRDefault="00695781">
      <w:pPr>
        <w:pStyle w:val="Small"/>
      </w:pPr>
      <w:r>
        <w:rPr>
          <w:b/>
        </w:rPr>
        <w:t xml:space="preserve">90. </w:t>
      </w:r>
      <w:r>
        <w:t>120+8x=180+5x sehingga 3x=60 dan x=20.</w:t>
      </w:r>
    </w:p>
    <w:p w14:paraId="6DB5C5DB" w14:textId="77777777" w:rsidR="00365219" w:rsidRDefault="00695781">
      <w:pPr>
        <w:pStyle w:val="Small"/>
      </w:pPr>
      <w:r>
        <w:rPr>
          <w:b/>
        </w:rPr>
        <w:t xml:space="preserve">91. </w:t>
      </w:r>
      <w:r>
        <w:t>Gradien</w:t>
      </w:r>
      <w:proofErr w:type="gramStart"/>
      <w:r>
        <w:t>=(</w:t>
      </w:r>
      <w:proofErr w:type="gramEnd"/>
      <w:r>
        <w:t xml:space="preserve">75-35)/(30-10)=2. Fungsi y=2x+15, sehingga </w:t>
      </w:r>
      <w:proofErr w:type="gramStart"/>
      <w:r>
        <w:t>y(</w:t>
      </w:r>
      <w:proofErr w:type="gramEnd"/>
      <w:r>
        <w:t>22)=59.</w:t>
      </w:r>
    </w:p>
    <w:p w14:paraId="717446BC" w14:textId="77777777" w:rsidR="00365219" w:rsidRDefault="00695781">
      <w:pPr>
        <w:pStyle w:val="Small"/>
      </w:pPr>
      <w:r>
        <w:rPr>
          <w:b/>
        </w:rPr>
        <w:t xml:space="preserve">92. </w:t>
      </w:r>
      <w:r>
        <w:t>Selisih persamaan memberi (k-</w:t>
      </w:r>
      <w:proofErr w:type="gramStart"/>
      <w:r>
        <w:t>1)x</w:t>
      </w:r>
      <w:proofErr w:type="gramEnd"/>
      <w:r>
        <w:t>=2. Jika k=1 terjadi kontradiksi; selain itu tunggal. k=2 memberi x=</w:t>
      </w:r>
      <w:proofErr w:type="gramStart"/>
      <w:r>
        <w:t>2,y</w:t>
      </w:r>
      <w:proofErr w:type="gramEnd"/>
      <w:r>
        <w:t>=3; k=3 memberi x=1. Untuk k=0, persamaan memberi x=-2, sehingga pernyataan 5 salah.</w:t>
      </w:r>
    </w:p>
    <w:p w14:paraId="14CA94F5" w14:textId="77777777" w:rsidR="00365219" w:rsidRDefault="00695781">
      <w:pPr>
        <w:pStyle w:val="Small"/>
      </w:pPr>
      <w:r>
        <w:rPr>
          <w:b/>
        </w:rPr>
        <w:t xml:space="preserve">93. </w:t>
      </w:r>
      <w:r>
        <w:t>Tiga titik pertama memenuhi semua kendala. (5,2) memberi 2x+y=12 dan (3,5) memberi 11, keduanya melanggar batas 10.</w:t>
      </w:r>
    </w:p>
    <w:p w14:paraId="3AC13BD1" w14:textId="77777777" w:rsidR="00365219" w:rsidRDefault="00695781">
      <w:pPr>
        <w:pStyle w:val="Small"/>
      </w:pPr>
      <w:r>
        <w:rPr>
          <w:b/>
        </w:rPr>
        <w:t xml:space="preserve">94. </w:t>
      </w:r>
      <w:r>
        <w:t>f⁻</w:t>
      </w:r>
      <w:proofErr w:type="gramStart"/>
      <w:r>
        <w:t>¹(</w:t>
      </w:r>
      <w:proofErr w:type="gramEnd"/>
      <w:r>
        <w:t>0)=(0-6)/3=-2, sehingga hanya pernyataan 4 yang salah.</w:t>
      </w:r>
    </w:p>
    <w:p w14:paraId="22209F56" w14:textId="77777777" w:rsidR="00365219" w:rsidRDefault="00695781">
      <w:pPr>
        <w:pStyle w:val="Small"/>
      </w:pPr>
      <w:r>
        <w:rPr>
          <w:b/>
        </w:rPr>
        <w:t xml:space="preserve">95. </w:t>
      </w:r>
      <w:r>
        <w:t>Komposisi menghasilkan 2x+7 dan 2x+3 sehingga tidak sama untuk semua x; empat pernyataan pertama benar.</w:t>
      </w:r>
    </w:p>
    <w:p w14:paraId="588D7AFC" w14:textId="77777777" w:rsidR="00365219" w:rsidRDefault="00695781">
      <w:pPr>
        <w:pStyle w:val="Small"/>
      </w:pPr>
      <w:r>
        <w:rPr>
          <w:b/>
        </w:rPr>
        <w:t xml:space="preserve">96. </w:t>
      </w:r>
      <w:r>
        <w:t>Nilai fungsi tujuan pada titik pojok membuktikan seluruh pernyataan: untuk p=40 optimum (8,4); p=70 menguntungkan (10,0); p=10 menguntungkan (0,8).</w:t>
      </w:r>
    </w:p>
    <w:p w14:paraId="46B40018" w14:textId="77777777" w:rsidR="00365219" w:rsidRDefault="00695781">
      <w:pPr>
        <w:pStyle w:val="Small"/>
      </w:pPr>
      <w:r>
        <w:rPr>
          <w:b/>
        </w:rPr>
        <w:t xml:space="preserve">97. </w:t>
      </w:r>
      <w:proofErr w:type="gramStart"/>
      <w:r>
        <w:t>C(</w:t>
      </w:r>
      <w:proofErr w:type="gramEnd"/>
      <w:r>
        <w:t>5)=10+15=25, bukan 30. Pernyataan lainnya benar.</w:t>
      </w:r>
    </w:p>
    <w:p w14:paraId="02747DCD" w14:textId="77777777" w:rsidR="00365219" w:rsidRDefault="00695781">
      <w:pPr>
        <w:pStyle w:val="Small"/>
      </w:pPr>
      <w:r>
        <w:rPr>
          <w:b/>
        </w:rPr>
        <w:t xml:space="preserve">98. </w:t>
      </w:r>
      <w:r>
        <w:t>Bersama-sama kedua pernyataan memberi z=5. Masing-masing saja tidak cukup.</w:t>
      </w:r>
    </w:p>
    <w:p w14:paraId="4A0AD639" w14:textId="77777777" w:rsidR="00365219" w:rsidRDefault="00695781">
      <w:pPr>
        <w:pStyle w:val="Small"/>
      </w:pPr>
      <w:r>
        <w:rPr>
          <w:b/>
        </w:rPr>
        <w:t xml:space="preserve">99. </w:t>
      </w:r>
      <w:r>
        <w:t>Dua titik menentukan fungsi linear: a=</w:t>
      </w:r>
      <w:proofErr w:type="gramStart"/>
      <w:r>
        <w:t>3,b</w:t>
      </w:r>
      <w:proofErr w:type="gramEnd"/>
      <w:r>
        <w:t>=1, sehingga f(10)=31. Satu titik saja tidak cukup.</w:t>
      </w:r>
    </w:p>
    <w:p w14:paraId="1CC91DC1" w14:textId="77777777" w:rsidR="00365219" w:rsidRDefault="00695781">
      <w:pPr>
        <w:pStyle w:val="Small"/>
      </w:pPr>
      <w:r>
        <w:rPr>
          <w:b/>
        </w:rPr>
        <w:t xml:space="preserve">100. </w:t>
      </w:r>
      <w:r>
        <w:t>Titik pojok utama (0,30</w:t>
      </w:r>
      <w:proofErr w:type="gramStart"/>
      <w:r>
        <w:t>),(</w:t>
      </w:r>
      <w:proofErr w:type="gramEnd"/>
      <w:r>
        <w:t>15,15),(22,5,0). Laba kotor maksimum di (15,15): P=1.050 ribu. Laba bersih N=0,9(1.050)-20=925 ribu.</w:t>
      </w:r>
    </w:p>
    <w:p w14:paraId="6A8745CF" w14:textId="77777777" w:rsidR="00365219" w:rsidRDefault="00695781">
      <w:r>
        <w:br w:type="page"/>
      </w:r>
    </w:p>
    <w:p w14:paraId="628E0817" w14:textId="77777777" w:rsidR="00365219" w:rsidRDefault="00695781">
      <w:pPr>
        <w:pStyle w:val="Heading1"/>
        <w:jc w:val="center"/>
      </w:pPr>
      <w:r>
        <w:lastRenderedPageBreak/>
        <w:t>MATRIKS BUTIR - ZPD &amp; BERPIKIR KOMPUTASI</w:t>
      </w:r>
    </w:p>
    <w:tbl>
      <w:tblPr>
        <w:tblStyle w:val="TableGrid"/>
        <w:tblW w:w="0" w:type="auto"/>
        <w:jc w:val="center"/>
        <w:tblLook w:val="04A0" w:firstRow="1" w:lastRow="0" w:firstColumn="1" w:lastColumn="0" w:noHBand="0" w:noVBand="1"/>
      </w:tblPr>
      <w:tblGrid>
        <w:gridCol w:w="1409"/>
        <w:gridCol w:w="1409"/>
        <w:gridCol w:w="1409"/>
        <w:gridCol w:w="1409"/>
        <w:gridCol w:w="1409"/>
        <w:gridCol w:w="1409"/>
        <w:gridCol w:w="1409"/>
      </w:tblGrid>
      <w:tr w:rsidR="00365219" w14:paraId="60E03F85" w14:textId="77777777">
        <w:trPr>
          <w:tblHeader/>
          <w:jc w:val="center"/>
        </w:trPr>
        <w:tc>
          <w:tcPr>
            <w:tcW w:w="1409" w:type="dxa"/>
            <w:shd w:val="clear" w:color="auto" w:fill="D9EAF7"/>
            <w:vAlign w:val="center"/>
          </w:tcPr>
          <w:p w14:paraId="7DD937CA" w14:textId="77777777" w:rsidR="00365219" w:rsidRDefault="00695781">
            <w:pPr>
              <w:jc w:val="center"/>
            </w:pPr>
            <w:r>
              <w:rPr>
                <w:b/>
                <w:sz w:val="15"/>
              </w:rPr>
              <w:t>No</w:t>
            </w:r>
          </w:p>
        </w:tc>
        <w:tc>
          <w:tcPr>
            <w:tcW w:w="1409" w:type="dxa"/>
            <w:shd w:val="clear" w:color="auto" w:fill="D9EAF7"/>
            <w:vAlign w:val="center"/>
          </w:tcPr>
          <w:p w14:paraId="113E2DA2" w14:textId="77777777" w:rsidR="00365219" w:rsidRDefault="00695781">
            <w:pPr>
              <w:jc w:val="center"/>
            </w:pPr>
            <w:r>
              <w:rPr>
                <w:b/>
                <w:sz w:val="15"/>
              </w:rPr>
              <w:t>ZPD</w:t>
            </w:r>
          </w:p>
        </w:tc>
        <w:tc>
          <w:tcPr>
            <w:tcW w:w="1409" w:type="dxa"/>
            <w:shd w:val="clear" w:color="auto" w:fill="D9EAF7"/>
            <w:vAlign w:val="center"/>
          </w:tcPr>
          <w:p w14:paraId="19694D09" w14:textId="77777777" w:rsidR="00365219" w:rsidRDefault="00695781">
            <w:pPr>
              <w:jc w:val="center"/>
            </w:pPr>
            <w:r>
              <w:rPr>
                <w:b/>
                <w:sz w:val="15"/>
              </w:rPr>
              <w:t>Materi</w:t>
            </w:r>
          </w:p>
        </w:tc>
        <w:tc>
          <w:tcPr>
            <w:tcW w:w="1409" w:type="dxa"/>
            <w:shd w:val="clear" w:color="auto" w:fill="D9EAF7"/>
            <w:vAlign w:val="center"/>
          </w:tcPr>
          <w:p w14:paraId="77BD1A0C" w14:textId="77777777" w:rsidR="00365219" w:rsidRDefault="00695781">
            <w:pPr>
              <w:jc w:val="center"/>
            </w:pPr>
            <w:r>
              <w:rPr>
                <w:b/>
                <w:sz w:val="15"/>
              </w:rPr>
              <w:t>Proses TKA</w:t>
            </w:r>
          </w:p>
        </w:tc>
        <w:tc>
          <w:tcPr>
            <w:tcW w:w="1409" w:type="dxa"/>
            <w:shd w:val="clear" w:color="auto" w:fill="D9EAF7"/>
            <w:vAlign w:val="center"/>
          </w:tcPr>
          <w:p w14:paraId="2C9D3F03" w14:textId="77777777" w:rsidR="00365219" w:rsidRDefault="00695781">
            <w:pPr>
              <w:jc w:val="center"/>
            </w:pPr>
            <w:r>
              <w:rPr>
                <w:b/>
                <w:sz w:val="15"/>
              </w:rPr>
              <w:t>CT</w:t>
            </w:r>
          </w:p>
        </w:tc>
        <w:tc>
          <w:tcPr>
            <w:tcW w:w="1409" w:type="dxa"/>
            <w:shd w:val="clear" w:color="auto" w:fill="D9EAF7"/>
            <w:vAlign w:val="center"/>
          </w:tcPr>
          <w:p w14:paraId="27872B49" w14:textId="77777777" w:rsidR="00365219" w:rsidRDefault="00695781">
            <w:pPr>
              <w:jc w:val="center"/>
            </w:pPr>
            <w:r>
              <w:rPr>
                <w:b/>
                <w:sz w:val="15"/>
              </w:rPr>
              <w:t>Bentuk</w:t>
            </w:r>
          </w:p>
        </w:tc>
        <w:tc>
          <w:tcPr>
            <w:tcW w:w="1409" w:type="dxa"/>
            <w:shd w:val="clear" w:color="auto" w:fill="D9EAF7"/>
            <w:vAlign w:val="center"/>
          </w:tcPr>
          <w:p w14:paraId="07945728" w14:textId="77777777" w:rsidR="00365219" w:rsidRDefault="00695781">
            <w:pPr>
              <w:jc w:val="center"/>
            </w:pPr>
            <w:r>
              <w:rPr>
                <w:b/>
                <w:sz w:val="15"/>
              </w:rPr>
              <w:t>Kunci</w:t>
            </w:r>
          </w:p>
        </w:tc>
      </w:tr>
      <w:tr w:rsidR="00365219" w14:paraId="7E754F12" w14:textId="77777777">
        <w:trPr>
          <w:cantSplit/>
          <w:jc w:val="center"/>
        </w:trPr>
        <w:tc>
          <w:tcPr>
            <w:tcW w:w="1409" w:type="dxa"/>
            <w:vAlign w:val="center"/>
          </w:tcPr>
          <w:p w14:paraId="15F1AEAE" w14:textId="77777777" w:rsidR="00365219" w:rsidRDefault="00695781">
            <w:pPr>
              <w:jc w:val="center"/>
            </w:pPr>
            <w:r>
              <w:rPr>
                <w:sz w:val="13"/>
              </w:rPr>
              <w:t>1</w:t>
            </w:r>
          </w:p>
        </w:tc>
        <w:tc>
          <w:tcPr>
            <w:tcW w:w="1409" w:type="dxa"/>
            <w:vAlign w:val="center"/>
          </w:tcPr>
          <w:p w14:paraId="73C7091F" w14:textId="77777777" w:rsidR="00365219" w:rsidRDefault="00695781">
            <w:pPr>
              <w:jc w:val="center"/>
            </w:pPr>
            <w:r>
              <w:rPr>
                <w:sz w:val="13"/>
              </w:rPr>
              <w:t>ZPD-1</w:t>
            </w:r>
          </w:p>
        </w:tc>
        <w:tc>
          <w:tcPr>
            <w:tcW w:w="1409" w:type="dxa"/>
            <w:vAlign w:val="center"/>
          </w:tcPr>
          <w:p w14:paraId="35B5E824" w14:textId="77777777" w:rsidR="00365219" w:rsidRDefault="00695781">
            <w:r>
              <w:rPr>
                <w:sz w:val="13"/>
              </w:rPr>
              <w:t>SPL dua variabel</w:t>
            </w:r>
          </w:p>
        </w:tc>
        <w:tc>
          <w:tcPr>
            <w:tcW w:w="1409" w:type="dxa"/>
            <w:vAlign w:val="center"/>
          </w:tcPr>
          <w:p w14:paraId="1E978CEA" w14:textId="77777777" w:rsidR="00365219" w:rsidRDefault="00695781">
            <w:r>
              <w:rPr>
                <w:sz w:val="13"/>
              </w:rPr>
              <w:t>Level 1 - memahami</w:t>
            </w:r>
          </w:p>
        </w:tc>
        <w:tc>
          <w:tcPr>
            <w:tcW w:w="1409" w:type="dxa"/>
            <w:vAlign w:val="center"/>
          </w:tcPr>
          <w:p w14:paraId="3705ACB3" w14:textId="77777777" w:rsidR="00365219" w:rsidRDefault="00695781">
            <w:pPr>
              <w:jc w:val="center"/>
            </w:pPr>
            <w:r>
              <w:rPr>
                <w:sz w:val="13"/>
              </w:rPr>
              <w:t>AL</w:t>
            </w:r>
          </w:p>
        </w:tc>
        <w:tc>
          <w:tcPr>
            <w:tcW w:w="1409" w:type="dxa"/>
            <w:vAlign w:val="center"/>
          </w:tcPr>
          <w:p w14:paraId="6FBF11A3" w14:textId="77777777" w:rsidR="00365219" w:rsidRDefault="00695781">
            <w:r>
              <w:rPr>
                <w:sz w:val="13"/>
              </w:rPr>
              <w:t>PG</w:t>
            </w:r>
          </w:p>
        </w:tc>
        <w:tc>
          <w:tcPr>
            <w:tcW w:w="1409" w:type="dxa"/>
            <w:vAlign w:val="center"/>
          </w:tcPr>
          <w:p w14:paraId="1014866A" w14:textId="77777777" w:rsidR="00365219" w:rsidRDefault="00695781">
            <w:pPr>
              <w:jc w:val="center"/>
            </w:pPr>
            <w:r>
              <w:rPr>
                <w:sz w:val="13"/>
              </w:rPr>
              <w:t>D</w:t>
            </w:r>
          </w:p>
        </w:tc>
      </w:tr>
      <w:tr w:rsidR="00365219" w14:paraId="6207C333" w14:textId="77777777">
        <w:trPr>
          <w:cantSplit/>
          <w:jc w:val="center"/>
        </w:trPr>
        <w:tc>
          <w:tcPr>
            <w:tcW w:w="1409" w:type="dxa"/>
            <w:vAlign w:val="center"/>
          </w:tcPr>
          <w:p w14:paraId="75675913" w14:textId="77777777" w:rsidR="00365219" w:rsidRDefault="00695781">
            <w:pPr>
              <w:jc w:val="center"/>
            </w:pPr>
            <w:r>
              <w:rPr>
                <w:sz w:val="13"/>
              </w:rPr>
              <w:t>2</w:t>
            </w:r>
          </w:p>
        </w:tc>
        <w:tc>
          <w:tcPr>
            <w:tcW w:w="1409" w:type="dxa"/>
            <w:vAlign w:val="center"/>
          </w:tcPr>
          <w:p w14:paraId="18D131B4" w14:textId="77777777" w:rsidR="00365219" w:rsidRDefault="00695781">
            <w:pPr>
              <w:jc w:val="center"/>
            </w:pPr>
            <w:r>
              <w:rPr>
                <w:sz w:val="13"/>
              </w:rPr>
              <w:t>ZPD-1</w:t>
            </w:r>
          </w:p>
        </w:tc>
        <w:tc>
          <w:tcPr>
            <w:tcW w:w="1409" w:type="dxa"/>
            <w:vAlign w:val="center"/>
          </w:tcPr>
          <w:p w14:paraId="2C6C8D59" w14:textId="77777777" w:rsidR="00365219" w:rsidRDefault="00695781">
            <w:r>
              <w:rPr>
                <w:sz w:val="13"/>
              </w:rPr>
              <w:t>SPL dua variabel</w:t>
            </w:r>
          </w:p>
        </w:tc>
        <w:tc>
          <w:tcPr>
            <w:tcW w:w="1409" w:type="dxa"/>
            <w:vAlign w:val="center"/>
          </w:tcPr>
          <w:p w14:paraId="5B7769B2" w14:textId="77777777" w:rsidR="00365219" w:rsidRDefault="00695781">
            <w:r>
              <w:rPr>
                <w:sz w:val="13"/>
              </w:rPr>
              <w:t>Level 1 - menghitung</w:t>
            </w:r>
          </w:p>
        </w:tc>
        <w:tc>
          <w:tcPr>
            <w:tcW w:w="1409" w:type="dxa"/>
            <w:vAlign w:val="center"/>
          </w:tcPr>
          <w:p w14:paraId="0F1EADC1" w14:textId="77777777" w:rsidR="00365219" w:rsidRDefault="00695781">
            <w:pPr>
              <w:jc w:val="center"/>
            </w:pPr>
            <w:r>
              <w:rPr>
                <w:sz w:val="13"/>
              </w:rPr>
              <w:t>AL</w:t>
            </w:r>
          </w:p>
        </w:tc>
        <w:tc>
          <w:tcPr>
            <w:tcW w:w="1409" w:type="dxa"/>
            <w:vAlign w:val="center"/>
          </w:tcPr>
          <w:p w14:paraId="26FC81A8" w14:textId="77777777" w:rsidR="00365219" w:rsidRDefault="00695781">
            <w:r>
              <w:rPr>
                <w:sz w:val="13"/>
              </w:rPr>
              <w:t>PG</w:t>
            </w:r>
          </w:p>
        </w:tc>
        <w:tc>
          <w:tcPr>
            <w:tcW w:w="1409" w:type="dxa"/>
            <w:vAlign w:val="center"/>
          </w:tcPr>
          <w:p w14:paraId="4006DAE1" w14:textId="77777777" w:rsidR="00365219" w:rsidRDefault="00695781">
            <w:pPr>
              <w:jc w:val="center"/>
            </w:pPr>
            <w:r>
              <w:rPr>
                <w:sz w:val="13"/>
              </w:rPr>
              <w:t>C</w:t>
            </w:r>
          </w:p>
        </w:tc>
      </w:tr>
      <w:tr w:rsidR="00365219" w14:paraId="12952784" w14:textId="77777777">
        <w:trPr>
          <w:cantSplit/>
          <w:jc w:val="center"/>
        </w:trPr>
        <w:tc>
          <w:tcPr>
            <w:tcW w:w="1409" w:type="dxa"/>
            <w:vAlign w:val="center"/>
          </w:tcPr>
          <w:p w14:paraId="5ED87715" w14:textId="77777777" w:rsidR="00365219" w:rsidRDefault="00695781">
            <w:pPr>
              <w:jc w:val="center"/>
            </w:pPr>
            <w:r>
              <w:rPr>
                <w:sz w:val="13"/>
              </w:rPr>
              <w:t>3</w:t>
            </w:r>
          </w:p>
        </w:tc>
        <w:tc>
          <w:tcPr>
            <w:tcW w:w="1409" w:type="dxa"/>
            <w:vAlign w:val="center"/>
          </w:tcPr>
          <w:p w14:paraId="315D4EA0" w14:textId="77777777" w:rsidR="00365219" w:rsidRDefault="00695781">
            <w:pPr>
              <w:jc w:val="center"/>
            </w:pPr>
            <w:r>
              <w:rPr>
                <w:sz w:val="13"/>
              </w:rPr>
              <w:t>ZPD-1</w:t>
            </w:r>
          </w:p>
        </w:tc>
        <w:tc>
          <w:tcPr>
            <w:tcW w:w="1409" w:type="dxa"/>
            <w:vAlign w:val="center"/>
          </w:tcPr>
          <w:p w14:paraId="639E1C7A" w14:textId="77777777" w:rsidR="00365219" w:rsidRDefault="00695781">
            <w:r>
              <w:rPr>
                <w:sz w:val="13"/>
              </w:rPr>
              <w:t>SPL dua variabel</w:t>
            </w:r>
          </w:p>
        </w:tc>
        <w:tc>
          <w:tcPr>
            <w:tcW w:w="1409" w:type="dxa"/>
            <w:vAlign w:val="center"/>
          </w:tcPr>
          <w:p w14:paraId="43B751AE" w14:textId="77777777" w:rsidR="00365219" w:rsidRDefault="00695781">
            <w:r>
              <w:rPr>
                <w:sz w:val="13"/>
              </w:rPr>
              <w:t>Level 1 - menghitung</w:t>
            </w:r>
          </w:p>
        </w:tc>
        <w:tc>
          <w:tcPr>
            <w:tcW w:w="1409" w:type="dxa"/>
            <w:vAlign w:val="center"/>
          </w:tcPr>
          <w:p w14:paraId="6AC5667C" w14:textId="77777777" w:rsidR="00365219" w:rsidRDefault="00695781">
            <w:pPr>
              <w:jc w:val="center"/>
            </w:pPr>
            <w:r>
              <w:rPr>
                <w:sz w:val="13"/>
              </w:rPr>
              <w:t>AL</w:t>
            </w:r>
          </w:p>
        </w:tc>
        <w:tc>
          <w:tcPr>
            <w:tcW w:w="1409" w:type="dxa"/>
            <w:vAlign w:val="center"/>
          </w:tcPr>
          <w:p w14:paraId="31F9A0ED" w14:textId="77777777" w:rsidR="00365219" w:rsidRDefault="00695781">
            <w:r>
              <w:rPr>
                <w:sz w:val="13"/>
              </w:rPr>
              <w:t>PG</w:t>
            </w:r>
          </w:p>
        </w:tc>
        <w:tc>
          <w:tcPr>
            <w:tcW w:w="1409" w:type="dxa"/>
            <w:vAlign w:val="center"/>
          </w:tcPr>
          <w:p w14:paraId="509F83EE" w14:textId="77777777" w:rsidR="00365219" w:rsidRDefault="00695781">
            <w:pPr>
              <w:jc w:val="center"/>
            </w:pPr>
            <w:r>
              <w:rPr>
                <w:sz w:val="13"/>
              </w:rPr>
              <w:t>C</w:t>
            </w:r>
          </w:p>
        </w:tc>
      </w:tr>
      <w:tr w:rsidR="00365219" w14:paraId="40C538E5" w14:textId="77777777">
        <w:trPr>
          <w:cantSplit/>
          <w:jc w:val="center"/>
        </w:trPr>
        <w:tc>
          <w:tcPr>
            <w:tcW w:w="1409" w:type="dxa"/>
            <w:vAlign w:val="center"/>
          </w:tcPr>
          <w:p w14:paraId="7F19B590" w14:textId="77777777" w:rsidR="00365219" w:rsidRDefault="00695781">
            <w:pPr>
              <w:jc w:val="center"/>
            </w:pPr>
            <w:r>
              <w:rPr>
                <w:sz w:val="13"/>
              </w:rPr>
              <w:t>4</w:t>
            </w:r>
          </w:p>
        </w:tc>
        <w:tc>
          <w:tcPr>
            <w:tcW w:w="1409" w:type="dxa"/>
            <w:vAlign w:val="center"/>
          </w:tcPr>
          <w:p w14:paraId="18574183" w14:textId="77777777" w:rsidR="00365219" w:rsidRDefault="00695781">
            <w:pPr>
              <w:jc w:val="center"/>
            </w:pPr>
            <w:r>
              <w:rPr>
                <w:sz w:val="13"/>
              </w:rPr>
              <w:t>ZPD-1</w:t>
            </w:r>
          </w:p>
        </w:tc>
        <w:tc>
          <w:tcPr>
            <w:tcW w:w="1409" w:type="dxa"/>
            <w:vAlign w:val="center"/>
          </w:tcPr>
          <w:p w14:paraId="6678FD27" w14:textId="77777777" w:rsidR="00365219" w:rsidRDefault="00695781">
            <w:r>
              <w:rPr>
                <w:sz w:val="13"/>
              </w:rPr>
              <w:t>SPL dua variabel</w:t>
            </w:r>
          </w:p>
        </w:tc>
        <w:tc>
          <w:tcPr>
            <w:tcW w:w="1409" w:type="dxa"/>
            <w:vAlign w:val="center"/>
          </w:tcPr>
          <w:p w14:paraId="4A94B4B5" w14:textId="77777777" w:rsidR="00365219" w:rsidRDefault="00695781">
            <w:r>
              <w:rPr>
                <w:sz w:val="13"/>
              </w:rPr>
              <w:t>Level 1 - menghitung</w:t>
            </w:r>
          </w:p>
        </w:tc>
        <w:tc>
          <w:tcPr>
            <w:tcW w:w="1409" w:type="dxa"/>
            <w:vAlign w:val="center"/>
          </w:tcPr>
          <w:p w14:paraId="45E5610A" w14:textId="77777777" w:rsidR="00365219" w:rsidRDefault="00695781">
            <w:pPr>
              <w:jc w:val="center"/>
            </w:pPr>
            <w:r>
              <w:rPr>
                <w:sz w:val="13"/>
              </w:rPr>
              <w:t>AL</w:t>
            </w:r>
          </w:p>
        </w:tc>
        <w:tc>
          <w:tcPr>
            <w:tcW w:w="1409" w:type="dxa"/>
            <w:vAlign w:val="center"/>
          </w:tcPr>
          <w:p w14:paraId="0BC89BF2" w14:textId="77777777" w:rsidR="00365219" w:rsidRDefault="00695781">
            <w:r>
              <w:rPr>
                <w:sz w:val="13"/>
              </w:rPr>
              <w:t>PG</w:t>
            </w:r>
          </w:p>
        </w:tc>
        <w:tc>
          <w:tcPr>
            <w:tcW w:w="1409" w:type="dxa"/>
            <w:vAlign w:val="center"/>
          </w:tcPr>
          <w:p w14:paraId="2A134831" w14:textId="77777777" w:rsidR="00365219" w:rsidRDefault="00695781">
            <w:pPr>
              <w:jc w:val="center"/>
            </w:pPr>
            <w:r>
              <w:rPr>
                <w:sz w:val="13"/>
              </w:rPr>
              <w:t>C</w:t>
            </w:r>
          </w:p>
        </w:tc>
      </w:tr>
      <w:tr w:rsidR="00365219" w14:paraId="0B80A8CF" w14:textId="77777777">
        <w:trPr>
          <w:cantSplit/>
          <w:jc w:val="center"/>
        </w:trPr>
        <w:tc>
          <w:tcPr>
            <w:tcW w:w="1409" w:type="dxa"/>
            <w:vAlign w:val="center"/>
          </w:tcPr>
          <w:p w14:paraId="692492C3" w14:textId="77777777" w:rsidR="00365219" w:rsidRDefault="00695781">
            <w:pPr>
              <w:jc w:val="center"/>
            </w:pPr>
            <w:r>
              <w:rPr>
                <w:sz w:val="13"/>
              </w:rPr>
              <w:t>5</w:t>
            </w:r>
          </w:p>
        </w:tc>
        <w:tc>
          <w:tcPr>
            <w:tcW w:w="1409" w:type="dxa"/>
            <w:vAlign w:val="center"/>
          </w:tcPr>
          <w:p w14:paraId="3B1F406C" w14:textId="77777777" w:rsidR="00365219" w:rsidRDefault="00695781">
            <w:pPr>
              <w:jc w:val="center"/>
            </w:pPr>
            <w:r>
              <w:rPr>
                <w:sz w:val="13"/>
              </w:rPr>
              <w:t>ZPD-1</w:t>
            </w:r>
          </w:p>
        </w:tc>
        <w:tc>
          <w:tcPr>
            <w:tcW w:w="1409" w:type="dxa"/>
            <w:vAlign w:val="center"/>
          </w:tcPr>
          <w:p w14:paraId="38F73332" w14:textId="77777777" w:rsidR="00365219" w:rsidRDefault="00695781">
            <w:r>
              <w:rPr>
                <w:sz w:val="13"/>
              </w:rPr>
              <w:t>SPL dua variabel</w:t>
            </w:r>
          </w:p>
        </w:tc>
        <w:tc>
          <w:tcPr>
            <w:tcW w:w="1409" w:type="dxa"/>
            <w:vAlign w:val="center"/>
          </w:tcPr>
          <w:p w14:paraId="7E73D555" w14:textId="77777777" w:rsidR="00365219" w:rsidRDefault="00695781">
            <w:r>
              <w:rPr>
                <w:sz w:val="13"/>
              </w:rPr>
              <w:t>Level 1 - menghitung</w:t>
            </w:r>
          </w:p>
        </w:tc>
        <w:tc>
          <w:tcPr>
            <w:tcW w:w="1409" w:type="dxa"/>
            <w:vAlign w:val="center"/>
          </w:tcPr>
          <w:p w14:paraId="3CCC2BB8" w14:textId="77777777" w:rsidR="00365219" w:rsidRDefault="00695781">
            <w:pPr>
              <w:jc w:val="center"/>
            </w:pPr>
            <w:r>
              <w:rPr>
                <w:sz w:val="13"/>
              </w:rPr>
              <w:t>AL</w:t>
            </w:r>
          </w:p>
        </w:tc>
        <w:tc>
          <w:tcPr>
            <w:tcW w:w="1409" w:type="dxa"/>
            <w:vAlign w:val="center"/>
          </w:tcPr>
          <w:p w14:paraId="7FB605D6" w14:textId="77777777" w:rsidR="00365219" w:rsidRDefault="00695781">
            <w:r>
              <w:rPr>
                <w:sz w:val="13"/>
              </w:rPr>
              <w:t>PG</w:t>
            </w:r>
          </w:p>
        </w:tc>
        <w:tc>
          <w:tcPr>
            <w:tcW w:w="1409" w:type="dxa"/>
            <w:vAlign w:val="center"/>
          </w:tcPr>
          <w:p w14:paraId="050AD456" w14:textId="77777777" w:rsidR="00365219" w:rsidRDefault="00695781">
            <w:pPr>
              <w:jc w:val="center"/>
            </w:pPr>
            <w:r>
              <w:rPr>
                <w:sz w:val="13"/>
              </w:rPr>
              <w:t>C</w:t>
            </w:r>
          </w:p>
        </w:tc>
      </w:tr>
      <w:tr w:rsidR="00365219" w14:paraId="22A81FA3" w14:textId="77777777">
        <w:trPr>
          <w:cantSplit/>
          <w:jc w:val="center"/>
        </w:trPr>
        <w:tc>
          <w:tcPr>
            <w:tcW w:w="1409" w:type="dxa"/>
            <w:vAlign w:val="center"/>
          </w:tcPr>
          <w:p w14:paraId="61D8BE33" w14:textId="77777777" w:rsidR="00365219" w:rsidRDefault="00695781">
            <w:pPr>
              <w:jc w:val="center"/>
            </w:pPr>
            <w:r>
              <w:rPr>
                <w:sz w:val="13"/>
              </w:rPr>
              <w:t>6</w:t>
            </w:r>
          </w:p>
        </w:tc>
        <w:tc>
          <w:tcPr>
            <w:tcW w:w="1409" w:type="dxa"/>
            <w:vAlign w:val="center"/>
          </w:tcPr>
          <w:p w14:paraId="5305A2C9" w14:textId="77777777" w:rsidR="00365219" w:rsidRDefault="00695781">
            <w:pPr>
              <w:jc w:val="center"/>
            </w:pPr>
            <w:r>
              <w:rPr>
                <w:sz w:val="13"/>
              </w:rPr>
              <w:t>ZPD-1</w:t>
            </w:r>
          </w:p>
        </w:tc>
        <w:tc>
          <w:tcPr>
            <w:tcW w:w="1409" w:type="dxa"/>
            <w:vAlign w:val="center"/>
          </w:tcPr>
          <w:p w14:paraId="1A42E751" w14:textId="77777777" w:rsidR="00365219" w:rsidRDefault="00695781">
            <w:r>
              <w:rPr>
                <w:sz w:val="13"/>
              </w:rPr>
              <w:t>SPL dua variabel</w:t>
            </w:r>
          </w:p>
        </w:tc>
        <w:tc>
          <w:tcPr>
            <w:tcW w:w="1409" w:type="dxa"/>
            <w:vAlign w:val="center"/>
          </w:tcPr>
          <w:p w14:paraId="13B0D04A" w14:textId="77777777" w:rsidR="00365219" w:rsidRDefault="00695781">
            <w:r>
              <w:rPr>
                <w:sz w:val="13"/>
              </w:rPr>
              <w:t>Level 1 - menghitung</w:t>
            </w:r>
          </w:p>
        </w:tc>
        <w:tc>
          <w:tcPr>
            <w:tcW w:w="1409" w:type="dxa"/>
            <w:vAlign w:val="center"/>
          </w:tcPr>
          <w:p w14:paraId="013373C3" w14:textId="77777777" w:rsidR="00365219" w:rsidRDefault="00695781">
            <w:pPr>
              <w:jc w:val="center"/>
            </w:pPr>
            <w:r>
              <w:rPr>
                <w:sz w:val="13"/>
              </w:rPr>
              <w:t>AL</w:t>
            </w:r>
          </w:p>
        </w:tc>
        <w:tc>
          <w:tcPr>
            <w:tcW w:w="1409" w:type="dxa"/>
            <w:vAlign w:val="center"/>
          </w:tcPr>
          <w:p w14:paraId="2DECC141" w14:textId="77777777" w:rsidR="00365219" w:rsidRDefault="00695781">
            <w:r>
              <w:rPr>
                <w:sz w:val="13"/>
              </w:rPr>
              <w:t>PG</w:t>
            </w:r>
          </w:p>
        </w:tc>
        <w:tc>
          <w:tcPr>
            <w:tcW w:w="1409" w:type="dxa"/>
            <w:vAlign w:val="center"/>
          </w:tcPr>
          <w:p w14:paraId="6EBEA40B" w14:textId="77777777" w:rsidR="00365219" w:rsidRDefault="00695781">
            <w:pPr>
              <w:jc w:val="center"/>
            </w:pPr>
            <w:r>
              <w:rPr>
                <w:sz w:val="13"/>
              </w:rPr>
              <w:t>C</w:t>
            </w:r>
          </w:p>
        </w:tc>
      </w:tr>
      <w:tr w:rsidR="00365219" w14:paraId="0E4189ED" w14:textId="77777777">
        <w:trPr>
          <w:cantSplit/>
          <w:jc w:val="center"/>
        </w:trPr>
        <w:tc>
          <w:tcPr>
            <w:tcW w:w="1409" w:type="dxa"/>
            <w:vAlign w:val="center"/>
          </w:tcPr>
          <w:p w14:paraId="26D28629" w14:textId="77777777" w:rsidR="00365219" w:rsidRDefault="00695781">
            <w:pPr>
              <w:jc w:val="center"/>
            </w:pPr>
            <w:r>
              <w:rPr>
                <w:sz w:val="13"/>
              </w:rPr>
              <w:t>7</w:t>
            </w:r>
          </w:p>
        </w:tc>
        <w:tc>
          <w:tcPr>
            <w:tcW w:w="1409" w:type="dxa"/>
            <w:vAlign w:val="center"/>
          </w:tcPr>
          <w:p w14:paraId="7571937B" w14:textId="77777777" w:rsidR="00365219" w:rsidRDefault="00695781">
            <w:pPr>
              <w:jc w:val="center"/>
            </w:pPr>
            <w:r>
              <w:rPr>
                <w:sz w:val="13"/>
              </w:rPr>
              <w:t>ZPD-1</w:t>
            </w:r>
          </w:p>
        </w:tc>
        <w:tc>
          <w:tcPr>
            <w:tcW w:w="1409" w:type="dxa"/>
            <w:vAlign w:val="center"/>
          </w:tcPr>
          <w:p w14:paraId="2133C58E" w14:textId="77777777" w:rsidR="00365219" w:rsidRDefault="00695781">
            <w:r>
              <w:rPr>
                <w:sz w:val="13"/>
              </w:rPr>
              <w:t>Pemodelan SPL</w:t>
            </w:r>
          </w:p>
        </w:tc>
        <w:tc>
          <w:tcPr>
            <w:tcW w:w="1409" w:type="dxa"/>
            <w:vAlign w:val="center"/>
          </w:tcPr>
          <w:p w14:paraId="5A2E9367" w14:textId="77777777" w:rsidR="00365219" w:rsidRDefault="00695781">
            <w:r>
              <w:rPr>
                <w:sz w:val="13"/>
              </w:rPr>
              <w:t>Level 1 - memahami</w:t>
            </w:r>
          </w:p>
        </w:tc>
        <w:tc>
          <w:tcPr>
            <w:tcW w:w="1409" w:type="dxa"/>
            <w:vAlign w:val="center"/>
          </w:tcPr>
          <w:p w14:paraId="47D9C6CF" w14:textId="77777777" w:rsidR="00365219" w:rsidRDefault="00695781">
            <w:pPr>
              <w:jc w:val="center"/>
            </w:pPr>
            <w:r>
              <w:rPr>
                <w:sz w:val="13"/>
              </w:rPr>
              <w:t>AB</w:t>
            </w:r>
          </w:p>
        </w:tc>
        <w:tc>
          <w:tcPr>
            <w:tcW w:w="1409" w:type="dxa"/>
            <w:vAlign w:val="center"/>
          </w:tcPr>
          <w:p w14:paraId="08ACDEBA" w14:textId="77777777" w:rsidR="00365219" w:rsidRDefault="00695781">
            <w:r>
              <w:rPr>
                <w:sz w:val="13"/>
              </w:rPr>
              <w:t>PG</w:t>
            </w:r>
          </w:p>
        </w:tc>
        <w:tc>
          <w:tcPr>
            <w:tcW w:w="1409" w:type="dxa"/>
            <w:vAlign w:val="center"/>
          </w:tcPr>
          <w:p w14:paraId="6AE92BC8" w14:textId="77777777" w:rsidR="00365219" w:rsidRDefault="00695781">
            <w:pPr>
              <w:jc w:val="center"/>
            </w:pPr>
            <w:r>
              <w:rPr>
                <w:sz w:val="13"/>
              </w:rPr>
              <w:t>C</w:t>
            </w:r>
          </w:p>
        </w:tc>
      </w:tr>
      <w:tr w:rsidR="00365219" w14:paraId="375BE298" w14:textId="77777777">
        <w:trPr>
          <w:cantSplit/>
          <w:jc w:val="center"/>
        </w:trPr>
        <w:tc>
          <w:tcPr>
            <w:tcW w:w="1409" w:type="dxa"/>
            <w:vAlign w:val="center"/>
          </w:tcPr>
          <w:p w14:paraId="0354FCBA" w14:textId="77777777" w:rsidR="00365219" w:rsidRDefault="00695781">
            <w:pPr>
              <w:jc w:val="center"/>
            </w:pPr>
            <w:r>
              <w:rPr>
                <w:sz w:val="13"/>
              </w:rPr>
              <w:t>8</w:t>
            </w:r>
          </w:p>
        </w:tc>
        <w:tc>
          <w:tcPr>
            <w:tcW w:w="1409" w:type="dxa"/>
            <w:vAlign w:val="center"/>
          </w:tcPr>
          <w:p w14:paraId="6E7024D0" w14:textId="77777777" w:rsidR="00365219" w:rsidRDefault="00695781">
            <w:pPr>
              <w:jc w:val="center"/>
            </w:pPr>
            <w:r>
              <w:rPr>
                <w:sz w:val="13"/>
              </w:rPr>
              <w:t>ZPD-1</w:t>
            </w:r>
          </w:p>
        </w:tc>
        <w:tc>
          <w:tcPr>
            <w:tcW w:w="1409" w:type="dxa"/>
            <w:vAlign w:val="center"/>
          </w:tcPr>
          <w:p w14:paraId="5F413713" w14:textId="77777777" w:rsidR="00365219" w:rsidRDefault="00695781">
            <w:r>
              <w:rPr>
                <w:sz w:val="13"/>
              </w:rPr>
              <w:t>Pemodelan SPL</w:t>
            </w:r>
          </w:p>
        </w:tc>
        <w:tc>
          <w:tcPr>
            <w:tcW w:w="1409" w:type="dxa"/>
            <w:vAlign w:val="center"/>
          </w:tcPr>
          <w:p w14:paraId="63EAB9E1" w14:textId="77777777" w:rsidR="00365219" w:rsidRDefault="00695781">
            <w:r>
              <w:rPr>
                <w:sz w:val="13"/>
              </w:rPr>
              <w:t>Level 1 - memahami</w:t>
            </w:r>
          </w:p>
        </w:tc>
        <w:tc>
          <w:tcPr>
            <w:tcW w:w="1409" w:type="dxa"/>
            <w:vAlign w:val="center"/>
          </w:tcPr>
          <w:p w14:paraId="3EE9CEBF" w14:textId="77777777" w:rsidR="00365219" w:rsidRDefault="00695781">
            <w:pPr>
              <w:jc w:val="center"/>
            </w:pPr>
            <w:r>
              <w:rPr>
                <w:sz w:val="13"/>
              </w:rPr>
              <w:t>DK</w:t>
            </w:r>
          </w:p>
        </w:tc>
        <w:tc>
          <w:tcPr>
            <w:tcW w:w="1409" w:type="dxa"/>
            <w:vAlign w:val="center"/>
          </w:tcPr>
          <w:p w14:paraId="2AAD3F58" w14:textId="77777777" w:rsidR="00365219" w:rsidRDefault="00695781">
            <w:r>
              <w:rPr>
                <w:sz w:val="13"/>
              </w:rPr>
              <w:t>PG</w:t>
            </w:r>
          </w:p>
        </w:tc>
        <w:tc>
          <w:tcPr>
            <w:tcW w:w="1409" w:type="dxa"/>
            <w:vAlign w:val="center"/>
          </w:tcPr>
          <w:p w14:paraId="5363D129" w14:textId="77777777" w:rsidR="00365219" w:rsidRDefault="00695781">
            <w:pPr>
              <w:jc w:val="center"/>
            </w:pPr>
            <w:r>
              <w:rPr>
                <w:sz w:val="13"/>
              </w:rPr>
              <w:t>D</w:t>
            </w:r>
          </w:p>
        </w:tc>
      </w:tr>
      <w:tr w:rsidR="00365219" w14:paraId="69D72252" w14:textId="77777777">
        <w:trPr>
          <w:cantSplit/>
          <w:jc w:val="center"/>
        </w:trPr>
        <w:tc>
          <w:tcPr>
            <w:tcW w:w="1409" w:type="dxa"/>
            <w:vAlign w:val="center"/>
          </w:tcPr>
          <w:p w14:paraId="5B10ACBF" w14:textId="77777777" w:rsidR="00365219" w:rsidRDefault="00695781">
            <w:pPr>
              <w:jc w:val="center"/>
            </w:pPr>
            <w:r>
              <w:rPr>
                <w:sz w:val="13"/>
              </w:rPr>
              <w:t>9</w:t>
            </w:r>
          </w:p>
        </w:tc>
        <w:tc>
          <w:tcPr>
            <w:tcW w:w="1409" w:type="dxa"/>
            <w:vAlign w:val="center"/>
          </w:tcPr>
          <w:p w14:paraId="29BFF8D3" w14:textId="77777777" w:rsidR="00365219" w:rsidRDefault="00695781">
            <w:pPr>
              <w:jc w:val="center"/>
            </w:pPr>
            <w:r>
              <w:rPr>
                <w:sz w:val="13"/>
              </w:rPr>
              <w:t>ZPD-1</w:t>
            </w:r>
          </w:p>
        </w:tc>
        <w:tc>
          <w:tcPr>
            <w:tcW w:w="1409" w:type="dxa"/>
            <w:vAlign w:val="center"/>
          </w:tcPr>
          <w:p w14:paraId="44B97D89" w14:textId="77777777" w:rsidR="00365219" w:rsidRDefault="00695781">
            <w:r>
              <w:rPr>
                <w:sz w:val="13"/>
              </w:rPr>
              <w:t>SPL tiga variabel</w:t>
            </w:r>
          </w:p>
        </w:tc>
        <w:tc>
          <w:tcPr>
            <w:tcW w:w="1409" w:type="dxa"/>
            <w:vAlign w:val="center"/>
          </w:tcPr>
          <w:p w14:paraId="1B11C42B" w14:textId="77777777" w:rsidR="00365219" w:rsidRDefault="00695781">
            <w:r>
              <w:rPr>
                <w:sz w:val="13"/>
              </w:rPr>
              <w:t>Level 1 - menghitung</w:t>
            </w:r>
          </w:p>
        </w:tc>
        <w:tc>
          <w:tcPr>
            <w:tcW w:w="1409" w:type="dxa"/>
            <w:vAlign w:val="center"/>
          </w:tcPr>
          <w:p w14:paraId="139F5F78" w14:textId="77777777" w:rsidR="00365219" w:rsidRDefault="00695781">
            <w:pPr>
              <w:jc w:val="center"/>
            </w:pPr>
            <w:r>
              <w:rPr>
                <w:sz w:val="13"/>
              </w:rPr>
              <w:t>AL</w:t>
            </w:r>
          </w:p>
        </w:tc>
        <w:tc>
          <w:tcPr>
            <w:tcW w:w="1409" w:type="dxa"/>
            <w:vAlign w:val="center"/>
          </w:tcPr>
          <w:p w14:paraId="641E3AC2" w14:textId="77777777" w:rsidR="00365219" w:rsidRDefault="00695781">
            <w:r>
              <w:rPr>
                <w:sz w:val="13"/>
              </w:rPr>
              <w:t>PG</w:t>
            </w:r>
          </w:p>
        </w:tc>
        <w:tc>
          <w:tcPr>
            <w:tcW w:w="1409" w:type="dxa"/>
            <w:vAlign w:val="center"/>
          </w:tcPr>
          <w:p w14:paraId="76C11F35" w14:textId="77777777" w:rsidR="00365219" w:rsidRDefault="00695781">
            <w:pPr>
              <w:jc w:val="center"/>
            </w:pPr>
            <w:r>
              <w:rPr>
                <w:sz w:val="13"/>
              </w:rPr>
              <w:t>C</w:t>
            </w:r>
          </w:p>
        </w:tc>
      </w:tr>
      <w:tr w:rsidR="00365219" w14:paraId="4431C339" w14:textId="77777777">
        <w:trPr>
          <w:cantSplit/>
          <w:jc w:val="center"/>
        </w:trPr>
        <w:tc>
          <w:tcPr>
            <w:tcW w:w="1409" w:type="dxa"/>
            <w:vAlign w:val="center"/>
          </w:tcPr>
          <w:p w14:paraId="7D4C9D8B" w14:textId="77777777" w:rsidR="00365219" w:rsidRDefault="00695781">
            <w:pPr>
              <w:jc w:val="center"/>
            </w:pPr>
            <w:r>
              <w:rPr>
                <w:sz w:val="13"/>
              </w:rPr>
              <w:t>10</w:t>
            </w:r>
          </w:p>
        </w:tc>
        <w:tc>
          <w:tcPr>
            <w:tcW w:w="1409" w:type="dxa"/>
            <w:vAlign w:val="center"/>
          </w:tcPr>
          <w:p w14:paraId="7F44E410" w14:textId="77777777" w:rsidR="00365219" w:rsidRDefault="00695781">
            <w:pPr>
              <w:jc w:val="center"/>
            </w:pPr>
            <w:r>
              <w:rPr>
                <w:sz w:val="13"/>
              </w:rPr>
              <w:t>ZPD-1</w:t>
            </w:r>
          </w:p>
        </w:tc>
        <w:tc>
          <w:tcPr>
            <w:tcW w:w="1409" w:type="dxa"/>
            <w:vAlign w:val="center"/>
          </w:tcPr>
          <w:p w14:paraId="10EE42B6" w14:textId="77777777" w:rsidR="00365219" w:rsidRDefault="00695781">
            <w:r>
              <w:rPr>
                <w:sz w:val="13"/>
              </w:rPr>
              <w:t>SPL tiga variabel</w:t>
            </w:r>
          </w:p>
        </w:tc>
        <w:tc>
          <w:tcPr>
            <w:tcW w:w="1409" w:type="dxa"/>
            <w:vAlign w:val="center"/>
          </w:tcPr>
          <w:p w14:paraId="1F81EE33" w14:textId="77777777" w:rsidR="00365219" w:rsidRDefault="00695781">
            <w:r>
              <w:rPr>
                <w:sz w:val="13"/>
              </w:rPr>
              <w:t>Level 1 - menghitung</w:t>
            </w:r>
          </w:p>
        </w:tc>
        <w:tc>
          <w:tcPr>
            <w:tcW w:w="1409" w:type="dxa"/>
            <w:vAlign w:val="center"/>
          </w:tcPr>
          <w:p w14:paraId="569BE933" w14:textId="77777777" w:rsidR="00365219" w:rsidRDefault="00695781">
            <w:pPr>
              <w:jc w:val="center"/>
            </w:pPr>
            <w:r>
              <w:rPr>
                <w:sz w:val="13"/>
              </w:rPr>
              <w:t>AL</w:t>
            </w:r>
          </w:p>
        </w:tc>
        <w:tc>
          <w:tcPr>
            <w:tcW w:w="1409" w:type="dxa"/>
            <w:vAlign w:val="center"/>
          </w:tcPr>
          <w:p w14:paraId="364E3F17" w14:textId="77777777" w:rsidR="00365219" w:rsidRDefault="00695781">
            <w:r>
              <w:rPr>
                <w:sz w:val="13"/>
              </w:rPr>
              <w:t>PG</w:t>
            </w:r>
          </w:p>
        </w:tc>
        <w:tc>
          <w:tcPr>
            <w:tcW w:w="1409" w:type="dxa"/>
            <w:vAlign w:val="center"/>
          </w:tcPr>
          <w:p w14:paraId="72D72EF8" w14:textId="77777777" w:rsidR="00365219" w:rsidRDefault="00695781">
            <w:pPr>
              <w:jc w:val="center"/>
            </w:pPr>
            <w:r>
              <w:rPr>
                <w:sz w:val="13"/>
              </w:rPr>
              <w:t>C</w:t>
            </w:r>
          </w:p>
        </w:tc>
      </w:tr>
      <w:tr w:rsidR="00365219" w14:paraId="73585795" w14:textId="77777777">
        <w:trPr>
          <w:cantSplit/>
          <w:jc w:val="center"/>
        </w:trPr>
        <w:tc>
          <w:tcPr>
            <w:tcW w:w="1409" w:type="dxa"/>
            <w:vAlign w:val="center"/>
          </w:tcPr>
          <w:p w14:paraId="441B4789" w14:textId="77777777" w:rsidR="00365219" w:rsidRDefault="00695781">
            <w:pPr>
              <w:jc w:val="center"/>
            </w:pPr>
            <w:r>
              <w:rPr>
                <w:sz w:val="13"/>
              </w:rPr>
              <w:t>11</w:t>
            </w:r>
          </w:p>
        </w:tc>
        <w:tc>
          <w:tcPr>
            <w:tcW w:w="1409" w:type="dxa"/>
            <w:vAlign w:val="center"/>
          </w:tcPr>
          <w:p w14:paraId="659426D6" w14:textId="77777777" w:rsidR="00365219" w:rsidRDefault="00695781">
            <w:pPr>
              <w:jc w:val="center"/>
            </w:pPr>
            <w:r>
              <w:rPr>
                <w:sz w:val="13"/>
              </w:rPr>
              <w:t>ZPD-1</w:t>
            </w:r>
          </w:p>
        </w:tc>
        <w:tc>
          <w:tcPr>
            <w:tcW w:w="1409" w:type="dxa"/>
            <w:vAlign w:val="center"/>
          </w:tcPr>
          <w:p w14:paraId="7FA2D84C" w14:textId="77777777" w:rsidR="00365219" w:rsidRDefault="00695781">
            <w:r>
              <w:rPr>
                <w:sz w:val="13"/>
              </w:rPr>
              <w:t>Pertidaksamaan linear</w:t>
            </w:r>
          </w:p>
        </w:tc>
        <w:tc>
          <w:tcPr>
            <w:tcW w:w="1409" w:type="dxa"/>
            <w:vAlign w:val="center"/>
          </w:tcPr>
          <w:p w14:paraId="2550E5C7" w14:textId="77777777" w:rsidR="00365219" w:rsidRDefault="00695781">
            <w:r>
              <w:rPr>
                <w:sz w:val="13"/>
              </w:rPr>
              <w:t>Level 1 - menghitung</w:t>
            </w:r>
          </w:p>
        </w:tc>
        <w:tc>
          <w:tcPr>
            <w:tcW w:w="1409" w:type="dxa"/>
            <w:vAlign w:val="center"/>
          </w:tcPr>
          <w:p w14:paraId="2B8BDB09" w14:textId="77777777" w:rsidR="00365219" w:rsidRDefault="00695781">
            <w:pPr>
              <w:jc w:val="center"/>
            </w:pPr>
            <w:r>
              <w:rPr>
                <w:sz w:val="13"/>
              </w:rPr>
              <w:t>AL</w:t>
            </w:r>
          </w:p>
        </w:tc>
        <w:tc>
          <w:tcPr>
            <w:tcW w:w="1409" w:type="dxa"/>
            <w:vAlign w:val="center"/>
          </w:tcPr>
          <w:p w14:paraId="2F5EB6A5" w14:textId="77777777" w:rsidR="00365219" w:rsidRDefault="00695781">
            <w:r>
              <w:rPr>
                <w:sz w:val="13"/>
              </w:rPr>
              <w:t>PG</w:t>
            </w:r>
          </w:p>
        </w:tc>
        <w:tc>
          <w:tcPr>
            <w:tcW w:w="1409" w:type="dxa"/>
            <w:vAlign w:val="center"/>
          </w:tcPr>
          <w:p w14:paraId="5F91B1A1" w14:textId="77777777" w:rsidR="00365219" w:rsidRDefault="00695781">
            <w:pPr>
              <w:jc w:val="center"/>
            </w:pPr>
            <w:r>
              <w:rPr>
                <w:sz w:val="13"/>
              </w:rPr>
              <w:t>C</w:t>
            </w:r>
          </w:p>
        </w:tc>
      </w:tr>
      <w:tr w:rsidR="00365219" w14:paraId="0EC60A8B" w14:textId="77777777">
        <w:trPr>
          <w:cantSplit/>
          <w:jc w:val="center"/>
        </w:trPr>
        <w:tc>
          <w:tcPr>
            <w:tcW w:w="1409" w:type="dxa"/>
            <w:vAlign w:val="center"/>
          </w:tcPr>
          <w:p w14:paraId="1F24F720" w14:textId="77777777" w:rsidR="00365219" w:rsidRDefault="00695781">
            <w:pPr>
              <w:jc w:val="center"/>
            </w:pPr>
            <w:r>
              <w:rPr>
                <w:sz w:val="13"/>
              </w:rPr>
              <w:t>12</w:t>
            </w:r>
          </w:p>
        </w:tc>
        <w:tc>
          <w:tcPr>
            <w:tcW w:w="1409" w:type="dxa"/>
            <w:vAlign w:val="center"/>
          </w:tcPr>
          <w:p w14:paraId="6829542C" w14:textId="77777777" w:rsidR="00365219" w:rsidRDefault="00695781">
            <w:pPr>
              <w:jc w:val="center"/>
            </w:pPr>
            <w:r>
              <w:rPr>
                <w:sz w:val="13"/>
              </w:rPr>
              <w:t>ZPD-1</w:t>
            </w:r>
          </w:p>
        </w:tc>
        <w:tc>
          <w:tcPr>
            <w:tcW w:w="1409" w:type="dxa"/>
            <w:vAlign w:val="center"/>
          </w:tcPr>
          <w:p w14:paraId="148F1C1D" w14:textId="77777777" w:rsidR="00365219" w:rsidRDefault="00695781">
            <w:r>
              <w:rPr>
                <w:sz w:val="13"/>
              </w:rPr>
              <w:t>Pertidaksamaan linear</w:t>
            </w:r>
          </w:p>
        </w:tc>
        <w:tc>
          <w:tcPr>
            <w:tcW w:w="1409" w:type="dxa"/>
            <w:vAlign w:val="center"/>
          </w:tcPr>
          <w:p w14:paraId="51364F3D" w14:textId="77777777" w:rsidR="00365219" w:rsidRDefault="00695781">
            <w:r>
              <w:rPr>
                <w:sz w:val="13"/>
              </w:rPr>
              <w:t>Level 1 - menghitung</w:t>
            </w:r>
          </w:p>
        </w:tc>
        <w:tc>
          <w:tcPr>
            <w:tcW w:w="1409" w:type="dxa"/>
            <w:vAlign w:val="center"/>
          </w:tcPr>
          <w:p w14:paraId="2B8AB4AC" w14:textId="77777777" w:rsidR="00365219" w:rsidRDefault="00695781">
            <w:pPr>
              <w:jc w:val="center"/>
            </w:pPr>
            <w:r>
              <w:rPr>
                <w:sz w:val="13"/>
              </w:rPr>
              <w:t>AL</w:t>
            </w:r>
          </w:p>
        </w:tc>
        <w:tc>
          <w:tcPr>
            <w:tcW w:w="1409" w:type="dxa"/>
            <w:vAlign w:val="center"/>
          </w:tcPr>
          <w:p w14:paraId="0341F857" w14:textId="77777777" w:rsidR="00365219" w:rsidRDefault="00695781">
            <w:r>
              <w:rPr>
                <w:sz w:val="13"/>
              </w:rPr>
              <w:t>PG</w:t>
            </w:r>
          </w:p>
        </w:tc>
        <w:tc>
          <w:tcPr>
            <w:tcW w:w="1409" w:type="dxa"/>
            <w:vAlign w:val="center"/>
          </w:tcPr>
          <w:p w14:paraId="14E0CA85" w14:textId="77777777" w:rsidR="00365219" w:rsidRDefault="00695781">
            <w:pPr>
              <w:jc w:val="center"/>
            </w:pPr>
            <w:r>
              <w:rPr>
                <w:sz w:val="13"/>
              </w:rPr>
              <w:t>C</w:t>
            </w:r>
          </w:p>
        </w:tc>
      </w:tr>
      <w:tr w:rsidR="00365219" w14:paraId="46D45808" w14:textId="77777777">
        <w:trPr>
          <w:cantSplit/>
          <w:jc w:val="center"/>
        </w:trPr>
        <w:tc>
          <w:tcPr>
            <w:tcW w:w="1409" w:type="dxa"/>
            <w:vAlign w:val="center"/>
          </w:tcPr>
          <w:p w14:paraId="5E8F1FC8" w14:textId="77777777" w:rsidR="00365219" w:rsidRDefault="00695781">
            <w:pPr>
              <w:jc w:val="center"/>
            </w:pPr>
            <w:r>
              <w:rPr>
                <w:sz w:val="13"/>
              </w:rPr>
              <w:t>13</w:t>
            </w:r>
          </w:p>
        </w:tc>
        <w:tc>
          <w:tcPr>
            <w:tcW w:w="1409" w:type="dxa"/>
            <w:vAlign w:val="center"/>
          </w:tcPr>
          <w:p w14:paraId="33C318B8" w14:textId="77777777" w:rsidR="00365219" w:rsidRDefault="00695781">
            <w:pPr>
              <w:jc w:val="center"/>
            </w:pPr>
            <w:r>
              <w:rPr>
                <w:sz w:val="13"/>
              </w:rPr>
              <w:t>ZPD-1</w:t>
            </w:r>
          </w:p>
        </w:tc>
        <w:tc>
          <w:tcPr>
            <w:tcW w:w="1409" w:type="dxa"/>
            <w:vAlign w:val="center"/>
          </w:tcPr>
          <w:p w14:paraId="5E98153F" w14:textId="77777777" w:rsidR="00365219" w:rsidRDefault="00695781">
            <w:r>
              <w:rPr>
                <w:sz w:val="13"/>
              </w:rPr>
              <w:t>Sistem pertidaksamaan</w:t>
            </w:r>
          </w:p>
        </w:tc>
        <w:tc>
          <w:tcPr>
            <w:tcW w:w="1409" w:type="dxa"/>
            <w:vAlign w:val="center"/>
          </w:tcPr>
          <w:p w14:paraId="0B73F9E4" w14:textId="77777777" w:rsidR="00365219" w:rsidRDefault="00695781">
            <w:r>
              <w:rPr>
                <w:sz w:val="13"/>
              </w:rPr>
              <w:t>Level 1 - mengidentifikasi</w:t>
            </w:r>
          </w:p>
        </w:tc>
        <w:tc>
          <w:tcPr>
            <w:tcW w:w="1409" w:type="dxa"/>
            <w:vAlign w:val="center"/>
          </w:tcPr>
          <w:p w14:paraId="7B4657CC" w14:textId="77777777" w:rsidR="00365219" w:rsidRDefault="00695781">
            <w:pPr>
              <w:jc w:val="center"/>
            </w:pPr>
            <w:r>
              <w:rPr>
                <w:sz w:val="13"/>
              </w:rPr>
              <w:t>AB</w:t>
            </w:r>
          </w:p>
        </w:tc>
        <w:tc>
          <w:tcPr>
            <w:tcW w:w="1409" w:type="dxa"/>
            <w:vAlign w:val="center"/>
          </w:tcPr>
          <w:p w14:paraId="54A3213F" w14:textId="77777777" w:rsidR="00365219" w:rsidRDefault="00695781">
            <w:r>
              <w:rPr>
                <w:sz w:val="13"/>
              </w:rPr>
              <w:t>PG</w:t>
            </w:r>
          </w:p>
        </w:tc>
        <w:tc>
          <w:tcPr>
            <w:tcW w:w="1409" w:type="dxa"/>
            <w:vAlign w:val="center"/>
          </w:tcPr>
          <w:p w14:paraId="113F5CB5" w14:textId="77777777" w:rsidR="00365219" w:rsidRDefault="00695781">
            <w:pPr>
              <w:jc w:val="center"/>
            </w:pPr>
            <w:r>
              <w:rPr>
                <w:sz w:val="13"/>
              </w:rPr>
              <w:t>C</w:t>
            </w:r>
          </w:p>
        </w:tc>
      </w:tr>
      <w:tr w:rsidR="00365219" w14:paraId="1DC6D981" w14:textId="77777777">
        <w:trPr>
          <w:cantSplit/>
          <w:jc w:val="center"/>
        </w:trPr>
        <w:tc>
          <w:tcPr>
            <w:tcW w:w="1409" w:type="dxa"/>
            <w:vAlign w:val="center"/>
          </w:tcPr>
          <w:p w14:paraId="5B42014C" w14:textId="77777777" w:rsidR="00365219" w:rsidRDefault="00695781">
            <w:pPr>
              <w:jc w:val="center"/>
            </w:pPr>
            <w:r>
              <w:rPr>
                <w:sz w:val="13"/>
              </w:rPr>
              <w:t>14</w:t>
            </w:r>
          </w:p>
        </w:tc>
        <w:tc>
          <w:tcPr>
            <w:tcW w:w="1409" w:type="dxa"/>
            <w:vAlign w:val="center"/>
          </w:tcPr>
          <w:p w14:paraId="0E38AB03" w14:textId="77777777" w:rsidR="00365219" w:rsidRDefault="00695781">
            <w:pPr>
              <w:jc w:val="center"/>
            </w:pPr>
            <w:r>
              <w:rPr>
                <w:sz w:val="13"/>
              </w:rPr>
              <w:t>ZPD-1</w:t>
            </w:r>
          </w:p>
        </w:tc>
        <w:tc>
          <w:tcPr>
            <w:tcW w:w="1409" w:type="dxa"/>
            <w:vAlign w:val="center"/>
          </w:tcPr>
          <w:p w14:paraId="2F0542DF" w14:textId="77777777" w:rsidR="00365219" w:rsidRDefault="00695781">
            <w:r>
              <w:rPr>
                <w:sz w:val="13"/>
              </w:rPr>
              <w:t>Sistem pertidaksamaan</w:t>
            </w:r>
          </w:p>
        </w:tc>
        <w:tc>
          <w:tcPr>
            <w:tcW w:w="1409" w:type="dxa"/>
            <w:vAlign w:val="center"/>
          </w:tcPr>
          <w:p w14:paraId="77E32200" w14:textId="77777777" w:rsidR="00365219" w:rsidRDefault="00695781">
            <w:r>
              <w:rPr>
                <w:sz w:val="13"/>
              </w:rPr>
              <w:t>Level 1 - mengidentifikasi</w:t>
            </w:r>
          </w:p>
        </w:tc>
        <w:tc>
          <w:tcPr>
            <w:tcW w:w="1409" w:type="dxa"/>
            <w:vAlign w:val="center"/>
          </w:tcPr>
          <w:p w14:paraId="5F9C54A8" w14:textId="77777777" w:rsidR="00365219" w:rsidRDefault="00695781">
            <w:pPr>
              <w:jc w:val="center"/>
            </w:pPr>
            <w:r>
              <w:rPr>
                <w:sz w:val="13"/>
              </w:rPr>
              <w:t>AB</w:t>
            </w:r>
          </w:p>
        </w:tc>
        <w:tc>
          <w:tcPr>
            <w:tcW w:w="1409" w:type="dxa"/>
            <w:vAlign w:val="center"/>
          </w:tcPr>
          <w:p w14:paraId="0B689836" w14:textId="77777777" w:rsidR="00365219" w:rsidRDefault="00695781">
            <w:r>
              <w:rPr>
                <w:sz w:val="13"/>
              </w:rPr>
              <w:t>PG</w:t>
            </w:r>
          </w:p>
        </w:tc>
        <w:tc>
          <w:tcPr>
            <w:tcW w:w="1409" w:type="dxa"/>
            <w:vAlign w:val="center"/>
          </w:tcPr>
          <w:p w14:paraId="46A407AA" w14:textId="77777777" w:rsidR="00365219" w:rsidRDefault="00695781">
            <w:pPr>
              <w:jc w:val="center"/>
            </w:pPr>
            <w:r>
              <w:rPr>
                <w:sz w:val="13"/>
              </w:rPr>
              <w:t>E</w:t>
            </w:r>
          </w:p>
        </w:tc>
      </w:tr>
      <w:tr w:rsidR="00365219" w14:paraId="2DD8134D" w14:textId="77777777">
        <w:trPr>
          <w:cantSplit/>
          <w:jc w:val="center"/>
        </w:trPr>
        <w:tc>
          <w:tcPr>
            <w:tcW w:w="1409" w:type="dxa"/>
            <w:vAlign w:val="center"/>
          </w:tcPr>
          <w:p w14:paraId="7092EE0C" w14:textId="77777777" w:rsidR="00365219" w:rsidRDefault="00695781">
            <w:pPr>
              <w:jc w:val="center"/>
            </w:pPr>
            <w:r>
              <w:rPr>
                <w:sz w:val="13"/>
              </w:rPr>
              <w:t>15</w:t>
            </w:r>
          </w:p>
        </w:tc>
        <w:tc>
          <w:tcPr>
            <w:tcW w:w="1409" w:type="dxa"/>
            <w:vAlign w:val="center"/>
          </w:tcPr>
          <w:p w14:paraId="4FC32770" w14:textId="77777777" w:rsidR="00365219" w:rsidRDefault="00695781">
            <w:pPr>
              <w:jc w:val="center"/>
            </w:pPr>
            <w:r>
              <w:rPr>
                <w:sz w:val="13"/>
              </w:rPr>
              <w:t>ZPD-1</w:t>
            </w:r>
          </w:p>
        </w:tc>
        <w:tc>
          <w:tcPr>
            <w:tcW w:w="1409" w:type="dxa"/>
            <w:vAlign w:val="center"/>
          </w:tcPr>
          <w:p w14:paraId="0CCCCEE1" w14:textId="77777777" w:rsidR="00365219" w:rsidRDefault="00695781">
            <w:r>
              <w:rPr>
                <w:sz w:val="13"/>
              </w:rPr>
              <w:t>Program linear</w:t>
            </w:r>
          </w:p>
        </w:tc>
        <w:tc>
          <w:tcPr>
            <w:tcW w:w="1409" w:type="dxa"/>
            <w:vAlign w:val="center"/>
          </w:tcPr>
          <w:p w14:paraId="28294364" w14:textId="77777777" w:rsidR="00365219" w:rsidRDefault="00695781">
            <w:r>
              <w:rPr>
                <w:sz w:val="13"/>
              </w:rPr>
              <w:t>Level 1 - menerapkan</w:t>
            </w:r>
          </w:p>
        </w:tc>
        <w:tc>
          <w:tcPr>
            <w:tcW w:w="1409" w:type="dxa"/>
            <w:vAlign w:val="center"/>
          </w:tcPr>
          <w:p w14:paraId="520B08E7" w14:textId="77777777" w:rsidR="00365219" w:rsidRDefault="00695781">
            <w:pPr>
              <w:jc w:val="center"/>
            </w:pPr>
            <w:r>
              <w:rPr>
                <w:sz w:val="13"/>
              </w:rPr>
              <w:t>DK</w:t>
            </w:r>
          </w:p>
        </w:tc>
        <w:tc>
          <w:tcPr>
            <w:tcW w:w="1409" w:type="dxa"/>
            <w:vAlign w:val="center"/>
          </w:tcPr>
          <w:p w14:paraId="0C615AE4" w14:textId="77777777" w:rsidR="00365219" w:rsidRDefault="00695781">
            <w:r>
              <w:rPr>
                <w:sz w:val="13"/>
              </w:rPr>
              <w:t>PG</w:t>
            </w:r>
          </w:p>
        </w:tc>
        <w:tc>
          <w:tcPr>
            <w:tcW w:w="1409" w:type="dxa"/>
            <w:vAlign w:val="center"/>
          </w:tcPr>
          <w:p w14:paraId="0DE88F8F" w14:textId="77777777" w:rsidR="00365219" w:rsidRDefault="00695781">
            <w:pPr>
              <w:jc w:val="center"/>
            </w:pPr>
            <w:r>
              <w:rPr>
                <w:sz w:val="13"/>
              </w:rPr>
              <w:t>D</w:t>
            </w:r>
          </w:p>
        </w:tc>
      </w:tr>
      <w:tr w:rsidR="00365219" w14:paraId="739F1E14" w14:textId="77777777">
        <w:trPr>
          <w:cantSplit/>
          <w:jc w:val="center"/>
        </w:trPr>
        <w:tc>
          <w:tcPr>
            <w:tcW w:w="1409" w:type="dxa"/>
            <w:vAlign w:val="center"/>
          </w:tcPr>
          <w:p w14:paraId="55694D35" w14:textId="77777777" w:rsidR="00365219" w:rsidRDefault="00695781">
            <w:pPr>
              <w:jc w:val="center"/>
            </w:pPr>
            <w:r>
              <w:rPr>
                <w:sz w:val="13"/>
              </w:rPr>
              <w:t>16</w:t>
            </w:r>
          </w:p>
        </w:tc>
        <w:tc>
          <w:tcPr>
            <w:tcW w:w="1409" w:type="dxa"/>
            <w:vAlign w:val="center"/>
          </w:tcPr>
          <w:p w14:paraId="43C3DB19" w14:textId="77777777" w:rsidR="00365219" w:rsidRDefault="00695781">
            <w:pPr>
              <w:jc w:val="center"/>
            </w:pPr>
            <w:r>
              <w:rPr>
                <w:sz w:val="13"/>
              </w:rPr>
              <w:t>ZPD-1</w:t>
            </w:r>
          </w:p>
        </w:tc>
        <w:tc>
          <w:tcPr>
            <w:tcW w:w="1409" w:type="dxa"/>
            <w:vAlign w:val="center"/>
          </w:tcPr>
          <w:p w14:paraId="4BB916B0" w14:textId="77777777" w:rsidR="00365219" w:rsidRDefault="00695781">
            <w:r>
              <w:rPr>
                <w:sz w:val="13"/>
              </w:rPr>
              <w:t>Fungsi linear</w:t>
            </w:r>
          </w:p>
        </w:tc>
        <w:tc>
          <w:tcPr>
            <w:tcW w:w="1409" w:type="dxa"/>
            <w:vAlign w:val="center"/>
          </w:tcPr>
          <w:p w14:paraId="16A83827" w14:textId="77777777" w:rsidR="00365219" w:rsidRDefault="00695781">
            <w:r>
              <w:rPr>
                <w:sz w:val="13"/>
              </w:rPr>
              <w:t>Level 1 - menghitung</w:t>
            </w:r>
          </w:p>
        </w:tc>
        <w:tc>
          <w:tcPr>
            <w:tcW w:w="1409" w:type="dxa"/>
            <w:vAlign w:val="center"/>
          </w:tcPr>
          <w:p w14:paraId="4E7EFE51" w14:textId="77777777" w:rsidR="00365219" w:rsidRDefault="00695781">
            <w:pPr>
              <w:jc w:val="center"/>
            </w:pPr>
            <w:r>
              <w:rPr>
                <w:sz w:val="13"/>
              </w:rPr>
              <w:t>AL</w:t>
            </w:r>
          </w:p>
        </w:tc>
        <w:tc>
          <w:tcPr>
            <w:tcW w:w="1409" w:type="dxa"/>
            <w:vAlign w:val="center"/>
          </w:tcPr>
          <w:p w14:paraId="78EF5492" w14:textId="77777777" w:rsidR="00365219" w:rsidRDefault="00695781">
            <w:r>
              <w:rPr>
                <w:sz w:val="13"/>
              </w:rPr>
              <w:t>PG</w:t>
            </w:r>
          </w:p>
        </w:tc>
        <w:tc>
          <w:tcPr>
            <w:tcW w:w="1409" w:type="dxa"/>
            <w:vAlign w:val="center"/>
          </w:tcPr>
          <w:p w14:paraId="108C5B81" w14:textId="77777777" w:rsidR="00365219" w:rsidRDefault="00695781">
            <w:pPr>
              <w:jc w:val="center"/>
            </w:pPr>
            <w:r>
              <w:rPr>
                <w:sz w:val="13"/>
              </w:rPr>
              <w:t>C</w:t>
            </w:r>
          </w:p>
        </w:tc>
      </w:tr>
      <w:tr w:rsidR="00365219" w14:paraId="24F352AF" w14:textId="77777777">
        <w:trPr>
          <w:cantSplit/>
          <w:jc w:val="center"/>
        </w:trPr>
        <w:tc>
          <w:tcPr>
            <w:tcW w:w="1409" w:type="dxa"/>
            <w:vAlign w:val="center"/>
          </w:tcPr>
          <w:p w14:paraId="3A51EAA3" w14:textId="77777777" w:rsidR="00365219" w:rsidRDefault="00695781">
            <w:pPr>
              <w:jc w:val="center"/>
            </w:pPr>
            <w:r>
              <w:rPr>
                <w:sz w:val="13"/>
              </w:rPr>
              <w:t>17</w:t>
            </w:r>
          </w:p>
        </w:tc>
        <w:tc>
          <w:tcPr>
            <w:tcW w:w="1409" w:type="dxa"/>
            <w:vAlign w:val="center"/>
          </w:tcPr>
          <w:p w14:paraId="73A35557" w14:textId="77777777" w:rsidR="00365219" w:rsidRDefault="00695781">
            <w:pPr>
              <w:jc w:val="center"/>
            </w:pPr>
            <w:r>
              <w:rPr>
                <w:sz w:val="13"/>
              </w:rPr>
              <w:t>ZPD-1</w:t>
            </w:r>
          </w:p>
        </w:tc>
        <w:tc>
          <w:tcPr>
            <w:tcW w:w="1409" w:type="dxa"/>
            <w:vAlign w:val="center"/>
          </w:tcPr>
          <w:p w14:paraId="5C0DDA8C" w14:textId="77777777" w:rsidR="00365219" w:rsidRDefault="00695781">
            <w:r>
              <w:rPr>
                <w:sz w:val="13"/>
              </w:rPr>
              <w:t>Fungsi linear</w:t>
            </w:r>
          </w:p>
        </w:tc>
        <w:tc>
          <w:tcPr>
            <w:tcW w:w="1409" w:type="dxa"/>
            <w:vAlign w:val="center"/>
          </w:tcPr>
          <w:p w14:paraId="1A861516" w14:textId="77777777" w:rsidR="00365219" w:rsidRDefault="00695781">
            <w:r>
              <w:rPr>
                <w:sz w:val="13"/>
              </w:rPr>
              <w:t>Level 1 - memahami</w:t>
            </w:r>
          </w:p>
        </w:tc>
        <w:tc>
          <w:tcPr>
            <w:tcW w:w="1409" w:type="dxa"/>
            <w:vAlign w:val="center"/>
          </w:tcPr>
          <w:p w14:paraId="24E3B9DF" w14:textId="77777777" w:rsidR="00365219" w:rsidRDefault="00695781">
            <w:pPr>
              <w:jc w:val="center"/>
            </w:pPr>
            <w:r>
              <w:rPr>
                <w:sz w:val="13"/>
              </w:rPr>
              <w:t>PR</w:t>
            </w:r>
          </w:p>
        </w:tc>
        <w:tc>
          <w:tcPr>
            <w:tcW w:w="1409" w:type="dxa"/>
            <w:vAlign w:val="center"/>
          </w:tcPr>
          <w:p w14:paraId="4F5E616C" w14:textId="77777777" w:rsidR="00365219" w:rsidRDefault="00695781">
            <w:r>
              <w:rPr>
                <w:sz w:val="13"/>
              </w:rPr>
              <w:t>PG</w:t>
            </w:r>
          </w:p>
        </w:tc>
        <w:tc>
          <w:tcPr>
            <w:tcW w:w="1409" w:type="dxa"/>
            <w:vAlign w:val="center"/>
          </w:tcPr>
          <w:p w14:paraId="72CC5C06" w14:textId="77777777" w:rsidR="00365219" w:rsidRDefault="00695781">
            <w:pPr>
              <w:jc w:val="center"/>
            </w:pPr>
            <w:r>
              <w:rPr>
                <w:sz w:val="13"/>
              </w:rPr>
              <w:t>B</w:t>
            </w:r>
          </w:p>
        </w:tc>
      </w:tr>
      <w:tr w:rsidR="00365219" w14:paraId="156FF211" w14:textId="77777777">
        <w:trPr>
          <w:cantSplit/>
          <w:jc w:val="center"/>
        </w:trPr>
        <w:tc>
          <w:tcPr>
            <w:tcW w:w="1409" w:type="dxa"/>
            <w:vAlign w:val="center"/>
          </w:tcPr>
          <w:p w14:paraId="25B7CAD5" w14:textId="77777777" w:rsidR="00365219" w:rsidRDefault="00695781">
            <w:pPr>
              <w:jc w:val="center"/>
            </w:pPr>
            <w:r>
              <w:rPr>
                <w:sz w:val="13"/>
              </w:rPr>
              <w:t>18</w:t>
            </w:r>
          </w:p>
        </w:tc>
        <w:tc>
          <w:tcPr>
            <w:tcW w:w="1409" w:type="dxa"/>
            <w:vAlign w:val="center"/>
          </w:tcPr>
          <w:p w14:paraId="16ED1D41" w14:textId="77777777" w:rsidR="00365219" w:rsidRDefault="00695781">
            <w:pPr>
              <w:jc w:val="center"/>
            </w:pPr>
            <w:r>
              <w:rPr>
                <w:sz w:val="13"/>
              </w:rPr>
              <w:t>ZPD-1</w:t>
            </w:r>
          </w:p>
        </w:tc>
        <w:tc>
          <w:tcPr>
            <w:tcW w:w="1409" w:type="dxa"/>
            <w:vAlign w:val="center"/>
          </w:tcPr>
          <w:p w14:paraId="21881238" w14:textId="77777777" w:rsidR="00365219" w:rsidRDefault="00695781">
            <w:r>
              <w:rPr>
                <w:sz w:val="13"/>
              </w:rPr>
              <w:t>Representasi fungsi linear</w:t>
            </w:r>
          </w:p>
        </w:tc>
        <w:tc>
          <w:tcPr>
            <w:tcW w:w="1409" w:type="dxa"/>
            <w:vAlign w:val="center"/>
          </w:tcPr>
          <w:p w14:paraId="7C2FAC62" w14:textId="77777777" w:rsidR="00365219" w:rsidRDefault="00695781">
            <w:r>
              <w:rPr>
                <w:sz w:val="13"/>
              </w:rPr>
              <w:t>Level 1 - memahami informasi</w:t>
            </w:r>
          </w:p>
        </w:tc>
        <w:tc>
          <w:tcPr>
            <w:tcW w:w="1409" w:type="dxa"/>
            <w:vAlign w:val="center"/>
          </w:tcPr>
          <w:p w14:paraId="4BF514BA" w14:textId="77777777" w:rsidR="00365219" w:rsidRDefault="00695781">
            <w:pPr>
              <w:jc w:val="center"/>
            </w:pPr>
            <w:r>
              <w:rPr>
                <w:sz w:val="13"/>
              </w:rPr>
              <w:t>PR</w:t>
            </w:r>
          </w:p>
        </w:tc>
        <w:tc>
          <w:tcPr>
            <w:tcW w:w="1409" w:type="dxa"/>
            <w:vAlign w:val="center"/>
          </w:tcPr>
          <w:p w14:paraId="1428F76B" w14:textId="77777777" w:rsidR="00365219" w:rsidRDefault="00695781">
            <w:r>
              <w:rPr>
                <w:sz w:val="13"/>
              </w:rPr>
              <w:t>PG</w:t>
            </w:r>
          </w:p>
        </w:tc>
        <w:tc>
          <w:tcPr>
            <w:tcW w:w="1409" w:type="dxa"/>
            <w:vAlign w:val="center"/>
          </w:tcPr>
          <w:p w14:paraId="02A8812B" w14:textId="77777777" w:rsidR="00365219" w:rsidRDefault="00695781">
            <w:pPr>
              <w:jc w:val="center"/>
            </w:pPr>
            <w:r>
              <w:rPr>
                <w:sz w:val="13"/>
              </w:rPr>
              <w:t>C</w:t>
            </w:r>
          </w:p>
        </w:tc>
      </w:tr>
      <w:tr w:rsidR="00365219" w14:paraId="5F5B1B50" w14:textId="77777777">
        <w:trPr>
          <w:cantSplit/>
          <w:jc w:val="center"/>
        </w:trPr>
        <w:tc>
          <w:tcPr>
            <w:tcW w:w="1409" w:type="dxa"/>
            <w:vAlign w:val="center"/>
          </w:tcPr>
          <w:p w14:paraId="02A62670" w14:textId="77777777" w:rsidR="00365219" w:rsidRDefault="00695781">
            <w:pPr>
              <w:jc w:val="center"/>
            </w:pPr>
            <w:r>
              <w:rPr>
                <w:sz w:val="13"/>
              </w:rPr>
              <w:t>19</w:t>
            </w:r>
          </w:p>
        </w:tc>
        <w:tc>
          <w:tcPr>
            <w:tcW w:w="1409" w:type="dxa"/>
            <w:vAlign w:val="center"/>
          </w:tcPr>
          <w:p w14:paraId="3B1D39E8" w14:textId="77777777" w:rsidR="00365219" w:rsidRDefault="00695781">
            <w:pPr>
              <w:jc w:val="center"/>
            </w:pPr>
            <w:r>
              <w:rPr>
                <w:sz w:val="13"/>
              </w:rPr>
              <w:t>ZPD-1</w:t>
            </w:r>
          </w:p>
        </w:tc>
        <w:tc>
          <w:tcPr>
            <w:tcW w:w="1409" w:type="dxa"/>
            <w:vAlign w:val="center"/>
          </w:tcPr>
          <w:p w14:paraId="6B433AFE" w14:textId="77777777" w:rsidR="00365219" w:rsidRDefault="00695781">
            <w:r>
              <w:rPr>
                <w:sz w:val="13"/>
              </w:rPr>
              <w:t>Invers fungsi linear</w:t>
            </w:r>
          </w:p>
        </w:tc>
        <w:tc>
          <w:tcPr>
            <w:tcW w:w="1409" w:type="dxa"/>
            <w:vAlign w:val="center"/>
          </w:tcPr>
          <w:p w14:paraId="0D3B1E95" w14:textId="77777777" w:rsidR="00365219" w:rsidRDefault="00695781">
            <w:r>
              <w:rPr>
                <w:sz w:val="13"/>
              </w:rPr>
              <w:t>Level 1 - menghitung</w:t>
            </w:r>
          </w:p>
        </w:tc>
        <w:tc>
          <w:tcPr>
            <w:tcW w:w="1409" w:type="dxa"/>
            <w:vAlign w:val="center"/>
          </w:tcPr>
          <w:p w14:paraId="3010FACB" w14:textId="77777777" w:rsidR="00365219" w:rsidRDefault="00695781">
            <w:pPr>
              <w:jc w:val="center"/>
            </w:pPr>
            <w:r>
              <w:rPr>
                <w:sz w:val="13"/>
              </w:rPr>
              <w:t>AL</w:t>
            </w:r>
          </w:p>
        </w:tc>
        <w:tc>
          <w:tcPr>
            <w:tcW w:w="1409" w:type="dxa"/>
            <w:vAlign w:val="center"/>
          </w:tcPr>
          <w:p w14:paraId="16720E39" w14:textId="77777777" w:rsidR="00365219" w:rsidRDefault="00695781">
            <w:r>
              <w:rPr>
                <w:sz w:val="13"/>
              </w:rPr>
              <w:t>PG</w:t>
            </w:r>
          </w:p>
        </w:tc>
        <w:tc>
          <w:tcPr>
            <w:tcW w:w="1409" w:type="dxa"/>
            <w:vAlign w:val="center"/>
          </w:tcPr>
          <w:p w14:paraId="30985755" w14:textId="77777777" w:rsidR="00365219" w:rsidRDefault="00695781">
            <w:pPr>
              <w:jc w:val="center"/>
            </w:pPr>
            <w:r>
              <w:rPr>
                <w:sz w:val="13"/>
              </w:rPr>
              <w:t>B</w:t>
            </w:r>
          </w:p>
        </w:tc>
      </w:tr>
      <w:tr w:rsidR="00365219" w14:paraId="7B70BAF5" w14:textId="77777777">
        <w:trPr>
          <w:cantSplit/>
          <w:jc w:val="center"/>
        </w:trPr>
        <w:tc>
          <w:tcPr>
            <w:tcW w:w="1409" w:type="dxa"/>
            <w:vAlign w:val="center"/>
          </w:tcPr>
          <w:p w14:paraId="4533B82F" w14:textId="77777777" w:rsidR="00365219" w:rsidRDefault="00695781">
            <w:pPr>
              <w:jc w:val="center"/>
            </w:pPr>
            <w:r>
              <w:rPr>
                <w:sz w:val="13"/>
              </w:rPr>
              <w:t>20</w:t>
            </w:r>
          </w:p>
        </w:tc>
        <w:tc>
          <w:tcPr>
            <w:tcW w:w="1409" w:type="dxa"/>
            <w:vAlign w:val="center"/>
          </w:tcPr>
          <w:p w14:paraId="6C2DC108" w14:textId="77777777" w:rsidR="00365219" w:rsidRDefault="00695781">
            <w:pPr>
              <w:jc w:val="center"/>
            </w:pPr>
            <w:r>
              <w:rPr>
                <w:sz w:val="13"/>
              </w:rPr>
              <w:t>ZPD-1</w:t>
            </w:r>
          </w:p>
        </w:tc>
        <w:tc>
          <w:tcPr>
            <w:tcW w:w="1409" w:type="dxa"/>
            <w:vAlign w:val="center"/>
          </w:tcPr>
          <w:p w14:paraId="32534791" w14:textId="77777777" w:rsidR="00365219" w:rsidRDefault="00695781">
            <w:r>
              <w:rPr>
                <w:sz w:val="13"/>
              </w:rPr>
              <w:t>Komposisi fungsi linear</w:t>
            </w:r>
          </w:p>
        </w:tc>
        <w:tc>
          <w:tcPr>
            <w:tcW w:w="1409" w:type="dxa"/>
            <w:vAlign w:val="center"/>
          </w:tcPr>
          <w:p w14:paraId="3FED62AA" w14:textId="77777777" w:rsidR="00365219" w:rsidRDefault="00695781">
            <w:r>
              <w:rPr>
                <w:sz w:val="13"/>
              </w:rPr>
              <w:t>Level 1 - menghitung</w:t>
            </w:r>
          </w:p>
        </w:tc>
        <w:tc>
          <w:tcPr>
            <w:tcW w:w="1409" w:type="dxa"/>
            <w:vAlign w:val="center"/>
          </w:tcPr>
          <w:p w14:paraId="10EED732" w14:textId="77777777" w:rsidR="00365219" w:rsidRDefault="00695781">
            <w:pPr>
              <w:jc w:val="center"/>
            </w:pPr>
            <w:r>
              <w:rPr>
                <w:sz w:val="13"/>
              </w:rPr>
              <w:t>AL</w:t>
            </w:r>
          </w:p>
        </w:tc>
        <w:tc>
          <w:tcPr>
            <w:tcW w:w="1409" w:type="dxa"/>
            <w:vAlign w:val="center"/>
          </w:tcPr>
          <w:p w14:paraId="35C25EEC" w14:textId="77777777" w:rsidR="00365219" w:rsidRDefault="00695781">
            <w:r>
              <w:rPr>
                <w:sz w:val="13"/>
              </w:rPr>
              <w:t>PG</w:t>
            </w:r>
          </w:p>
        </w:tc>
        <w:tc>
          <w:tcPr>
            <w:tcW w:w="1409" w:type="dxa"/>
            <w:vAlign w:val="center"/>
          </w:tcPr>
          <w:p w14:paraId="7CC061B1" w14:textId="77777777" w:rsidR="00365219" w:rsidRDefault="00695781">
            <w:pPr>
              <w:jc w:val="center"/>
            </w:pPr>
            <w:r>
              <w:rPr>
                <w:sz w:val="13"/>
              </w:rPr>
              <w:t>C</w:t>
            </w:r>
          </w:p>
        </w:tc>
      </w:tr>
      <w:tr w:rsidR="00365219" w14:paraId="3BD5F8E2" w14:textId="77777777">
        <w:trPr>
          <w:cantSplit/>
          <w:jc w:val="center"/>
        </w:trPr>
        <w:tc>
          <w:tcPr>
            <w:tcW w:w="1409" w:type="dxa"/>
            <w:vAlign w:val="center"/>
          </w:tcPr>
          <w:p w14:paraId="2EC14C5B" w14:textId="77777777" w:rsidR="00365219" w:rsidRDefault="00695781">
            <w:pPr>
              <w:jc w:val="center"/>
            </w:pPr>
            <w:r>
              <w:rPr>
                <w:sz w:val="13"/>
              </w:rPr>
              <w:t>21</w:t>
            </w:r>
          </w:p>
        </w:tc>
        <w:tc>
          <w:tcPr>
            <w:tcW w:w="1409" w:type="dxa"/>
            <w:vAlign w:val="center"/>
          </w:tcPr>
          <w:p w14:paraId="489B0292" w14:textId="77777777" w:rsidR="00365219" w:rsidRDefault="00695781">
            <w:pPr>
              <w:jc w:val="center"/>
            </w:pPr>
            <w:r>
              <w:rPr>
                <w:sz w:val="13"/>
              </w:rPr>
              <w:t>ZPD-1</w:t>
            </w:r>
          </w:p>
        </w:tc>
        <w:tc>
          <w:tcPr>
            <w:tcW w:w="1409" w:type="dxa"/>
            <w:vAlign w:val="center"/>
          </w:tcPr>
          <w:p w14:paraId="7DBE67C3" w14:textId="77777777" w:rsidR="00365219" w:rsidRDefault="00695781">
            <w:r>
              <w:rPr>
                <w:sz w:val="13"/>
              </w:rPr>
              <w:t>Representasi tabel fungsi</w:t>
            </w:r>
          </w:p>
        </w:tc>
        <w:tc>
          <w:tcPr>
            <w:tcW w:w="1409" w:type="dxa"/>
            <w:vAlign w:val="center"/>
          </w:tcPr>
          <w:p w14:paraId="0C9FA40C" w14:textId="77777777" w:rsidR="00365219" w:rsidRDefault="00695781">
            <w:r>
              <w:rPr>
                <w:sz w:val="13"/>
              </w:rPr>
              <w:t>Level 1 - mengenali pola</w:t>
            </w:r>
          </w:p>
        </w:tc>
        <w:tc>
          <w:tcPr>
            <w:tcW w:w="1409" w:type="dxa"/>
            <w:vAlign w:val="center"/>
          </w:tcPr>
          <w:p w14:paraId="63650BBE" w14:textId="77777777" w:rsidR="00365219" w:rsidRDefault="00695781">
            <w:pPr>
              <w:jc w:val="center"/>
            </w:pPr>
            <w:r>
              <w:rPr>
                <w:sz w:val="13"/>
              </w:rPr>
              <w:t>PR</w:t>
            </w:r>
          </w:p>
        </w:tc>
        <w:tc>
          <w:tcPr>
            <w:tcW w:w="1409" w:type="dxa"/>
            <w:vAlign w:val="center"/>
          </w:tcPr>
          <w:p w14:paraId="36805862" w14:textId="77777777" w:rsidR="00365219" w:rsidRDefault="00695781">
            <w:r>
              <w:rPr>
                <w:sz w:val="13"/>
              </w:rPr>
              <w:t>PG</w:t>
            </w:r>
          </w:p>
        </w:tc>
        <w:tc>
          <w:tcPr>
            <w:tcW w:w="1409" w:type="dxa"/>
            <w:vAlign w:val="center"/>
          </w:tcPr>
          <w:p w14:paraId="74CB71B4" w14:textId="77777777" w:rsidR="00365219" w:rsidRDefault="00695781">
            <w:pPr>
              <w:jc w:val="center"/>
            </w:pPr>
            <w:r>
              <w:rPr>
                <w:sz w:val="13"/>
              </w:rPr>
              <w:t>D</w:t>
            </w:r>
          </w:p>
        </w:tc>
      </w:tr>
      <w:tr w:rsidR="00365219" w14:paraId="6DA4E516" w14:textId="77777777">
        <w:trPr>
          <w:cantSplit/>
          <w:jc w:val="center"/>
        </w:trPr>
        <w:tc>
          <w:tcPr>
            <w:tcW w:w="1409" w:type="dxa"/>
            <w:vAlign w:val="center"/>
          </w:tcPr>
          <w:p w14:paraId="1AB9BE8F" w14:textId="77777777" w:rsidR="00365219" w:rsidRDefault="00695781">
            <w:pPr>
              <w:jc w:val="center"/>
            </w:pPr>
            <w:r>
              <w:rPr>
                <w:sz w:val="13"/>
              </w:rPr>
              <w:t>22</w:t>
            </w:r>
          </w:p>
        </w:tc>
        <w:tc>
          <w:tcPr>
            <w:tcW w:w="1409" w:type="dxa"/>
            <w:vAlign w:val="center"/>
          </w:tcPr>
          <w:p w14:paraId="62D04039" w14:textId="77777777" w:rsidR="00365219" w:rsidRDefault="00695781">
            <w:pPr>
              <w:jc w:val="center"/>
            </w:pPr>
            <w:r>
              <w:rPr>
                <w:sz w:val="13"/>
              </w:rPr>
              <w:t>ZPD-1</w:t>
            </w:r>
          </w:p>
        </w:tc>
        <w:tc>
          <w:tcPr>
            <w:tcW w:w="1409" w:type="dxa"/>
            <w:vAlign w:val="center"/>
          </w:tcPr>
          <w:p w14:paraId="6A3CC776" w14:textId="77777777" w:rsidR="00365219" w:rsidRDefault="00695781">
            <w:r>
              <w:rPr>
                <w:sz w:val="13"/>
              </w:rPr>
              <w:t>Fungsi linear</w:t>
            </w:r>
          </w:p>
        </w:tc>
        <w:tc>
          <w:tcPr>
            <w:tcW w:w="1409" w:type="dxa"/>
            <w:vAlign w:val="center"/>
          </w:tcPr>
          <w:p w14:paraId="38BCE444" w14:textId="77777777" w:rsidR="00365219" w:rsidRDefault="00695781">
            <w:r>
              <w:rPr>
                <w:sz w:val="13"/>
              </w:rPr>
              <w:t>Level 1 - memahami</w:t>
            </w:r>
          </w:p>
        </w:tc>
        <w:tc>
          <w:tcPr>
            <w:tcW w:w="1409" w:type="dxa"/>
            <w:vAlign w:val="center"/>
          </w:tcPr>
          <w:p w14:paraId="418DDBD8" w14:textId="77777777" w:rsidR="00365219" w:rsidRDefault="00695781">
            <w:pPr>
              <w:jc w:val="center"/>
            </w:pPr>
            <w:r>
              <w:rPr>
                <w:sz w:val="13"/>
              </w:rPr>
              <w:t>PR</w:t>
            </w:r>
          </w:p>
        </w:tc>
        <w:tc>
          <w:tcPr>
            <w:tcW w:w="1409" w:type="dxa"/>
            <w:vAlign w:val="center"/>
          </w:tcPr>
          <w:p w14:paraId="7A37D0D2" w14:textId="77777777" w:rsidR="00365219" w:rsidRDefault="00695781">
            <w:r>
              <w:rPr>
                <w:sz w:val="13"/>
              </w:rPr>
              <w:t>PGK Kategori</w:t>
            </w:r>
          </w:p>
        </w:tc>
        <w:tc>
          <w:tcPr>
            <w:tcW w:w="1409" w:type="dxa"/>
            <w:vAlign w:val="center"/>
          </w:tcPr>
          <w:p w14:paraId="4A5302F2" w14:textId="77777777" w:rsidR="00365219" w:rsidRDefault="00695781">
            <w:pPr>
              <w:jc w:val="center"/>
            </w:pPr>
            <w:r>
              <w:rPr>
                <w:sz w:val="13"/>
              </w:rPr>
              <w:t>Benar, Benar, Benar, Salah</w:t>
            </w:r>
          </w:p>
        </w:tc>
      </w:tr>
      <w:tr w:rsidR="00365219" w14:paraId="5130DD51" w14:textId="77777777">
        <w:trPr>
          <w:cantSplit/>
          <w:jc w:val="center"/>
        </w:trPr>
        <w:tc>
          <w:tcPr>
            <w:tcW w:w="1409" w:type="dxa"/>
            <w:vAlign w:val="center"/>
          </w:tcPr>
          <w:p w14:paraId="69F581C3" w14:textId="77777777" w:rsidR="00365219" w:rsidRDefault="00695781">
            <w:pPr>
              <w:jc w:val="center"/>
            </w:pPr>
            <w:r>
              <w:rPr>
                <w:sz w:val="13"/>
              </w:rPr>
              <w:t>23</w:t>
            </w:r>
          </w:p>
        </w:tc>
        <w:tc>
          <w:tcPr>
            <w:tcW w:w="1409" w:type="dxa"/>
            <w:vAlign w:val="center"/>
          </w:tcPr>
          <w:p w14:paraId="0A8010F3" w14:textId="77777777" w:rsidR="00365219" w:rsidRDefault="00695781">
            <w:pPr>
              <w:jc w:val="center"/>
            </w:pPr>
            <w:r>
              <w:rPr>
                <w:sz w:val="13"/>
              </w:rPr>
              <w:t>ZPD-1</w:t>
            </w:r>
          </w:p>
        </w:tc>
        <w:tc>
          <w:tcPr>
            <w:tcW w:w="1409" w:type="dxa"/>
            <w:vAlign w:val="center"/>
          </w:tcPr>
          <w:p w14:paraId="6E16FE76" w14:textId="77777777" w:rsidR="00365219" w:rsidRDefault="00695781">
            <w:r>
              <w:rPr>
                <w:sz w:val="13"/>
              </w:rPr>
              <w:t>SPL dua variabel</w:t>
            </w:r>
          </w:p>
        </w:tc>
        <w:tc>
          <w:tcPr>
            <w:tcW w:w="1409" w:type="dxa"/>
            <w:vAlign w:val="center"/>
          </w:tcPr>
          <w:p w14:paraId="032CD9F3" w14:textId="77777777" w:rsidR="00365219" w:rsidRDefault="00695781">
            <w:r>
              <w:rPr>
                <w:sz w:val="13"/>
              </w:rPr>
              <w:t>Level 1 - memahami</w:t>
            </w:r>
          </w:p>
        </w:tc>
        <w:tc>
          <w:tcPr>
            <w:tcW w:w="1409" w:type="dxa"/>
            <w:vAlign w:val="center"/>
          </w:tcPr>
          <w:p w14:paraId="6AB1F419" w14:textId="77777777" w:rsidR="00365219" w:rsidRDefault="00695781">
            <w:pPr>
              <w:jc w:val="center"/>
            </w:pPr>
            <w:r>
              <w:rPr>
                <w:sz w:val="13"/>
              </w:rPr>
              <w:t>AL</w:t>
            </w:r>
          </w:p>
        </w:tc>
        <w:tc>
          <w:tcPr>
            <w:tcW w:w="1409" w:type="dxa"/>
            <w:vAlign w:val="center"/>
          </w:tcPr>
          <w:p w14:paraId="47EE6576" w14:textId="77777777" w:rsidR="00365219" w:rsidRDefault="00695781">
            <w:r>
              <w:rPr>
                <w:sz w:val="13"/>
              </w:rPr>
              <w:t>PGK Kategori</w:t>
            </w:r>
          </w:p>
        </w:tc>
        <w:tc>
          <w:tcPr>
            <w:tcW w:w="1409" w:type="dxa"/>
            <w:vAlign w:val="center"/>
          </w:tcPr>
          <w:p w14:paraId="1FB72C72" w14:textId="77777777" w:rsidR="00365219" w:rsidRDefault="00695781">
            <w:pPr>
              <w:jc w:val="center"/>
            </w:pPr>
            <w:r>
              <w:rPr>
                <w:sz w:val="13"/>
              </w:rPr>
              <w:t>Benar, Benar, Benar</w:t>
            </w:r>
          </w:p>
        </w:tc>
      </w:tr>
      <w:tr w:rsidR="00365219" w14:paraId="39679A0F" w14:textId="77777777">
        <w:trPr>
          <w:cantSplit/>
          <w:jc w:val="center"/>
        </w:trPr>
        <w:tc>
          <w:tcPr>
            <w:tcW w:w="1409" w:type="dxa"/>
            <w:vAlign w:val="center"/>
          </w:tcPr>
          <w:p w14:paraId="5AA74657" w14:textId="77777777" w:rsidR="00365219" w:rsidRDefault="00695781">
            <w:pPr>
              <w:jc w:val="center"/>
            </w:pPr>
            <w:r>
              <w:rPr>
                <w:sz w:val="13"/>
              </w:rPr>
              <w:t>24</w:t>
            </w:r>
          </w:p>
        </w:tc>
        <w:tc>
          <w:tcPr>
            <w:tcW w:w="1409" w:type="dxa"/>
            <w:vAlign w:val="center"/>
          </w:tcPr>
          <w:p w14:paraId="5E42503E" w14:textId="77777777" w:rsidR="00365219" w:rsidRDefault="00695781">
            <w:pPr>
              <w:jc w:val="center"/>
            </w:pPr>
            <w:r>
              <w:rPr>
                <w:sz w:val="13"/>
              </w:rPr>
              <w:t>ZPD-1</w:t>
            </w:r>
          </w:p>
        </w:tc>
        <w:tc>
          <w:tcPr>
            <w:tcW w:w="1409" w:type="dxa"/>
            <w:vAlign w:val="center"/>
          </w:tcPr>
          <w:p w14:paraId="310D5628" w14:textId="77777777" w:rsidR="00365219" w:rsidRDefault="00695781">
            <w:r>
              <w:rPr>
                <w:sz w:val="13"/>
              </w:rPr>
              <w:t>Sistem pertidaksamaan</w:t>
            </w:r>
          </w:p>
        </w:tc>
        <w:tc>
          <w:tcPr>
            <w:tcW w:w="1409" w:type="dxa"/>
            <w:vAlign w:val="center"/>
          </w:tcPr>
          <w:p w14:paraId="67AF0B21" w14:textId="77777777" w:rsidR="00365219" w:rsidRDefault="00695781">
            <w:r>
              <w:rPr>
                <w:sz w:val="13"/>
              </w:rPr>
              <w:t>Level 1 - mengidentifikasi</w:t>
            </w:r>
          </w:p>
        </w:tc>
        <w:tc>
          <w:tcPr>
            <w:tcW w:w="1409" w:type="dxa"/>
            <w:vAlign w:val="center"/>
          </w:tcPr>
          <w:p w14:paraId="414ADF95" w14:textId="77777777" w:rsidR="00365219" w:rsidRDefault="00695781">
            <w:pPr>
              <w:jc w:val="center"/>
            </w:pPr>
            <w:r>
              <w:rPr>
                <w:sz w:val="13"/>
              </w:rPr>
              <w:t>AB</w:t>
            </w:r>
          </w:p>
        </w:tc>
        <w:tc>
          <w:tcPr>
            <w:tcW w:w="1409" w:type="dxa"/>
            <w:vAlign w:val="center"/>
          </w:tcPr>
          <w:p w14:paraId="707034DD" w14:textId="77777777" w:rsidR="00365219" w:rsidRDefault="00695781">
            <w:r>
              <w:rPr>
                <w:sz w:val="13"/>
              </w:rPr>
              <w:t>PGK MCMA</w:t>
            </w:r>
          </w:p>
        </w:tc>
        <w:tc>
          <w:tcPr>
            <w:tcW w:w="1409" w:type="dxa"/>
            <w:vAlign w:val="center"/>
          </w:tcPr>
          <w:p w14:paraId="1BA8E50B" w14:textId="77777777" w:rsidR="00365219" w:rsidRDefault="00695781">
            <w:pPr>
              <w:jc w:val="center"/>
            </w:pPr>
            <w:r>
              <w:rPr>
                <w:sz w:val="13"/>
              </w:rPr>
              <w:t>1, 2, 4</w:t>
            </w:r>
          </w:p>
        </w:tc>
      </w:tr>
      <w:tr w:rsidR="00365219" w14:paraId="58177C40" w14:textId="77777777">
        <w:trPr>
          <w:cantSplit/>
          <w:jc w:val="center"/>
        </w:trPr>
        <w:tc>
          <w:tcPr>
            <w:tcW w:w="1409" w:type="dxa"/>
            <w:vAlign w:val="center"/>
          </w:tcPr>
          <w:p w14:paraId="568DFABA" w14:textId="77777777" w:rsidR="00365219" w:rsidRDefault="00695781">
            <w:pPr>
              <w:jc w:val="center"/>
            </w:pPr>
            <w:r>
              <w:rPr>
                <w:sz w:val="13"/>
              </w:rPr>
              <w:t>25</w:t>
            </w:r>
          </w:p>
        </w:tc>
        <w:tc>
          <w:tcPr>
            <w:tcW w:w="1409" w:type="dxa"/>
            <w:vAlign w:val="center"/>
          </w:tcPr>
          <w:p w14:paraId="1FD8A423" w14:textId="77777777" w:rsidR="00365219" w:rsidRDefault="00695781">
            <w:pPr>
              <w:jc w:val="center"/>
            </w:pPr>
            <w:r>
              <w:rPr>
                <w:sz w:val="13"/>
              </w:rPr>
              <w:t>ZPD-1</w:t>
            </w:r>
          </w:p>
        </w:tc>
        <w:tc>
          <w:tcPr>
            <w:tcW w:w="1409" w:type="dxa"/>
            <w:vAlign w:val="center"/>
          </w:tcPr>
          <w:p w14:paraId="551DA223" w14:textId="77777777" w:rsidR="00365219" w:rsidRDefault="00695781">
            <w:r>
              <w:rPr>
                <w:sz w:val="13"/>
              </w:rPr>
              <w:t>SPL dan kecukupan data</w:t>
            </w:r>
          </w:p>
        </w:tc>
        <w:tc>
          <w:tcPr>
            <w:tcW w:w="1409" w:type="dxa"/>
            <w:vAlign w:val="center"/>
          </w:tcPr>
          <w:p w14:paraId="6CE2073B" w14:textId="77777777" w:rsidR="00365219" w:rsidRDefault="00695781">
            <w:r>
              <w:rPr>
                <w:sz w:val="13"/>
              </w:rPr>
              <w:t>Level 1 - memahami</w:t>
            </w:r>
          </w:p>
        </w:tc>
        <w:tc>
          <w:tcPr>
            <w:tcW w:w="1409" w:type="dxa"/>
            <w:vAlign w:val="center"/>
          </w:tcPr>
          <w:p w14:paraId="363C5F91" w14:textId="77777777" w:rsidR="00365219" w:rsidRDefault="00695781">
            <w:pPr>
              <w:jc w:val="center"/>
            </w:pPr>
            <w:r>
              <w:rPr>
                <w:sz w:val="13"/>
              </w:rPr>
              <w:t>DK</w:t>
            </w:r>
          </w:p>
        </w:tc>
        <w:tc>
          <w:tcPr>
            <w:tcW w:w="1409" w:type="dxa"/>
            <w:vAlign w:val="center"/>
          </w:tcPr>
          <w:p w14:paraId="452AFE57" w14:textId="77777777" w:rsidR="00365219" w:rsidRDefault="00695781">
            <w:r>
              <w:rPr>
                <w:sz w:val="13"/>
              </w:rPr>
              <w:t>Kecukupan Data</w:t>
            </w:r>
          </w:p>
        </w:tc>
        <w:tc>
          <w:tcPr>
            <w:tcW w:w="1409" w:type="dxa"/>
            <w:vAlign w:val="center"/>
          </w:tcPr>
          <w:p w14:paraId="1D6C2015" w14:textId="77777777" w:rsidR="00365219" w:rsidRDefault="00695781">
            <w:pPr>
              <w:jc w:val="center"/>
            </w:pPr>
            <w:r>
              <w:rPr>
                <w:sz w:val="13"/>
              </w:rPr>
              <w:t>C</w:t>
            </w:r>
          </w:p>
        </w:tc>
      </w:tr>
      <w:tr w:rsidR="00365219" w14:paraId="019D6A11" w14:textId="77777777">
        <w:trPr>
          <w:cantSplit/>
          <w:jc w:val="center"/>
        </w:trPr>
        <w:tc>
          <w:tcPr>
            <w:tcW w:w="1409" w:type="dxa"/>
            <w:vAlign w:val="center"/>
          </w:tcPr>
          <w:p w14:paraId="18068D0D" w14:textId="77777777" w:rsidR="00365219" w:rsidRDefault="00695781">
            <w:pPr>
              <w:jc w:val="center"/>
            </w:pPr>
            <w:r>
              <w:rPr>
                <w:sz w:val="13"/>
              </w:rPr>
              <w:t>26</w:t>
            </w:r>
          </w:p>
        </w:tc>
        <w:tc>
          <w:tcPr>
            <w:tcW w:w="1409" w:type="dxa"/>
            <w:vAlign w:val="center"/>
          </w:tcPr>
          <w:p w14:paraId="4E5DF17B" w14:textId="77777777" w:rsidR="00365219" w:rsidRDefault="00695781">
            <w:pPr>
              <w:jc w:val="center"/>
            </w:pPr>
            <w:r>
              <w:rPr>
                <w:sz w:val="13"/>
              </w:rPr>
              <w:t>ZPD-2</w:t>
            </w:r>
          </w:p>
        </w:tc>
        <w:tc>
          <w:tcPr>
            <w:tcW w:w="1409" w:type="dxa"/>
            <w:vAlign w:val="center"/>
          </w:tcPr>
          <w:p w14:paraId="0505D9A6" w14:textId="77777777" w:rsidR="00365219" w:rsidRDefault="00695781">
            <w:r>
              <w:rPr>
                <w:sz w:val="13"/>
              </w:rPr>
              <w:t>Pemodelan SPL</w:t>
            </w:r>
          </w:p>
        </w:tc>
        <w:tc>
          <w:tcPr>
            <w:tcW w:w="1409" w:type="dxa"/>
            <w:vAlign w:val="center"/>
          </w:tcPr>
          <w:p w14:paraId="4C7B603D" w14:textId="77777777" w:rsidR="00365219" w:rsidRDefault="00695781">
            <w:r>
              <w:rPr>
                <w:sz w:val="13"/>
              </w:rPr>
              <w:t>Level 2 - memodelkan</w:t>
            </w:r>
          </w:p>
        </w:tc>
        <w:tc>
          <w:tcPr>
            <w:tcW w:w="1409" w:type="dxa"/>
            <w:vAlign w:val="center"/>
          </w:tcPr>
          <w:p w14:paraId="3427E113" w14:textId="77777777" w:rsidR="00365219" w:rsidRDefault="00695781">
            <w:pPr>
              <w:jc w:val="center"/>
            </w:pPr>
            <w:r>
              <w:rPr>
                <w:sz w:val="13"/>
              </w:rPr>
              <w:t>DK</w:t>
            </w:r>
          </w:p>
        </w:tc>
        <w:tc>
          <w:tcPr>
            <w:tcW w:w="1409" w:type="dxa"/>
            <w:vAlign w:val="center"/>
          </w:tcPr>
          <w:p w14:paraId="78F2525E" w14:textId="77777777" w:rsidR="00365219" w:rsidRDefault="00695781">
            <w:r>
              <w:rPr>
                <w:sz w:val="13"/>
              </w:rPr>
              <w:t>PG</w:t>
            </w:r>
          </w:p>
        </w:tc>
        <w:tc>
          <w:tcPr>
            <w:tcW w:w="1409" w:type="dxa"/>
            <w:vAlign w:val="center"/>
          </w:tcPr>
          <w:p w14:paraId="034ED065" w14:textId="77777777" w:rsidR="00365219" w:rsidRDefault="00695781">
            <w:pPr>
              <w:jc w:val="center"/>
            </w:pPr>
            <w:r>
              <w:rPr>
                <w:sz w:val="13"/>
              </w:rPr>
              <w:t>C</w:t>
            </w:r>
          </w:p>
        </w:tc>
      </w:tr>
      <w:tr w:rsidR="00365219" w14:paraId="0C2259FE" w14:textId="77777777">
        <w:trPr>
          <w:cantSplit/>
          <w:jc w:val="center"/>
        </w:trPr>
        <w:tc>
          <w:tcPr>
            <w:tcW w:w="1409" w:type="dxa"/>
            <w:vAlign w:val="center"/>
          </w:tcPr>
          <w:p w14:paraId="0EFACA93" w14:textId="77777777" w:rsidR="00365219" w:rsidRDefault="00695781">
            <w:pPr>
              <w:jc w:val="center"/>
            </w:pPr>
            <w:r>
              <w:rPr>
                <w:sz w:val="13"/>
              </w:rPr>
              <w:t>27</w:t>
            </w:r>
          </w:p>
        </w:tc>
        <w:tc>
          <w:tcPr>
            <w:tcW w:w="1409" w:type="dxa"/>
            <w:vAlign w:val="center"/>
          </w:tcPr>
          <w:p w14:paraId="463A1CF2" w14:textId="77777777" w:rsidR="00365219" w:rsidRDefault="00695781">
            <w:pPr>
              <w:jc w:val="center"/>
            </w:pPr>
            <w:r>
              <w:rPr>
                <w:sz w:val="13"/>
              </w:rPr>
              <w:t>ZPD-2</w:t>
            </w:r>
          </w:p>
        </w:tc>
        <w:tc>
          <w:tcPr>
            <w:tcW w:w="1409" w:type="dxa"/>
            <w:vAlign w:val="center"/>
          </w:tcPr>
          <w:p w14:paraId="3E755BCB" w14:textId="77777777" w:rsidR="00365219" w:rsidRDefault="00695781">
            <w:r>
              <w:rPr>
                <w:sz w:val="13"/>
              </w:rPr>
              <w:t>Pemodelan SPL</w:t>
            </w:r>
          </w:p>
        </w:tc>
        <w:tc>
          <w:tcPr>
            <w:tcW w:w="1409" w:type="dxa"/>
            <w:vAlign w:val="center"/>
          </w:tcPr>
          <w:p w14:paraId="374F4BAB" w14:textId="77777777" w:rsidR="00365219" w:rsidRDefault="00695781">
            <w:r>
              <w:rPr>
                <w:sz w:val="13"/>
              </w:rPr>
              <w:t>Level 2 - memodelkan</w:t>
            </w:r>
          </w:p>
        </w:tc>
        <w:tc>
          <w:tcPr>
            <w:tcW w:w="1409" w:type="dxa"/>
            <w:vAlign w:val="center"/>
          </w:tcPr>
          <w:p w14:paraId="7816BF8D" w14:textId="77777777" w:rsidR="00365219" w:rsidRDefault="00695781">
            <w:pPr>
              <w:jc w:val="center"/>
            </w:pPr>
            <w:r>
              <w:rPr>
                <w:sz w:val="13"/>
              </w:rPr>
              <w:t>DK</w:t>
            </w:r>
          </w:p>
        </w:tc>
        <w:tc>
          <w:tcPr>
            <w:tcW w:w="1409" w:type="dxa"/>
            <w:vAlign w:val="center"/>
          </w:tcPr>
          <w:p w14:paraId="1BBF7BA9" w14:textId="77777777" w:rsidR="00365219" w:rsidRDefault="00695781">
            <w:r>
              <w:rPr>
                <w:sz w:val="13"/>
              </w:rPr>
              <w:t>PG</w:t>
            </w:r>
          </w:p>
        </w:tc>
        <w:tc>
          <w:tcPr>
            <w:tcW w:w="1409" w:type="dxa"/>
            <w:vAlign w:val="center"/>
          </w:tcPr>
          <w:p w14:paraId="1BF7CA8E" w14:textId="77777777" w:rsidR="00365219" w:rsidRDefault="00695781">
            <w:pPr>
              <w:jc w:val="center"/>
            </w:pPr>
            <w:r>
              <w:rPr>
                <w:sz w:val="13"/>
              </w:rPr>
              <w:t>C</w:t>
            </w:r>
          </w:p>
        </w:tc>
      </w:tr>
      <w:tr w:rsidR="00365219" w14:paraId="602267AA" w14:textId="77777777">
        <w:trPr>
          <w:cantSplit/>
          <w:jc w:val="center"/>
        </w:trPr>
        <w:tc>
          <w:tcPr>
            <w:tcW w:w="1409" w:type="dxa"/>
            <w:vAlign w:val="center"/>
          </w:tcPr>
          <w:p w14:paraId="1CE325CA" w14:textId="77777777" w:rsidR="00365219" w:rsidRDefault="00695781">
            <w:pPr>
              <w:jc w:val="center"/>
            </w:pPr>
            <w:r>
              <w:rPr>
                <w:sz w:val="13"/>
              </w:rPr>
              <w:t>28</w:t>
            </w:r>
          </w:p>
        </w:tc>
        <w:tc>
          <w:tcPr>
            <w:tcW w:w="1409" w:type="dxa"/>
            <w:vAlign w:val="center"/>
          </w:tcPr>
          <w:p w14:paraId="512D78EB" w14:textId="77777777" w:rsidR="00365219" w:rsidRDefault="00695781">
            <w:pPr>
              <w:jc w:val="center"/>
            </w:pPr>
            <w:r>
              <w:rPr>
                <w:sz w:val="13"/>
              </w:rPr>
              <w:t>ZPD-2</w:t>
            </w:r>
          </w:p>
        </w:tc>
        <w:tc>
          <w:tcPr>
            <w:tcW w:w="1409" w:type="dxa"/>
            <w:vAlign w:val="center"/>
          </w:tcPr>
          <w:p w14:paraId="5884B499" w14:textId="77777777" w:rsidR="00365219" w:rsidRDefault="00695781">
            <w:r>
              <w:rPr>
                <w:sz w:val="13"/>
              </w:rPr>
              <w:t>SPL tiga variabel</w:t>
            </w:r>
          </w:p>
        </w:tc>
        <w:tc>
          <w:tcPr>
            <w:tcW w:w="1409" w:type="dxa"/>
            <w:vAlign w:val="center"/>
          </w:tcPr>
          <w:p w14:paraId="76113AA1" w14:textId="77777777" w:rsidR="00365219" w:rsidRDefault="00695781">
            <w:r>
              <w:rPr>
                <w:sz w:val="13"/>
              </w:rPr>
              <w:t>Level 2 - menerapkan</w:t>
            </w:r>
          </w:p>
        </w:tc>
        <w:tc>
          <w:tcPr>
            <w:tcW w:w="1409" w:type="dxa"/>
            <w:vAlign w:val="center"/>
          </w:tcPr>
          <w:p w14:paraId="0E0325A8" w14:textId="77777777" w:rsidR="00365219" w:rsidRDefault="00695781">
            <w:pPr>
              <w:jc w:val="center"/>
            </w:pPr>
            <w:r>
              <w:rPr>
                <w:sz w:val="13"/>
              </w:rPr>
              <w:t>AL</w:t>
            </w:r>
          </w:p>
        </w:tc>
        <w:tc>
          <w:tcPr>
            <w:tcW w:w="1409" w:type="dxa"/>
            <w:vAlign w:val="center"/>
          </w:tcPr>
          <w:p w14:paraId="29C8588D" w14:textId="77777777" w:rsidR="00365219" w:rsidRDefault="00695781">
            <w:r>
              <w:rPr>
                <w:sz w:val="13"/>
              </w:rPr>
              <w:t>PG</w:t>
            </w:r>
          </w:p>
        </w:tc>
        <w:tc>
          <w:tcPr>
            <w:tcW w:w="1409" w:type="dxa"/>
            <w:vAlign w:val="center"/>
          </w:tcPr>
          <w:p w14:paraId="05F9EDBF" w14:textId="77777777" w:rsidR="00365219" w:rsidRDefault="00695781">
            <w:pPr>
              <w:jc w:val="center"/>
            </w:pPr>
            <w:r>
              <w:rPr>
                <w:sz w:val="13"/>
              </w:rPr>
              <w:t>D</w:t>
            </w:r>
          </w:p>
        </w:tc>
      </w:tr>
      <w:tr w:rsidR="00365219" w14:paraId="5D35CDBC" w14:textId="77777777">
        <w:trPr>
          <w:cantSplit/>
          <w:jc w:val="center"/>
        </w:trPr>
        <w:tc>
          <w:tcPr>
            <w:tcW w:w="1409" w:type="dxa"/>
            <w:vAlign w:val="center"/>
          </w:tcPr>
          <w:p w14:paraId="22EFD634" w14:textId="77777777" w:rsidR="00365219" w:rsidRDefault="00695781">
            <w:pPr>
              <w:jc w:val="center"/>
            </w:pPr>
            <w:r>
              <w:rPr>
                <w:sz w:val="13"/>
              </w:rPr>
              <w:t>29</w:t>
            </w:r>
          </w:p>
        </w:tc>
        <w:tc>
          <w:tcPr>
            <w:tcW w:w="1409" w:type="dxa"/>
            <w:vAlign w:val="center"/>
          </w:tcPr>
          <w:p w14:paraId="65F93C84" w14:textId="77777777" w:rsidR="00365219" w:rsidRDefault="00695781">
            <w:pPr>
              <w:jc w:val="center"/>
            </w:pPr>
            <w:r>
              <w:rPr>
                <w:sz w:val="13"/>
              </w:rPr>
              <w:t>ZPD-2</w:t>
            </w:r>
          </w:p>
        </w:tc>
        <w:tc>
          <w:tcPr>
            <w:tcW w:w="1409" w:type="dxa"/>
            <w:vAlign w:val="center"/>
          </w:tcPr>
          <w:p w14:paraId="25937390" w14:textId="77777777" w:rsidR="00365219" w:rsidRDefault="00695781">
            <w:r>
              <w:rPr>
                <w:sz w:val="13"/>
              </w:rPr>
              <w:t>Pemodelan SPL</w:t>
            </w:r>
          </w:p>
        </w:tc>
        <w:tc>
          <w:tcPr>
            <w:tcW w:w="1409" w:type="dxa"/>
            <w:vAlign w:val="center"/>
          </w:tcPr>
          <w:p w14:paraId="24C52C76" w14:textId="77777777" w:rsidR="00365219" w:rsidRDefault="00695781">
            <w:r>
              <w:rPr>
                <w:sz w:val="13"/>
              </w:rPr>
              <w:t>Level 2 - memodelkan</w:t>
            </w:r>
          </w:p>
        </w:tc>
        <w:tc>
          <w:tcPr>
            <w:tcW w:w="1409" w:type="dxa"/>
            <w:vAlign w:val="center"/>
          </w:tcPr>
          <w:p w14:paraId="3B4779D8" w14:textId="77777777" w:rsidR="00365219" w:rsidRDefault="00695781">
            <w:pPr>
              <w:jc w:val="center"/>
            </w:pPr>
            <w:r>
              <w:rPr>
                <w:sz w:val="13"/>
              </w:rPr>
              <w:t>AB</w:t>
            </w:r>
          </w:p>
        </w:tc>
        <w:tc>
          <w:tcPr>
            <w:tcW w:w="1409" w:type="dxa"/>
            <w:vAlign w:val="center"/>
          </w:tcPr>
          <w:p w14:paraId="401A182E" w14:textId="77777777" w:rsidR="00365219" w:rsidRDefault="00695781">
            <w:r>
              <w:rPr>
                <w:sz w:val="13"/>
              </w:rPr>
              <w:t>PG</w:t>
            </w:r>
          </w:p>
        </w:tc>
        <w:tc>
          <w:tcPr>
            <w:tcW w:w="1409" w:type="dxa"/>
            <w:vAlign w:val="center"/>
          </w:tcPr>
          <w:p w14:paraId="441E65D7" w14:textId="77777777" w:rsidR="00365219" w:rsidRDefault="00695781">
            <w:pPr>
              <w:jc w:val="center"/>
            </w:pPr>
            <w:r>
              <w:rPr>
                <w:sz w:val="13"/>
              </w:rPr>
              <w:t>B</w:t>
            </w:r>
          </w:p>
        </w:tc>
      </w:tr>
      <w:tr w:rsidR="00365219" w14:paraId="7A201469" w14:textId="77777777">
        <w:trPr>
          <w:cantSplit/>
          <w:jc w:val="center"/>
        </w:trPr>
        <w:tc>
          <w:tcPr>
            <w:tcW w:w="1409" w:type="dxa"/>
            <w:vAlign w:val="center"/>
          </w:tcPr>
          <w:p w14:paraId="74227CF6" w14:textId="77777777" w:rsidR="00365219" w:rsidRDefault="00695781">
            <w:pPr>
              <w:jc w:val="center"/>
            </w:pPr>
            <w:r>
              <w:rPr>
                <w:sz w:val="13"/>
              </w:rPr>
              <w:t>30</w:t>
            </w:r>
          </w:p>
        </w:tc>
        <w:tc>
          <w:tcPr>
            <w:tcW w:w="1409" w:type="dxa"/>
            <w:vAlign w:val="center"/>
          </w:tcPr>
          <w:p w14:paraId="6A20D723" w14:textId="77777777" w:rsidR="00365219" w:rsidRDefault="00695781">
            <w:pPr>
              <w:jc w:val="center"/>
            </w:pPr>
            <w:r>
              <w:rPr>
                <w:sz w:val="13"/>
              </w:rPr>
              <w:t>ZPD-2</w:t>
            </w:r>
          </w:p>
        </w:tc>
        <w:tc>
          <w:tcPr>
            <w:tcW w:w="1409" w:type="dxa"/>
            <w:vAlign w:val="center"/>
          </w:tcPr>
          <w:p w14:paraId="08EA379B" w14:textId="77777777" w:rsidR="00365219" w:rsidRDefault="00695781">
            <w:r>
              <w:rPr>
                <w:sz w:val="13"/>
              </w:rPr>
              <w:t>Pemodelan SPL</w:t>
            </w:r>
          </w:p>
        </w:tc>
        <w:tc>
          <w:tcPr>
            <w:tcW w:w="1409" w:type="dxa"/>
            <w:vAlign w:val="center"/>
          </w:tcPr>
          <w:p w14:paraId="1C63D947" w14:textId="77777777" w:rsidR="00365219" w:rsidRDefault="00695781">
            <w:r>
              <w:rPr>
                <w:sz w:val="13"/>
              </w:rPr>
              <w:t>Level 2 - memodelkan</w:t>
            </w:r>
          </w:p>
        </w:tc>
        <w:tc>
          <w:tcPr>
            <w:tcW w:w="1409" w:type="dxa"/>
            <w:vAlign w:val="center"/>
          </w:tcPr>
          <w:p w14:paraId="3D933376" w14:textId="77777777" w:rsidR="00365219" w:rsidRDefault="00695781">
            <w:pPr>
              <w:jc w:val="center"/>
            </w:pPr>
            <w:r>
              <w:rPr>
                <w:sz w:val="13"/>
              </w:rPr>
              <w:t>DK</w:t>
            </w:r>
          </w:p>
        </w:tc>
        <w:tc>
          <w:tcPr>
            <w:tcW w:w="1409" w:type="dxa"/>
            <w:vAlign w:val="center"/>
          </w:tcPr>
          <w:p w14:paraId="532A1852" w14:textId="77777777" w:rsidR="00365219" w:rsidRDefault="00695781">
            <w:r>
              <w:rPr>
                <w:sz w:val="13"/>
              </w:rPr>
              <w:t>PG</w:t>
            </w:r>
          </w:p>
        </w:tc>
        <w:tc>
          <w:tcPr>
            <w:tcW w:w="1409" w:type="dxa"/>
            <w:vAlign w:val="center"/>
          </w:tcPr>
          <w:p w14:paraId="10F3F58E" w14:textId="77777777" w:rsidR="00365219" w:rsidRDefault="00695781">
            <w:pPr>
              <w:jc w:val="center"/>
            </w:pPr>
            <w:r>
              <w:rPr>
                <w:sz w:val="13"/>
              </w:rPr>
              <w:t>C</w:t>
            </w:r>
          </w:p>
        </w:tc>
      </w:tr>
      <w:tr w:rsidR="00365219" w14:paraId="336A46F0" w14:textId="77777777">
        <w:trPr>
          <w:cantSplit/>
          <w:jc w:val="center"/>
        </w:trPr>
        <w:tc>
          <w:tcPr>
            <w:tcW w:w="1409" w:type="dxa"/>
            <w:vAlign w:val="center"/>
          </w:tcPr>
          <w:p w14:paraId="3BBBF974" w14:textId="77777777" w:rsidR="00365219" w:rsidRDefault="00695781">
            <w:pPr>
              <w:jc w:val="center"/>
            </w:pPr>
            <w:r>
              <w:rPr>
                <w:sz w:val="13"/>
              </w:rPr>
              <w:t>31</w:t>
            </w:r>
          </w:p>
        </w:tc>
        <w:tc>
          <w:tcPr>
            <w:tcW w:w="1409" w:type="dxa"/>
            <w:vAlign w:val="center"/>
          </w:tcPr>
          <w:p w14:paraId="355DB3FA" w14:textId="77777777" w:rsidR="00365219" w:rsidRDefault="00695781">
            <w:pPr>
              <w:jc w:val="center"/>
            </w:pPr>
            <w:r>
              <w:rPr>
                <w:sz w:val="13"/>
              </w:rPr>
              <w:t>ZPD-2</w:t>
            </w:r>
          </w:p>
        </w:tc>
        <w:tc>
          <w:tcPr>
            <w:tcW w:w="1409" w:type="dxa"/>
            <w:vAlign w:val="center"/>
          </w:tcPr>
          <w:p w14:paraId="66CE59AE" w14:textId="77777777" w:rsidR="00365219" w:rsidRDefault="00695781">
            <w:r>
              <w:rPr>
                <w:sz w:val="13"/>
              </w:rPr>
              <w:t>SPL dengan parameter</w:t>
            </w:r>
          </w:p>
        </w:tc>
        <w:tc>
          <w:tcPr>
            <w:tcW w:w="1409" w:type="dxa"/>
            <w:vAlign w:val="center"/>
          </w:tcPr>
          <w:p w14:paraId="15535C94" w14:textId="77777777" w:rsidR="00365219" w:rsidRDefault="00695781">
            <w:r>
              <w:rPr>
                <w:sz w:val="13"/>
              </w:rPr>
              <w:t>Level 2 - menerapkan</w:t>
            </w:r>
          </w:p>
        </w:tc>
        <w:tc>
          <w:tcPr>
            <w:tcW w:w="1409" w:type="dxa"/>
            <w:vAlign w:val="center"/>
          </w:tcPr>
          <w:p w14:paraId="3A13509D" w14:textId="77777777" w:rsidR="00365219" w:rsidRDefault="00695781">
            <w:pPr>
              <w:jc w:val="center"/>
            </w:pPr>
            <w:r>
              <w:rPr>
                <w:sz w:val="13"/>
              </w:rPr>
              <w:t>AL</w:t>
            </w:r>
          </w:p>
        </w:tc>
        <w:tc>
          <w:tcPr>
            <w:tcW w:w="1409" w:type="dxa"/>
            <w:vAlign w:val="center"/>
          </w:tcPr>
          <w:p w14:paraId="12086F61" w14:textId="77777777" w:rsidR="00365219" w:rsidRDefault="00695781">
            <w:r>
              <w:rPr>
                <w:sz w:val="13"/>
              </w:rPr>
              <w:t>PG</w:t>
            </w:r>
          </w:p>
        </w:tc>
        <w:tc>
          <w:tcPr>
            <w:tcW w:w="1409" w:type="dxa"/>
            <w:vAlign w:val="center"/>
          </w:tcPr>
          <w:p w14:paraId="68A595A2" w14:textId="77777777" w:rsidR="00365219" w:rsidRDefault="00695781">
            <w:pPr>
              <w:jc w:val="center"/>
            </w:pPr>
            <w:r>
              <w:rPr>
                <w:sz w:val="13"/>
              </w:rPr>
              <w:t>B</w:t>
            </w:r>
          </w:p>
        </w:tc>
      </w:tr>
      <w:tr w:rsidR="00365219" w14:paraId="5A3B4296" w14:textId="77777777">
        <w:trPr>
          <w:cantSplit/>
          <w:jc w:val="center"/>
        </w:trPr>
        <w:tc>
          <w:tcPr>
            <w:tcW w:w="1409" w:type="dxa"/>
            <w:vAlign w:val="center"/>
          </w:tcPr>
          <w:p w14:paraId="0F302BEC" w14:textId="77777777" w:rsidR="00365219" w:rsidRDefault="00695781">
            <w:pPr>
              <w:jc w:val="center"/>
            </w:pPr>
            <w:r>
              <w:rPr>
                <w:sz w:val="13"/>
              </w:rPr>
              <w:t>32</w:t>
            </w:r>
          </w:p>
        </w:tc>
        <w:tc>
          <w:tcPr>
            <w:tcW w:w="1409" w:type="dxa"/>
            <w:vAlign w:val="center"/>
          </w:tcPr>
          <w:p w14:paraId="4611C231" w14:textId="77777777" w:rsidR="00365219" w:rsidRDefault="00695781">
            <w:pPr>
              <w:jc w:val="center"/>
            </w:pPr>
            <w:r>
              <w:rPr>
                <w:sz w:val="13"/>
              </w:rPr>
              <w:t>ZPD-2</w:t>
            </w:r>
          </w:p>
        </w:tc>
        <w:tc>
          <w:tcPr>
            <w:tcW w:w="1409" w:type="dxa"/>
            <w:vAlign w:val="center"/>
          </w:tcPr>
          <w:p w14:paraId="3253BA41" w14:textId="77777777" w:rsidR="00365219" w:rsidRDefault="00695781">
            <w:r>
              <w:rPr>
                <w:sz w:val="13"/>
              </w:rPr>
              <w:t>Pertidaksamaan kontekstual</w:t>
            </w:r>
          </w:p>
        </w:tc>
        <w:tc>
          <w:tcPr>
            <w:tcW w:w="1409" w:type="dxa"/>
            <w:vAlign w:val="center"/>
          </w:tcPr>
          <w:p w14:paraId="511D0B08" w14:textId="77777777" w:rsidR="00365219" w:rsidRDefault="00695781">
            <w:r>
              <w:rPr>
                <w:sz w:val="13"/>
              </w:rPr>
              <w:t>Level 2 - memodelkan</w:t>
            </w:r>
          </w:p>
        </w:tc>
        <w:tc>
          <w:tcPr>
            <w:tcW w:w="1409" w:type="dxa"/>
            <w:vAlign w:val="center"/>
          </w:tcPr>
          <w:p w14:paraId="623D0D51" w14:textId="77777777" w:rsidR="00365219" w:rsidRDefault="00695781">
            <w:pPr>
              <w:jc w:val="center"/>
            </w:pPr>
            <w:r>
              <w:rPr>
                <w:sz w:val="13"/>
              </w:rPr>
              <w:t>AB</w:t>
            </w:r>
          </w:p>
        </w:tc>
        <w:tc>
          <w:tcPr>
            <w:tcW w:w="1409" w:type="dxa"/>
            <w:vAlign w:val="center"/>
          </w:tcPr>
          <w:p w14:paraId="5B34CD57" w14:textId="77777777" w:rsidR="00365219" w:rsidRDefault="00695781">
            <w:r>
              <w:rPr>
                <w:sz w:val="13"/>
              </w:rPr>
              <w:t>PG</w:t>
            </w:r>
          </w:p>
        </w:tc>
        <w:tc>
          <w:tcPr>
            <w:tcW w:w="1409" w:type="dxa"/>
            <w:vAlign w:val="center"/>
          </w:tcPr>
          <w:p w14:paraId="13B6788C" w14:textId="77777777" w:rsidR="00365219" w:rsidRDefault="00695781">
            <w:pPr>
              <w:jc w:val="center"/>
            </w:pPr>
            <w:r>
              <w:rPr>
                <w:sz w:val="13"/>
              </w:rPr>
              <w:t>C</w:t>
            </w:r>
          </w:p>
        </w:tc>
      </w:tr>
      <w:tr w:rsidR="00365219" w14:paraId="4C6E8E7D" w14:textId="77777777">
        <w:trPr>
          <w:cantSplit/>
          <w:jc w:val="center"/>
        </w:trPr>
        <w:tc>
          <w:tcPr>
            <w:tcW w:w="1409" w:type="dxa"/>
            <w:vAlign w:val="center"/>
          </w:tcPr>
          <w:p w14:paraId="2E766962" w14:textId="77777777" w:rsidR="00365219" w:rsidRDefault="00695781">
            <w:pPr>
              <w:jc w:val="center"/>
            </w:pPr>
            <w:r>
              <w:rPr>
                <w:sz w:val="13"/>
              </w:rPr>
              <w:t>33</w:t>
            </w:r>
          </w:p>
        </w:tc>
        <w:tc>
          <w:tcPr>
            <w:tcW w:w="1409" w:type="dxa"/>
            <w:vAlign w:val="center"/>
          </w:tcPr>
          <w:p w14:paraId="0FB595DE" w14:textId="77777777" w:rsidR="00365219" w:rsidRDefault="00695781">
            <w:pPr>
              <w:jc w:val="center"/>
            </w:pPr>
            <w:r>
              <w:rPr>
                <w:sz w:val="13"/>
              </w:rPr>
              <w:t>ZPD-2</w:t>
            </w:r>
          </w:p>
        </w:tc>
        <w:tc>
          <w:tcPr>
            <w:tcW w:w="1409" w:type="dxa"/>
            <w:vAlign w:val="center"/>
          </w:tcPr>
          <w:p w14:paraId="44432124" w14:textId="77777777" w:rsidR="00365219" w:rsidRDefault="00695781">
            <w:r>
              <w:rPr>
                <w:sz w:val="13"/>
              </w:rPr>
              <w:t>Sistem pertidaksamaan</w:t>
            </w:r>
          </w:p>
        </w:tc>
        <w:tc>
          <w:tcPr>
            <w:tcW w:w="1409" w:type="dxa"/>
            <w:vAlign w:val="center"/>
          </w:tcPr>
          <w:p w14:paraId="5E5B4475" w14:textId="77777777" w:rsidR="00365219" w:rsidRDefault="00695781">
            <w:r>
              <w:rPr>
                <w:sz w:val="13"/>
              </w:rPr>
              <w:t>Level 2 - memodelkan</w:t>
            </w:r>
          </w:p>
        </w:tc>
        <w:tc>
          <w:tcPr>
            <w:tcW w:w="1409" w:type="dxa"/>
            <w:vAlign w:val="center"/>
          </w:tcPr>
          <w:p w14:paraId="6E5E294C" w14:textId="77777777" w:rsidR="00365219" w:rsidRDefault="00695781">
            <w:pPr>
              <w:jc w:val="center"/>
            </w:pPr>
            <w:r>
              <w:rPr>
                <w:sz w:val="13"/>
              </w:rPr>
              <w:t>AB</w:t>
            </w:r>
          </w:p>
        </w:tc>
        <w:tc>
          <w:tcPr>
            <w:tcW w:w="1409" w:type="dxa"/>
            <w:vAlign w:val="center"/>
          </w:tcPr>
          <w:p w14:paraId="2D633EEC" w14:textId="77777777" w:rsidR="00365219" w:rsidRDefault="00695781">
            <w:r>
              <w:rPr>
                <w:sz w:val="13"/>
              </w:rPr>
              <w:t>PG</w:t>
            </w:r>
          </w:p>
        </w:tc>
        <w:tc>
          <w:tcPr>
            <w:tcW w:w="1409" w:type="dxa"/>
            <w:vAlign w:val="center"/>
          </w:tcPr>
          <w:p w14:paraId="5371B661" w14:textId="77777777" w:rsidR="00365219" w:rsidRDefault="00695781">
            <w:pPr>
              <w:jc w:val="center"/>
            </w:pPr>
            <w:r>
              <w:rPr>
                <w:sz w:val="13"/>
              </w:rPr>
              <w:t>B</w:t>
            </w:r>
          </w:p>
        </w:tc>
      </w:tr>
      <w:tr w:rsidR="00365219" w14:paraId="115B7FE4" w14:textId="77777777">
        <w:trPr>
          <w:cantSplit/>
          <w:jc w:val="center"/>
        </w:trPr>
        <w:tc>
          <w:tcPr>
            <w:tcW w:w="1409" w:type="dxa"/>
            <w:vAlign w:val="center"/>
          </w:tcPr>
          <w:p w14:paraId="485D36CA" w14:textId="77777777" w:rsidR="00365219" w:rsidRDefault="00695781">
            <w:pPr>
              <w:jc w:val="center"/>
            </w:pPr>
            <w:r>
              <w:rPr>
                <w:sz w:val="13"/>
              </w:rPr>
              <w:t>34</w:t>
            </w:r>
          </w:p>
        </w:tc>
        <w:tc>
          <w:tcPr>
            <w:tcW w:w="1409" w:type="dxa"/>
            <w:vAlign w:val="center"/>
          </w:tcPr>
          <w:p w14:paraId="3B0BB402" w14:textId="77777777" w:rsidR="00365219" w:rsidRDefault="00695781">
            <w:pPr>
              <w:jc w:val="center"/>
            </w:pPr>
            <w:r>
              <w:rPr>
                <w:sz w:val="13"/>
              </w:rPr>
              <w:t>ZPD-2</w:t>
            </w:r>
          </w:p>
        </w:tc>
        <w:tc>
          <w:tcPr>
            <w:tcW w:w="1409" w:type="dxa"/>
            <w:vAlign w:val="center"/>
          </w:tcPr>
          <w:p w14:paraId="4B057549" w14:textId="77777777" w:rsidR="00365219" w:rsidRDefault="00695781">
            <w:r>
              <w:rPr>
                <w:sz w:val="13"/>
              </w:rPr>
              <w:t>Sistem pertidaksamaan</w:t>
            </w:r>
          </w:p>
        </w:tc>
        <w:tc>
          <w:tcPr>
            <w:tcW w:w="1409" w:type="dxa"/>
            <w:vAlign w:val="center"/>
          </w:tcPr>
          <w:p w14:paraId="2B715314" w14:textId="77777777" w:rsidR="00365219" w:rsidRDefault="00695781">
            <w:r>
              <w:rPr>
                <w:sz w:val="13"/>
              </w:rPr>
              <w:t>Level 2 - memahami informasi</w:t>
            </w:r>
          </w:p>
        </w:tc>
        <w:tc>
          <w:tcPr>
            <w:tcW w:w="1409" w:type="dxa"/>
            <w:vAlign w:val="center"/>
          </w:tcPr>
          <w:p w14:paraId="358CECC6" w14:textId="77777777" w:rsidR="00365219" w:rsidRDefault="00695781">
            <w:pPr>
              <w:jc w:val="center"/>
            </w:pPr>
            <w:r>
              <w:rPr>
                <w:sz w:val="13"/>
              </w:rPr>
              <w:t>PR</w:t>
            </w:r>
          </w:p>
        </w:tc>
        <w:tc>
          <w:tcPr>
            <w:tcW w:w="1409" w:type="dxa"/>
            <w:vAlign w:val="center"/>
          </w:tcPr>
          <w:p w14:paraId="7A643ED8" w14:textId="77777777" w:rsidR="00365219" w:rsidRDefault="00695781">
            <w:r>
              <w:rPr>
                <w:sz w:val="13"/>
              </w:rPr>
              <w:t>PG</w:t>
            </w:r>
          </w:p>
        </w:tc>
        <w:tc>
          <w:tcPr>
            <w:tcW w:w="1409" w:type="dxa"/>
            <w:vAlign w:val="center"/>
          </w:tcPr>
          <w:p w14:paraId="72CBD947" w14:textId="77777777" w:rsidR="00365219" w:rsidRDefault="00695781">
            <w:pPr>
              <w:jc w:val="center"/>
            </w:pPr>
            <w:r>
              <w:rPr>
                <w:sz w:val="13"/>
              </w:rPr>
              <w:t>C</w:t>
            </w:r>
          </w:p>
        </w:tc>
      </w:tr>
      <w:tr w:rsidR="00365219" w14:paraId="1C277BBA" w14:textId="77777777">
        <w:trPr>
          <w:cantSplit/>
          <w:jc w:val="center"/>
        </w:trPr>
        <w:tc>
          <w:tcPr>
            <w:tcW w:w="1409" w:type="dxa"/>
            <w:vAlign w:val="center"/>
          </w:tcPr>
          <w:p w14:paraId="7E46147B" w14:textId="77777777" w:rsidR="00365219" w:rsidRDefault="00695781">
            <w:pPr>
              <w:jc w:val="center"/>
            </w:pPr>
            <w:r>
              <w:rPr>
                <w:sz w:val="13"/>
              </w:rPr>
              <w:t>35</w:t>
            </w:r>
          </w:p>
        </w:tc>
        <w:tc>
          <w:tcPr>
            <w:tcW w:w="1409" w:type="dxa"/>
            <w:vAlign w:val="center"/>
          </w:tcPr>
          <w:p w14:paraId="618CBDE6" w14:textId="77777777" w:rsidR="00365219" w:rsidRDefault="00695781">
            <w:pPr>
              <w:jc w:val="center"/>
            </w:pPr>
            <w:r>
              <w:rPr>
                <w:sz w:val="13"/>
              </w:rPr>
              <w:t>ZPD-2</w:t>
            </w:r>
          </w:p>
        </w:tc>
        <w:tc>
          <w:tcPr>
            <w:tcW w:w="1409" w:type="dxa"/>
            <w:vAlign w:val="center"/>
          </w:tcPr>
          <w:p w14:paraId="6F5E0D46" w14:textId="77777777" w:rsidR="00365219" w:rsidRDefault="00695781">
            <w:r>
              <w:rPr>
                <w:sz w:val="13"/>
              </w:rPr>
              <w:t>Program linear</w:t>
            </w:r>
          </w:p>
        </w:tc>
        <w:tc>
          <w:tcPr>
            <w:tcW w:w="1409" w:type="dxa"/>
            <w:vAlign w:val="center"/>
          </w:tcPr>
          <w:p w14:paraId="063025C7" w14:textId="77777777" w:rsidR="00365219" w:rsidRDefault="00695781">
            <w:r>
              <w:rPr>
                <w:sz w:val="13"/>
              </w:rPr>
              <w:t>Level 2 - menerapkan</w:t>
            </w:r>
          </w:p>
        </w:tc>
        <w:tc>
          <w:tcPr>
            <w:tcW w:w="1409" w:type="dxa"/>
            <w:vAlign w:val="center"/>
          </w:tcPr>
          <w:p w14:paraId="0025F3C7" w14:textId="77777777" w:rsidR="00365219" w:rsidRDefault="00695781">
            <w:pPr>
              <w:jc w:val="center"/>
            </w:pPr>
            <w:r>
              <w:rPr>
                <w:sz w:val="13"/>
              </w:rPr>
              <w:t>DK</w:t>
            </w:r>
          </w:p>
        </w:tc>
        <w:tc>
          <w:tcPr>
            <w:tcW w:w="1409" w:type="dxa"/>
            <w:vAlign w:val="center"/>
          </w:tcPr>
          <w:p w14:paraId="4B05BA69" w14:textId="77777777" w:rsidR="00365219" w:rsidRDefault="00695781">
            <w:r>
              <w:rPr>
                <w:sz w:val="13"/>
              </w:rPr>
              <w:t>PG</w:t>
            </w:r>
          </w:p>
        </w:tc>
        <w:tc>
          <w:tcPr>
            <w:tcW w:w="1409" w:type="dxa"/>
            <w:vAlign w:val="center"/>
          </w:tcPr>
          <w:p w14:paraId="35CD32ED" w14:textId="77777777" w:rsidR="00365219" w:rsidRDefault="00695781">
            <w:pPr>
              <w:jc w:val="center"/>
            </w:pPr>
            <w:r>
              <w:rPr>
                <w:sz w:val="13"/>
              </w:rPr>
              <w:t>D</w:t>
            </w:r>
          </w:p>
        </w:tc>
      </w:tr>
      <w:tr w:rsidR="00365219" w14:paraId="4CE37151" w14:textId="77777777">
        <w:trPr>
          <w:cantSplit/>
          <w:jc w:val="center"/>
        </w:trPr>
        <w:tc>
          <w:tcPr>
            <w:tcW w:w="1409" w:type="dxa"/>
            <w:vAlign w:val="center"/>
          </w:tcPr>
          <w:p w14:paraId="31C248F1" w14:textId="77777777" w:rsidR="00365219" w:rsidRDefault="00695781">
            <w:pPr>
              <w:jc w:val="center"/>
            </w:pPr>
            <w:r>
              <w:rPr>
                <w:sz w:val="13"/>
              </w:rPr>
              <w:t>36</w:t>
            </w:r>
          </w:p>
        </w:tc>
        <w:tc>
          <w:tcPr>
            <w:tcW w:w="1409" w:type="dxa"/>
            <w:vAlign w:val="center"/>
          </w:tcPr>
          <w:p w14:paraId="05750C23" w14:textId="77777777" w:rsidR="00365219" w:rsidRDefault="00695781">
            <w:pPr>
              <w:jc w:val="center"/>
            </w:pPr>
            <w:r>
              <w:rPr>
                <w:sz w:val="13"/>
              </w:rPr>
              <w:t>ZPD-2</w:t>
            </w:r>
          </w:p>
        </w:tc>
        <w:tc>
          <w:tcPr>
            <w:tcW w:w="1409" w:type="dxa"/>
            <w:vAlign w:val="center"/>
          </w:tcPr>
          <w:p w14:paraId="765F523C" w14:textId="77777777" w:rsidR="00365219" w:rsidRDefault="00695781">
            <w:r>
              <w:rPr>
                <w:sz w:val="13"/>
              </w:rPr>
              <w:t>Program linear minimasi</w:t>
            </w:r>
          </w:p>
        </w:tc>
        <w:tc>
          <w:tcPr>
            <w:tcW w:w="1409" w:type="dxa"/>
            <w:vAlign w:val="center"/>
          </w:tcPr>
          <w:p w14:paraId="41E2B87D" w14:textId="77777777" w:rsidR="00365219" w:rsidRDefault="00695781">
            <w:r>
              <w:rPr>
                <w:sz w:val="13"/>
              </w:rPr>
              <w:t>Level 2 - menerapkan</w:t>
            </w:r>
          </w:p>
        </w:tc>
        <w:tc>
          <w:tcPr>
            <w:tcW w:w="1409" w:type="dxa"/>
            <w:vAlign w:val="center"/>
          </w:tcPr>
          <w:p w14:paraId="31CC7472" w14:textId="77777777" w:rsidR="00365219" w:rsidRDefault="00695781">
            <w:pPr>
              <w:jc w:val="center"/>
            </w:pPr>
            <w:r>
              <w:rPr>
                <w:sz w:val="13"/>
              </w:rPr>
              <w:t>DK</w:t>
            </w:r>
          </w:p>
        </w:tc>
        <w:tc>
          <w:tcPr>
            <w:tcW w:w="1409" w:type="dxa"/>
            <w:vAlign w:val="center"/>
          </w:tcPr>
          <w:p w14:paraId="0B9BF583" w14:textId="77777777" w:rsidR="00365219" w:rsidRDefault="00695781">
            <w:r>
              <w:rPr>
                <w:sz w:val="13"/>
              </w:rPr>
              <w:t>PG</w:t>
            </w:r>
          </w:p>
        </w:tc>
        <w:tc>
          <w:tcPr>
            <w:tcW w:w="1409" w:type="dxa"/>
            <w:vAlign w:val="center"/>
          </w:tcPr>
          <w:p w14:paraId="792649A0" w14:textId="77777777" w:rsidR="00365219" w:rsidRDefault="00695781">
            <w:pPr>
              <w:jc w:val="center"/>
            </w:pPr>
            <w:r>
              <w:rPr>
                <w:sz w:val="13"/>
              </w:rPr>
              <w:t>C</w:t>
            </w:r>
          </w:p>
        </w:tc>
      </w:tr>
      <w:tr w:rsidR="00365219" w14:paraId="60E4DC0F" w14:textId="77777777">
        <w:trPr>
          <w:cantSplit/>
          <w:jc w:val="center"/>
        </w:trPr>
        <w:tc>
          <w:tcPr>
            <w:tcW w:w="1409" w:type="dxa"/>
            <w:vAlign w:val="center"/>
          </w:tcPr>
          <w:p w14:paraId="4C7F035F" w14:textId="77777777" w:rsidR="00365219" w:rsidRDefault="00695781">
            <w:pPr>
              <w:jc w:val="center"/>
            </w:pPr>
            <w:r>
              <w:rPr>
                <w:sz w:val="13"/>
              </w:rPr>
              <w:t>37</w:t>
            </w:r>
          </w:p>
        </w:tc>
        <w:tc>
          <w:tcPr>
            <w:tcW w:w="1409" w:type="dxa"/>
            <w:vAlign w:val="center"/>
          </w:tcPr>
          <w:p w14:paraId="3FB13046" w14:textId="77777777" w:rsidR="00365219" w:rsidRDefault="00695781">
            <w:pPr>
              <w:jc w:val="center"/>
            </w:pPr>
            <w:r>
              <w:rPr>
                <w:sz w:val="13"/>
              </w:rPr>
              <w:t>ZPD-2</w:t>
            </w:r>
          </w:p>
        </w:tc>
        <w:tc>
          <w:tcPr>
            <w:tcW w:w="1409" w:type="dxa"/>
            <w:vAlign w:val="center"/>
          </w:tcPr>
          <w:p w14:paraId="0B95C254" w14:textId="77777777" w:rsidR="00365219" w:rsidRDefault="00695781">
            <w:r>
              <w:rPr>
                <w:sz w:val="13"/>
              </w:rPr>
              <w:t>Program linear kontekstual</w:t>
            </w:r>
          </w:p>
        </w:tc>
        <w:tc>
          <w:tcPr>
            <w:tcW w:w="1409" w:type="dxa"/>
            <w:vAlign w:val="center"/>
          </w:tcPr>
          <w:p w14:paraId="0B4CBC47" w14:textId="77777777" w:rsidR="00365219" w:rsidRDefault="00695781">
            <w:r>
              <w:rPr>
                <w:sz w:val="13"/>
              </w:rPr>
              <w:t>Level 2 - memodelkan</w:t>
            </w:r>
          </w:p>
        </w:tc>
        <w:tc>
          <w:tcPr>
            <w:tcW w:w="1409" w:type="dxa"/>
            <w:vAlign w:val="center"/>
          </w:tcPr>
          <w:p w14:paraId="19DFA645" w14:textId="77777777" w:rsidR="00365219" w:rsidRDefault="00695781">
            <w:pPr>
              <w:jc w:val="center"/>
            </w:pPr>
            <w:r>
              <w:rPr>
                <w:sz w:val="13"/>
              </w:rPr>
              <w:t>DK</w:t>
            </w:r>
          </w:p>
        </w:tc>
        <w:tc>
          <w:tcPr>
            <w:tcW w:w="1409" w:type="dxa"/>
            <w:vAlign w:val="center"/>
          </w:tcPr>
          <w:p w14:paraId="33FA5A91" w14:textId="77777777" w:rsidR="00365219" w:rsidRDefault="00695781">
            <w:r>
              <w:rPr>
                <w:sz w:val="13"/>
              </w:rPr>
              <w:t>PG</w:t>
            </w:r>
          </w:p>
        </w:tc>
        <w:tc>
          <w:tcPr>
            <w:tcW w:w="1409" w:type="dxa"/>
            <w:vAlign w:val="center"/>
          </w:tcPr>
          <w:p w14:paraId="26713AAE" w14:textId="77777777" w:rsidR="00365219" w:rsidRDefault="00695781">
            <w:pPr>
              <w:jc w:val="center"/>
            </w:pPr>
            <w:r>
              <w:rPr>
                <w:sz w:val="13"/>
              </w:rPr>
              <w:t>D</w:t>
            </w:r>
          </w:p>
        </w:tc>
      </w:tr>
      <w:tr w:rsidR="00365219" w14:paraId="624FF003" w14:textId="77777777">
        <w:trPr>
          <w:cantSplit/>
          <w:jc w:val="center"/>
        </w:trPr>
        <w:tc>
          <w:tcPr>
            <w:tcW w:w="1409" w:type="dxa"/>
            <w:vAlign w:val="center"/>
          </w:tcPr>
          <w:p w14:paraId="46DB03CA" w14:textId="77777777" w:rsidR="00365219" w:rsidRDefault="00695781">
            <w:pPr>
              <w:jc w:val="center"/>
            </w:pPr>
            <w:r>
              <w:rPr>
                <w:sz w:val="13"/>
              </w:rPr>
              <w:t>38</w:t>
            </w:r>
          </w:p>
        </w:tc>
        <w:tc>
          <w:tcPr>
            <w:tcW w:w="1409" w:type="dxa"/>
            <w:vAlign w:val="center"/>
          </w:tcPr>
          <w:p w14:paraId="5B2D3C24" w14:textId="77777777" w:rsidR="00365219" w:rsidRDefault="00695781">
            <w:pPr>
              <w:jc w:val="center"/>
            </w:pPr>
            <w:r>
              <w:rPr>
                <w:sz w:val="13"/>
              </w:rPr>
              <w:t>ZPD-2</w:t>
            </w:r>
          </w:p>
        </w:tc>
        <w:tc>
          <w:tcPr>
            <w:tcW w:w="1409" w:type="dxa"/>
            <w:vAlign w:val="center"/>
          </w:tcPr>
          <w:p w14:paraId="71691029" w14:textId="77777777" w:rsidR="00365219" w:rsidRDefault="00695781">
            <w:r>
              <w:rPr>
                <w:sz w:val="13"/>
              </w:rPr>
              <w:t>Fungsi linear kontekstual</w:t>
            </w:r>
          </w:p>
        </w:tc>
        <w:tc>
          <w:tcPr>
            <w:tcW w:w="1409" w:type="dxa"/>
            <w:vAlign w:val="center"/>
          </w:tcPr>
          <w:p w14:paraId="669DE1FD" w14:textId="77777777" w:rsidR="00365219" w:rsidRDefault="00695781">
            <w:r>
              <w:rPr>
                <w:sz w:val="13"/>
              </w:rPr>
              <w:t>Level 2 - memodelkan</w:t>
            </w:r>
          </w:p>
        </w:tc>
        <w:tc>
          <w:tcPr>
            <w:tcW w:w="1409" w:type="dxa"/>
            <w:vAlign w:val="center"/>
          </w:tcPr>
          <w:p w14:paraId="51F392BB" w14:textId="77777777" w:rsidR="00365219" w:rsidRDefault="00695781">
            <w:pPr>
              <w:jc w:val="center"/>
            </w:pPr>
            <w:r>
              <w:rPr>
                <w:sz w:val="13"/>
              </w:rPr>
              <w:t>AB</w:t>
            </w:r>
          </w:p>
        </w:tc>
        <w:tc>
          <w:tcPr>
            <w:tcW w:w="1409" w:type="dxa"/>
            <w:vAlign w:val="center"/>
          </w:tcPr>
          <w:p w14:paraId="0850F863" w14:textId="77777777" w:rsidR="00365219" w:rsidRDefault="00695781">
            <w:r>
              <w:rPr>
                <w:sz w:val="13"/>
              </w:rPr>
              <w:t>PG</w:t>
            </w:r>
          </w:p>
        </w:tc>
        <w:tc>
          <w:tcPr>
            <w:tcW w:w="1409" w:type="dxa"/>
            <w:vAlign w:val="center"/>
          </w:tcPr>
          <w:p w14:paraId="2555A963" w14:textId="77777777" w:rsidR="00365219" w:rsidRDefault="00695781">
            <w:pPr>
              <w:jc w:val="center"/>
            </w:pPr>
            <w:r>
              <w:rPr>
                <w:sz w:val="13"/>
              </w:rPr>
              <w:t>C</w:t>
            </w:r>
          </w:p>
        </w:tc>
      </w:tr>
      <w:tr w:rsidR="00365219" w14:paraId="4766EB3F" w14:textId="77777777">
        <w:trPr>
          <w:cantSplit/>
          <w:jc w:val="center"/>
        </w:trPr>
        <w:tc>
          <w:tcPr>
            <w:tcW w:w="1409" w:type="dxa"/>
            <w:vAlign w:val="center"/>
          </w:tcPr>
          <w:p w14:paraId="2FB79402" w14:textId="77777777" w:rsidR="00365219" w:rsidRDefault="00695781">
            <w:pPr>
              <w:jc w:val="center"/>
            </w:pPr>
            <w:r>
              <w:rPr>
                <w:sz w:val="13"/>
              </w:rPr>
              <w:t>39</w:t>
            </w:r>
          </w:p>
        </w:tc>
        <w:tc>
          <w:tcPr>
            <w:tcW w:w="1409" w:type="dxa"/>
            <w:vAlign w:val="center"/>
          </w:tcPr>
          <w:p w14:paraId="30B5E04D" w14:textId="77777777" w:rsidR="00365219" w:rsidRDefault="00695781">
            <w:pPr>
              <w:jc w:val="center"/>
            </w:pPr>
            <w:r>
              <w:rPr>
                <w:sz w:val="13"/>
              </w:rPr>
              <w:t>ZPD-2</w:t>
            </w:r>
          </w:p>
        </w:tc>
        <w:tc>
          <w:tcPr>
            <w:tcW w:w="1409" w:type="dxa"/>
            <w:vAlign w:val="center"/>
          </w:tcPr>
          <w:p w14:paraId="4C6AC011" w14:textId="77777777" w:rsidR="00365219" w:rsidRDefault="00695781">
            <w:r>
              <w:rPr>
                <w:sz w:val="13"/>
              </w:rPr>
              <w:t>Komposisi fungsi linear</w:t>
            </w:r>
          </w:p>
        </w:tc>
        <w:tc>
          <w:tcPr>
            <w:tcW w:w="1409" w:type="dxa"/>
            <w:vAlign w:val="center"/>
          </w:tcPr>
          <w:p w14:paraId="36571AB4" w14:textId="77777777" w:rsidR="00365219" w:rsidRDefault="00695781">
            <w:r>
              <w:rPr>
                <w:sz w:val="13"/>
              </w:rPr>
              <w:t>Level 2 - menerapkan</w:t>
            </w:r>
          </w:p>
        </w:tc>
        <w:tc>
          <w:tcPr>
            <w:tcW w:w="1409" w:type="dxa"/>
            <w:vAlign w:val="center"/>
          </w:tcPr>
          <w:p w14:paraId="46A82CA7" w14:textId="77777777" w:rsidR="00365219" w:rsidRDefault="00695781">
            <w:pPr>
              <w:jc w:val="center"/>
            </w:pPr>
            <w:r>
              <w:rPr>
                <w:sz w:val="13"/>
              </w:rPr>
              <w:t>AL</w:t>
            </w:r>
          </w:p>
        </w:tc>
        <w:tc>
          <w:tcPr>
            <w:tcW w:w="1409" w:type="dxa"/>
            <w:vAlign w:val="center"/>
          </w:tcPr>
          <w:p w14:paraId="3CC5E486" w14:textId="77777777" w:rsidR="00365219" w:rsidRDefault="00695781">
            <w:r>
              <w:rPr>
                <w:sz w:val="13"/>
              </w:rPr>
              <w:t>PG</w:t>
            </w:r>
          </w:p>
        </w:tc>
        <w:tc>
          <w:tcPr>
            <w:tcW w:w="1409" w:type="dxa"/>
            <w:vAlign w:val="center"/>
          </w:tcPr>
          <w:p w14:paraId="0EDCCB10" w14:textId="77777777" w:rsidR="00365219" w:rsidRDefault="00695781">
            <w:pPr>
              <w:jc w:val="center"/>
            </w:pPr>
            <w:r>
              <w:rPr>
                <w:sz w:val="13"/>
              </w:rPr>
              <w:t>D</w:t>
            </w:r>
          </w:p>
        </w:tc>
      </w:tr>
      <w:tr w:rsidR="00365219" w14:paraId="4606BFB4" w14:textId="77777777">
        <w:trPr>
          <w:cantSplit/>
          <w:jc w:val="center"/>
        </w:trPr>
        <w:tc>
          <w:tcPr>
            <w:tcW w:w="1409" w:type="dxa"/>
            <w:vAlign w:val="center"/>
          </w:tcPr>
          <w:p w14:paraId="525B9FD6" w14:textId="77777777" w:rsidR="00365219" w:rsidRDefault="00695781">
            <w:pPr>
              <w:jc w:val="center"/>
            </w:pPr>
            <w:r>
              <w:rPr>
                <w:sz w:val="13"/>
              </w:rPr>
              <w:t>40</w:t>
            </w:r>
          </w:p>
        </w:tc>
        <w:tc>
          <w:tcPr>
            <w:tcW w:w="1409" w:type="dxa"/>
            <w:vAlign w:val="center"/>
          </w:tcPr>
          <w:p w14:paraId="200FA751" w14:textId="77777777" w:rsidR="00365219" w:rsidRDefault="00695781">
            <w:pPr>
              <w:jc w:val="center"/>
            </w:pPr>
            <w:r>
              <w:rPr>
                <w:sz w:val="13"/>
              </w:rPr>
              <w:t>ZPD-2</w:t>
            </w:r>
          </w:p>
        </w:tc>
        <w:tc>
          <w:tcPr>
            <w:tcW w:w="1409" w:type="dxa"/>
            <w:vAlign w:val="center"/>
          </w:tcPr>
          <w:p w14:paraId="13928859" w14:textId="77777777" w:rsidR="00365219" w:rsidRDefault="00695781">
            <w:r>
              <w:rPr>
                <w:sz w:val="13"/>
              </w:rPr>
              <w:t>Persamaan fungsi linear</w:t>
            </w:r>
          </w:p>
        </w:tc>
        <w:tc>
          <w:tcPr>
            <w:tcW w:w="1409" w:type="dxa"/>
            <w:vAlign w:val="center"/>
          </w:tcPr>
          <w:p w14:paraId="77858177" w14:textId="77777777" w:rsidR="00365219" w:rsidRDefault="00695781">
            <w:r>
              <w:rPr>
                <w:sz w:val="13"/>
              </w:rPr>
              <w:t>Level 2 - menerapkan</w:t>
            </w:r>
          </w:p>
        </w:tc>
        <w:tc>
          <w:tcPr>
            <w:tcW w:w="1409" w:type="dxa"/>
            <w:vAlign w:val="center"/>
          </w:tcPr>
          <w:p w14:paraId="57C4A8D7" w14:textId="77777777" w:rsidR="00365219" w:rsidRDefault="00695781">
            <w:pPr>
              <w:jc w:val="center"/>
            </w:pPr>
            <w:r>
              <w:rPr>
                <w:sz w:val="13"/>
              </w:rPr>
              <w:t>PR</w:t>
            </w:r>
          </w:p>
        </w:tc>
        <w:tc>
          <w:tcPr>
            <w:tcW w:w="1409" w:type="dxa"/>
            <w:vAlign w:val="center"/>
          </w:tcPr>
          <w:p w14:paraId="2E8E2EA0" w14:textId="77777777" w:rsidR="00365219" w:rsidRDefault="00695781">
            <w:r>
              <w:rPr>
                <w:sz w:val="13"/>
              </w:rPr>
              <w:t>PG</w:t>
            </w:r>
          </w:p>
        </w:tc>
        <w:tc>
          <w:tcPr>
            <w:tcW w:w="1409" w:type="dxa"/>
            <w:vAlign w:val="center"/>
          </w:tcPr>
          <w:p w14:paraId="1F9F86E5" w14:textId="77777777" w:rsidR="00365219" w:rsidRDefault="00695781">
            <w:pPr>
              <w:jc w:val="center"/>
            </w:pPr>
            <w:r>
              <w:rPr>
                <w:sz w:val="13"/>
              </w:rPr>
              <w:t>C</w:t>
            </w:r>
          </w:p>
        </w:tc>
      </w:tr>
      <w:tr w:rsidR="00365219" w14:paraId="03E4EAFF" w14:textId="77777777">
        <w:trPr>
          <w:cantSplit/>
          <w:jc w:val="center"/>
        </w:trPr>
        <w:tc>
          <w:tcPr>
            <w:tcW w:w="1409" w:type="dxa"/>
            <w:vAlign w:val="center"/>
          </w:tcPr>
          <w:p w14:paraId="0BF5454B" w14:textId="77777777" w:rsidR="00365219" w:rsidRDefault="00695781">
            <w:pPr>
              <w:jc w:val="center"/>
            </w:pPr>
            <w:r>
              <w:rPr>
                <w:sz w:val="13"/>
              </w:rPr>
              <w:lastRenderedPageBreak/>
              <w:t>41</w:t>
            </w:r>
          </w:p>
        </w:tc>
        <w:tc>
          <w:tcPr>
            <w:tcW w:w="1409" w:type="dxa"/>
            <w:vAlign w:val="center"/>
          </w:tcPr>
          <w:p w14:paraId="5B700D1C" w14:textId="77777777" w:rsidR="00365219" w:rsidRDefault="00695781">
            <w:pPr>
              <w:jc w:val="center"/>
            </w:pPr>
            <w:r>
              <w:rPr>
                <w:sz w:val="13"/>
              </w:rPr>
              <w:t>ZPD-2</w:t>
            </w:r>
          </w:p>
        </w:tc>
        <w:tc>
          <w:tcPr>
            <w:tcW w:w="1409" w:type="dxa"/>
            <w:vAlign w:val="center"/>
          </w:tcPr>
          <w:p w14:paraId="74B3D438" w14:textId="77777777" w:rsidR="00365219" w:rsidRDefault="00695781">
            <w:r>
              <w:rPr>
                <w:sz w:val="13"/>
              </w:rPr>
              <w:t>Domain dan range fungsi linear</w:t>
            </w:r>
          </w:p>
        </w:tc>
        <w:tc>
          <w:tcPr>
            <w:tcW w:w="1409" w:type="dxa"/>
            <w:vAlign w:val="center"/>
          </w:tcPr>
          <w:p w14:paraId="31E15B82" w14:textId="77777777" w:rsidR="00365219" w:rsidRDefault="00695781">
            <w:r>
              <w:rPr>
                <w:sz w:val="13"/>
              </w:rPr>
              <w:t>Level 2 - memahami</w:t>
            </w:r>
          </w:p>
        </w:tc>
        <w:tc>
          <w:tcPr>
            <w:tcW w:w="1409" w:type="dxa"/>
            <w:vAlign w:val="center"/>
          </w:tcPr>
          <w:p w14:paraId="2D806B1C" w14:textId="77777777" w:rsidR="00365219" w:rsidRDefault="00695781">
            <w:pPr>
              <w:jc w:val="center"/>
            </w:pPr>
            <w:r>
              <w:rPr>
                <w:sz w:val="13"/>
              </w:rPr>
              <w:t>AB</w:t>
            </w:r>
          </w:p>
        </w:tc>
        <w:tc>
          <w:tcPr>
            <w:tcW w:w="1409" w:type="dxa"/>
            <w:vAlign w:val="center"/>
          </w:tcPr>
          <w:p w14:paraId="3299E5B1" w14:textId="77777777" w:rsidR="00365219" w:rsidRDefault="00695781">
            <w:r>
              <w:rPr>
                <w:sz w:val="13"/>
              </w:rPr>
              <w:t>PG</w:t>
            </w:r>
          </w:p>
        </w:tc>
        <w:tc>
          <w:tcPr>
            <w:tcW w:w="1409" w:type="dxa"/>
            <w:vAlign w:val="center"/>
          </w:tcPr>
          <w:p w14:paraId="550D8CF1" w14:textId="77777777" w:rsidR="00365219" w:rsidRDefault="00695781">
            <w:pPr>
              <w:jc w:val="center"/>
            </w:pPr>
            <w:r>
              <w:rPr>
                <w:sz w:val="13"/>
              </w:rPr>
              <w:t>D</w:t>
            </w:r>
          </w:p>
        </w:tc>
      </w:tr>
      <w:tr w:rsidR="00365219" w14:paraId="3DBBF5CA" w14:textId="77777777">
        <w:trPr>
          <w:cantSplit/>
          <w:jc w:val="center"/>
        </w:trPr>
        <w:tc>
          <w:tcPr>
            <w:tcW w:w="1409" w:type="dxa"/>
            <w:vAlign w:val="center"/>
          </w:tcPr>
          <w:p w14:paraId="0017EC44" w14:textId="77777777" w:rsidR="00365219" w:rsidRDefault="00695781">
            <w:pPr>
              <w:jc w:val="center"/>
            </w:pPr>
            <w:r>
              <w:rPr>
                <w:sz w:val="13"/>
              </w:rPr>
              <w:t>42</w:t>
            </w:r>
          </w:p>
        </w:tc>
        <w:tc>
          <w:tcPr>
            <w:tcW w:w="1409" w:type="dxa"/>
            <w:vAlign w:val="center"/>
          </w:tcPr>
          <w:p w14:paraId="30CFA5F3" w14:textId="77777777" w:rsidR="00365219" w:rsidRDefault="00695781">
            <w:pPr>
              <w:jc w:val="center"/>
            </w:pPr>
            <w:r>
              <w:rPr>
                <w:sz w:val="13"/>
              </w:rPr>
              <w:t>ZPD-2</w:t>
            </w:r>
          </w:p>
        </w:tc>
        <w:tc>
          <w:tcPr>
            <w:tcW w:w="1409" w:type="dxa"/>
            <w:vAlign w:val="center"/>
          </w:tcPr>
          <w:p w14:paraId="291E2C6E" w14:textId="77777777" w:rsidR="00365219" w:rsidRDefault="00695781">
            <w:r>
              <w:rPr>
                <w:sz w:val="13"/>
              </w:rPr>
              <w:t>Invers fungsi linear kontekstual</w:t>
            </w:r>
          </w:p>
        </w:tc>
        <w:tc>
          <w:tcPr>
            <w:tcW w:w="1409" w:type="dxa"/>
            <w:vAlign w:val="center"/>
          </w:tcPr>
          <w:p w14:paraId="059B2E37" w14:textId="77777777" w:rsidR="00365219" w:rsidRDefault="00695781">
            <w:r>
              <w:rPr>
                <w:sz w:val="13"/>
              </w:rPr>
              <w:t>Level 2 - menerapkan</w:t>
            </w:r>
          </w:p>
        </w:tc>
        <w:tc>
          <w:tcPr>
            <w:tcW w:w="1409" w:type="dxa"/>
            <w:vAlign w:val="center"/>
          </w:tcPr>
          <w:p w14:paraId="2D489493" w14:textId="77777777" w:rsidR="00365219" w:rsidRDefault="00695781">
            <w:pPr>
              <w:jc w:val="center"/>
            </w:pPr>
            <w:r>
              <w:rPr>
                <w:sz w:val="13"/>
              </w:rPr>
              <w:t>AL</w:t>
            </w:r>
          </w:p>
        </w:tc>
        <w:tc>
          <w:tcPr>
            <w:tcW w:w="1409" w:type="dxa"/>
            <w:vAlign w:val="center"/>
          </w:tcPr>
          <w:p w14:paraId="5478A5C4" w14:textId="77777777" w:rsidR="00365219" w:rsidRDefault="00695781">
            <w:r>
              <w:rPr>
                <w:sz w:val="13"/>
              </w:rPr>
              <w:t>PG</w:t>
            </w:r>
          </w:p>
        </w:tc>
        <w:tc>
          <w:tcPr>
            <w:tcW w:w="1409" w:type="dxa"/>
            <w:vAlign w:val="center"/>
          </w:tcPr>
          <w:p w14:paraId="337C2C4B" w14:textId="77777777" w:rsidR="00365219" w:rsidRDefault="00695781">
            <w:pPr>
              <w:jc w:val="center"/>
            </w:pPr>
            <w:r>
              <w:rPr>
                <w:sz w:val="13"/>
              </w:rPr>
              <w:t>C</w:t>
            </w:r>
          </w:p>
        </w:tc>
      </w:tr>
      <w:tr w:rsidR="00365219" w14:paraId="18FCE033" w14:textId="77777777">
        <w:trPr>
          <w:cantSplit/>
          <w:jc w:val="center"/>
        </w:trPr>
        <w:tc>
          <w:tcPr>
            <w:tcW w:w="1409" w:type="dxa"/>
            <w:vAlign w:val="center"/>
          </w:tcPr>
          <w:p w14:paraId="6ED1173A" w14:textId="77777777" w:rsidR="00365219" w:rsidRDefault="00695781">
            <w:pPr>
              <w:jc w:val="center"/>
            </w:pPr>
            <w:r>
              <w:rPr>
                <w:sz w:val="13"/>
              </w:rPr>
              <w:t>43</w:t>
            </w:r>
          </w:p>
        </w:tc>
        <w:tc>
          <w:tcPr>
            <w:tcW w:w="1409" w:type="dxa"/>
            <w:vAlign w:val="center"/>
          </w:tcPr>
          <w:p w14:paraId="66750BE5" w14:textId="77777777" w:rsidR="00365219" w:rsidRDefault="00695781">
            <w:pPr>
              <w:jc w:val="center"/>
            </w:pPr>
            <w:r>
              <w:rPr>
                <w:sz w:val="13"/>
              </w:rPr>
              <w:t>ZPD-2</w:t>
            </w:r>
          </w:p>
        </w:tc>
        <w:tc>
          <w:tcPr>
            <w:tcW w:w="1409" w:type="dxa"/>
            <w:vAlign w:val="center"/>
          </w:tcPr>
          <w:p w14:paraId="33564BE6" w14:textId="77777777" w:rsidR="00365219" w:rsidRDefault="00695781">
            <w:r>
              <w:rPr>
                <w:sz w:val="13"/>
              </w:rPr>
              <w:t>Komposisi fungsi linear kontekstual</w:t>
            </w:r>
          </w:p>
        </w:tc>
        <w:tc>
          <w:tcPr>
            <w:tcW w:w="1409" w:type="dxa"/>
            <w:vAlign w:val="center"/>
          </w:tcPr>
          <w:p w14:paraId="10AA8C20" w14:textId="77777777" w:rsidR="00365219" w:rsidRDefault="00695781">
            <w:r>
              <w:rPr>
                <w:sz w:val="13"/>
              </w:rPr>
              <w:t>Level 2 - menerapkan</w:t>
            </w:r>
          </w:p>
        </w:tc>
        <w:tc>
          <w:tcPr>
            <w:tcW w:w="1409" w:type="dxa"/>
            <w:vAlign w:val="center"/>
          </w:tcPr>
          <w:p w14:paraId="79CE6BBB" w14:textId="77777777" w:rsidR="00365219" w:rsidRDefault="00695781">
            <w:pPr>
              <w:jc w:val="center"/>
            </w:pPr>
            <w:r>
              <w:rPr>
                <w:sz w:val="13"/>
              </w:rPr>
              <w:t>AL</w:t>
            </w:r>
          </w:p>
        </w:tc>
        <w:tc>
          <w:tcPr>
            <w:tcW w:w="1409" w:type="dxa"/>
            <w:vAlign w:val="center"/>
          </w:tcPr>
          <w:p w14:paraId="7F07E967" w14:textId="77777777" w:rsidR="00365219" w:rsidRDefault="00695781">
            <w:r>
              <w:rPr>
                <w:sz w:val="13"/>
              </w:rPr>
              <w:t>PG</w:t>
            </w:r>
          </w:p>
        </w:tc>
        <w:tc>
          <w:tcPr>
            <w:tcW w:w="1409" w:type="dxa"/>
            <w:vAlign w:val="center"/>
          </w:tcPr>
          <w:p w14:paraId="6D921A03" w14:textId="77777777" w:rsidR="00365219" w:rsidRDefault="00695781">
            <w:pPr>
              <w:jc w:val="center"/>
            </w:pPr>
            <w:r>
              <w:rPr>
                <w:sz w:val="13"/>
              </w:rPr>
              <w:t>D</w:t>
            </w:r>
          </w:p>
        </w:tc>
      </w:tr>
      <w:tr w:rsidR="00365219" w14:paraId="2503E344" w14:textId="77777777">
        <w:trPr>
          <w:cantSplit/>
          <w:jc w:val="center"/>
        </w:trPr>
        <w:tc>
          <w:tcPr>
            <w:tcW w:w="1409" w:type="dxa"/>
            <w:vAlign w:val="center"/>
          </w:tcPr>
          <w:p w14:paraId="3831C8CA" w14:textId="77777777" w:rsidR="00365219" w:rsidRDefault="00695781">
            <w:pPr>
              <w:jc w:val="center"/>
            </w:pPr>
            <w:r>
              <w:rPr>
                <w:sz w:val="13"/>
              </w:rPr>
              <w:t>44</w:t>
            </w:r>
          </w:p>
        </w:tc>
        <w:tc>
          <w:tcPr>
            <w:tcW w:w="1409" w:type="dxa"/>
            <w:vAlign w:val="center"/>
          </w:tcPr>
          <w:p w14:paraId="68F0B310" w14:textId="77777777" w:rsidR="00365219" w:rsidRDefault="00695781">
            <w:pPr>
              <w:jc w:val="center"/>
            </w:pPr>
            <w:r>
              <w:rPr>
                <w:sz w:val="13"/>
              </w:rPr>
              <w:t>ZPD-2</w:t>
            </w:r>
          </w:p>
        </w:tc>
        <w:tc>
          <w:tcPr>
            <w:tcW w:w="1409" w:type="dxa"/>
            <w:vAlign w:val="center"/>
          </w:tcPr>
          <w:p w14:paraId="75126A2A" w14:textId="77777777" w:rsidR="00365219" w:rsidRDefault="00695781">
            <w:r>
              <w:rPr>
                <w:sz w:val="13"/>
              </w:rPr>
              <w:t>Fungsi linear dan grafik</w:t>
            </w:r>
          </w:p>
        </w:tc>
        <w:tc>
          <w:tcPr>
            <w:tcW w:w="1409" w:type="dxa"/>
            <w:vAlign w:val="center"/>
          </w:tcPr>
          <w:p w14:paraId="5E7FC90A" w14:textId="77777777" w:rsidR="00365219" w:rsidRDefault="00695781">
            <w:r>
              <w:rPr>
                <w:sz w:val="13"/>
              </w:rPr>
              <w:t>Level 2 - memahami</w:t>
            </w:r>
          </w:p>
        </w:tc>
        <w:tc>
          <w:tcPr>
            <w:tcW w:w="1409" w:type="dxa"/>
            <w:vAlign w:val="center"/>
          </w:tcPr>
          <w:p w14:paraId="6750612B" w14:textId="77777777" w:rsidR="00365219" w:rsidRDefault="00695781">
            <w:pPr>
              <w:jc w:val="center"/>
            </w:pPr>
            <w:r>
              <w:rPr>
                <w:sz w:val="13"/>
              </w:rPr>
              <w:t>PR</w:t>
            </w:r>
          </w:p>
        </w:tc>
        <w:tc>
          <w:tcPr>
            <w:tcW w:w="1409" w:type="dxa"/>
            <w:vAlign w:val="center"/>
          </w:tcPr>
          <w:p w14:paraId="11AC94FA" w14:textId="77777777" w:rsidR="00365219" w:rsidRDefault="00695781">
            <w:r>
              <w:rPr>
                <w:sz w:val="13"/>
              </w:rPr>
              <w:t>PGK Kategori</w:t>
            </w:r>
          </w:p>
        </w:tc>
        <w:tc>
          <w:tcPr>
            <w:tcW w:w="1409" w:type="dxa"/>
            <w:vAlign w:val="center"/>
          </w:tcPr>
          <w:p w14:paraId="24DBF2F2" w14:textId="77777777" w:rsidR="00365219" w:rsidRDefault="00695781">
            <w:pPr>
              <w:jc w:val="center"/>
            </w:pPr>
            <w:r>
              <w:rPr>
                <w:sz w:val="13"/>
              </w:rPr>
              <w:t>Benar, Benar, Benar, Salah</w:t>
            </w:r>
          </w:p>
        </w:tc>
      </w:tr>
      <w:tr w:rsidR="00365219" w14:paraId="547E5542" w14:textId="77777777">
        <w:trPr>
          <w:cantSplit/>
          <w:jc w:val="center"/>
        </w:trPr>
        <w:tc>
          <w:tcPr>
            <w:tcW w:w="1409" w:type="dxa"/>
            <w:vAlign w:val="center"/>
          </w:tcPr>
          <w:p w14:paraId="213267C5" w14:textId="77777777" w:rsidR="00365219" w:rsidRDefault="00695781">
            <w:pPr>
              <w:jc w:val="center"/>
            </w:pPr>
            <w:r>
              <w:rPr>
                <w:sz w:val="13"/>
              </w:rPr>
              <w:t>45</w:t>
            </w:r>
          </w:p>
        </w:tc>
        <w:tc>
          <w:tcPr>
            <w:tcW w:w="1409" w:type="dxa"/>
            <w:vAlign w:val="center"/>
          </w:tcPr>
          <w:p w14:paraId="25C3AFA8" w14:textId="77777777" w:rsidR="00365219" w:rsidRDefault="00695781">
            <w:pPr>
              <w:jc w:val="center"/>
            </w:pPr>
            <w:r>
              <w:rPr>
                <w:sz w:val="13"/>
              </w:rPr>
              <w:t>ZPD-2</w:t>
            </w:r>
          </w:p>
        </w:tc>
        <w:tc>
          <w:tcPr>
            <w:tcW w:w="1409" w:type="dxa"/>
            <w:vAlign w:val="center"/>
          </w:tcPr>
          <w:p w14:paraId="5F36979F" w14:textId="77777777" w:rsidR="00365219" w:rsidRDefault="00695781">
            <w:r>
              <w:rPr>
                <w:sz w:val="13"/>
              </w:rPr>
              <w:t>Program linear</w:t>
            </w:r>
          </w:p>
        </w:tc>
        <w:tc>
          <w:tcPr>
            <w:tcW w:w="1409" w:type="dxa"/>
            <w:vAlign w:val="center"/>
          </w:tcPr>
          <w:p w14:paraId="4C639590" w14:textId="77777777" w:rsidR="00365219" w:rsidRDefault="00695781">
            <w:r>
              <w:rPr>
                <w:sz w:val="13"/>
              </w:rPr>
              <w:t>Level 2 - mengevaluasi</w:t>
            </w:r>
          </w:p>
        </w:tc>
        <w:tc>
          <w:tcPr>
            <w:tcW w:w="1409" w:type="dxa"/>
            <w:vAlign w:val="center"/>
          </w:tcPr>
          <w:p w14:paraId="236D973F" w14:textId="77777777" w:rsidR="00365219" w:rsidRDefault="00695781">
            <w:pPr>
              <w:jc w:val="center"/>
            </w:pPr>
            <w:r>
              <w:rPr>
                <w:sz w:val="13"/>
              </w:rPr>
              <w:t>DK</w:t>
            </w:r>
          </w:p>
        </w:tc>
        <w:tc>
          <w:tcPr>
            <w:tcW w:w="1409" w:type="dxa"/>
            <w:vAlign w:val="center"/>
          </w:tcPr>
          <w:p w14:paraId="3E500EDF" w14:textId="77777777" w:rsidR="00365219" w:rsidRDefault="00695781">
            <w:r>
              <w:rPr>
                <w:sz w:val="13"/>
              </w:rPr>
              <w:t>PGK Kategori</w:t>
            </w:r>
          </w:p>
        </w:tc>
        <w:tc>
          <w:tcPr>
            <w:tcW w:w="1409" w:type="dxa"/>
            <w:vAlign w:val="center"/>
          </w:tcPr>
          <w:p w14:paraId="205769B0" w14:textId="77777777" w:rsidR="00365219" w:rsidRDefault="00695781">
            <w:pPr>
              <w:jc w:val="center"/>
            </w:pPr>
            <w:r>
              <w:rPr>
                <w:sz w:val="13"/>
              </w:rPr>
              <w:t>Benar, Benar, Benar, Salah</w:t>
            </w:r>
          </w:p>
        </w:tc>
      </w:tr>
      <w:tr w:rsidR="00365219" w14:paraId="279B06FF" w14:textId="77777777">
        <w:trPr>
          <w:cantSplit/>
          <w:jc w:val="center"/>
        </w:trPr>
        <w:tc>
          <w:tcPr>
            <w:tcW w:w="1409" w:type="dxa"/>
            <w:vAlign w:val="center"/>
          </w:tcPr>
          <w:p w14:paraId="0D99BA65" w14:textId="77777777" w:rsidR="00365219" w:rsidRDefault="00695781">
            <w:pPr>
              <w:jc w:val="center"/>
            </w:pPr>
            <w:r>
              <w:rPr>
                <w:sz w:val="13"/>
              </w:rPr>
              <w:t>46</w:t>
            </w:r>
          </w:p>
        </w:tc>
        <w:tc>
          <w:tcPr>
            <w:tcW w:w="1409" w:type="dxa"/>
            <w:vAlign w:val="center"/>
          </w:tcPr>
          <w:p w14:paraId="5D905A01" w14:textId="77777777" w:rsidR="00365219" w:rsidRDefault="00695781">
            <w:pPr>
              <w:jc w:val="center"/>
            </w:pPr>
            <w:r>
              <w:rPr>
                <w:sz w:val="13"/>
              </w:rPr>
              <w:t>ZPD-2</w:t>
            </w:r>
          </w:p>
        </w:tc>
        <w:tc>
          <w:tcPr>
            <w:tcW w:w="1409" w:type="dxa"/>
            <w:vAlign w:val="center"/>
          </w:tcPr>
          <w:p w14:paraId="05D9C3BD" w14:textId="77777777" w:rsidR="00365219" w:rsidRDefault="00695781">
            <w:r>
              <w:rPr>
                <w:sz w:val="13"/>
              </w:rPr>
              <w:t>Pertidaksamaan linear</w:t>
            </w:r>
          </w:p>
        </w:tc>
        <w:tc>
          <w:tcPr>
            <w:tcW w:w="1409" w:type="dxa"/>
            <w:vAlign w:val="center"/>
          </w:tcPr>
          <w:p w14:paraId="0E36E84E" w14:textId="77777777" w:rsidR="00365219" w:rsidRDefault="00695781">
            <w:r>
              <w:rPr>
                <w:sz w:val="13"/>
              </w:rPr>
              <w:t>Level 2 - mengidentifikasi</w:t>
            </w:r>
          </w:p>
        </w:tc>
        <w:tc>
          <w:tcPr>
            <w:tcW w:w="1409" w:type="dxa"/>
            <w:vAlign w:val="center"/>
          </w:tcPr>
          <w:p w14:paraId="6B7AA61D" w14:textId="77777777" w:rsidR="00365219" w:rsidRDefault="00695781">
            <w:pPr>
              <w:jc w:val="center"/>
            </w:pPr>
            <w:r>
              <w:rPr>
                <w:sz w:val="13"/>
              </w:rPr>
              <w:t>AB</w:t>
            </w:r>
          </w:p>
        </w:tc>
        <w:tc>
          <w:tcPr>
            <w:tcW w:w="1409" w:type="dxa"/>
            <w:vAlign w:val="center"/>
          </w:tcPr>
          <w:p w14:paraId="5B43A610" w14:textId="77777777" w:rsidR="00365219" w:rsidRDefault="00695781">
            <w:r>
              <w:rPr>
                <w:sz w:val="13"/>
              </w:rPr>
              <w:t>PGK MCMA</w:t>
            </w:r>
          </w:p>
        </w:tc>
        <w:tc>
          <w:tcPr>
            <w:tcW w:w="1409" w:type="dxa"/>
            <w:vAlign w:val="center"/>
          </w:tcPr>
          <w:p w14:paraId="4D4693A5" w14:textId="77777777" w:rsidR="00365219" w:rsidRDefault="00695781">
            <w:pPr>
              <w:jc w:val="center"/>
            </w:pPr>
            <w:r>
              <w:rPr>
                <w:sz w:val="13"/>
              </w:rPr>
              <w:t>1, 2, 3</w:t>
            </w:r>
          </w:p>
        </w:tc>
      </w:tr>
      <w:tr w:rsidR="00365219" w14:paraId="3C94884B" w14:textId="77777777">
        <w:trPr>
          <w:cantSplit/>
          <w:jc w:val="center"/>
        </w:trPr>
        <w:tc>
          <w:tcPr>
            <w:tcW w:w="1409" w:type="dxa"/>
            <w:vAlign w:val="center"/>
          </w:tcPr>
          <w:p w14:paraId="01682741" w14:textId="77777777" w:rsidR="00365219" w:rsidRDefault="00695781">
            <w:pPr>
              <w:jc w:val="center"/>
            </w:pPr>
            <w:r>
              <w:rPr>
                <w:sz w:val="13"/>
              </w:rPr>
              <w:t>47</w:t>
            </w:r>
          </w:p>
        </w:tc>
        <w:tc>
          <w:tcPr>
            <w:tcW w:w="1409" w:type="dxa"/>
            <w:vAlign w:val="center"/>
          </w:tcPr>
          <w:p w14:paraId="13B68816" w14:textId="77777777" w:rsidR="00365219" w:rsidRDefault="00695781">
            <w:pPr>
              <w:jc w:val="center"/>
            </w:pPr>
            <w:r>
              <w:rPr>
                <w:sz w:val="13"/>
              </w:rPr>
              <w:t>ZPD-2</w:t>
            </w:r>
          </w:p>
        </w:tc>
        <w:tc>
          <w:tcPr>
            <w:tcW w:w="1409" w:type="dxa"/>
            <w:vAlign w:val="center"/>
          </w:tcPr>
          <w:p w14:paraId="5C8F728F" w14:textId="77777777" w:rsidR="00365219" w:rsidRDefault="00695781">
            <w:r>
              <w:rPr>
                <w:sz w:val="13"/>
              </w:rPr>
              <w:t>Representasi fungsi linear</w:t>
            </w:r>
          </w:p>
        </w:tc>
        <w:tc>
          <w:tcPr>
            <w:tcW w:w="1409" w:type="dxa"/>
            <w:vAlign w:val="center"/>
          </w:tcPr>
          <w:p w14:paraId="062AB0A1" w14:textId="77777777" w:rsidR="00365219" w:rsidRDefault="00695781">
            <w:r>
              <w:rPr>
                <w:sz w:val="13"/>
              </w:rPr>
              <w:t>Level 2 - mengenali pola</w:t>
            </w:r>
          </w:p>
        </w:tc>
        <w:tc>
          <w:tcPr>
            <w:tcW w:w="1409" w:type="dxa"/>
            <w:vAlign w:val="center"/>
          </w:tcPr>
          <w:p w14:paraId="2EC6D606" w14:textId="77777777" w:rsidR="00365219" w:rsidRDefault="00695781">
            <w:pPr>
              <w:jc w:val="center"/>
            </w:pPr>
            <w:r>
              <w:rPr>
                <w:sz w:val="13"/>
              </w:rPr>
              <w:t>PR</w:t>
            </w:r>
          </w:p>
        </w:tc>
        <w:tc>
          <w:tcPr>
            <w:tcW w:w="1409" w:type="dxa"/>
            <w:vAlign w:val="center"/>
          </w:tcPr>
          <w:p w14:paraId="1D0D6D3D" w14:textId="77777777" w:rsidR="00365219" w:rsidRDefault="00695781">
            <w:r>
              <w:rPr>
                <w:sz w:val="13"/>
              </w:rPr>
              <w:t>PGK MCMA</w:t>
            </w:r>
          </w:p>
        </w:tc>
        <w:tc>
          <w:tcPr>
            <w:tcW w:w="1409" w:type="dxa"/>
            <w:vAlign w:val="center"/>
          </w:tcPr>
          <w:p w14:paraId="27247476" w14:textId="77777777" w:rsidR="00365219" w:rsidRDefault="00695781">
            <w:pPr>
              <w:jc w:val="center"/>
            </w:pPr>
            <w:r>
              <w:rPr>
                <w:sz w:val="13"/>
              </w:rPr>
              <w:t>1, 2, 3, 4</w:t>
            </w:r>
          </w:p>
        </w:tc>
      </w:tr>
      <w:tr w:rsidR="00365219" w14:paraId="2ED4D883" w14:textId="77777777">
        <w:trPr>
          <w:cantSplit/>
          <w:jc w:val="center"/>
        </w:trPr>
        <w:tc>
          <w:tcPr>
            <w:tcW w:w="1409" w:type="dxa"/>
            <w:vAlign w:val="center"/>
          </w:tcPr>
          <w:p w14:paraId="293D6C48" w14:textId="77777777" w:rsidR="00365219" w:rsidRDefault="00695781">
            <w:pPr>
              <w:jc w:val="center"/>
            </w:pPr>
            <w:r>
              <w:rPr>
                <w:sz w:val="13"/>
              </w:rPr>
              <w:t>48</w:t>
            </w:r>
          </w:p>
        </w:tc>
        <w:tc>
          <w:tcPr>
            <w:tcW w:w="1409" w:type="dxa"/>
            <w:vAlign w:val="center"/>
          </w:tcPr>
          <w:p w14:paraId="346FC120" w14:textId="77777777" w:rsidR="00365219" w:rsidRDefault="00695781">
            <w:pPr>
              <w:jc w:val="center"/>
            </w:pPr>
            <w:r>
              <w:rPr>
                <w:sz w:val="13"/>
              </w:rPr>
              <w:t>ZPD-2</w:t>
            </w:r>
          </w:p>
        </w:tc>
        <w:tc>
          <w:tcPr>
            <w:tcW w:w="1409" w:type="dxa"/>
            <w:vAlign w:val="center"/>
          </w:tcPr>
          <w:p w14:paraId="3E50C097" w14:textId="77777777" w:rsidR="00365219" w:rsidRDefault="00695781">
            <w:r>
              <w:rPr>
                <w:sz w:val="13"/>
              </w:rPr>
              <w:t>SPL dua variabel</w:t>
            </w:r>
          </w:p>
        </w:tc>
        <w:tc>
          <w:tcPr>
            <w:tcW w:w="1409" w:type="dxa"/>
            <w:vAlign w:val="center"/>
          </w:tcPr>
          <w:p w14:paraId="3AF94423" w14:textId="77777777" w:rsidR="00365219" w:rsidRDefault="00695781">
            <w:r>
              <w:rPr>
                <w:sz w:val="13"/>
              </w:rPr>
              <w:t>Level 2 - mengevaluasi</w:t>
            </w:r>
          </w:p>
        </w:tc>
        <w:tc>
          <w:tcPr>
            <w:tcW w:w="1409" w:type="dxa"/>
            <w:vAlign w:val="center"/>
          </w:tcPr>
          <w:p w14:paraId="07B7C00B" w14:textId="77777777" w:rsidR="00365219" w:rsidRDefault="00695781">
            <w:pPr>
              <w:jc w:val="center"/>
            </w:pPr>
            <w:r>
              <w:rPr>
                <w:sz w:val="13"/>
              </w:rPr>
              <w:t>AL</w:t>
            </w:r>
          </w:p>
        </w:tc>
        <w:tc>
          <w:tcPr>
            <w:tcW w:w="1409" w:type="dxa"/>
            <w:vAlign w:val="center"/>
          </w:tcPr>
          <w:p w14:paraId="2F4F2ADB" w14:textId="77777777" w:rsidR="00365219" w:rsidRDefault="00695781">
            <w:r>
              <w:rPr>
                <w:sz w:val="13"/>
              </w:rPr>
              <w:t>PGK MCMA</w:t>
            </w:r>
          </w:p>
        </w:tc>
        <w:tc>
          <w:tcPr>
            <w:tcW w:w="1409" w:type="dxa"/>
            <w:vAlign w:val="center"/>
          </w:tcPr>
          <w:p w14:paraId="0B2BEAA1" w14:textId="77777777" w:rsidR="00365219" w:rsidRDefault="00695781">
            <w:pPr>
              <w:jc w:val="center"/>
            </w:pPr>
            <w:r>
              <w:rPr>
                <w:sz w:val="13"/>
              </w:rPr>
              <w:t>1, 2, 3, 4</w:t>
            </w:r>
          </w:p>
        </w:tc>
      </w:tr>
      <w:tr w:rsidR="00365219" w14:paraId="7EA341E4" w14:textId="77777777">
        <w:trPr>
          <w:cantSplit/>
          <w:jc w:val="center"/>
        </w:trPr>
        <w:tc>
          <w:tcPr>
            <w:tcW w:w="1409" w:type="dxa"/>
            <w:vAlign w:val="center"/>
          </w:tcPr>
          <w:p w14:paraId="3682F202" w14:textId="77777777" w:rsidR="00365219" w:rsidRDefault="00695781">
            <w:pPr>
              <w:jc w:val="center"/>
            </w:pPr>
            <w:r>
              <w:rPr>
                <w:sz w:val="13"/>
              </w:rPr>
              <w:t>49</w:t>
            </w:r>
          </w:p>
        </w:tc>
        <w:tc>
          <w:tcPr>
            <w:tcW w:w="1409" w:type="dxa"/>
            <w:vAlign w:val="center"/>
          </w:tcPr>
          <w:p w14:paraId="588AF717" w14:textId="77777777" w:rsidR="00365219" w:rsidRDefault="00695781">
            <w:pPr>
              <w:jc w:val="center"/>
            </w:pPr>
            <w:r>
              <w:rPr>
                <w:sz w:val="13"/>
              </w:rPr>
              <w:t>ZPD-2</w:t>
            </w:r>
          </w:p>
        </w:tc>
        <w:tc>
          <w:tcPr>
            <w:tcW w:w="1409" w:type="dxa"/>
            <w:vAlign w:val="center"/>
          </w:tcPr>
          <w:p w14:paraId="66360851" w14:textId="77777777" w:rsidR="00365219" w:rsidRDefault="00695781">
            <w:r>
              <w:rPr>
                <w:sz w:val="13"/>
              </w:rPr>
              <w:t>SPL dan kecukupan data</w:t>
            </w:r>
          </w:p>
        </w:tc>
        <w:tc>
          <w:tcPr>
            <w:tcW w:w="1409" w:type="dxa"/>
            <w:vAlign w:val="center"/>
          </w:tcPr>
          <w:p w14:paraId="41E9F8E5" w14:textId="77777777" w:rsidR="00365219" w:rsidRDefault="00695781">
            <w:r>
              <w:rPr>
                <w:sz w:val="13"/>
              </w:rPr>
              <w:t>Level 2 - bernalar</w:t>
            </w:r>
          </w:p>
        </w:tc>
        <w:tc>
          <w:tcPr>
            <w:tcW w:w="1409" w:type="dxa"/>
            <w:vAlign w:val="center"/>
          </w:tcPr>
          <w:p w14:paraId="47FE517E" w14:textId="77777777" w:rsidR="00365219" w:rsidRDefault="00695781">
            <w:pPr>
              <w:jc w:val="center"/>
            </w:pPr>
            <w:r>
              <w:rPr>
                <w:sz w:val="13"/>
              </w:rPr>
              <w:t>DK</w:t>
            </w:r>
          </w:p>
        </w:tc>
        <w:tc>
          <w:tcPr>
            <w:tcW w:w="1409" w:type="dxa"/>
            <w:vAlign w:val="center"/>
          </w:tcPr>
          <w:p w14:paraId="0289229F" w14:textId="77777777" w:rsidR="00365219" w:rsidRDefault="00695781">
            <w:r>
              <w:rPr>
                <w:sz w:val="13"/>
              </w:rPr>
              <w:t>Kecukupan Data</w:t>
            </w:r>
          </w:p>
        </w:tc>
        <w:tc>
          <w:tcPr>
            <w:tcW w:w="1409" w:type="dxa"/>
            <w:vAlign w:val="center"/>
          </w:tcPr>
          <w:p w14:paraId="6201EB0D" w14:textId="77777777" w:rsidR="00365219" w:rsidRDefault="00695781">
            <w:pPr>
              <w:jc w:val="center"/>
            </w:pPr>
            <w:r>
              <w:rPr>
                <w:sz w:val="13"/>
              </w:rPr>
              <w:t>C</w:t>
            </w:r>
          </w:p>
        </w:tc>
      </w:tr>
      <w:tr w:rsidR="00365219" w14:paraId="194DCBF5" w14:textId="77777777">
        <w:trPr>
          <w:cantSplit/>
          <w:jc w:val="center"/>
        </w:trPr>
        <w:tc>
          <w:tcPr>
            <w:tcW w:w="1409" w:type="dxa"/>
            <w:vAlign w:val="center"/>
          </w:tcPr>
          <w:p w14:paraId="5823B572" w14:textId="77777777" w:rsidR="00365219" w:rsidRDefault="00695781">
            <w:pPr>
              <w:jc w:val="center"/>
            </w:pPr>
            <w:r>
              <w:rPr>
                <w:sz w:val="13"/>
              </w:rPr>
              <w:t>50</w:t>
            </w:r>
          </w:p>
        </w:tc>
        <w:tc>
          <w:tcPr>
            <w:tcW w:w="1409" w:type="dxa"/>
            <w:vAlign w:val="center"/>
          </w:tcPr>
          <w:p w14:paraId="6CF4CCB9" w14:textId="77777777" w:rsidR="00365219" w:rsidRDefault="00695781">
            <w:pPr>
              <w:jc w:val="center"/>
            </w:pPr>
            <w:r>
              <w:rPr>
                <w:sz w:val="13"/>
              </w:rPr>
              <w:t>ZPD-2</w:t>
            </w:r>
          </w:p>
        </w:tc>
        <w:tc>
          <w:tcPr>
            <w:tcW w:w="1409" w:type="dxa"/>
            <w:vAlign w:val="center"/>
          </w:tcPr>
          <w:p w14:paraId="065ECE25" w14:textId="77777777" w:rsidR="00365219" w:rsidRDefault="00695781">
            <w:r>
              <w:rPr>
                <w:sz w:val="13"/>
              </w:rPr>
              <w:t>Fungsi linear dan kecukupan data</w:t>
            </w:r>
          </w:p>
        </w:tc>
        <w:tc>
          <w:tcPr>
            <w:tcW w:w="1409" w:type="dxa"/>
            <w:vAlign w:val="center"/>
          </w:tcPr>
          <w:p w14:paraId="7E171B82" w14:textId="77777777" w:rsidR="00365219" w:rsidRDefault="00695781">
            <w:r>
              <w:rPr>
                <w:sz w:val="13"/>
              </w:rPr>
              <w:t>Level 2 - bernalar</w:t>
            </w:r>
          </w:p>
        </w:tc>
        <w:tc>
          <w:tcPr>
            <w:tcW w:w="1409" w:type="dxa"/>
            <w:vAlign w:val="center"/>
          </w:tcPr>
          <w:p w14:paraId="578741A9" w14:textId="77777777" w:rsidR="00365219" w:rsidRDefault="00695781">
            <w:pPr>
              <w:jc w:val="center"/>
            </w:pPr>
            <w:r>
              <w:rPr>
                <w:sz w:val="13"/>
              </w:rPr>
              <w:t>AB</w:t>
            </w:r>
          </w:p>
        </w:tc>
        <w:tc>
          <w:tcPr>
            <w:tcW w:w="1409" w:type="dxa"/>
            <w:vAlign w:val="center"/>
          </w:tcPr>
          <w:p w14:paraId="7AEEDEE9" w14:textId="77777777" w:rsidR="00365219" w:rsidRDefault="00695781">
            <w:r>
              <w:rPr>
                <w:sz w:val="13"/>
              </w:rPr>
              <w:t>Kecukupan Data</w:t>
            </w:r>
          </w:p>
        </w:tc>
        <w:tc>
          <w:tcPr>
            <w:tcW w:w="1409" w:type="dxa"/>
            <w:vAlign w:val="center"/>
          </w:tcPr>
          <w:p w14:paraId="38EA8DC7" w14:textId="77777777" w:rsidR="00365219" w:rsidRDefault="00695781">
            <w:pPr>
              <w:jc w:val="center"/>
            </w:pPr>
            <w:r>
              <w:rPr>
                <w:sz w:val="13"/>
              </w:rPr>
              <w:t>C</w:t>
            </w:r>
          </w:p>
        </w:tc>
      </w:tr>
      <w:tr w:rsidR="00365219" w14:paraId="5E40F2BC" w14:textId="77777777">
        <w:trPr>
          <w:cantSplit/>
          <w:jc w:val="center"/>
        </w:trPr>
        <w:tc>
          <w:tcPr>
            <w:tcW w:w="1409" w:type="dxa"/>
            <w:vAlign w:val="center"/>
          </w:tcPr>
          <w:p w14:paraId="5896467A" w14:textId="77777777" w:rsidR="00365219" w:rsidRDefault="00695781">
            <w:pPr>
              <w:jc w:val="center"/>
            </w:pPr>
            <w:r>
              <w:rPr>
                <w:sz w:val="13"/>
              </w:rPr>
              <w:t>51</w:t>
            </w:r>
          </w:p>
        </w:tc>
        <w:tc>
          <w:tcPr>
            <w:tcW w:w="1409" w:type="dxa"/>
            <w:vAlign w:val="center"/>
          </w:tcPr>
          <w:p w14:paraId="181A934F" w14:textId="77777777" w:rsidR="00365219" w:rsidRDefault="00695781">
            <w:pPr>
              <w:jc w:val="center"/>
            </w:pPr>
            <w:r>
              <w:rPr>
                <w:sz w:val="13"/>
              </w:rPr>
              <w:t>ZPD-3</w:t>
            </w:r>
          </w:p>
        </w:tc>
        <w:tc>
          <w:tcPr>
            <w:tcW w:w="1409" w:type="dxa"/>
            <w:vAlign w:val="center"/>
          </w:tcPr>
          <w:p w14:paraId="4E920122" w14:textId="77777777" w:rsidR="00365219" w:rsidRDefault="00695781">
            <w:r>
              <w:rPr>
                <w:sz w:val="13"/>
              </w:rPr>
              <w:t>SPL tiga variabel kontekstual</w:t>
            </w:r>
          </w:p>
        </w:tc>
        <w:tc>
          <w:tcPr>
            <w:tcW w:w="1409" w:type="dxa"/>
            <w:vAlign w:val="center"/>
          </w:tcPr>
          <w:p w14:paraId="52426179" w14:textId="77777777" w:rsidR="00365219" w:rsidRDefault="00695781">
            <w:r>
              <w:rPr>
                <w:sz w:val="13"/>
              </w:rPr>
              <w:t>Level 3 - memodelkan</w:t>
            </w:r>
          </w:p>
        </w:tc>
        <w:tc>
          <w:tcPr>
            <w:tcW w:w="1409" w:type="dxa"/>
            <w:vAlign w:val="center"/>
          </w:tcPr>
          <w:p w14:paraId="57A23CEA" w14:textId="77777777" w:rsidR="00365219" w:rsidRDefault="00695781">
            <w:pPr>
              <w:jc w:val="center"/>
            </w:pPr>
            <w:r>
              <w:rPr>
                <w:sz w:val="13"/>
              </w:rPr>
              <w:t>DK</w:t>
            </w:r>
          </w:p>
        </w:tc>
        <w:tc>
          <w:tcPr>
            <w:tcW w:w="1409" w:type="dxa"/>
            <w:vAlign w:val="center"/>
          </w:tcPr>
          <w:p w14:paraId="0607D4AC" w14:textId="77777777" w:rsidR="00365219" w:rsidRDefault="00695781">
            <w:r>
              <w:rPr>
                <w:sz w:val="13"/>
              </w:rPr>
              <w:t>PG</w:t>
            </w:r>
          </w:p>
        </w:tc>
        <w:tc>
          <w:tcPr>
            <w:tcW w:w="1409" w:type="dxa"/>
            <w:vAlign w:val="center"/>
          </w:tcPr>
          <w:p w14:paraId="75768107" w14:textId="77777777" w:rsidR="00365219" w:rsidRDefault="00695781">
            <w:pPr>
              <w:jc w:val="center"/>
            </w:pPr>
            <w:r>
              <w:rPr>
                <w:sz w:val="13"/>
              </w:rPr>
              <w:t>D</w:t>
            </w:r>
          </w:p>
        </w:tc>
      </w:tr>
      <w:tr w:rsidR="00365219" w14:paraId="2C84382B" w14:textId="77777777">
        <w:trPr>
          <w:cantSplit/>
          <w:jc w:val="center"/>
        </w:trPr>
        <w:tc>
          <w:tcPr>
            <w:tcW w:w="1409" w:type="dxa"/>
            <w:vAlign w:val="center"/>
          </w:tcPr>
          <w:p w14:paraId="7CAD069C" w14:textId="77777777" w:rsidR="00365219" w:rsidRDefault="00695781">
            <w:pPr>
              <w:jc w:val="center"/>
            </w:pPr>
            <w:r>
              <w:rPr>
                <w:sz w:val="13"/>
              </w:rPr>
              <w:t>52</w:t>
            </w:r>
          </w:p>
        </w:tc>
        <w:tc>
          <w:tcPr>
            <w:tcW w:w="1409" w:type="dxa"/>
            <w:vAlign w:val="center"/>
          </w:tcPr>
          <w:p w14:paraId="14E39998" w14:textId="77777777" w:rsidR="00365219" w:rsidRDefault="00695781">
            <w:pPr>
              <w:jc w:val="center"/>
            </w:pPr>
            <w:r>
              <w:rPr>
                <w:sz w:val="13"/>
              </w:rPr>
              <w:t>ZPD-3</w:t>
            </w:r>
          </w:p>
        </w:tc>
        <w:tc>
          <w:tcPr>
            <w:tcW w:w="1409" w:type="dxa"/>
            <w:vAlign w:val="center"/>
          </w:tcPr>
          <w:p w14:paraId="7A8806B3" w14:textId="77777777" w:rsidR="00365219" w:rsidRDefault="00695781">
            <w:r>
              <w:rPr>
                <w:sz w:val="13"/>
              </w:rPr>
              <w:t>SPL tiga variabel</w:t>
            </w:r>
          </w:p>
        </w:tc>
        <w:tc>
          <w:tcPr>
            <w:tcW w:w="1409" w:type="dxa"/>
            <w:vAlign w:val="center"/>
          </w:tcPr>
          <w:p w14:paraId="4F7600DB" w14:textId="77777777" w:rsidR="00365219" w:rsidRDefault="00695781">
            <w:r>
              <w:rPr>
                <w:sz w:val="13"/>
              </w:rPr>
              <w:t>Level 3 - menerapkan</w:t>
            </w:r>
          </w:p>
        </w:tc>
        <w:tc>
          <w:tcPr>
            <w:tcW w:w="1409" w:type="dxa"/>
            <w:vAlign w:val="center"/>
          </w:tcPr>
          <w:p w14:paraId="7D0BA6E6" w14:textId="77777777" w:rsidR="00365219" w:rsidRDefault="00695781">
            <w:pPr>
              <w:jc w:val="center"/>
            </w:pPr>
            <w:r>
              <w:rPr>
                <w:sz w:val="13"/>
              </w:rPr>
              <w:t>AL</w:t>
            </w:r>
          </w:p>
        </w:tc>
        <w:tc>
          <w:tcPr>
            <w:tcW w:w="1409" w:type="dxa"/>
            <w:vAlign w:val="center"/>
          </w:tcPr>
          <w:p w14:paraId="430EC17C" w14:textId="77777777" w:rsidR="00365219" w:rsidRDefault="00695781">
            <w:r>
              <w:rPr>
                <w:sz w:val="13"/>
              </w:rPr>
              <w:t>PG</w:t>
            </w:r>
          </w:p>
        </w:tc>
        <w:tc>
          <w:tcPr>
            <w:tcW w:w="1409" w:type="dxa"/>
            <w:vAlign w:val="center"/>
          </w:tcPr>
          <w:p w14:paraId="28219CAC" w14:textId="77777777" w:rsidR="00365219" w:rsidRDefault="00695781">
            <w:pPr>
              <w:jc w:val="center"/>
            </w:pPr>
            <w:r>
              <w:rPr>
                <w:sz w:val="13"/>
              </w:rPr>
              <w:t>C</w:t>
            </w:r>
          </w:p>
        </w:tc>
      </w:tr>
      <w:tr w:rsidR="00365219" w14:paraId="09E25516" w14:textId="77777777">
        <w:trPr>
          <w:cantSplit/>
          <w:jc w:val="center"/>
        </w:trPr>
        <w:tc>
          <w:tcPr>
            <w:tcW w:w="1409" w:type="dxa"/>
            <w:vAlign w:val="center"/>
          </w:tcPr>
          <w:p w14:paraId="676BA09C" w14:textId="77777777" w:rsidR="00365219" w:rsidRDefault="00695781">
            <w:pPr>
              <w:jc w:val="center"/>
            </w:pPr>
            <w:r>
              <w:rPr>
                <w:sz w:val="13"/>
              </w:rPr>
              <w:t>53</w:t>
            </w:r>
          </w:p>
        </w:tc>
        <w:tc>
          <w:tcPr>
            <w:tcW w:w="1409" w:type="dxa"/>
            <w:vAlign w:val="center"/>
          </w:tcPr>
          <w:p w14:paraId="26FD7C75" w14:textId="77777777" w:rsidR="00365219" w:rsidRDefault="00695781">
            <w:pPr>
              <w:jc w:val="center"/>
            </w:pPr>
            <w:r>
              <w:rPr>
                <w:sz w:val="13"/>
              </w:rPr>
              <w:t>ZPD-3</w:t>
            </w:r>
          </w:p>
        </w:tc>
        <w:tc>
          <w:tcPr>
            <w:tcW w:w="1409" w:type="dxa"/>
            <w:vAlign w:val="center"/>
          </w:tcPr>
          <w:p w14:paraId="659C4AAD" w14:textId="77777777" w:rsidR="00365219" w:rsidRDefault="00695781">
            <w:r>
              <w:rPr>
                <w:sz w:val="13"/>
              </w:rPr>
              <w:t>SPL dengan parameter</w:t>
            </w:r>
          </w:p>
        </w:tc>
        <w:tc>
          <w:tcPr>
            <w:tcW w:w="1409" w:type="dxa"/>
            <w:vAlign w:val="center"/>
          </w:tcPr>
          <w:p w14:paraId="37E9B533" w14:textId="77777777" w:rsidR="00365219" w:rsidRDefault="00695781">
            <w:r>
              <w:rPr>
                <w:sz w:val="13"/>
              </w:rPr>
              <w:t>Level 3 - bernalar</w:t>
            </w:r>
          </w:p>
        </w:tc>
        <w:tc>
          <w:tcPr>
            <w:tcW w:w="1409" w:type="dxa"/>
            <w:vAlign w:val="center"/>
          </w:tcPr>
          <w:p w14:paraId="1BD94404" w14:textId="77777777" w:rsidR="00365219" w:rsidRDefault="00695781">
            <w:pPr>
              <w:jc w:val="center"/>
            </w:pPr>
            <w:r>
              <w:rPr>
                <w:sz w:val="13"/>
              </w:rPr>
              <w:t>AB</w:t>
            </w:r>
          </w:p>
        </w:tc>
        <w:tc>
          <w:tcPr>
            <w:tcW w:w="1409" w:type="dxa"/>
            <w:vAlign w:val="center"/>
          </w:tcPr>
          <w:p w14:paraId="791302CD" w14:textId="77777777" w:rsidR="00365219" w:rsidRDefault="00695781">
            <w:r>
              <w:rPr>
                <w:sz w:val="13"/>
              </w:rPr>
              <w:t>PG</w:t>
            </w:r>
          </w:p>
        </w:tc>
        <w:tc>
          <w:tcPr>
            <w:tcW w:w="1409" w:type="dxa"/>
            <w:vAlign w:val="center"/>
          </w:tcPr>
          <w:p w14:paraId="695F58E6" w14:textId="77777777" w:rsidR="00365219" w:rsidRDefault="00695781">
            <w:pPr>
              <w:jc w:val="center"/>
            </w:pPr>
            <w:r>
              <w:rPr>
                <w:sz w:val="13"/>
              </w:rPr>
              <w:t>D</w:t>
            </w:r>
          </w:p>
        </w:tc>
      </w:tr>
      <w:tr w:rsidR="00365219" w14:paraId="2B012D68" w14:textId="77777777">
        <w:trPr>
          <w:cantSplit/>
          <w:jc w:val="center"/>
        </w:trPr>
        <w:tc>
          <w:tcPr>
            <w:tcW w:w="1409" w:type="dxa"/>
            <w:vAlign w:val="center"/>
          </w:tcPr>
          <w:p w14:paraId="4AE6E530" w14:textId="77777777" w:rsidR="00365219" w:rsidRDefault="00695781">
            <w:pPr>
              <w:jc w:val="center"/>
            </w:pPr>
            <w:r>
              <w:rPr>
                <w:sz w:val="13"/>
              </w:rPr>
              <w:t>54</w:t>
            </w:r>
          </w:p>
        </w:tc>
        <w:tc>
          <w:tcPr>
            <w:tcW w:w="1409" w:type="dxa"/>
            <w:vAlign w:val="center"/>
          </w:tcPr>
          <w:p w14:paraId="16F3451F" w14:textId="77777777" w:rsidR="00365219" w:rsidRDefault="00695781">
            <w:pPr>
              <w:jc w:val="center"/>
            </w:pPr>
            <w:r>
              <w:rPr>
                <w:sz w:val="13"/>
              </w:rPr>
              <w:t>ZPD-3</w:t>
            </w:r>
          </w:p>
        </w:tc>
        <w:tc>
          <w:tcPr>
            <w:tcW w:w="1409" w:type="dxa"/>
            <w:vAlign w:val="center"/>
          </w:tcPr>
          <w:p w14:paraId="0DAF7235" w14:textId="77777777" w:rsidR="00365219" w:rsidRDefault="00695781">
            <w:r>
              <w:rPr>
                <w:sz w:val="13"/>
              </w:rPr>
              <w:t>Klasifikasi SPL</w:t>
            </w:r>
          </w:p>
        </w:tc>
        <w:tc>
          <w:tcPr>
            <w:tcW w:w="1409" w:type="dxa"/>
            <w:vAlign w:val="center"/>
          </w:tcPr>
          <w:p w14:paraId="1EBD1AB8" w14:textId="77777777" w:rsidR="00365219" w:rsidRDefault="00695781">
            <w:r>
              <w:rPr>
                <w:sz w:val="13"/>
              </w:rPr>
              <w:t>Level 3 - bernalar</w:t>
            </w:r>
          </w:p>
        </w:tc>
        <w:tc>
          <w:tcPr>
            <w:tcW w:w="1409" w:type="dxa"/>
            <w:vAlign w:val="center"/>
          </w:tcPr>
          <w:p w14:paraId="57B6D8EA" w14:textId="77777777" w:rsidR="00365219" w:rsidRDefault="00695781">
            <w:pPr>
              <w:jc w:val="center"/>
            </w:pPr>
            <w:r>
              <w:rPr>
                <w:sz w:val="13"/>
              </w:rPr>
              <w:t>PR</w:t>
            </w:r>
          </w:p>
        </w:tc>
        <w:tc>
          <w:tcPr>
            <w:tcW w:w="1409" w:type="dxa"/>
            <w:vAlign w:val="center"/>
          </w:tcPr>
          <w:p w14:paraId="1CAC5B35" w14:textId="77777777" w:rsidR="00365219" w:rsidRDefault="00695781">
            <w:r>
              <w:rPr>
                <w:sz w:val="13"/>
              </w:rPr>
              <w:t>PG</w:t>
            </w:r>
          </w:p>
        </w:tc>
        <w:tc>
          <w:tcPr>
            <w:tcW w:w="1409" w:type="dxa"/>
            <w:vAlign w:val="center"/>
          </w:tcPr>
          <w:p w14:paraId="1B33BDB3" w14:textId="77777777" w:rsidR="00365219" w:rsidRDefault="00695781">
            <w:pPr>
              <w:jc w:val="center"/>
            </w:pPr>
            <w:r>
              <w:rPr>
                <w:sz w:val="13"/>
              </w:rPr>
              <w:t>D</w:t>
            </w:r>
          </w:p>
        </w:tc>
      </w:tr>
      <w:tr w:rsidR="00365219" w14:paraId="75DAAA6A" w14:textId="77777777">
        <w:trPr>
          <w:cantSplit/>
          <w:jc w:val="center"/>
        </w:trPr>
        <w:tc>
          <w:tcPr>
            <w:tcW w:w="1409" w:type="dxa"/>
            <w:vAlign w:val="center"/>
          </w:tcPr>
          <w:p w14:paraId="6737BD27" w14:textId="77777777" w:rsidR="00365219" w:rsidRDefault="00695781">
            <w:pPr>
              <w:jc w:val="center"/>
            </w:pPr>
            <w:r>
              <w:rPr>
                <w:sz w:val="13"/>
              </w:rPr>
              <w:t>55</w:t>
            </w:r>
          </w:p>
        </w:tc>
        <w:tc>
          <w:tcPr>
            <w:tcW w:w="1409" w:type="dxa"/>
            <w:vAlign w:val="center"/>
          </w:tcPr>
          <w:p w14:paraId="60608138" w14:textId="77777777" w:rsidR="00365219" w:rsidRDefault="00695781">
            <w:pPr>
              <w:jc w:val="center"/>
            </w:pPr>
            <w:r>
              <w:rPr>
                <w:sz w:val="13"/>
              </w:rPr>
              <w:t>ZPD-3</w:t>
            </w:r>
          </w:p>
        </w:tc>
        <w:tc>
          <w:tcPr>
            <w:tcW w:w="1409" w:type="dxa"/>
            <w:vAlign w:val="center"/>
          </w:tcPr>
          <w:p w14:paraId="714A2B71" w14:textId="77777777" w:rsidR="00365219" w:rsidRDefault="00695781">
            <w:r>
              <w:rPr>
                <w:sz w:val="13"/>
              </w:rPr>
              <w:t>Pemodelan SPL</w:t>
            </w:r>
          </w:p>
        </w:tc>
        <w:tc>
          <w:tcPr>
            <w:tcW w:w="1409" w:type="dxa"/>
            <w:vAlign w:val="center"/>
          </w:tcPr>
          <w:p w14:paraId="45716FAF" w14:textId="77777777" w:rsidR="00365219" w:rsidRDefault="00695781">
            <w:r>
              <w:rPr>
                <w:sz w:val="13"/>
              </w:rPr>
              <w:t>Level 3 - memodelkan</w:t>
            </w:r>
          </w:p>
        </w:tc>
        <w:tc>
          <w:tcPr>
            <w:tcW w:w="1409" w:type="dxa"/>
            <w:vAlign w:val="center"/>
          </w:tcPr>
          <w:p w14:paraId="2BD65A20" w14:textId="77777777" w:rsidR="00365219" w:rsidRDefault="00695781">
            <w:pPr>
              <w:jc w:val="center"/>
            </w:pPr>
            <w:r>
              <w:rPr>
                <w:sz w:val="13"/>
              </w:rPr>
              <w:t>DK</w:t>
            </w:r>
          </w:p>
        </w:tc>
        <w:tc>
          <w:tcPr>
            <w:tcW w:w="1409" w:type="dxa"/>
            <w:vAlign w:val="center"/>
          </w:tcPr>
          <w:p w14:paraId="594C5763" w14:textId="77777777" w:rsidR="00365219" w:rsidRDefault="00695781">
            <w:r>
              <w:rPr>
                <w:sz w:val="13"/>
              </w:rPr>
              <w:t>PG</w:t>
            </w:r>
          </w:p>
        </w:tc>
        <w:tc>
          <w:tcPr>
            <w:tcW w:w="1409" w:type="dxa"/>
            <w:vAlign w:val="center"/>
          </w:tcPr>
          <w:p w14:paraId="60C16208" w14:textId="77777777" w:rsidR="00365219" w:rsidRDefault="00695781">
            <w:pPr>
              <w:jc w:val="center"/>
            </w:pPr>
            <w:r>
              <w:rPr>
                <w:sz w:val="13"/>
              </w:rPr>
              <w:t>B</w:t>
            </w:r>
          </w:p>
        </w:tc>
      </w:tr>
      <w:tr w:rsidR="00365219" w14:paraId="4ACED6FF" w14:textId="77777777">
        <w:trPr>
          <w:cantSplit/>
          <w:jc w:val="center"/>
        </w:trPr>
        <w:tc>
          <w:tcPr>
            <w:tcW w:w="1409" w:type="dxa"/>
            <w:vAlign w:val="center"/>
          </w:tcPr>
          <w:p w14:paraId="60C898B8" w14:textId="77777777" w:rsidR="00365219" w:rsidRDefault="00695781">
            <w:pPr>
              <w:jc w:val="center"/>
            </w:pPr>
            <w:r>
              <w:rPr>
                <w:sz w:val="13"/>
              </w:rPr>
              <w:t>56</w:t>
            </w:r>
          </w:p>
        </w:tc>
        <w:tc>
          <w:tcPr>
            <w:tcW w:w="1409" w:type="dxa"/>
            <w:vAlign w:val="center"/>
          </w:tcPr>
          <w:p w14:paraId="0A97C08F" w14:textId="77777777" w:rsidR="00365219" w:rsidRDefault="00695781">
            <w:pPr>
              <w:jc w:val="center"/>
            </w:pPr>
            <w:r>
              <w:rPr>
                <w:sz w:val="13"/>
              </w:rPr>
              <w:t>ZPD-3</w:t>
            </w:r>
          </w:p>
        </w:tc>
        <w:tc>
          <w:tcPr>
            <w:tcW w:w="1409" w:type="dxa"/>
            <w:vAlign w:val="center"/>
          </w:tcPr>
          <w:p w14:paraId="7AC2EF22" w14:textId="77777777" w:rsidR="00365219" w:rsidRDefault="00695781">
            <w:r>
              <w:rPr>
                <w:sz w:val="13"/>
              </w:rPr>
              <w:t>Sistem pertidaksamaan</w:t>
            </w:r>
          </w:p>
        </w:tc>
        <w:tc>
          <w:tcPr>
            <w:tcW w:w="1409" w:type="dxa"/>
            <w:vAlign w:val="center"/>
          </w:tcPr>
          <w:p w14:paraId="235CEC9B" w14:textId="77777777" w:rsidR="00365219" w:rsidRDefault="00695781">
            <w:r>
              <w:rPr>
                <w:sz w:val="13"/>
              </w:rPr>
              <w:t>Level 3 - bernalar</w:t>
            </w:r>
          </w:p>
        </w:tc>
        <w:tc>
          <w:tcPr>
            <w:tcW w:w="1409" w:type="dxa"/>
            <w:vAlign w:val="center"/>
          </w:tcPr>
          <w:p w14:paraId="3EEDB686" w14:textId="77777777" w:rsidR="00365219" w:rsidRDefault="00695781">
            <w:pPr>
              <w:jc w:val="center"/>
            </w:pPr>
            <w:r>
              <w:rPr>
                <w:sz w:val="13"/>
              </w:rPr>
              <w:t>DK</w:t>
            </w:r>
          </w:p>
        </w:tc>
        <w:tc>
          <w:tcPr>
            <w:tcW w:w="1409" w:type="dxa"/>
            <w:vAlign w:val="center"/>
          </w:tcPr>
          <w:p w14:paraId="407FFFB5" w14:textId="77777777" w:rsidR="00365219" w:rsidRDefault="00695781">
            <w:r>
              <w:rPr>
                <w:sz w:val="13"/>
              </w:rPr>
              <w:t>PG</w:t>
            </w:r>
          </w:p>
        </w:tc>
        <w:tc>
          <w:tcPr>
            <w:tcW w:w="1409" w:type="dxa"/>
            <w:vAlign w:val="center"/>
          </w:tcPr>
          <w:p w14:paraId="0981921B" w14:textId="77777777" w:rsidR="00365219" w:rsidRDefault="00695781">
            <w:pPr>
              <w:jc w:val="center"/>
            </w:pPr>
            <w:r>
              <w:rPr>
                <w:sz w:val="13"/>
              </w:rPr>
              <w:t>C</w:t>
            </w:r>
          </w:p>
        </w:tc>
      </w:tr>
      <w:tr w:rsidR="00365219" w14:paraId="2FB63857" w14:textId="77777777">
        <w:trPr>
          <w:cantSplit/>
          <w:jc w:val="center"/>
        </w:trPr>
        <w:tc>
          <w:tcPr>
            <w:tcW w:w="1409" w:type="dxa"/>
            <w:vAlign w:val="center"/>
          </w:tcPr>
          <w:p w14:paraId="7C1ACF85" w14:textId="77777777" w:rsidR="00365219" w:rsidRDefault="00695781">
            <w:pPr>
              <w:jc w:val="center"/>
            </w:pPr>
            <w:r>
              <w:rPr>
                <w:sz w:val="13"/>
              </w:rPr>
              <w:t>57</w:t>
            </w:r>
          </w:p>
        </w:tc>
        <w:tc>
          <w:tcPr>
            <w:tcW w:w="1409" w:type="dxa"/>
            <w:vAlign w:val="center"/>
          </w:tcPr>
          <w:p w14:paraId="2B982E2F" w14:textId="77777777" w:rsidR="00365219" w:rsidRDefault="00695781">
            <w:pPr>
              <w:jc w:val="center"/>
            </w:pPr>
            <w:r>
              <w:rPr>
                <w:sz w:val="13"/>
              </w:rPr>
              <w:t>ZPD-3</w:t>
            </w:r>
          </w:p>
        </w:tc>
        <w:tc>
          <w:tcPr>
            <w:tcW w:w="1409" w:type="dxa"/>
            <w:vAlign w:val="center"/>
          </w:tcPr>
          <w:p w14:paraId="08308723" w14:textId="77777777" w:rsidR="00365219" w:rsidRDefault="00695781">
            <w:r>
              <w:rPr>
                <w:sz w:val="13"/>
              </w:rPr>
              <w:t>Program linear</w:t>
            </w:r>
          </w:p>
        </w:tc>
        <w:tc>
          <w:tcPr>
            <w:tcW w:w="1409" w:type="dxa"/>
            <w:vAlign w:val="center"/>
          </w:tcPr>
          <w:p w14:paraId="48BCF6D2" w14:textId="77777777" w:rsidR="00365219" w:rsidRDefault="00695781">
            <w:r>
              <w:rPr>
                <w:sz w:val="13"/>
              </w:rPr>
              <w:t>Level 3 - bernalar</w:t>
            </w:r>
          </w:p>
        </w:tc>
        <w:tc>
          <w:tcPr>
            <w:tcW w:w="1409" w:type="dxa"/>
            <w:vAlign w:val="center"/>
          </w:tcPr>
          <w:p w14:paraId="1455BD78" w14:textId="77777777" w:rsidR="00365219" w:rsidRDefault="00695781">
            <w:pPr>
              <w:jc w:val="center"/>
            </w:pPr>
            <w:r>
              <w:rPr>
                <w:sz w:val="13"/>
              </w:rPr>
              <w:t>DK</w:t>
            </w:r>
          </w:p>
        </w:tc>
        <w:tc>
          <w:tcPr>
            <w:tcW w:w="1409" w:type="dxa"/>
            <w:vAlign w:val="center"/>
          </w:tcPr>
          <w:p w14:paraId="38525CA4" w14:textId="77777777" w:rsidR="00365219" w:rsidRDefault="00695781">
            <w:r>
              <w:rPr>
                <w:sz w:val="13"/>
              </w:rPr>
              <w:t>PG</w:t>
            </w:r>
          </w:p>
        </w:tc>
        <w:tc>
          <w:tcPr>
            <w:tcW w:w="1409" w:type="dxa"/>
            <w:vAlign w:val="center"/>
          </w:tcPr>
          <w:p w14:paraId="4AB8D452" w14:textId="77777777" w:rsidR="00365219" w:rsidRDefault="00695781">
            <w:pPr>
              <w:jc w:val="center"/>
            </w:pPr>
            <w:r>
              <w:rPr>
                <w:sz w:val="13"/>
              </w:rPr>
              <w:t>D</w:t>
            </w:r>
          </w:p>
        </w:tc>
      </w:tr>
      <w:tr w:rsidR="00365219" w14:paraId="21A7F1DB" w14:textId="77777777">
        <w:trPr>
          <w:cantSplit/>
          <w:jc w:val="center"/>
        </w:trPr>
        <w:tc>
          <w:tcPr>
            <w:tcW w:w="1409" w:type="dxa"/>
            <w:vAlign w:val="center"/>
          </w:tcPr>
          <w:p w14:paraId="7C9C2051" w14:textId="77777777" w:rsidR="00365219" w:rsidRDefault="00695781">
            <w:pPr>
              <w:jc w:val="center"/>
            </w:pPr>
            <w:r>
              <w:rPr>
                <w:sz w:val="13"/>
              </w:rPr>
              <w:t>58</w:t>
            </w:r>
          </w:p>
        </w:tc>
        <w:tc>
          <w:tcPr>
            <w:tcW w:w="1409" w:type="dxa"/>
            <w:vAlign w:val="center"/>
          </w:tcPr>
          <w:p w14:paraId="0C90C4E8" w14:textId="77777777" w:rsidR="00365219" w:rsidRDefault="00695781">
            <w:pPr>
              <w:jc w:val="center"/>
            </w:pPr>
            <w:r>
              <w:rPr>
                <w:sz w:val="13"/>
              </w:rPr>
              <w:t>ZPD-3</w:t>
            </w:r>
          </w:p>
        </w:tc>
        <w:tc>
          <w:tcPr>
            <w:tcW w:w="1409" w:type="dxa"/>
            <w:vAlign w:val="center"/>
          </w:tcPr>
          <w:p w14:paraId="28DEA6F7" w14:textId="77777777" w:rsidR="00365219" w:rsidRDefault="00695781">
            <w:r>
              <w:rPr>
                <w:sz w:val="13"/>
              </w:rPr>
              <w:t>Program linear kontekstual</w:t>
            </w:r>
          </w:p>
        </w:tc>
        <w:tc>
          <w:tcPr>
            <w:tcW w:w="1409" w:type="dxa"/>
            <w:vAlign w:val="center"/>
          </w:tcPr>
          <w:p w14:paraId="00B80B6E" w14:textId="77777777" w:rsidR="00365219" w:rsidRDefault="00695781">
            <w:r>
              <w:rPr>
                <w:sz w:val="13"/>
              </w:rPr>
              <w:t>Level 3 - memodelkan</w:t>
            </w:r>
          </w:p>
        </w:tc>
        <w:tc>
          <w:tcPr>
            <w:tcW w:w="1409" w:type="dxa"/>
            <w:vAlign w:val="center"/>
          </w:tcPr>
          <w:p w14:paraId="2F9B2931" w14:textId="77777777" w:rsidR="00365219" w:rsidRDefault="00695781">
            <w:pPr>
              <w:jc w:val="center"/>
            </w:pPr>
            <w:r>
              <w:rPr>
                <w:sz w:val="13"/>
              </w:rPr>
              <w:t>DK</w:t>
            </w:r>
          </w:p>
        </w:tc>
        <w:tc>
          <w:tcPr>
            <w:tcW w:w="1409" w:type="dxa"/>
            <w:vAlign w:val="center"/>
          </w:tcPr>
          <w:p w14:paraId="6E881969" w14:textId="77777777" w:rsidR="00365219" w:rsidRDefault="00695781">
            <w:r>
              <w:rPr>
                <w:sz w:val="13"/>
              </w:rPr>
              <w:t>PG</w:t>
            </w:r>
          </w:p>
        </w:tc>
        <w:tc>
          <w:tcPr>
            <w:tcW w:w="1409" w:type="dxa"/>
            <w:vAlign w:val="center"/>
          </w:tcPr>
          <w:p w14:paraId="7643C9F7" w14:textId="77777777" w:rsidR="00365219" w:rsidRDefault="00695781">
            <w:pPr>
              <w:jc w:val="center"/>
            </w:pPr>
            <w:r>
              <w:rPr>
                <w:sz w:val="13"/>
              </w:rPr>
              <w:t>D</w:t>
            </w:r>
          </w:p>
        </w:tc>
      </w:tr>
      <w:tr w:rsidR="00365219" w14:paraId="6E45154B" w14:textId="77777777">
        <w:trPr>
          <w:cantSplit/>
          <w:jc w:val="center"/>
        </w:trPr>
        <w:tc>
          <w:tcPr>
            <w:tcW w:w="1409" w:type="dxa"/>
            <w:vAlign w:val="center"/>
          </w:tcPr>
          <w:p w14:paraId="42F63267" w14:textId="77777777" w:rsidR="00365219" w:rsidRDefault="00695781">
            <w:pPr>
              <w:jc w:val="center"/>
            </w:pPr>
            <w:r>
              <w:rPr>
                <w:sz w:val="13"/>
              </w:rPr>
              <w:t>59</w:t>
            </w:r>
          </w:p>
        </w:tc>
        <w:tc>
          <w:tcPr>
            <w:tcW w:w="1409" w:type="dxa"/>
            <w:vAlign w:val="center"/>
          </w:tcPr>
          <w:p w14:paraId="79F87D12" w14:textId="77777777" w:rsidR="00365219" w:rsidRDefault="00695781">
            <w:pPr>
              <w:jc w:val="center"/>
            </w:pPr>
            <w:r>
              <w:rPr>
                <w:sz w:val="13"/>
              </w:rPr>
              <w:t>ZPD-3</w:t>
            </w:r>
          </w:p>
        </w:tc>
        <w:tc>
          <w:tcPr>
            <w:tcW w:w="1409" w:type="dxa"/>
            <w:vAlign w:val="center"/>
          </w:tcPr>
          <w:p w14:paraId="4CE30BB5" w14:textId="77777777" w:rsidR="00365219" w:rsidRDefault="00695781">
            <w:r>
              <w:rPr>
                <w:sz w:val="13"/>
              </w:rPr>
              <w:t>Program linear minimasi</w:t>
            </w:r>
          </w:p>
        </w:tc>
        <w:tc>
          <w:tcPr>
            <w:tcW w:w="1409" w:type="dxa"/>
            <w:vAlign w:val="center"/>
          </w:tcPr>
          <w:p w14:paraId="3D44F572" w14:textId="77777777" w:rsidR="00365219" w:rsidRDefault="00695781">
            <w:r>
              <w:rPr>
                <w:sz w:val="13"/>
              </w:rPr>
              <w:t>Level 3 - bernalar</w:t>
            </w:r>
          </w:p>
        </w:tc>
        <w:tc>
          <w:tcPr>
            <w:tcW w:w="1409" w:type="dxa"/>
            <w:vAlign w:val="center"/>
          </w:tcPr>
          <w:p w14:paraId="1988F653" w14:textId="77777777" w:rsidR="00365219" w:rsidRDefault="00695781">
            <w:pPr>
              <w:jc w:val="center"/>
            </w:pPr>
            <w:r>
              <w:rPr>
                <w:sz w:val="13"/>
              </w:rPr>
              <w:t>DK</w:t>
            </w:r>
          </w:p>
        </w:tc>
        <w:tc>
          <w:tcPr>
            <w:tcW w:w="1409" w:type="dxa"/>
            <w:vAlign w:val="center"/>
          </w:tcPr>
          <w:p w14:paraId="365E94D0" w14:textId="77777777" w:rsidR="00365219" w:rsidRDefault="00695781">
            <w:r>
              <w:rPr>
                <w:sz w:val="13"/>
              </w:rPr>
              <w:t>PG</w:t>
            </w:r>
          </w:p>
        </w:tc>
        <w:tc>
          <w:tcPr>
            <w:tcW w:w="1409" w:type="dxa"/>
            <w:vAlign w:val="center"/>
          </w:tcPr>
          <w:p w14:paraId="657FAE0D" w14:textId="77777777" w:rsidR="00365219" w:rsidRDefault="00695781">
            <w:pPr>
              <w:jc w:val="center"/>
            </w:pPr>
            <w:r>
              <w:rPr>
                <w:sz w:val="13"/>
              </w:rPr>
              <w:t>C</w:t>
            </w:r>
          </w:p>
        </w:tc>
      </w:tr>
      <w:tr w:rsidR="00365219" w14:paraId="5DA897A5" w14:textId="77777777">
        <w:trPr>
          <w:cantSplit/>
          <w:jc w:val="center"/>
        </w:trPr>
        <w:tc>
          <w:tcPr>
            <w:tcW w:w="1409" w:type="dxa"/>
            <w:vAlign w:val="center"/>
          </w:tcPr>
          <w:p w14:paraId="6B4EBFA7" w14:textId="77777777" w:rsidR="00365219" w:rsidRDefault="00695781">
            <w:pPr>
              <w:jc w:val="center"/>
            </w:pPr>
            <w:r>
              <w:rPr>
                <w:sz w:val="13"/>
              </w:rPr>
              <w:t>60</w:t>
            </w:r>
          </w:p>
        </w:tc>
        <w:tc>
          <w:tcPr>
            <w:tcW w:w="1409" w:type="dxa"/>
            <w:vAlign w:val="center"/>
          </w:tcPr>
          <w:p w14:paraId="471B489A" w14:textId="77777777" w:rsidR="00365219" w:rsidRDefault="00695781">
            <w:pPr>
              <w:jc w:val="center"/>
            </w:pPr>
            <w:r>
              <w:rPr>
                <w:sz w:val="13"/>
              </w:rPr>
              <w:t>ZPD-3</w:t>
            </w:r>
          </w:p>
        </w:tc>
        <w:tc>
          <w:tcPr>
            <w:tcW w:w="1409" w:type="dxa"/>
            <w:vAlign w:val="center"/>
          </w:tcPr>
          <w:p w14:paraId="7CBD1B2D" w14:textId="77777777" w:rsidR="00365219" w:rsidRDefault="00695781">
            <w:r>
              <w:rPr>
                <w:sz w:val="13"/>
              </w:rPr>
              <w:t>Program linear kontekstual</w:t>
            </w:r>
          </w:p>
        </w:tc>
        <w:tc>
          <w:tcPr>
            <w:tcW w:w="1409" w:type="dxa"/>
            <w:vAlign w:val="center"/>
          </w:tcPr>
          <w:p w14:paraId="7DC88860" w14:textId="77777777" w:rsidR="00365219" w:rsidRDefault="00695781">
            <w:r>
              <w:rPr>
                <w:sz w:val="13"/>
              </w:rPr>
              <w:t>Level 3 - memodelkan</w:t>
            </w:r>
          </w:p>
        </w:tc>
        <w:tc>
          <w:tcPr>
            <w:tcW w:w="1409" w:type="dxa"/>
            <w:vAlign w:val="center"/>
          </w:tcPr>
          <w:p w14:paraId="1124D4F9" w14:textId="77777777" w:rsidR="00365219" w:rsidRDefault="00695781">
            <w:pPr>
              <w:jc w:val="center"/>
            </w:pPr>
            <w:r>
              <w:rPr>
                <w:sz w:val="13"/>
              </w:rPr>
              <w:t>AB</w:t>
            </w:r>
          </w:p>
        </w:tc>
        <w:tc>
          <w:tcPr>
            <w:tcW w:w="1409" w:type="dxa"/>
            <w:vAlign w:val="center"/>
          </w:tcPr>
          <w:p w14:paraId="4D0AFEF1" w14:textId="77777777" w:rsidR="00365219" w:rsidRDefault="00695781">
            <w:r>
              <w:rPr>
                <w:sz w:val="13"/>
              </w:rPr>
              <w:t>PG</w:t>
            </w:r>
          </w:p>
        </w:tc>
        <w:tc>
          <w:tcPr>
            <w:tcW w:w="1409" w:type="dxa"/>
            <w:vAlign w:val="center"/>
          </w:tcPr>
          <w:p w14:paraId="39E33D04" w14:textId="77777777" w:rsidR="00365219" w:rsidRDefault="00695781">
            <w:pPr>
              <w:jc w:val="center"/>
            </w:pPr>
            <w:r>
              <w:rPr>
                <w:sz w:val="13"/>
              </w:rPr>
              <w:t>D</w:t>
            </w:r>
          </w:p>
        </w:tc>
      </w:tr>
      <w:tr w:rsidR="00365219" w14:paraId="20D40068" w14:textId="77777777">
        <w:trPr>
          <w:cantSplit/>
          <w:jc w:val="center"/>
        </w:trPr>
        <w:tc>
          <w:tcPr>
            <w:tcW w:w="1409" w:type="dxa"/>
            <w:vAlign w:val="center"/>
          </w:tcPr>
          <w:p w14:paraId="27CE82F0" w14:textId="77777777" w:rsidR="00365219" w:rsidRDefault="00695781">
            <w:pPr>
              <w:jc w:val="center"/>
            </w:pPr>
            <w:r>
              <w:rPr>
                <w:sz w:val="13"/>
              </w:rPr>
              <w:t>61</w:t>
            </w:r>
          </w:p>
        </w:tc>
        <w:tc>
          <w:tcPr>
            <w:tcW w:w="1409" w:type="dxa"/>
            <w:vAlign w:val="center"/>
          </w:tcPr>
          <w:p w14:paraId="3881FD8A" w14:textId="77777777" w:rsidR="00365219" w:rsidRDefault="00695781">
            <w:pPr>
              <w:jc w:val="center"/>
            </w:pPr>
            <w:r>
              <w:rPr>
                <w:sz w:val="13"/>
              </w:rPr>
              <w:t>ZPD-3</w:t>
            </w:r>
          </w:p>
        </w:tc>
        <w:tc>
          <w:tcPr>
            <w:tcW w:w="1409" w:type="dxa"/>
            <w:vAlign w:val="center"/>
          </w:tcPr>
          <w:p w14:paraId="6DE8747E" w14:textId="77777777" w:rsidR="00365219" w:rsidRDefault="00695781">
            <w:r>
              <w:rPr>
                <w:sz w:val="13"/>
              </w:rPr>
              <w:t>Interpretasi grafik fungsi linear</w:t>
            </w:r>
          </w:p>
        </w:tc>
        <w:tc>
          <w:tcPr>
            <w:tcW w:w="1409" w:type="dxa"/>
            <w:vAlign w:val="center"/>
          </w:tcPr>
          <w:p w14:paraId="09C9EC0E" w14:textId="77777777" w:rsidR="00365219" w:rsidRDefault="00695781">
            <w:r>
              <w:rPr>
                <w:sz w:val="13"/>
              </w:rPr>
              <w:t>Level 3 - memahami informasi</w:t>
            </w:r>
          </w:p>
        </w:tc>
        <w:tc>
          <w:tcPr>
            <w:tcW w:w="1409" w:type="dxa"/>
            <w:vAlign w:val="center"/>
          </w:tcPr>
          <w:p w14:paraId="22718651" w14:textId="77777777" w:rsidR="00365219" w:rsidRDefault="00695781">
            <w:pPr>
              <w:jc w:val="center"/>
            </w:pPr>
            <w:r>
              <w:rPr>
                <w:sz w:val="13"/>
              </w:rPr>
              <w:t>PR</w:t>
            </w:r>
          </w:p>
        </w:tc>
        <w:tc>
          <w:tcPr>
            <w:tcW w:w="1409" w:type="dxa"/>
            <w:vAlign w:val="center"/>
          </w:tcPr>
          <w:p w14:paraId="783A91DC" w14:textId="77777777" w:rsidR="00365219" w:rsidRDefault="00695781">
            <w:r>
              <w:rPr>
                <w:sz w:val="13"/>
              </w:rPr>
              <w:t>PG</w:t>
            </w:r>
          </w:p>
        </w:tc>
        <w:tc>
          <w:tcPr>
            <w:tcW w:w="1409" w:type="dxa"/>
            <w:vAlign w:val="center"/>
          </w:tcPr>
          <w:p w14:paraId="79FAAD37" w14:textId="77777777" w:rsidR="00365219" w:rsidRDefault="00695781">
            <w:pPr>
              <w:jc w:val="center"/>
            </w:pPr>
            <w:r>
              <w:rPr>
                <w:sz w:val="13"/>
              </w:rPr>
              <w:t>C</w:t>
            </w:r>
          </w:p>
        </w:tc>
      </w:tr>
      <w:tr w:rsidR="00365219" w14:paraId="26A179DD" w14:textId="77777777">
        <w:trPr>
          <w:cantSplit/>
          <w:jc w:val="center"/>
        </w:trPr>
        <w:tc>
          <w:tcPr>
            <w:tcW w:w="1409" w:type="dxa"/>
            <w:vAlign w:val="center"/>
          </w:tcPr>
          <w:p w14:paraId="00205F24" w14:textId="77777777" w:rsidR="00365219" w:rsidRDefault="00695781">
            <w:pPr>
              <w:jc w:val="center"/>
            </w:pPr>
            <w:r>
              <w:rPr>
                <w:sz w:val="13"/>
              </w:rPr>
              <w:t>62</w:t>
            </w:r>
          </w:p>
        </w:tc>
        <w:tc>
          <w:tcPr>
            <w:tcW w:w="1409" w:type="dxa"/>
            <w:vAlign w:val="center"/>
          </w:tcPr>
          <w:p w14:paraId="74EE94E2" w14:textId="77777777" w:rsidR="00365219" w:rsidRDefault="00695781">
            <w:pPr>
              <w:jc w:val="center"/>
            </w:pPr>
            <w:r>
              <w:rPr>
                <w:sz w:val="13"/>
              </w:rPr>
              <w:t>ZPD-3</w:t>
            </w:r>
          </w:p>
        </w:tc>
        <w:tc>
          <w:tcPr>
            <w:tcW w:w="1409" w:type="dxa"/>
            <w:vAlign w:val="center"/>
          </w:tcPr>
          <w:p w14:paraId="7FD293C4" w14:textId="77777777" w:rsidR="00365219" w:rsidRDefault="00695781">
            <w:r>
              <w:rPr>
                <w:sz w:val="13"/>
              </w:rPr>
              <w:t>Fungsi linear sepotong</w:t>
            </w:r>
          </w:p>
        </w:tc>
        <w:tc>
          <w:tcPr>
            <w:tcW w:w="1409" w:type="dxa"/>
            <w:vAlign w:val="center"/>
          </w:tcPr>
          <w:p w14:paraId="4C7BC38F" w14:textId="77777777" w:rsidR="00365219" w:rsidRDefault="00695781">
            <w:r>
              <w:rPr>
                <w:sz w:val="13"/>
              </w:rPr>
              <w:t>Level 3 - memodelkan</w:t>
            </w:r>
          </w:p>
        </w:tc>
        <w:tc>
          <w:tcPr>
            <w:tcW w:w="1409" w:type="dxa"/>
            <w:vAlign w:val="center"/>
          </w:tcPr>
          <w:p w14:paraId="430A1A71" w14:textId="77777777" w:rsidR="00365219" w:rsidRDefault="00695781">
            <w:pPr>
              <w:jc w:val="center"/>
            </w:pPr>
            <w:r>
              <w:rPr>
                <w:sz w:val="13"/>
              </w:rPr>
              <w:t>AL</w:t>
            </w:r>
          </w:p>
        </w:tc>
        <w:tc>
          <w:tcPr>
            <w:tcW w:w="1409" w:type="dxa"/>
            <w:vAlign w:val="center"/>
          </w:tcPr>
          <w:p w14:paraId="75A5448D" w14:textId="77777777" w:rsidR="00365219" w:rsidRDefault="00695781">
            <w:r>
              <w:rPr>
                <w:sz w:val="13"/>
              </w:rPr>
              <w:t>PG</w:t>
            </w:r>
          </w:p>
        </w:tc>
        <w:tc>
          <w:tcPr>
            <w:tcW w:w="1409" w:type="dxa"/>
            <w:vAlign w:val="center"/>
          </w:tcPr>
          <w:p w14:paraId="6043DDD1" w14:textId="77777777" w:rsidR="00365219" w:rsidRDefault="00695781">
            <w:pPr>
              <w:jc w:val="center"/>
            </w:pPr>
            <w:r>
              <w:rPr>
                <w:sz w:val="13"/>
              </w:rPr>
              <w:t>D</w:t>
            </w:r>
          </w:p>
        </w:tc>
      </w:tr>
      <w:tr w:rsidR="00365219" w14:paraId="40EB9DF1" w14:textId="77777777">
        <w:trPr>
          <w:cantSplit/>
          <w:jc w:val="center"/>
        </w:trPr>
        <w:tc>
          <w:tcPr>
            <w:tcW w:w="1409" w:type="dxa"/>
            <w:vAlign w:val="center"/>
          </w:tcPr>
          <w:p w14:paraId="1BCCCC15" w14:textId="77777777" w:rsidR="00365219" w:rsidRDefault="00695781">
            <w:pPr>
              <w:jc w:val="center"/>
            </w:pPr>
            <w:r>
              <w:rPr>
                <w:sz w:val="13"/>
              </w:rPr>
              <w:t>63</w:t>
            </w:r>
          </w:p>
        </w:tc>
        <w:tc>
          <w:tcPr>
            <w:tcW w:w="1409" w:type="dxa"/>
            <w:vAlign w:val="center"/>
          </w:tcPr>
          <w:p w14:paraId="1ABE0F55" w14:textId="77777777" w:rsidR="00365219" w:rsidRDefault="00695781">
            <w:pPr>
              <w:jc w:val="center"/>
            </w:pPr>
            <w:r>
              <w:rPr>
                <w:sz w:val="13"/>
              </w:rPr>
              <w:t>ZPD-3</w:t>
            </w:r>
          </w:p>
        </w:tc>
        <w:tc>
          <w:tcPr>
            <w:tcW w:w="1409" w:type="dxa"/>
            <w:vAlign w:val="center"/>
          </w:tcPr>
          <w:p w14:paraId="085EF138" w14:textId="77777777" w:rsidR="00365219" w:rsidRDefault="00695781">
            <w:r>
              <w:rPr>
                <w:sz w:val="13"/>
              </w:rPr>
              <w:t>Invers dan komposisi fungsi</w:t>
            </w:r>
          </w:p>
        </w:tc>
        <w:tc>
          <w:tcPr>
            <w:tcW w:w="1409" w:type="dxa"/>
            <w:vAlign w:val="center"/>
          </w:tcPr>
          <w:p w14:paraId="3D58B3CE" w14:textId="77777777" w:rsidR="00365219" w:rsidRDefault="00695781">
            <w:r>
              <w:rPr>
                <w:sz w:val="13"/>
              </w:rPr>
              <w:t>Level 3 - menerapkan</w:t>
            </w:r>
          </w:p>
        </w:tc>
        <w:tc>
          <w:tcPr>
            <w:tcW w:w="1409" w:type="dxa"/>
            <w:vAlign w:val="center"/>
          </w:tcPr>
          <w:p w14:paraId="0EF6C419" w14:textId="77777777" w:rsidR="00365219" w:rsidRDefault="00695781">
            <w:pPr>
              <w:jc w:val="center"/>
            </w:pPr>
            <w:r>
              <w:rPr>
                <w:sz w:val="13"/>
              </w:rPr>
              <w:t>AL</w:t>
            </w:r>
          </w:p>
        </w:tc>
        <w:tc>
          <w:tcPr>
            <w:tcW w:w="1409" w:type="dxa"/>
            <w:vAlign w:val="center"/>
          </w:tcPr>
          <w:p w14:paraId="2BCDB9E4" w14:textId="77777777" w:rsidR="00365219" w:rsidRDefault="00695781">
            <w:r>
              <w:rPr>
                <w:sz w:val="13"/>
              </w:rPr>
              <w:t>PG</w:t>
            </w:r>
          </w:p>
        </w:tc>
        <w:tc>
          <w:tcPr>
            <w:tcW w:w="1409" w:type="dxa"/>
            <w:vAlign w:val="center"/>
          </w:tcPr>
          <w:p w14:paraId="0E612C42" w14:textId="77777777" w:rsidR="00365219" w:rsidRDefault="00695781">
            <w:pPr>
              <w:jc w:val="center"/>
            </w:pPr>
            <w:r>
              <w:rPr>
                <w:sz w:val="13"/>
              </w:rPr>
              <w:t>C</w:t>
            </w:r>
          </w:p>
        </w:tc>
      </w:tr>
      <w:tr w:rsidR="00365219" w14:paraId="2C0A5C47" w14:textId="77777777">
        <w:trPr>
          <w:cantSplit/>
          <w:jc w:val="center"/>
        </w:trPr>
        <w:tc>
          <w:tcPr>
            <w:tcW w:w="1409" w:type="dxa"/>
            <w:vAlign w:val="center"/>
          </w:tcPr>
          <w:p w14:paraId="2A1708B5" w14:textId="77777777" w:rsidR="00365219" w:rsidRDefault="00695781">
            <w:pPr>
              <w:jc w:val="center"/>
            </w:pPr>
            <w:r>
              <w:rPr>
                <w:sz w:val="13"/>
              </w:rPr>
              <w:t>64</w:t>
            </w:r>
          </w:p>
        </w:tc>
        <w:tc>
          <w:tcPr>
            <w:tcW w:w="1409" w:type="dxa"/>
            <w:vAlign w:val="center"/>
          </w:tcPr>
          <w:p w14:paraId="50B5DFA5" w14:textId="77777777" w:rsidR="00365219" w:rsidRDefault="00695781">
            <w:pPr>
              <w:jc w:val="center"/>
            </w:pPr>
            <w:r>
              <w:rPr>
                <w:sz w:val="13"/>
              </w:rPr>
              <w:t>ZPD-3</w:t>
            </w:r>
          </w:p>
        </w:tc>
        <w:tc>
          <w:tcPr>
            <w:tcW w:w="1409" w:type="dxa"/>
            <w:vAlign w:val="center"/>
          </w:tcPr>
          <w:p w14:paraId="6C519940" w14:textId="77777777" w:rsidR="00365219" w:rsidRDefault="00695781">
            <w:r>
              <w:rPr>
                <w:sz w:val="13"/>
              </w:rPr>
              <w:t>Komposisi fungsi dengan parameter</w:t>
            </w:r>
          </w:p>
        </w:tc>
        <w:tc>
          <w:tcPr>
            <w:tcW w:w="1409" w:type="dxa"/>
            <w:vAlign w:val="center"/>
          </w:tcPr>
          <w:p w14:paraId="11712410" w14:textId="77777777" w:rsidR="00365219" w:rsidRDefault="00695781">
            <w:r>
              <w:rPr>
                <w:sz w:val="13"/>
              </w:rPr>
              <w:t>Level 3 - bernalar</w:t>
            </w:r>
          </w:p>
        </w:tc>
        <w:tc>
          <w:tcPr>
            <w:tcW w:w="1409" w:type="dxa"/>
            <w:vAlign w:val="center"/>
          </w:tcPr>
          <w:p w14:paraId="3C813E5F" w14:textId="77777777" w:rsidR="00365219" w:rsidRDefault="00695781">
            <w:pPr>
              <w:jc w:val="center"/>
            </w:pPr>
            <w:r>
              <w:rPr>
                <w:sz w:val="13"/>
              </w:rPr>
              <w:t>AL</w:t>
            </w:r>
          </w:p>
        </w:tc>
        <w:tc>
          <w:tcPr>
            <w:tcW w:w="1409" w:type="dxa"/>
            <w:vAlign w:val="center"/>
          </w:tcPr>
          <w:p w14:paraId="4542A411" w14:textId="77777777" w:rsidR="00365219" w:rsidRDefault="00695781">
            <w:r>
              <w:rPr>
                <w:sz w:val="13"/>
              </w:rPr>
              <w:t>PG</w:t>
            </w:r>
          </w:p>
        </w:tc>
        <w:tc>
          <w:tcPr>
            <w:tcW w:w="1409" w:type="dxa"/>
            <w:vAlign w:val="center"/>
          </w:tcPr>
          <w:p w14:paraId="289D0D0C" w14:textId="77777777" w:rsidR="00365219" w:rsidRDefault="00695781">
            <w:pPr>
              <w:jc w:val="center"/>
            </w:pPr>
            <w:r>
              <w:rPr>
                <w:sz w:val="13"/>
              </w:rPr>
              <w:t>C</w:t>
            </w:r>
          </w:p>
        </w:tc>
      </w:tr>
      <w:tr w:rsidR="00365219" w14:paraId="7077A961" w14:textId="77777777">
        <w:trPr>
          <w:cantSplit/>
          <w:jc w:val="center"/>
        </w:trPr>
        <w:tc>
          <w:tcPr>
            <w:tcW w:w="1409" w:type="dxa"/>
            <w:vAlign w:val="center"/>
          </w:tcPr>
          <w:p w14:paraId="2482DE3F" w14:textId="77777777" w:rsidR="00365219" w:rsidRDefault="00695781">
            <w:pPr>
              <w:jc w:val="center"/>
            </w:pPr>
            <w:r>
              <w:rPr>
                <w:sz w:val="13"/>
              </w:rPr>
              <w:t>65</w:t>
            </w:r>
          </w:p>
        </w:tc>
        <w:tc>
          <w:tcPr>
            <w:tcW w:w="1409" w:type="dxa"/>
            <w:vAlign w:val="center"/>
          </w:tcPr>
          <w:p w14:paraId="4B94D12E" w14:textId="77777777" w:rsidR="00365219" w:rsidRDefault="00695781">
            <w:pPr>
              <w:jc w:val="center"/>
            </w:pPr>
            <w:r>
              <w:rPr>
                <w:sz w:val="13"/>
              </w:rPr>
              <w:t>ZPD-3</w:t>
            </w:r>
          </w:p>
        </w:tc>
        <w:tc>
          <w:tcPr>
            <w:tcW w:w="1409" w:type="dxa"/>
            <w:vAlign w:val="center"/>
          </w:tcPr>
          <w:p w14:paraId="2729B7B1" w14:textId="77777777" w:rsidR="00365219" w:rsidRDefault="00695781">
            <w:r>
              <w:rPr>
                <w:sz w:val="13"/>
              </w:rPr>
              <w:t>Fungsi linear dan gradien</w:t>
            </w:r>
          </w:p>
        </w:tc>
        <w:tc>
          <w:tcPr>
            <w:tcW w:w="1409" w:type="dxa"/>
            <w:vAlign w:val="center"/>
          </w:tcPr>
          <w:p w14:paraId="0678BCF3" w14:textId="77777777" w:rsidR="00365219" w:rsidRDefault="00695781">
            <w:r>
              <w:rPr>
                <w:sz w:val="13"/>
              </w:rPr>
              <w:t>Level 3 - bernalar</w:t>
            </w:r>
          </w:p>
        </w:tc>
        <w:tc>
          <w:tcPr>
            <w:tcW w:w="1409" w:type="dxa"/>
            <w:vAlign w:val="center"/>
          </w:tcPr>
          <w:p w14:paraId="60F559DE" w14:textId="77777777" w:rsidR="00365219" w:rsidRDefault="00695781">
            <w:pPr>
              <w:jc w:val="center"/>
            </w:pPr>
            <w:r>
              <w:rPr>
                <w:sz w:val="13"/>
              </w:rPr>
              <w:t>PR</w:t>
            </w:r>
          </w:p>
        </w:tc>
        <w:tc>
          <w:tcPr>
            <w:tcW w:w="1409" w:type="dxa"/>
            <w:vAlign w:val="center"/>
          </w:tcPr>
          <w:p w14:paraId="3F857E34" w14:textId="77777777" w:rsidR="00365219" w:rsidRDefault="00695781">
            <w:r>
              <w:rPr>
                <w:sz w:val="13"/>
              </w:rPr>
              <w:t>PG</w:t>
            </w:r>
          </w:p>
        </w:tc>
        <w:tc>
          <w:tcPr>
            <w:tcW w:w="1409" w:type="dxa"/>
            <w:vAlign w:val="center"/>
          </w:tcPr>
          <w:p w14:paraId="7F476196" w14:textId="77777777" w:rsidR="00365219" w:rsidRDefault="00695781">
            <w:pPr>
              <w:jc w:val="center"/>
            </w:pPr>
            <w:r>
              <w:rPr>
                <w:sz w:val="13"/>
              </w:rPr>
              <w:t>C</w:t>
            </w:r>
          </w:p>
        </w:tc>
      </w:tr>
      <w:tr w:rsidR="00365219" w14:paraId="64FDA802" w14:textId="77777777">
        <w:trPr>
          <w:cantSplit/>
          <w:jc w:val="center"/>
        </w:trPr>
        <w:tc>
          <w:tcPr>
            <w:tcW w:w="1409" w:type="dxa"/>
            <w:vAlign w:val="center"/>
          </w:tcPr>
          <w:p w14:paraId="39A9F20A" w14:textId="77777777" w:rsidR="00365219" w:rsidRDefault="00695781">
            <w:pPr>
              <w:jc w:val="center"/>
            </w:pPr>
            <w:r>
              <w:rPr>
                <w:sz w:val="13"/>
              </w:rPr>
              <w:t>66</w:t>
            </w:r>
          </w:p>
        </w:tc>
        <w:tc>
          <w:tcPr>
            <w:tcW w:w="1409" w:type="dxa"/>
            <w:vAlign w:val="center"/>
          </w:tcPr>
          <w:p w14:paraId="47B73097" w14:textId="77777777" w:rsidR="00365219" w:rsidRDefault="00695781">
            <w:pPr>
              <w:jc w:val="center"/>
            </w:pPr>
            <w:r>
              <w:rPr>
                <w:sz w:val="13"/>
              </w:rPr>
              <w:t>ZPD-3</w:t>
            </w:r>
          </w:p>
        </w:tc>
        <w:tc>
          <w:tcPr>
            <w:tcW w:w="1409" w:type="dxa"/>
            <w:vAlign w:val="center"/>
          </w:tcPr>
          <w:p w14:paraId="59CFEB38" w14:textId="77777777" w:rsidR="00365219" w:rsidRDefault="00695781">
            <w:r>
              <w:rPr>
                <w:sz w:val="13"/>
              </w:rPr>
              <w:t>Fungsi, invers, komposisi</w:t>
            </w:r>
          </w:p>
        </w:tc>
        <w:tc>
          <w:tcPr>
            <w:tcW w:w="1409" w:type="dxa"/>
            <w:vAlign w:val="center"/>
          </w:tcPr>
          <w:p w14:paraId="187F9F6F" w14:textId="77777777" w:rsidR="00365219" w:rsidRDefault="00695781">
            <w:r>
              <w:rPr>
                <w:sz w:val="13"/>
              </w:rPr>
              <w:t>Level 3 - mengevaluasi</w:t>
            </w:r>
          </w:p>
        </w:tc>
        <w:tc>
          <w:tcPr>
            <w:tcW w:w="1409" w:type="dxa"/>
            <w:vAlign w:val="center"/>
          </w:tcPr>
          <w:p w14:paraId="731421DD" w14:textId="77777777" w:rsidR="00365219" w:rsidRDefault="00695781">
            <w:pPr>
              <w:jc w:val="center"/>
            </w:pPr>
            <w:r>
              <w:rPr>
                <w:sz w:val="13"/>
              </w:rPr>
              <w:t>AL</w:t>
            </w:r>
          </w:p>
        </w:tc>
        <w:tc>
          <w:tcPr>
            <w:tcW w:w="1409" w:type="dxa"/>
            <w:vAlign w:val="center"/>
          </w:tcPr>
          <w:p w14:paraId="6664127E" w14:textId="77777777" w:rsidR="00365219" w:rsidRDefault="00695781">
            <w:r>
              <w:rPr>
                <w:sz w:val="13"/>
              </w:rPr>
              <w:t>PGK MCMA</w:t>
            </w:r>
          </w:p>
        </w:tc>
        <w:tc>
          <w:tcPr>
            <w:tcW w:w="1409" w:type="dxa"/>
            <w:vAlign w:val="center"/>
          </w:tcPr>
          <w:p w14:paraId="28266BAE" w14:textId="77777777" w:rsidR="00365219" w:rsidRDefault="00695781">
            <w:pPr>
              <w:jc w:val="center"/>
            </w:pPr>
            <w:r>
              <w:rPr>
                <w:sz w:val="13"/>
              </w:rPr>
              <w:t>1, 2, 3, 4</w:t>
            </w:r>
          </w:p>
        </w:tc>
      </w:tr>
      <w:tr w:rsidR="00365219" w14:paraId="4112B5BC" w14:textId="77777777">
        <w:trPr>
          <w:cantSplit/>
          <w:jc w:val="center"/>
        </w:trPr>
        <w:tc>
          <w:tcPr>
            <w:tcW w:w="1409" w:type="dxa"/>
            <w:vAlign w:val="center"/>
          </w:tcPr>
          <w:p w14:paraId="72233E99" w14:textId="77777777" w:rsidR="00365219" w:rsidRDefault="00695781">
            <w:pPr>
              <w:jc w:val="center"/>
            </w:pPr>
            <w:r>
              <w:rPr>
                <w:sz w:val="13"/>
              </w:rPr>
              <w:t>67</w:t>
            </w:r>
          </w:p>
        </w:tc>
        <w:tc>
          <w:tcPr>
            <w:tcW w:w="1409" w:type="dxa"/>
            <w:vAlign w:val="center"/>
          </w:tcPr>
          <w:p w14:paraId="4D2566AC" w14:textId="77777777" w:rsidR="00365219" w:rsidRDefault="00695781">
            <w:pPr>
              <w:jc w:val="center"/>
            </w:pPr>
            <w:r>
              <w:rPr>
                <w:sz w:val="13"/>
              </w:rPr>
              <w:t>ZPD-3</w:t>
            </w:r>
          </w:p>
        </w:tc>
        <w:tc>
          <w:tcPr>
            <w:tcW w:w="1409" w:type="dxa"/>
            <w:vAlign w:val="center"/>
          </w:tcPr>
          <w:p w14:paraId="2EE0AE53" w14:textId="77777777" w:rsidR="00365219" w:rsidRDefault="00695781">
            <w:r>
              <w:rPr>
                <w:sz w:val="13"/>
              </w:rPr>
              <w:t>Sistem pertidaksamaan</w:t>
            </w:r>
          </w:p>
        </w:tc>
        <w:tc>
          <w:tcPr>
            <w:tcW w:w="1409" w:type="dxa"/>
            <w:vAlign w:val="center"/>
          </w:tcPr>
          <w:p w14:paraId="7C8C77D2" w14:textId="77777777" w:rsidR="00365219" w:rsidRDefault="00695781">
            <w:r>
              <w:rPr>
                <w:sz w:val="13"/>
              </w:rPr>
              <w:t>Level 3 - mengevaluasi</w:t>
            </w:r>
          </w:p>
        </w:tc>
        <w:tc>
          <w:tcPr>
            <w:tcW w:w="1409" w:type="dxa"/>
            <w:vAlign w:val="center"/>
          </w:tcPr>
          <w:p w14:paraId="33DDB30B" w14:textId="77777777" w:rsidR="00365219" w:rsidRDefault="00695781">
            <w:pPr>
              <w:jc w:val="center"/>
            </w:pPr>
            <w:r>
              <w:rPr>
                <w:sz w:val="13"/>
              </w:rPr>
              <w:t>AB</w:t>
            </w:r>
          </w:p>
        </w:tc>
        <w:tc>
          <w:tcPr>
            <w:tcW w:w="1409" w:type="dxa"/>
            <w:vAlign w:val="center"/>
          </w:tcPr>
          <w:p w14:paraId="5B2A7B4B" w14:textId="77777777" w:rsidR="00365219" w:rsidRDefault="00695781">
            <w:r>
              <w:rPr>
                <w:sz w:val="13"/>
              </w:rPr>
              <w:t>PGK MCMA</w:t>
            </w:r>
          </w:p>
        </w:tc>
        <w:tc>
          <w:tcPr>
            <w:tcW w:w="1409" w:type="dxa"/>
            <w:vAlign w:val="center"/>
          </w:tcPr>
          <w:p w14:paraId="07C8E555" w14:textId="77777777" w:rsidR="00365219" w:rsidRDefault="00695781">
            <w:pPr>
              <w:jc w:val="center"/>
            </w:pPr>
            <w:r>
              <w:rPr>
                <w:sz w:val="13"/>
              </w:rPr>
              <w:t>1, 2, 3, 4</w:t>
            </w:r>
          </w:p>
        </w:tc>
      </w:tr>
      <w:tr w:rsidR="00365219" w14:paraId="07C25DEB" w14:textId="77777777">
        <w:trPr>
          <w:cantSplit/>
          <w:jc w:val="center"/>
        </w:trPr>
        <w:tc>
          <w:tcPr>
            <w:tcW w:w="1409" w:type="dxa"/>
            <w:vAlign w:val="center"/>
          </w:tcPr>
          <w:p w14:paraId="05D2CE8F" w14:textId="77777777" w:rsidR="00365219" w:rsidRDefault="00695781">
            <w:pPr>
              <w:jc w:val="center"/>
            </w:pPr>
            <w:r>
              <w:rPr>
                <w:sz w:val="13"/>
              </w:rPr>
              <w:t>68</w:t>
            </w:r>
          </w:p>
        </w:tc>
        <w:tc>
          <w:tcPr>
            <w:tcW w:w="1409" w:type="dxa"/>
            <w:vAlign w:val="center"/>
          </w:tcPr>
          <w:p w14:paraId="034AEE96" w14:textId="77777777" w:rsidR="00365219" w:rsidRDefault="00695781">
            <w:pPr>
              <w:jc w:val="center"/>
            </w:pPr>
            <w:r>
              <w:rPr>
                <w:sz w:val="13"/>
              </w:rPr>
              <w:t>ZPD-3</w:t>
            </w:r>
          </w:p>
        </w:tc>
        <w:tc>
          <w:tcPr>
            <w:tcW w:w="1409" w:type="dxa"/>
            <w:vAlign w:val="center"/>
          </w:tcPr>
          <w:p w14:paraId="6CAFB187" w14:textId="77777777" w:rsidR="00365219" w:rsidRDefault="00695781">
            <w:r>
              <w:rPr>
                <w:sz w:val="13"/>
              </w:rPr>
              <w:t>Program linear</w:t>
            </w:r>
          </w:p>
        </w:tc>
        <w:tc>
          <w:tcPr>
            <w:tcW w:w="1409" w:type="dxa"/>
            <w:vAlign w:val="center"/>
          </w:tcPr>
          <w:p w14:paraId="2B3A7B5D" w14:textId="77777777" w:rsidR="00365219" w:rsidRDefault="00695781">
            <w:r>
              <w:rPr>
                <w:sz w:val="13"/>
              </w:rPr>
              <w:t>Level 3 - mengevaluasi</w:t>
            </w:r>
          </w:p>
        </w:tc>
        <w:tc>
          <w:tcPr>
            <w:tcW w:w="1409" w:type="dxa"/>
            <w:vAlign w:val="center"/>
          </w:tcPr>
          <w:p w14:paraId="7D9B57CD" w14:textId="77777777" w:rsidR="00365219" w:rsidRDefault="00695781">
            <w:pPr>
              <w:jc w:val="center"/>
            </w:pPr>
            <w:r>
              <w:rPr>
                <w:sz w:val="13"/>
              </w:rPr>
              <w:t>DK</w:t>
            </w:r>
          </w:p>
        </w:tc>
        <w:tc>
          <w:tcPr>
            <w:tcW w:w="1409" w:type="dxa"/>
            <w:vAlign w:val="center"/>
          </w:tcPr>
          <w:p w14:paraId="4B845C71" w14:textId="77777777" w:rsidR="00365219" w:rsidRDefault="00695781">
            <w:r>
              <w:rPr>
                <w:sz w:val="13"/>
              </w:rPr>
              <w:t>PGK MCMA</w:t>
            </w:r>
          </w:p>
        </w:tc>
        <w:tc>
          <w:tcPr>
            <w:tcW w:w="1409" w:type="dxa"/>
            <w:vAlign w:val="center"/>
          </w:tcPr>
          <w:p w14:paraId="2FDB3664" w14:textId="77777777" w:rsidR="00365219" w:rsidRDefault="00695781">
            <w:pPr>
              <w:jc w:val="center"/>
            </w:pPr>
            <w:r>
              <w:rPr>
                <w:sz w:val="13"/>
              </w:rPr>
              <w:t>1, 2, 3, 4</w:t>
            </w:r>
          </w:p>
        </w:tc>
      </w:tr>
      <w:tr w:rsidR="00365219" w14:paraId="35868183" w14:textId="77777777">
        <w:trPr>
          <w:cantSplit/>
          <w:jc w:val="center"/>
        </w:trPr>
        <w:tc>
          <w:tcPr>
            <w:tcW w:w="1409" w:type="dxa"/>
            <w:vAlign w:val="center"/>
          </w:tcPr>
          <w:p w14:paraId="4699ADB4" w14:textId="77777777" w:rsidR="00365219" w:rsidRDefault="00695781">
            <w:pPr>
              <w:jc w:val="center"/>
            </w:pPr>
            <w:r>
              <w:rPr>
                <w:sz w:val="13"/>
              </w:rPr>
              <w:t>69</w:t>
            </w:r>
          </w:p>
        </w:tc>
        <w:tc>
          <w:tcPr>
            <w:tcW w:w="1409" w:type="dxa"/>
            <w:vAlign w:val="center"/>
          </w:tcPr>
          <w:p w14:paraId="10A9A81D" w14:textId="77777777" w:rsidR="00365219" w:rsidRDefault="00695781">
            <w:pPr>
              <w:jc w:val="center"/>
            </w:pPr>
            <w:r>
              <w:rPr>
                <w:sz w:val="13"/>
              </w:rPr>
              <w:t>ZPD-3</w:t>
            </w:r>
          </w:p>
        </w:tc>
        <w:tc>
          <w:tcPr>
            <w:tcW w:w="1409" w:type="dxa"/>
            <w:vAlign w:val="center"/>
          </w:tcPr>
          <w:p w14:paraId="57A30C38" w14:textId="77777777" w:rsidR="00365219" w:rsidRDefault="00695781">
            <w:r>
              <w:rPr>
                <w:sz w:val="13"/>
              </w:rPr>
              <w:t>SPL tiga variabel</w:t>
            </w:r>
          </w:p>
        </w:tc>
        <w:tc>
          <w:tcPr>
            <w:tcW w:w="1409" w:type="dxa"/>
            <w:vAlign w:val="center"/>
          </w:tcPr>
          <w:p w14:paraId="25189637" w14:textId="77777777" w:rsidR="00365219" w:rsidRDefault="00695781">
            <w:r>
              <w:rPr>
                <w:sz w:val="13"/>
              </w:rPr>
              <w:t>Level 3 - mengevaluasi</w:t>
            </w:r>
          </w:p>
        </w:tc>
        <w:tc>
          <w:tcPr>
            <w:tcW w:w="1409" w:type="dxa"/>
            <w:vAlign w:val="center"/>
          </w:tcPr>
          <w:p w14:paraId="3B47759A" w14:textId="77777777" w:rsidR="00365219" w:rsidRDefault="00695781">
            <w:pPr>
              <w:jc w:val="center"/>
            </w:pPr>
            <w:r>
              <w:rPr>
                <w:sz w:val="13"/>
              </w:rPr>
              <w:t>AL</w:t>
            </w:r>
          </w:p>
        </w:tc>
        <w:tc>
          <w:tcPr>
            <w:tcW w:w="1409" w:type="dxa"/>
            <w:vAlign w:val="center"/>
          </w:tcPr>
          <w:p w14:paraId="3F776292" w14:textId="77777777" w:rsidR="00365219" w:rsidRDefault="00695781">
            <w:r>
              <w:rPr>
                <w:sz w:val="13"/>
              </w:rPr>
              <w:t>PGK Kategori</w:t>
            </w:r>
          </w:p>
        </w:tc>
        <w:tc>
          <w:tcPr>
            <w:tcW w:w="1409" w:type="dxa"/>
            <w:vAlign w:val="center"/>
          </w:tcPr>
          <w:p w14:paraId="620D5BC5" w14:textId="77777777" w:rsidR="00365219" w:rsidRDefault="00695781">
            <w:pPr>
              <w:jc w:val="center"/>
            </w:pPr>
            <w:r>
              <w:rPr>
                <w:sz w:val="13"/>
              </w:rPr>
              <w:t>Benar, Benar, Benar, Benar</w:t>
            </w:r>
          </w:p>
        </w:tc>
      </w:tr>
      <w:tr w:rsidR="00365219" w14:paraId="436EDA5A" w14:textId="77777777">
        <w:trPr>
          <w:cantSplit/>
          <w:jc w:val="center"/>
        </w:trPr>
        <w:tc>
          <w:tcPr>
            <w:tcW w:w="1409" w:type="dxa"/>
            <w:vAlign w:val="center"/>
          </w:tcPr>
          <w:p w14:paraId="04235C7B" w14:textId="77777777" w:rsidR="00365219" w:rsidRDefault="00695781">
            <w:pPr>
              <w:jc w:val="center"/>
            </w:pPr>
            <w:r>
              <w:rPr>
                <w:sz w:val="13"/>
              </w:rPr>
              <w:t>70</w:t>
            </w:r>
          </w:p>
        </w:tc>
        <w:tc>
          <w:tcPr>
            <w:tcW w:w="1409" w:type="dxa"/>
            <w:vAlign w:val="center"/>
          </w:tcPr>
          <w:p w14:paraId="5B9F7EA6" w14:textId="77777777" w:rsidR="00365219" w:rsidRDefault="00695781">
            <w:pPr>
              <w:jc w:val="center"/>
            </w:pPr>
            <w:r>
              <w:rPr>
                <w:sz w:val="13"/>
              </w:rPr>
              <w:t>ZPD-3</w:t>
            </w:r>
          </w:p>
        </w:tc>
        <w:tc>
          <w:tcPr>
            <w:tcW w:w="1409" w:type="dxa"/>
            <w:vAlign w:val="center"/>
          </w:tcPr>
          <w:p w14:paraId="10CA8757" w14:textId="77777777" w:rsidR="00365219" w:rsidRDefault="00695781">
            <w:r>
              <w:rPr>
                <w:sz w:val="13"/>
              </w:rPr>
              <w:t>Invers dan komposisi fungsi</w:t>
            </w:r>
          </w:p>
        </w:tc>
        <w:tc>
          <w:tcPr>
            <w:tcW w:w="1409" w:type="dxa"/>
            <w:vAlign w:val="center"/>
          </w:tcPr>
          <w:p w14:paraId="44B6D0B3" w14:textId="77777777" w:rsidR="00365219" w:rsidRDefault="00695781">
            <w:r>
              <w:rPr>
                <w:sz w:val="13"/>
              </w:rPr>
              <w:t>Level 3 - mengevaluasi</w:t>
            </w:r>
          </w:p>
        </w:tc>
        <w:tc>
          <w:tcPr>
            <w:tcW w:w="1409" w:type="dxa"/>
            <w:vAlign w:val="center"/>
          </w:tcPr>
          <w:p w14:paraId="3471306E" w14:textId="77777777" w:rsidR="00365219" w:rsidRDefault="00695781">
            <w:pPr>
              <w:jc w:val="center"/>
            </w:pPr>
            <w:r>
              <w:rPr>
                <w:sz w:val="13"/>
              </w:rPr>
              <w:t>AL</w:t>
            </w:r>
          </w:p>
        </w:tc>
        <w:tc>
          <w:tcPr>
            <w:tcW w:w="1409" w:type="dxa"/>
            <w:vAlign w:val="center"/>
          </w:tcPr>
          <w:p w14:paraId="755BB7C9" w14:textId="77777777" w:rsidR="00365219" w:rsidRDefault="00695781">
            <w:r>
              <w:rPr>
                <w:sz w:val="13"/>
              </w:rPr>
              <w:t>PGK Kategori</w:t>
            </w:r>
          </w:p>
        </w:tc>
        <w:tc>
          <w:tcPr>
            <w:tcW w:w="1409" w:type="dxa"/>
            <w:vAlign w:val="center"/>
          </w:tcPr>
          <w:p w14:paraId="5AA69354" w14:textId="77777777" w:rsidR="00365219" w:rsidRDefault="00695781">
            <w:pPr>
              <w:jc w:val="center"/>
            </w:pPr>
            <w:r>
              <w:rPr>
                <w:sz w:val="13"/>
              </w:rPr>
              <w:t>Benar, Benar, Benar, Benar</w:t>
            </w:r>
          </w:p>
        </w:tc>
      </w:tr>
      <w:tr w:rsidR="00365219" w14:paraId="6B2B984B" w14:textId="77777777">
        <w:trPr>
          <w:cantSplit/>
          <w:jc w:val="center"/>
        </w:trPr>
        <w:tc>
          <w:tcPr>
            <w:tcW w:w="1409" w:type="dxa"/>
            <w:vAlign w:val="center"/>
          </w:tcPr>
          <w:p w14:paraId="0EBB8A90" w14:textId="77777777" w:rsidR="00365219" w:rsidRDefault="00695781">
            <w:pPr>
              <w:jc w:val="center"/>
            </w:pPr>
            <w:r>
              <w:rPr>
                <w:sz w:val="13"/>
              </w:rPr>
              <w:t>71</w:t>
            </w:r>
          </w:p>
        </w:tc>
        <w:tc>
          <w:tcPr>
            <w:tcW w:w="1409" w:type="dxa"/>
            <w:vAlign w:val="center"/>
          </w:tcPr>
          <w:p w14:paraId="4BBF5DF3" w14:textId="77777777" w:rsidR="00365219" w:rsidRDefault="00695781">
            <w:pPr>
              <w:jc w:val="center"/>
            </w:pPr>
            <w:r>
              <w:rPr>
                <w:sz w:val="13"/>
              </w:rPr>
              <w:t>ZPD-3</w:t>
            </w:r>
          </w:p>
        </w:tc>
        <w:tc>
          <w:tcPr>
            <w:tcW w:w="1409" w:type="dxa"/>
            <w:vAlign w:val="center"/>
          </w:tcPr>
          <w:p w14:paraId="0784107E" w14:textId="77777777" w:rsidR="00365219" w:rsidRDefault="00695781">
            <w:r>
              <w:rPr>
                <w:sz w:val="13"/>
              </w:rPr>
              <w:t>Fungsi linear sepotong</w:t>
            </w:r>
          </w:p>
        </w:tc>
        <w:tc>
          <w:tcPr>
            <w:tcW w:w="1409" w:type="dxa"/>
            <w:vAlign w:val="center"/>
          </w:tcPr>
          <w:p w14:paraId="707963BF" w14:textId="77777777" w:rsidR="00365219" w:rsidRDefault="00695781">
            <w:r>
              <w:rPr>
                <w:sz w:val="13"/>
              </w:rPr>
              <w:t>Level 3 - mengevaluasi</w:t>
            </w:r>
          </w:p>
        </w:tc>
        <w:tc>
          <w:tcPr>
            <w:tcW w:w="1409" w:type="dxa"/>
            <w:vAlign w:val="center"/>
          </w:tcPr>
          <w:p w14:paraId="7BF49C81" w14:textId="77777777" w:rsidR="00365219" w:rsidRDefault="00695781">
            <w:pPr>
              <w:jc w:val="center"/>
            </w:pPr>
            <w:r>
              <w:rPr>
                <w:sz w:val="13"/>
              </w:rPr>
              <w:t>AB</w:t>
            </w:r>
          </w:p>
        </w:tc>
        <w:tc>
          <w:tcPr>
            <w:tcW w:w="1409" w:type="dxa"/>
            <w:vAlign w:val="center"/>
          </w:tcPr>
          <w:p w14:paraId="72250675" w14:textId="77777777" w:rsidR="00365219" w:rsidRDefault="00695781">
            <w:r>
              <w:rPr>
                <w:sz w:val="13"/>
              </w:rPr>
              <w:t>PGK Kategori</w:t>
            </w:r>
          </w:p>
        </w:tc>
        <w:tc>
          <w:tcPr>
            <w:tcW w:w="1409" w:type="dxa"/>
            <w:vAlign w:val="center"/>
          </w:tcPr>
          <w:p w14:paraId="1175B19D" w14:textId="77777777" w:rsidR="00365219" w:rsidRDefault="00695781">
            <w:pPr>
              <w:jc w:val="center"/>
            </w:pPr>
            <w:r>
              <w:rPr>
                <w:sz w:val="13"/>
              </w:rPr>
              <w:t>Benar, Benar, Benar, Salah</w:t>
            </w:r>
          </w:p>
        </w:tc>
      </w:tr>
      <w:tr w:rsidR="00365219" w14:paraId="42A15F1E" w14:textId="77777777">
        <w:trPr>
          <w:cantSplit/>
          <w:jc w:val="center"/>
        </w:trPr>
        <w:tc>
          <w:tcPr>
            <w:tcW w:w="1409" w:type="dxa"/>
            <w:vAlign w:val="center"/>
          </w:tcPr>
          <w:p w14:paraId="027E614C" w14:textId="77777777" w:rsidR="00365219" w:rsidRDefault="00695781">
            <w:pPr>
              <w:jc w:val="center"/>
            </w:pPr>
            <w:r>
              <w:rPr>
                <w:sz w:val="13"/>
              </w:rPr>
              <w:t>72</w:t>
            </w:r>
          </w:p>
        </w:tc>
        <w:tc>
          <w:tcPr>
            <w:tcW w:w="1409" w:type="dxa"/>
            <w:vAlign w:val="center"/>
          </w:tcPr>
          <w:p w14:paraId="45675163" w14:textId="77777777" w:rsidR="00365219" w:rsidRDefault="00695781">
            <w:pPr>
              <w:jc w:val="center"/>
            </w:pPr>
            <w:r>
              <w:rPr>
                <w:sz w:val="13"/>
              </w:rPr>
              <w:t>ZPD-3</w:t>
            </w:r>
          </w:p>
        </w:tc>
        <w:tc>
          <w:tcPr>
            <w:tcW w:w="1409" w:type="dxa"/>
            <w:vAlign w:val="center"/>
          </w:tcPr>
          <w:p w14:paraId="27AA2653" w14:textId="77777777" w:rsidR="00365219" w:rsidRDefault="00695781">
            <w:r>
              <w:rPr>
                <w:sz w:val="13"/>
              </w:rPr>
              <w:t>SPL dan kecukupan data</w:t>
            </w:r>
          </w:p>
        </w:tc>
        <w:tc>
          <w:tcPr>
            <w:tcW w:w="1409" w:type="dxa"/>
            <w:vAlign w:val="center"/>
          </w:tcPr>
          <w:p w14:paraId="458D0316" w14:textId="77777777" w:rsidR="00365219" w:rsidRDefault="00695781">
            <w:r>
              <w:rPr>
                <w:sz w:val="13"/>
              </w:rPr>
              <w:t>Level 3 - bernalar</w:t>
            </w:r>
          </w:p>
        </w:tc>
        <w:tc>
          <w:tcPr>
            <w:tcW w:w="1409" w:type="dxa"/>
            <w:vAlign w:val="center"/>
          </w:tcPr>
          <w:p w14:paraId="4DBC4107" w14:textId="77777777" w:rsidR="00365219" w:rsidRDefault="00695781">
            <w:pPr>
              <w:jc w:val="center"/>
            </w:pPr>
            <w:r>
              <w:rPr>
                <w:sz w:val="13"/>
              </w:rPr>
              <w:t>DK</w:t>
            </w:r>
          </w:p>
        </w:tc>
        <w:tc>
          <w:tcPr>
            <w:tcW w:w="1409" w:type="dxa"/>
            <w:vAlign w:val="center"/>
          </w:tcPr>
          <w:p w14:paraId="4A1781CF" w14:textId="77777777" w:rsidR="00365219" w:rsidRDefault="00695781">
            <w:r>
              <w:rPr>
                <w:sz w:val="13"/>
              </w:rPr>
              <w:t>Kecukupan Data</w:t>
            </w:r>
          </w:p>
        </w:tc>
        <w:tc>
          <w:tcPr>
            <w:tcW w:w="1409" w:type="dxa"/>
            <w:vAlign w:val="center"/>
          </w:tcPr>
          <w:p w14:paraId="02DBBAFE" w14:textId="77777777" w:rsidR="00365219" w:rsidRDefault="00695781">
            <w:pPr>
              <w:jc w:val="center"/>
            </w:pPr>
            <w:r>
              <w:rPr>
                <w:sz w:val="13"/>
              </w:rPr>
              <w:t>C</w:t>
            </w:r>
          </w:p>
        </w:tc>
      </w:tr>
      <w:tr w:rsidR="00365219" w14:paraId="0B991ED3" w14:textId="77777777">
        <w:trPr>
          <w:cantSplit/>
          <w:jc w:val="center"/>
        </w:trPr>
        <w:tc>
          <w:tcPr>
            <w:tcW w:w="1409" w:type="dxa"/>
            <w:vAlign w:val="center"/>
          </w:tcPr>
          <w:p w14:paraId="43CAC842" w14:textId="77777777" w:rsidR="00365219" w:rsidRDefault="00695781">
            <w:pPr>
              <w:jc w:val="center"/>
            </w:pPr>
            <w:r>
              <w:rPr>
                <w:sz w:val="13"/>
              </w:rPr>
              <w:t>73</w:t>
            </w:r>
          </w:p>
        </w:tc>
        <w:tc>
          <w:tcPr>
            <w:tcW w:w="1409" w:type="dxa"/>
            <w:vAlign w:val="center"/>
          </w:tcPr>
          <w:p w14:paraId="55716BF5" w14:textId="77777777" w:rsidR="00365219" w:rsidRDefault="00695781">
            <w:pPr>
              <w:jc w:val="center"/>
            </w:pPr>
            <w:r>
              <w:rPr>
                <w:sz w:val="13"/>
              </w:rPr>
              <w:t>ZPD-3</w:t>
            </w:r>
          </w:p>
        </w:tc>
        <w:tc>
          <w:tcPr>
            <w:tcW w:w="1409" w:type="dxa"/>
            <w:vAlign w:val="center"/>
          </w:tcPr>
          <w:p w14:paraId="7B4789FD" w14:textId="77777777" w:rsidR="00365219" w:rsidRDefault="00695781">
            <w:r>
              <w:rPr>
                <w:sz w:val="13"/>
              </w:rPr>
              <w:t>Program linear dan kecukupan data</w:t>
            </w:r>
          </w:p>
        </w:tc>
        <w:tc>
          <w:tcPr>
            <w:tcW w:w="1409" w:type="dxa"/>
            <w:vAlign w:val="center"/>
          </w:tcPr>
          <w:p w14:paraId="0285B603" w14:textId="77777777" w:rsidR="00365219" w:rsidRDefault="00695781">
            <w:r>
              <w:rPr>
                <w:sz w:val="13"/>
              </w:rPr>
              <w:t>Level 3 - bernalar</w:t>
            </w:r>
          </w:p>
        </w:tc>
        <w:tc>
          <w:tcPr>
            <w:tcW w:w="1409" w:type="dxa"/>
            <w:vAlign w:val="center"/>
          </w:tcPr>
          <w:p w14:paraId="5EA43162" w14:textId="77777777" w:rsidR="00365219" w:rsidRDefault="00695781">
            <w:pPr>
              <w:jc w:val="center"/>
            </w:pPr>
            <w:r>
              <w:rPr>
                <w:sz w:val="13"/>
              </w:rPr>
              <w:t>DK</w:t>
            </w:r>
          </w:p>
        </w:tc>
        <w:tc>
          <w:tcPr>
            <w:tcW w:w="1409" w:type="dxa"/>
            <w:vAlign w:val="center"/>
          </w:tcPr>
          <w:p w14:paraId="5C076175" w14:textId="77777777" w:rsidR="00365219" w:rsidRDefault="00695781">
            <w:r>
              <w:rPr>
                <w:sz w:val="13"/>
              </w:rPr>
              <w:t>Kecukupan Data</w:t>
            </w:r>
          </w:p>
        </w:tc>
        <w:tc>
          <w:tcPr>
            <w:tcW w:w="1409" w:type="dxa"/>
            <w:vAlign w:val="center"/>
          </w:tcPr>
          <w:p w14:paraId="2232A2B8" w14:textId="77777777" w:rsidR="00365219" w:rsidRDefault="00695781">
            <w:pPr>
              <w:jc w:val="center"/>
            </w:pPr>
            <w:r>
              <w:rPr>
                <w:sz w:val="13"/>
              </w:rPr>
              <w:t>A</w:t>
            </w:r>
          </w:p>
        </w:tc>
      </w:tr>
      <w:tr w:rsidR="00365219" w14:paraId="3329A43E" w14:textId="77777777">
        <w:trPr>
          <w:cantSplit/>
          <w:jc w:val="center"/>
        </w:trPr>
        <w:tc>
          <w:tcPr>
            <w:tcW w:w="1409" w:type="dxa"/>
            <w:vAlign w:val="center"/>
          </w:tcPr>
          <w:p w14:paraId="0C403E0D" w14:textId="77777777" w:rsidR="00365219" w:rsidRDefault="00695781">
            <w:pPr>
              <w:jc w:val="center"/>
            </w:pPr>
            <w:r>
              <w:rPr>
                <w:sz w:val="13"/>
              </w:rPr>
              <w:t>74</w:t>
            </w:r>
          </w:p>
        </w:tc>
        <w:tc>
          <w:tcPr>
            <w:tcW w:w="1409" w:type="dxa"/>
            <w:vAlign w:val="center"/>
          </w:tcPr>
          <w:p w14:paraId="17993172" w14:textId="77777777" w:rsidR="00365219" w:rsidRDefault="00695781">
            <w:pPr>
              <w:jc w:val="center"/>
            </w:pPr>
            <w:r>
              <w:rPr>
                <w:sz w:val="13"/>
              </w:rPr>
              <w:t>ZPD-3</w:t>
            </w:r>
          </w:p>
        </w:tc>
        <w:tc>
          <w:tcPr>
            <w:tcW w:w="1409" w:type="dxa"/>
            <w:vAlign w:val="center"/>
          </w:tcPr>
          <w:p w14:paraId="6B0AA925" w14:textId="77777777" w:rsidR="00365219" w:rsidRDefault="00695781">
            <w:r>
              <w:rPr>
                <w:sz w:val="13"/>
              </w:rPr>
              <w:t>Fungsi linear dan kecukupan data</w:t>
            </w:r>
          </w:p>
        </w:tc>
        <w:tc>
          <w:tcPr>
            <w:tcW w:w="1409" w:type="dxa"/>
            <w:vAlign w:val="center"/>
          </w:tcPr>
          <w:p w14:paraId="1307DC44" w14:textId="77777777" w:rsidR="00365219" w:rsidRDefault="00695781">
            <w:r>
              <w:rPr>
                <w:sz w:val="13"/>
              </w:rPr>
              <w:t>Level 3 - bernalar</w:t>
            </w:r>
          </w:p>
        </w:tc>
        <w:tc>
          <w:tcPr>
            <w:tcW w:w="1409" w:type="dxa"/>
            <w:vAlign w:val="center"/>
          </w:tcPr>
          <w:p w14:paraId="2F99DEDE" w14:textId="77777777" w:rsidR="00365219" w:rsidRDefault="00695781">
            <w:pPr>
              <w:jc w:val="center"/>
            </w:pPr>
            <w:r>
              <w:rPr>
                <w:sz w:val="13"/>
              </w:rPr>
              <w:t>AB</w:t>
            </w:r>
          </w:p>
        </w:tc>
        <w:tc>
          <w:tcPr>
            <w:tcW w:w="1409" w:type="dxa"/>
            <w:vAlign w:val="center"/>
          </w:tcPr>
          <w:p w14:paraId="3D07AD09" w14:textId="77777777" w:rsidR="00365219" w:rsidRDefault="00695781">
            <w:r>
              <w:rPr>
                <w:sz w:val="13"/>
              </w:rPr>
              <w:t>Kecukupan Data</w:t>
            </w:r>
          </w:p>
        </w:tc>
        <w:tc>
          <w:tcPr>
            <w:tcW w:w="1409" w:type="dxa"/>
            <w:vAlign w:val="center"/>
          </w:tcPr>
          <w:p w14:paraId="6A86098F" w14:textId="77777777" w:rsidR="00365219" w:rsidRDefault="00695781">
            <w:pPr>
              <w:jc w:val="center"/>
            </w:pPr>
            <w:r>
              <w:rPr>
                <w:sz w:val="13"/>
              </w:rPr>
              <w:t>C</w:t>
            </w:r>
          </w:p>
        </w:tc>
      </w:tr>
      <w:tr w:rsidR="00365219" w14:paraId="62668DB3" w14:textId="77777777">
        <w:trPr>
          <w:cantSplit/>
          <w:jc w:val="center"/>
        </w:trPr>
        <w:tc>
          <w:tcPr>
            <w:tcW w:w="1409" w:type="dxa"/>
            <w:vAlign w:val="center"/>
          </w:tcPr>
          <w:p w14:paraId="5F8EAA93" w14:textId="77777777" w:rsidR="00365219" w:rsidRDefault="00695781">
            <w:pPr>
              <w:jc w:val="center"/>
            </w:pPr>
            <w:r>
              <w:rPr>
                <w:sz w:val="13"/>
              </w:rPr>
              <w:t>75</w:t>
            </w:r>
          </w:p>
        </w:tc>
        <w:tc>
          <w:tcPr>
            <w:tcW w:w="1409" w:type="dxa"/>
            <w:vAlign w:val="center"/>
          </w:tcPr>
          <w:p w14:paraId="7F32B140" w14:textId="77777777" w:rsidR="00365219" w:rsidRDefault="00695781">
            <w:pPr>
              <w:jc w:val="center"/>
            </w:pPr>
            <w:r>
              <w:rPr>
                <w:sz w:val="13"/>
              </w:rPr>
              <w:t>ZPD-3</w:t>
            </w:r>
          </w:p>
        </w:tc>
        <w:tc>
          <w:tcPr>
            <w:tcW w:w="1409" w:type="dxa"/>
            <w:vAlign w:val="center"/>
          </w:tcPr>
          <w:p w14:paraId="56C6DB03" w14:textId="77777777" w:rsidR="00365219" w:rsidRDefault="00695781">
            <w:r>
              <w:rPr>
                <w:sz w:val="13"/>
              </w:rPr>
              <w:t>Analisis kesalahan pertidaksamaan</w:t>
            </w:r>
          </w:p>
        </w:tc>
        <w:tc>
          <w:tcPr>
            <w:tcW w:w="1409" w:type="dxa"/>
            <w:vAlign w:val="center"/>
          </w:tcPr>
          <w:p w14:paraId="25CCD82F" w14:textId="77777777" w:rsidR="00365219" w:rsidRDefault="00695781">
            <w:r>
              <w:rPr>
                <w:sz w:val="13"/>
              </w:rPr>
              <w:t>Level 3 - mengevaluasi algoritma</w:t>
            </w:r>
          </w:p>
        </w:tc>
        <w:tc>
          <w:tcPr>
            <w:tcW w:w="1409" w:type="dxa"/>
            <w:vAlign w:val="center"/>
          </w:tcPr>
          <w:p w14:paraId="3E8E5199" w14:textId="77777777" w:rsidR="00365219" w:rsidRDefault="00695781">
            <w:pPr>
              <w:jc w:val="center"/>
            </w:pPr>
            <w:r>
              <w:rPr>
                <w:sz w:val="13"/>
              </w:rPr>
              <w:t>AL</w:t>
            </w:r>
          </w:p>
        </w:tc>
        <w:tc>
          <w:tcPr>
            <w:tcW w:w="1409" w:type="dxa"/>
            <w:vAlign w:val="center"/>
          </w:tcPr>
          <w:p w14:paraId="74DD4234" w14:textId="77777777" w:rsidR="00365219" w:rsidRDefault="00695781">
            <w:r>
              <w:rPr>
                <w:sz w:val="13"/>
              </w:rPr>
              <w:t>PG</w:t>
            </w:r>
          </w:p>
        </w:tc>
        <w:tc>
          <w:tcPr>
            <w:tcW w:w="1409" w:type="dxa"/>
            <w:vAlign w:val="center"/>
          </w:tcPr>
          <w:p w14:paraId="6741CD1C" w14:textId="77777777" w:rsidR="00365219" w:rsidRDefault="00695781">
            <w:pPr>
              <w:jc w:val="center"/>
            </w:pPr>
            <w:r>
              <w:rPr>
                <w:sz w:val="13"/>
              </w:rPr>
              <w:t>C</w:t>
            </w:r>
          </w:p>
        </w:tc>
      </w:tr>
      <w:tr w:rsidR="00365219" w14:paraId="75E213DB" w14:textId="77777777">
        <w:trPr>
          <w:cantSplit/>
          <w:jc w:val="center"/>
        </w:trPr>
        <w:tc>
          <w:tcPr>
            <w:tcW w:w="1409" w:type="dxa"/>
            <w:vAlign w:val="center"/>
          </w:tcPr>
          <w:p w14:paraId="135706C3" w14:textId="77777777" w:rsidR="00365219" w:rsidRDefault="00695781">
            <w:pPr>
              <w:jc w:val="center"/>
            </w:pPr>
            <w:r>
              <w:rPr>
                <w:sz w:val="13"/>
              </w:rPr>
              <w:t>76</w:t>
            </w:r>
          </w:p>
        </w:tc>
        <w:tc>
          <w:tcPr>
            <w:tcW w:w="1409" w:type="dxa"/>
            <w:vAlign w:val="center"/>
          </w:tcPr>
          <w:p w14:paraId="0CAB2E8D" w14:textId="77777777" w:rsidR="00365219" w:rsidRDefault="00695781">
            <w:pPr>
              <w:jc w:val="center"/>
            </w:pPr>
            <w:r>
              <w:rPr>
                <w:sz w:val="13"/>
              </w:rPr>
              <w:t>ZPD-4</w:t>
            </w:r>
          </w:p>
        </w:tc>
        <w:tc>
          <w:tcPr>
            <w:tcW w:w="1409" w:type="dxa"/>
            <w:vAlign w:val="center"/>
          </w:tcPr>
          <w:p w14:paraId="1E25842F" w14:textId="77777777" w:rsidR="00365219" w:rsidRDefault="00695781">
            <w:r>
              <w:rPr>
                <w:sz w:val="13"/>
              </w:rPr>
              <w:t>SPL dengan parameter</w:t>
            </w:r>
          </w:p>
        </w:tc>
        <w:tc>
          <w:tcPr>
            <w:tcW w:w="1409" w:type="dxa"/>
            <w:vAlign w:val="center"/>
          </w:tcPr>
          <w:p w14:paraId="204CB1F4" w14:textId="77777777" w:rsidR="00365219" w:rsidRDefault="00695781">
            <w:r>
              <w:rPr>
                <w:sz w:val="13"/>
              </w:rPr>
              <w:t>Level 3 - generalisasi</w:t>
            </w:r>
          </w:p>
        </w:tc>
        <w:tc>
          <w:tcPr>
            <w:tcW w:w="1409" w:type="dxa"/>
            <w:vAlign w:val="center"/>
          </w:tcPr>
          <w:p w14:paraId="39539DEE" w14:textId="77777777" w:rsidR="00365219" w:rsidRDefault="00695781">
            <w:pPr>
              <w:jc w:val="center"/>
            </w:pPr>
            <w:r>
              <w:rPr>
                <w:sz w:val="13"/>
              </w:rPr>
              <w:t>AB</w:t>
            </w:r>
          </w:p>
        </w:tc>
        <w:tc>
          <w:tcPr>
            <w:tcW w:w="1409" w:type="dxa"/>
            <w:vAlign w:val="center"/>
          </w:tcPr>
          <w:p w14:paraId="57DE8774" w14:textId="77777777" w:rsidR="00365219" w:rsidRDefault="00695781">
            <w:r>
              <w:rPr>
                <w:sz w:val="13"/>
              </w:rPr>
              <w:t>PG</w:t>
            </w:r>
          </w:p>
        </w:tc>
        <w:tc>
          <w:tcPr>
            <w:tcW w:w="1409" w:type="dxa"/>
            <w:vAlign w:val="center"/>
          </w:tcPr>
          <w:p w14:paraId="0EFF5EBC" w14:textId="77777777" w:rsidR="00365219" w:rsidRDefault="00695781">
            <w:pPr>
              <w:jc w:val="center"/>
            </w:pPr>
            <w:r>
              <w:rPr>
                <w:sz w:val="13"/>
              </w:rPr>
              <w:t>C</w:t>
            </w:r>
          </w:p>
        </w:tc>
      </w:tr>
      <w:tr w:rsidR="00365219" w14:paraId="6B4ED286" w14:textId="77777777">
        <w:trPr>
          <w:cantSplit/>
          <w:jc w:val="center"/>
        </w:trPr>
        <w:tc>
          <w:tcPr>
            <w:tcW w:w="1409" w:type="dxa"/>
            <w:vAlign w:val="center"/>
          </w:tcPr>
          <w:p w14:paraId="7D20B649" w14:textId="77777777" w:rsidR="00365219" w:rsidRDefault="00695781">
            <w:pPr>
              <w:jc w:val="center"/>
            </w:pPr>
            <w:r>
              <w:rPr>
                <w:sz w:val="13"/>
              </w:rPr>
              <w:t>77</w:t>
            </w:r>
          </w:p>
        </w:tc>
        <w:tc>
          <w:tcPr>
            <w:tcW w:w="1409" w:type="dxa"/>
            <w:vAlign w:val="center"/>
          </w:tcPr>
          <w:p w14:paraId="6AFE06ED" w14:textId="77777777" w:rsidR="00365219" w:rsidRDefault="00695781">
            <w:pPr>
              <w:jc w:val="center"/>
            </w:pPr>
            <w:r>
              <w:rPr>
                <w:sz w:val="13"/>
              </w:rPr>
              <w:t>ZPD-4</w:t>
            </w:r>
          </w:p>
        </w:tc>
        <w:tc>
          <w:tcPr>
            <w:tcW w:w="1409" w:type="dxa"/>
            <w:vAlign w:val="center"/>
          </w:tcPr>
          <w:p w14:paraId="2E5CAE68" w14:textId="77777777" w:rsidR="00365219" w:rsidRDefault="00695781">
            <w:r>
              <w:rPr>
                <w:sz w:val="13"/>
              </w:rPr>
              <w:t>SPL parameter dan syarat solusi</w:t>
            </w:r>
          </w:p>
        </w:tc>
        <w:tc>
          <w:tcPr>
            <w:tcW w:w="1409" w:type="dxa"/>
            <w:vAlign w:val="center"/>
          </w:tcPr>
          <w:p w14:paraId="349B8C72" w14:textId="77777777" w:rsidR="00365219" w:rsidRDefault="00695781">
            <w:r>
              <w:rPr>
                <w:sz w:val="13"/>
              </w:rPr>
              <w:t>Level 3 - transfer</w:t>
            </w:r>
          </w:p>
        </w:tc>
        <w:tc>
          <w:tcPr>
            <w:tcW w:w="1409" w:type="dxa"/>
            <w:vAlign w:val="center"/>
          </w:tcPr>
          <w:p w14:paraId="4E67C1E3" w14:textId="77777777" w:rsidR="00365219" w:rsidRDefault="00695781">
            <w:pPr>
              <w:jc w:val="center"/>
            </w:pPr>
            <w:r>
              <w:rPr>
                <w:sz w:val="13"/>
              </w:rPr>
              <w:t>AL</w:t>
            </w:r>
          </w:p>
        </w:tc>
        <w:tc>
          <w:tcPr>
            <w:tcW w:w="1409" w:type="dxa"/>
            <w:vAlign w:val="center"/>
          </w:tcPr>
          <w:p w14:paraId="7D85FE73" w14:textId="77777777" w:rsidR="00365219" w:rsidRDefault="00695781">
            <w:r>
              <w:rPr>
                <w:sz w:val="13"/>
              </w:rPr>
              <w:t>PG</w:t>
            </w:r>
          </w:p>
        </w:tc>
        <w:tc>
          <w:tcPr>
            <w:tcW w:w="1409" w:type="dxa"/>
            <w:vAlign w:val="center"/>
          </w:tcPr>
          <w:p w14:paraId="187F6B94" w14:textId="77777777" w:rsidR="00365219" w:rsidRDefault="00695781">
            <w:pPr>
              <w:jc w:val="center"/>
            </w:pPr>
            <w:r>
              <w:rPr>
                <w:sz w:val="13"/>
              </w:rPr>
              <w:t>B</w:t>
            </w:r>
          </w:p>
        </w:tc>
      </w:tr>
      <w:tr w:rsidR="00365219" w14:paraId="739C4113" w14:textId="77777777">
        <w:trPr>
          <w:cantSplit/>
          <w:jc w:val="center"/>
        </w:trPr>
        <w:tc>
          <w:tcPr>
            <w:tcW w:w="1409" w:type="dxa"/>
            <w:vAlign w:val="center"/>
          </w:tcPr>
          <w:p w14:paraId="49EF3CA4" w14:textId="77777777" w:rsidR="00365219" w:rsidRDefault="00695781">
            <w:pPr>
              <w:jc w:val="center"/>
            </w:pPr>
            <w:r>
              <w:rPr>
                <w:sz w:val="13"/>
              </w:rPr>
              <w:t>78</w:t>
            </w:r>
          </w:p>
        </w:tc>
        <w:tc>
          <w:tcPr>
            <w:tcW w:w="1409" w:type="dxa"/>
            <w:vAlign w:val="center"/>
          </w:tcPr>
          <w:p w14:paraId="79F63106" w14:textId="77777777" w:rsidR="00365219" w:rsidRDefault="00695781">
            <w:pPr>
              <w:jc w:val="center"/>
            </w:pPr>
            <w:r>
              <w:rPr>
                <w:sz w:val="13"/>
              </w:rPr>
              <w:t>ZPD-4</w:t>
            </w:r>
          </w:p>
        </w:tc>
        <w:tc>
          <w:tcPr>
            <w:tcW w:w="1409" w:type="dxa"/>
            <w:vAlign w:val="center"/>
          </w:tcPr>
          <w:p w14:paraId="74C39E06" w14:textId="77777777" w:rsidR="00365219" w:rsidRDefault="00695781">
            <w:r>
              <w:rPr>
                <w:sz w:val="13"/>
              </w:rPr>
              <w:t>SPL tiga variabel kontekstual</w:t>
            </w:r>
          </w:p>
        </w:tc>
        <w:tc>
          <w:tcPr>
            <w:tcW w:w="1409" w:type="dxa"/>
            <w:vAlign w:val="center"/>
          </w:tcPr>
          <w:p w14:paraId="0F924D49" w14:textId="77777777" w:rsidR="00365219" w:rsidRDefault="00695781">
            <w:r>
              <w:rPr>
                <w:sz w:val="13"/>
              </w:rPr>
              <w:t>Level 3 - memodelkan</w:t>
            </w:r>
          </w:p>
        </w:tc>
        <w:tc>
          <w:tcPr>
            <w:tcW w:w="1409" w:type="dxa"/>
            <w:vAlign w:val="center"/>
          </w:tcPr>
          <w:p w14:paraId="7AAB9BCB" w14:textId="77777777" w:rsidR="00365219" w:rsidRDefault="00695781">
            <w:pPr>
              <w:jc w:val="center"/>
            </w:pPr>
            <w:r>
              <w:rPr>
                <w:sz w:val="13"/>
              </w:rPr>
              <w:t>DK</w:t>
            </w:r>
          </w:p>
        </w:tc>
        <w:tc>
          <w:tcPr>
            <w:tcW w:w="1409" w:type="dxa"/>
            <w:vAlign w:val="center"/>
          </w:tcPr>
          <w:p w14:paraId="2484B661" w14:textId="77777777" w:rsidR="00365219" w:rsidRDefault="00695781">
            <w:r>
              <w:rPr>
                <w:sz w:val="13"/>
              </w:rPr>
              <w:t>PG</w:t>
            </w:r>
          </w:p>
        </w:tc>
        <w:tc>
          <w:tcPr>
            <w:tcW w:w="1409" w:type="dxa"/>
            <w:vAlign w:val="center"/>
          </w:tcPr>
          <w:p w14:paraId="125575FE" w14:textId="77777777" w:rsidR="00365219" w:rsidRDefault="00695781">
            <w:pPr>
              <w:jc w:val="center"/>
            </w:pPr>
            <w:r>
              <w:rPr>
                <w:sz w:val="13"/>
              </w:rPr>
              <w:t>B</w:t>
            </w:r>
          </w:p>
        </w:tc>
      </w:tr>
      <w:tr w:rsidR="00365219" w14:paraId="7560C53B" w14:textId="77777777">
        <w:trPr>
          <w:cantSplit/>
          <w:jc w:val="center"/>
        </w:trPr>
        <w:tc>
          <w:tcPr>
            <w:tcW w:w="1409" w:type="dxa"/>
            <w:vAlign w:val="center"/>
          </w:tcPr>
          <w:p w14:paraId="4C7971C2" w14:textId="77777777" w:rsidR="00365219" w:rsidRDefault="00695781">
            <w:pPr>
              <w:jc w:val="center"/>
            </w:pPr>
            <w:r>
              <w:rPr>
                <w:sz w:val="13"/>
              </w:rPr>
              <w:t>79</w:t>
            </w:r>
          </w:p>
        </w:tc>
        <w:tc>
          <w:tcPr>
            <w:tcW w:w="1409" w:type="dxa"/>
            <w:vAlign w:val="center"/>
          </w:tcPr>
          <w:p w14:paraId="6A0E030E" w14:textId="77777777" w:rsidR="00365219" w:rsidRDefault="00695781">
            <w:pPr>
              <w:jc w:val="center"/>
            </w:pPr>
            <w:r>
              <w:rPr>
                <w:sz w:val="13"/>
              </w:rPr>
              <w:t>ZPD-4</w:t>
            </w:r>
          </w:p>
        </w:tc>
        <w:tc>
          <w:tcPr>
            <w:tcW w:w="1409" w:type="dxa"/>
            <w:vAlign w:val="center"/>
          </w:tcPr>
          <w:p w14:paraId="36981949" w14:textId="77777777" w:rsidR="00365219" w:rsidRDefault="00695781">
            <w:r>
              <w:rPr>
                <w:sz w:val="13"/>
              </w:rPr>
              <w:t>Pemodelan SPL</w:t>
            </w:r>
          </w:p>
        </w:tc>
        <w:tc>
          <w:tcPr>
            <w:tcW w:w="1409" w:type="dxa"/>
            <w:vAlign w:val="center"/>
          </w:tcPr>
          <w:p w14:paraId="040EE043" w14:textId="77777777" w:rsidR="00365219" w:rsidRDefault="00695781">
            <w:r>
              <w:rPr>
                <w:sz w:val="13"/>
              </w:rPr>
              <w:t>Level 3 - transfer</w:t>
            </w:r>
          </w:p>
        </w:tc>
        <w:tc>
          <w:tcPr>
            <w:tcW w:w="1409" w:type="dxa"/>
            <w:vAlign w:val="center"/>
          </w:tcPr>
          <w:p w14:paraId="49BE1C8B" w14:textId="77777777" w:rsidR="00365219" w:rsidRDefault="00695781">
            <w:pPr>
              <w:jc w:val="center"/>
            </w:pPr>
            <w:r>
              <w:rPr>
                <w:sz w:val="13"/>
              </w:rPr>
              <w:t>AB</w:t>
            </w:r>
          </w:p>
        </w:tc>
        <w:tc>
          <w:tcPr>
            <w:tcW w:w="1409" w:type="dxa"/>
            <w:vAlign w:val="center"/>
          </w:tcPr>
          <w:p w14:paraId="1D59CECC" w14:textId="77777777" w:rsidR="00365219" w:rsidRDefault="00695781">
            <w:r>
              <w:rPr>
                <w:sz w:val="13"/>
              </w:rPr>
              <w:t>PG</w:t>
            </w:r>
          </w:p>
        </w:tc>
        <w:tc>
          <w:tcPr>
            <w:tcW w:w="1409" w:type="dxa"/>
            <w:vAlign w:val="center"/>
          </w:tcPr>
          <w:p w14:paraId="195F3AD5" w14:textId="77777777" w:rsidR="00365219" w:rsidRDefault="00695781">
            <w:pPr>
              <w:jc w:val="center"/>
            </w:pPr>
            <w:r>
              <w:rPr>
                <w:sz w:val="13"/>
              </w:rPr>
              <w:t>D</w:t>
            </w:r>
          </w:p>
        </w:tc>
      </w:tr>
      <w:tr w:rsidR="00365219" w14:paraId="2F136FA0" w14:textId="77777777">
        <w:trPr>
          <w:cantSplit/>
          <w:jc w:val="center"/>
        </w:trPr>
        <w:tc>
          <w:tcPr>
            <w:tcW w:w="1409" w:type="dxa"/>
            <w:vAlign w:val="center"/>
          </w:tcPr>
          <w:p w14:paraId="1C7B700E" w14:textId="77777777" w:rsidR="00365219" w:rsidRDefault="00695781">
            <w:pPr>
              <w:jc w:val="center"/>
            </w:pPr>
            <w:r>
              <w:rPr>
                <w:sz w:val="13"/>
              </w:rPr>
              <w:t>80</w:t>
            </w:r>
          </w:p>
        </w:tc>
        <w:tc>
          <w:tcPr>
            <w:tcW w:w="1409" w:type="dxa"/>
            <w:vAlign w:val="center"/>
          </w:tcPr>
          <w:p w14:paraId="46869A3C" w14:textId="77777777" w:rsidR="00365219" w:rsidRDefault="00695781">
            <w:pPr>
              <w:jc w:val="center"/>
            </w:pPr>
            <w:r>
              <w:rPr>
                <w:sz w:val="13"/>
              </w:rPr>
              <w:t>ZPD-4</w:t>
            </w:r>
          </w:p>
        </w:tc>
        <w:tc>
          <w:tcPr>
            <w:tcW w:w="1409" w:type="dxa"/>
            <w:vAlign w:val="center"/>
          </w:tcPr>
          <w:p w14:paraId="34D7BEC6" w14:textId="77777777" w:rsidR="00365219" w:rsidRDefault="00695781">
            <w:r>
              <w:rPr>
                <w:sz w:val="13"/>
              </w:rPr>
              <w:t>Fungsi linear dan titik impas</w:t>
            </w:r>
          </w:p>
        </w:tc>
        <w:tc>
          <w:tcPr>
            <w:tcW w:w="1409" w:type="dxa"/>
            <w:vAlign w:val="center"/>
          </w:tcPr>
          <w:p w14:paraId="53BE76A3" w14:textId="77777777" w:rsidR="00365219" w:rsidRDefault="00695781">
            <w:r>
              <w:rPr>
                <w:sz w:val="13"/>
              </w:rPr>
              <w:t>Level 3 - transfer</w:t>
            </w:r>
          </w:p>
        </w:tc>
        <w:tc>
          <w:tcPr>
            <w:tcW w:w="1409" w:type="dxa"/>
            <w:vAlign w:val="center"/>
          </w:tcPr>
          <w:p w14:paraId="4CDA3AB5" w14:textId="77777777" w:rsidR="00365219" w:rsidRDefault="00695781">
            <w:pPr>
              <w:jc w:val="center"/>
            </w:pPr>
            <w:r>
              <w:rPr>
                <w:sz w:val="13"/>
              </w:rPr>
              <w:t>AB</w:t>
            </w:r>
          </w:p>
        </w:tc>
        <w:tc>
          <w:tcPr>
            <w:tcW w:w="1409" w:type="dxa"/>
            <w:vAlign w:val="center"/>
          </w:tcPr>
          <w:p w14:paraId="6B0B1661" w14:textId="77777777" w:rsidR="00365219" w:rsidRDefault="00695781">
            <w:r>
              <w:rPr>
                <w:sz w:val="13"/>
              </w:rPr>
              <w:t>PG</w:t>
            </w:r>
          </w:p>
        </w:tc>
        <w:tc>
          <w:tcPr>
            <w:tcW w:w="1409" w:type="dxa"/>
            <w:vAlign w:val="center"/>
          </w:tcPr>
          <w:p w14:paraId="23668545" w14:textId="77777777" w:rsidR="00365219" w:rsidRDefault="00695781">
            <w:pPr>
              <w:jc w:val="center"/>
            </w:pPr>
            <w:r>
              <w:rPr>
                <w:sz w:val="13"/>
              </w:rPr>
              <w:t>C</w:t>
            </w:r>
          </w:p>
        </w:tc>
      </w:tr>
      <w:tr w:rsidR="00365219" w14:paraId="080B1089" w14:textId="77777777">
        <w:trPr>
          <w:cantSplit/>
          <w:jc w:val="center"/>
        </w:trPr>
        <w:tc>
          <w:tcPr>
            <w:tcW w:w="1409" w:type="dxa"/>
            <w:vAlign w:val="center"/>
          </w:tcPr>
          <w:p w14:paraId="17AE1283" w14:textId="77777777" w:rsidR="00365219" w:rsidRDefault="00695781">
            <w:pPr>
              <w:jc w:val="center"/>
            </w:pPr>
            <w:r>
              <w:rPr>
                <w:sz w:val="13"/>
              </w:rPr>
              <w:lastRenderedPageBreak/>
              <w:t>81</w:t>
            </w:r>
          </w:p>
        </w:tc>
        <w:tc>
          <w:tcPr>
            <w:tcW w:w="1409" w:type="dxa"/>
            <w:vAlign w:val="center"/>
          </w:tcPr>
          <w:p w14:paraId="0C08E6B6" w14:textId="77777777" w:rsidR="00365219" w:rsidRDefault="00695781">
            <w:pPr>
              <w:jc w:val="center"/>
            </w:pPr>
            <w:r>
              <w:rPr>
                <w:sz w:val="13"/>
              </w:rPr>
              <w:t>ZPD-4</w:t>
            </w:r>
          </w:p>
        </w:tc>
        <w:tc>
          <w:tcPr>
            <w:tcW w:w="1409" w:type="dxa"/>
            <w:vAlign w:val="center"/>
          </w:tcPr>
          <w:p w14:paraId="4C8793A8" w14:textId="77777777" w:rsidR="00365219" w:rsidRDefault="00695781">
            <w:r>
              <w:rPr>
                <w:sz w:val="13"/>
              </w:rPr>
              <w:t>Sistem pertidaksamaan kontekstual</w:t>
            </w:r>
          </w:p>
        </w:tc>
        <w:tc>
          <w:tcPr>
            <w:tcW w:w="1409" w:type="dxa"/>
            <w:vAlign w:val="center"/>
          </w:tcPr>
          <w:p w14:paraId="08386F13" w14:textId="77777777" w:rsidR="00365219" w:rsidRDefault="00695781">
            <w:r>
              <w:rPr>
                <w:sz w:val="13"/>
              </w:rPr>
              <w:t>Level 3 - memodelkan</w:t>
            </w:r>
          </w:p>
        </w:tc>
        <w:tc>
          <w:tcPr>
            <w:tcW w:w="1409" w:type="dxa"/>
            <w:vAlign w:val="center"/>
          </w:tcPr>
          <w:p w14:paraId="7809D39C" w14:textId="77777777" w:rsidR="00365219" w:rsidRDefault="00695781">
            <w:pPr>
              <w:jc w:val="center"/>
            </w:pPr>
            <w:r>
              <w:rPr>
                <w:sz w:val="13"/>
              </w:rPr>
              <w:t>DK</w:t>
            </w:r>
          </w:p>
        </w:tc>
        <w:tc>
          <w:tcPr>
            <w:tcW w:w="1409" w:type="dxa"/>
            <w:vAlign w:val="center"/>
          </w:tcPr>
          <w:p w14:paraId="2C081237" w14:textId="77777777" w:rsidR="00365219" w:rsidRDefault="00695781">
            <w:r>
              <w:rPr>
                <w:sz w:val="13"/>
              </w:rPr>
              <w:t>PG</w:t>
            </w:r>
          </w:p>
        </w:tc>
        <w:tc>
          <w:tcPr>
            <w:tcW w:w="1409" w:type="dxa"/>
            <w:vAlign w:val="center"/>
          </w:tcPr>
          <w:p w14:paraId="4CAF9C46" w14:textId="77777777" w:rsidR="00365219" w:rsidRDefault="00695781">
            <w:pPr>
              <w:jc w:val="center"/>
            </w:pPr>
            <w:r>
              <w:rPr>
                <w:sz w:val="13"/>
              </w:rPr>
              <w:t>B</w:t>
            </w:r>
          </w:p>
        </w:tc>
      </w:tr>
      <w:tr w:rsidR="00365219" w14:paraId="1DF1ED09" w14:textId="77777777">
        <w:trPr>
          <w:cantSplit/>
          <w:jc w:val="center"/>
        </w:trPr>
        <w:tc>
          <w:tcPr>
            <w:tcW w:w="1409" w:type="dxa"/>
            <w:vAlign w:val="center"/>
          </w:tcPr>
          <w:p w14:paraId="2B8608D9" w14:textId="77777777" w:rsidR="00365219" w:rsidRDefault="00695781">
            <w:pPr>
              <w:jc w:val="center"/>
            </w:pPr>
            <w:r>
              <w:rPr>
                <w:sz w:val="13"/>
              </w:rPr>
              <w:t>82</w:t>
            </w:r>
          </w:p>
        </w:tc>
        <w:tc>
          <w:tcPr>
            <w:tcW w:w="1409" w:type="dxa"/>
            <w:vAlign w:val="center"/>
          </w:tcPr>
          <w:p w14:paraId="500E45B2" w14:textId="77777777" w:rsidR="00365219" w:rsidRDefault="00695781">
            <w:pPr>
              <w:jc w:val="center"/>
            </w:pPr>
            <w:r>
              <w:rPr>
                <w:sz w:val="13"/>
              </w:rPr>
              <w:t>ZPD-4</w:t>
            </w:r>
          </w:p>
        </w:tc>
        <w:tc>
          <w:tcPr>
            <w:tcW w:w="1409" w:type="dxa"/>
            <w:vAlign w:val="center"/>
          </w:tcPr>
          <w:p w14:paraId="4E94A7D6" w14:textId="77777777" w:rsidR="00365219" w:rsidRDefault="00695781">
            <w:r>
              <w:rPr>
                <w:sz w:val="13"/>
              </w:rPr>
              <w:t>Sistem pertidaksamaan dan redundansi</w:t>
            </w:r>
          </w:p>
        </w:tc>
        <w:tc>
          <w:tcPr>
            <w:tcW w:w="1409" w:type="dxa"/>
            <w:vAlign w:val="center"/>
          </w:tcPr>
          <w:p w14:paraId="37F7A558" w14:textId="77777777" w:rsidR="00365219" w:rsidRDefault="00695781">
            <w:r>
              <w:rPr>
                <w:sz w:val="13"/>
              </w:rPr>
              <w:t>Level 3 - generalisasi</w:t>
            </w:r>
          </w:p>
        </w:tc>
        <w:tc>
          <w:tcPr>
            <w:tcW w:w="1409" w:type="dxa"/>
            <w:vAlign w:val="center"/>
          </w:tcPr>
          <w:p w14:paraId="328EEA53" w14:textId="77777777" w:rsidR="00365219" w:rsidRDefault="00695781">
            <w:pPr>
              <w:jc w:val="center"/>
            </w:pPr>
            <w:r>
              <w:rPr>
                <w:sz w:val="13"/>
              </w:rPr>
              <w:t>PR</w:t>
            </w:r>
          </w:p>
        </w:tc>
        <w:tc>
          <w:tcPr>
            <w:tcW w:w="1409" w:type="dxa"/>
            <w:vAlign w:val="center"/>
          </w:tcPr>
          <w:p w14:paraId="2FC04553" w14:textId="77777777" w:rsidR="00365219" w:rsidRDefault="00695781">
            <w:r>
              <w:rPr>
                <w:sz w:val="13"/>
              </w:rPr>
              <w:t>PG</w:t>
            </w:r>
          </w:p>
        </w:tc>
        <w:tc>
          <w:tcPr>
            <w:tcW w:w="1409" w:type="dxa"/>
            <w:vAlign w:val="center"/>
          </w:tcPr>
          <w:p w14:paraId="7E304C74" w14:textId="77777777" w:rsidR="00365219" w:rsidRDefault="00695781">
            <w:pPr>
              <w:jc w:val="center"/>
            </w:pPr>
            <w:r>
              <w:rPr>
                <w:sz w:val="13"/>
              </w:rPr>
              <w:t>B</w:t>
            </w:r>
          </w:p>
        </w:tc>
      </w:tr>
      <w:tr w:rsidR="00365219" w14:paraId="113B75D7" w14:textId="77777777">
        <w:trPr>
          <w:cantSplit/>
          <w:jc w:val="center"/>
        </w:trPr>
        <w:tc>
          <w:tcPr>
            <w:tcW w:w="1409" w:type="dxa"/>
            <w:vAlign w:val="center"/>
          </w:tcPr>
          <w:p w14:paraId="651F4583" w14:textId="77777777" w:rsidR="00365219" w:rsidRDefault="00695781">
            <w:pPr>
              <w:jc w:val="center"/>
            </w:pPr>
            <w:r>
              <w:rPr>
                <w:sz w:val="13"/>
              </w:rPr>
              <w:t>83</w:t>
            </w:r>
          </w:p>
        </w:tc>
        <w:tc>
          <w:tcPr>
            <w:tcW w:w="1409" w:type="dxa"/>
            <w:vAlign w:val="center"/>
          </w:tcPr>
          <w:p w14:paraId="7BBAAB39" w14:textId="77777777" w:rsidR="00365219" w:rsidRDefault="00695781">
            <w:pPr>
              <w:jc w:val="center"/>
            </w:pPr>
            <w:r>
              <w:rPr>
                <w:sz w:val="13"/>
              </w:rPr>
              <w:t>ZPD-4</w:t>
            </w:r>
          </w:p>
        </w:tc>
        <w:tc>
          <w:tcPr>
            <w:tcW w:w="1409" w:type="dxa"/>
            <w:vAlign w:val="center"/>
          </w:tcPr>
          <w:p w14:paraId="4347947B" w14:textId="77777777" w:rsidR="00365219" w:rsidRDefault="00695781">
            <w:r>
              <w:rPr>
                <w:sz w:val="13"/>
              </w:rPr>
              <w:t>Program linear dan sensitivitas</w:t>
            </w:r>
          </w:p>
        </w:tc>
        <w:tc>
          <w:tcPr>
            <w:tcW w:w="1409" w:type="dxa"/>
            <w:vAlign w:val="center"/>
          </w:tcPr>
          <w:p w14:paraId="2C180661" w14:textId="77777777" w:rsidR="00365219" w:rsidRDefault="00695781">
            <w:r>
              <w:rPr>
                <w:sz w:val="13"/>
              </w:rPr>
              <w:t>Level 3 - generalisasi</w:t>
            </w:r>
          </w:p>
        </w:tc>
        <w:tc>
          <w:tcPr>
            <w:tcW w:w="1409" w:type="dxa"/>
            <w:vAlign w:val="center"/>
          </w:tcPr>
          <w:p w14:paraId="30B98CF5" w14:textId="77777777" w:rsidR="00365219" w:rsidRDefault="00695781">
            <w:pPr>
              <w:jc w:val="center"/>
            </w:pPr>
            <w:r>
              <w:rPr>
                <w:sz w:val="13"/>
              </w:rPr>
              <w:t>AB</w:t>
            </w:r>
          </w:p>
        </w:tc>
        <w:tc>
          <w:tcPr>
            <w:tcW w:w="1409" w:type="dxa"/>
            <w:vAlign w:val="center"/>
          </w:tcPr>
          <w:p w14:paraId="5961650D" w14:textId="77777777" w:rsidR="00365219" w:rsidRDefault="00695781">
            <w:r>
              <w:rPr>
                <w:sz w:val="13"/>
              </w:rPr>
              <w:t>PG</w:t>
            </w:r>
          </w:p>
        </w:tc>
        <w:tc>
          <w:tcPr>
            <w:tcW w:w="1409" w:type="dxa"/>
            <w:vAlign w:val="center"/>
          </w:tcPr>
          <w:p w14:paraId="086E7998" w14:textId="77777777" w:rsidR="00365219" w:rsidRDefault="00695781">
            <w:pPr>
              <w:jc w:val="center"/>
            </w:pPr>
            <w:r>
              <w:rPr>
                <w:sz w:val="13"/>
              </w:rPr>
              <w:t>B</w:t>
            </w:r>
          </w:p>
        </w:tc>
      </w:tr>
      <w:tr w:rsidR="00365219" w14:paraId="1B4DCEF2" w14:textId="77777777">
        <w:trPr>
          <w:cantSplit/>
          <w:jc w:val="center"/>
        </w:trPr>
        <w:tc>
          <w:tcPr>
            <w:tcW w:w="1409" w:type="dxa"/>
            <w:vAlign w:val="center"/>
          </w:tcPr>
          <w:p w14:paraId="312486BB" w14:textId="77777777" w:rsidR="00365219" w:rsidRDefault="00695781">
            <w:pPr>
              <w:jc w:val="center"/>
            </w:pPr>
            <w:r>
              <w:rPr>
                <w:sz w:val="13"/>
              </w:rPr>
              <w:t>84</w:t>
            </w:r>
          </w:p>
        </w:tc>
        <w:tc>
          <w:tcPr>
            <w:tcW w:w="1409" w:type="dxa"/>
            <w:vAlign w:val="center"/>
          </w:tcPr>
          <w:p w14:paraId="615194AA" w14:textId="77777777" w:rsidR="00365219" w:rsidRDefault="00695781">
            <w:pPr>
              <w:jc w:val="center"/>
            </w:pPr>
            <w:r>
              <w:rPr>
                <w:sz w:val="13"/>
              </w:rPr>
              <w:t>ZPD-4</w:t>
            </w:r>
          </w:p>
        </w:tc>
        <w:tc>
          <w:tcPr>
            <w:tcW w:w="1409" w:type="dxa"/>
            <w:vAlign w:val="center"/>
          </w:tcPr>
          <w:p w14:paraId="11C12AB5" w14:textId="77777777" w:rsidR="00365219" w:rsidRDefault="00695781">
            <w:r>
              <w:rPr>
                <w:sz w:val="13"/>
              </w:rPr>
              <w:t>Program linear dengan batas minimum</w:t>
            </w:r>
          </w:p>
        </w:tc>
        <w:tc>
          <w:tcPr>
            <w:tcW w:w="1409" w:type="dxa"/>
            <w:vAlign w:val="center"/>
          </w:tcPr>
          <w:p w14:paraId="3A901947" w14:textId="77777777" w:rsidR="00365219" w:rsidRDefault="00695781">
            <w:r>
              <w:rPr>
                <w:sz w:val="13"/>
              </w:rPr>
              <w:t>Level 3 - transfer</w:t>
            </w:r>
          </w:p>
        </w:tc>
        <w:tc>
          <w:tcPr>
            <w:tcW w:w="1409" w:type="dxa"/>
            <w:vAlign w:val="center"/>
          </w:tcPr>
          <w:p w14:paraId="4526831F" w14:textId="77777777" w:rsidR="00365219" w:rsidRDefault="00695781">
            <w:pPr>
              <w:jc w:val="center"/>
            </w:pPr>
            <w:r>
              <w:rPr>
                <w:sz w:val="13"/>
              </w:rPr>
              <w:t>DK</w:t>
            </w:r>
          </w:p>
        </w:tc>
        <w:tc>
          <w:tcPr>
            <w:tcW w:w="1409" w:type="dxa"/>
            <w:vAlign w:val="center"/>
          </w:tcPr>
          <w:p w14:paraId="71811D4B" w14:textId="77777777" w:rsidR="00365219" w:rsidRDefault="00695781">
            <w:r>
              <w:rPr>
                <w:sz w:val="13"/>
              </w:rPr>
              <w:t>PG</w:t>
            </w:r>
          </w:p>
        </w:tc>
        <w:tc>
          <w:tcPr>
            <w:tcW w:w="1409" w:type="dxa"/>
            <w:vAlign w:val="center"/>
          </w:tcPr>
          <w:p w14:paraId="014DA8B5" w14:textId="77777777" w:rsidR="00365219" w:rsidRDefault="00695781">
            <w:pPr>
              <w:jc w:val="center"/>
            </w:pPr>
            <w:r>
              <w:rPr>
                <w:sz w:val="13"/>
              </w:rPr>
              <w:t>E</w:t>
            </w:r>
          </w:p>
        </w:tc>
      </w:tr>
      <w:tr w:rsidR="00365219" w14:paraId="559C01C9" w14:textId="77777777">
        <w:trPr>
          <w:cantSplit/>
          <w:jc w:val="center"/>
        </w:trPr>
        <w:tc>
          <w:tcPr>
            <w:tcW w:w="1409" w:type="dxa"/>
            <w:vAlign w:val="center"/>
          </w:tcPr>
          <w:p w14:paraId="1308CD52" w14:textId="77777777" w:rsidR="00365219" w:rsidRDefault="00695781">
            <w:pPr>
              <w:jc w:val="center"/>
            </w:pPr>
            <w:r>
              <w:rPr>
                <w:sz w:val="13"/>
              </w:rPr>
              <w:t>85</w:t>
            </w:r>
          </w:p>
        </w:tc>
        <w:tc>
          <w:tcPr>
            <w:tcW w:w="1409" w:type="dxa"/>
            <w:vAlign w:val="center"/>
          </w:tcPr>
          <w:p w14:paraId="53B972A1" w14:textId="77777777" w:rsidR="00365219" w:rsidRDefault="00695781">
            <w:pPr>
              <w:jc w:val="center"/>
            </w:pPr>
            <w:r>
              <w:rPr>
                <w:sz w:val="13"/>
              </w:rPr>
              <w:t>ZPD-4</w:t>
            </w:r>
          </w:p>
        </w:tc>
        <w:tc>
          <w:tcPr>
            <w:tcW w:w="1409" w:type="dxa"/>
            <w:vAlign w:val="center"/>
          </w:tcPr>
          <w:p w14:paraId="0C6F76A7" w14:textId="77777777" w:rsidR="00365219" w:rsidRDefault="00695781">
            <w:r>
              <w:rPr>
                <w:sz w:val="13"/>
              </w:rPr>
              <w:t>Program linear kontekstual</w:t>
            </w:r>
          </w:p>
        </w:tc>
        <w:tc>
          <w:tcPr>
            <w:tcW w:w="1409" w:type="dxa"/>
            <w:vAlign w:val="center"/>
          </w:tcPr>
          <w:p w14:paraId="2B278C88" w14:textId="77777777" w:rsidR="00365219" w:rsidRDefault="00695781">
            <w:r>
              <w:rPr>
                <w:sz w:val="13"/>
              </w:rPr>
              <w:t>Level 3 - transfer</w:t>
            </w:r>
          </w:p>
        </w:tc>
        <w:tc>
          <w:tcPr>
            <w:tcW w:w="1409" w:type="dxa"/>
            <w:vAlign w:val="center"/>
          </w:tcPr>
          <w:p w14:paraId="27470929" w14:textId="77777777" w:rsidR="00365219" w:rsidRDefault="00695781">
            <w:pPr>
              <w:jc w:val="center"/>
            </w:pPr>
            <w:r>
              <w:rPr>
                <w:sz w:val="13"/>
              </w:rPr>
              <w:t>DK</w:t>
            </w:r>
          </w:p>
        </w:tc>
        <w:tc>
          <w:tcPr>
            <w:tcW w:w="1409" w:type="dxa"/>
            <w:vAlign w:val="center"/>
          </w:tcPr>
          <w:p w14:paraId="6B3735DF" w14:textId="77777777" w:rsidR="00365219" w:rsidRDefault="00695781">
            <w:r>
              <w:rPr>
                <w:sz w:val="13"/>
              </w:rPr>
              <w:t>PG</w:t>
            </w:r>
          </w:p>
        </w:tc>
        <w:tc>
          <w:tcPr>
            <w:tcW w:w="1409" w:type="dxa"/>
            <w:vAlign w:val="center"/>
          </w:tcPr>
          <w:p w14:paraId="401A8CE5" w14:textId="77777777" w:rsidR="00365219" w:rsidRDefault="00695781">
            <w:pPr>
              <w:jc w:val="center"/>
            </w:pPr>
            <w:r>
              <w:rPr>
                <w:sz w:val="13"/>
              </w:rPr>
              <w:t>E</w:t>
            </w:r>
          </w:p>
        </w:tc>
      </w:tr>
      <w:tr w:rsidR="00365219" w14:paraId="38BCC959" w14:textId="77777777">
        <w:trPr>
          <w:cantSplit/>
          <w:jc w:val="center"/>
        </w:trPr>
        <w:tc>
          <w:tcPr>
            <w:tcW w:w="1409" w:type="dxa"/>
            <w:vAlign w:val="center"/>
          </w:tcPr>
          <w:p w14:paraId="5CFD58A1" w14:textId="77777777" w:rsidR="00365219" w:rsidRDefault="00695781">
            <w:pPr>
              <w:jc w:val="center"/>
            </w:pPr>
            <w:r>
              <w:rPr>
                <w:sz w:val="13"/>
              </w:rPr>
              <w:t>86</w:t>
            </w:r>
          </w:p>
        </w:tc>
        <w:tc>
          <w:tcPr>
            <w:tcW w:w="1409" w:type="dxa"/>
            <w:vAlign w:val="center"/>
          </w:tcPr>
          <w:p w14:paraId="7E3E05CE" w14:textId="77777777" w:rsidR="00365219" w:rsidRDefault="00695781">
            <w:pPr>
              <w:jc w:val="center"/>
            </w:pPr>
            <w:r>
              <w:rPr>
                <w:sz w:val="13"/>
              </w:rPr>
              <w:t>ZPD-4</w:t>
            </w:r>
          </w:p>
        </w:tc>
        <w:tc>
          <w:tcPr>
            <w:tcW w:w="1409" w:type="dxa"/>
            <w:vAlign w:val="center"/>
          </w:tcPr>
          <w:p w14:paraId="2C71B090" w14:textId="77777777" w:rsidR="00365219" w:rsidRDefault="00695781">
            <w:r>
              <w:rPr>
                <w:sz w:val="13"/>
              </w:rPr>
              <w:t>Fungsi linear dari data</w:t>
            </w:r>
          </w:p>
        </w:tc>
        <w:tc>
          <w:tcPr>
            <w:tcW w:w="1409" w:type="dxa"/>
            <w:vAlign w:val="center"/>
          </w:tcPr>
          <w:p w14:paraId="208F608D" w14:textId="77777777" w:rsidR="00365219" w:rsidRDefault="00695781">
            <w:r>
              <w:rPr>
                <w:sz w:val="13"/>
              </w:rPr>
              <w:t>Level 3 - transfer</w:t>
            </w:r>
          </w:p>
        </w:tc>
        <w:tc>
          <w:tcPr>
            <w:tcW w:w="1409" w:type="dxa"/>
            <w:vAlign w:val="center"/>
          </w:tcPr>
          <w:p w14:paraId="3777CBB4" w14:textId="77777777" w:rsidR="00365219" w:rsidRDefault="00695781">
            <w:pPr>
              <w:jc w:val="center"/>
            </w:pPr>
            <w:r>
              <w:rPr>
                <w:sz w:val="13"/>
              </w:rPr>
              <w:t>PR</w:t>
            </w:r>
          </w:p>
        </w:tc>
        <w:tc>
          <w:tcPr>
            <w:tcW w:w="1409" w:type="dxa"/>
            <w:vAlign w:val="center"/>
          </w:tcPr>
          <w:p w14:paraId="09CE8100" w14:textId="77777777" w:rsidR="00365219" w:rsidRDefault="00695781">
            <w:r>
              <w:rPr>
                <w:sz w:val="13"/>
              </w:rPr>
              <w:t>PG</w:t>
            </w:r>
          </w:p>
        </w:tc>
        <w:tc>
          <w:tcPr>
            <w:tcW w:w="1409" w:type="dxa"/>
            <w:vAlign w:val="center"/>
          </w:tcPr>
          <w:p w14:paraId="523790D9" w14:textId="77777777" w:rsidR="00365219" w:rsidRDefault="00695781">
            <w:pPr>
              <w:jc w:val="center"/>
            </w:pPr>
            <w:r>
              <w:rPr>
                <w:sz w:val="13"/>
              </w:rPr>
              <w:t>D</w:t>
            </w:r>
          </w:p>
        </w:tc>
      </w:tr>
      <w:tr w:rsidR="00365219" w14:paraId="425D9EE7" w14:textId="77777777">
        <w:trPr>
          <w:cantSplit/>
          <w:jc w:val="center"/>
        </w:trPr>
        <w:tc>
          <w:tcPr>
            <w:tcW w:w="1409" w:type="dxa"/>
            <w:vAlign w:val="center"/>
          </w:tcPr>
          <w:p w14:paraId="3D85201E" w14:textId="77777777" w:rsidR="00365219" w:rsidRDefault="00695781">
            <w:pPr>
              <w:jc w:val="center"/>
            </w:pPr>
            <w:r>
              <w:rPr>
                <w:sz w:val="13"/>
              </w:rPr>
              <w:t>87</w:t>
            </w:r>
          </w:p>
        </w:tc>
        <w:tc>
          <w:tcPr>
            <w:tcW w:w="1409" w:type="dxa"/>
            <w:vAlign w:val="center"/>
          </w:tcPr>
          <w:p w14:paraId="372DEEFF" w14:textId="77777777" w:rsidR="00365219" w:rsidRDefault="00695781">
            <w:pPr>
              <w:jc w:val="center"/>
            </w:pPr>
            <w:r>
              <w:rPr>
                <w:sz w:val="13"/>
              </w:rPr>
              <w:t>ZPD-4</w:t>
            </w:r>
          </w:p>
        </w:tc>
        <w:tc>
          <w:tcPr>
            <w:tcW w:w="1409" w:type="dxa"/>
            <w:vAlign w:val="center"/>
          </w:tcPr>
          <w:p w14:paraId="78368D24" w14:textId="77777777" w:rsidR="00365219" w:rsidRDefault="00695781">
            <w:r>
              <w:rPr>
                <w:sz w:val="13"/>
              </w:rPr>
              <w:t>Fungsi linear sepotong dan pertidaksamaan</w:t>
            </w:r>
          </w:p>
        </w:tc>
        <w:tc>
          <w:tcPr>
            <w:tcW w:w="1409" w:type="dxa"/>
            <w:vAlign w:val="center"/>
          </w:tcPr>
          <w:p w14:paraId="5FD19C7B" w14:textId="77777777" w:rsidR="00365219" w:rsidRDefault="00695781">
            <w:r>
              <w:rPr>
                <w:sz w:val="13"/>
              </w:rPr>
              <w:t>Level 3 - transfer</w:t>
            </w:r>
          </w:p>
        </w:tc>
        <w:tc>
          <w:tcPr>
            <w:tcW w:w="1409" w:type="dxa"/>
            <w:vAlign w:val="center"/>
          </w:tcPr>
          <w:p w14:paraId="076D0503" w14:textId="77777777" w:rsidR="00365219" w:rsidRDefault="00695781">
            <w:pPr>
              <w:jc w:val="center"/>
            </w:pPr>
            <w:r>
              <w:rPr>
                <w:sz w:val="13"/>
              </w:rPr>
              <w:t>AL</w:t>
            </w:r>
          </w:p>
        </w:tc>
        <w:tc>
          <w:tcPr>
            <w:tcW w:w="1409" w:type="dxa"/>
            <w:vAlign w:val="center"/>
          </w:tcPr>
          <w:p w14:paraId="7C65EDE5" w14:textId="77777777" w:rsidR="00365219" w:rsidRDefault="00695781">
            <w:r>
              <w:rPr>
                <w:sz w:val="13"/>
              </w:rPr>
              <w:t>PG</w:t>
            </w:r>
          </w:p>
        </w:tc>
        <w:tc>
          <w:tcPr>
            <w:tcW w:w="1409" w:type="dxa"/>
            <w:vAlign w:val="center"/>
          </w:tcPr>
          <w:p w14:paraId="6D647807" w14:textId="77777777" w:rsidR="00365219" w:rsidRDefault="00695781">
            <w:pPr>
              <w:jc w:val="center"/>
            </w:pPr>
            <w:r>
              <w:rPr>
                <w:sz w:val="13"/>
              </w:rPr>
              <w:t>C</w:t>
            </w:r>
          </w:p>
        </w:tc>
      </w:tr>
      <w:tr w:rsidR="00365219" w14:paraId="7AB1E8A5" w14:textId="77777777">
        <w:trPr>
          <w:cantSplit/>
          <w:jc w:val="center"/>
        </w:trPr>
        <w:tc>
          <w:tcPr>
            <w:tcW w:w="1409" w:type="dxa"/>
            <w:vAlign w:val="center"/>
          </w:tcPr>
          <w:p w14:paraId="1CA5CF39" w14:textId="77777777" w:rsidR="00365219" w:rsidRDefault="00695781">
            <w:pPr>
              <w:jc w:val="center"/>
            </w:pPr>
            <w:r>
              <w:rPr>
                <w:sz w:val="13"/>
              </w:rPr>
              <w:t>88</w:t>
            </w:r>
          </w:p>
        </w:tc>
        <w:tc>
          <w:tcPr>
            <w:tcW w:w="1409" w:type="dxa"/>
            <w:vAlign w:val="center"/>
          </w:tcPr>
          <w:p w14:paraId="200B863D" w14:textId="77777777" w:rsidR="00365219" w:rsidRDefault="00695781">
            <w:pPr>
              <w:jc w:val="center"/>
            </w:pPr>
            <w:r>
              <w:rPr>
                <w:sz w:val="13"/>
              </w:rPr>
              <w:t>ZPD-4</w:t>
            </w:r>
          </w:p>
        </w:tc>
        <w:tc>
          <w:tcPr>
            <w:tcW w:w="1409" w:type="dxa"/>
            <w:vAlign w:val="center"/>
          </w:tcPr>
          <w:p w14:paraId="7529A567" w14:textId="77777777" w:rsidR="00365219" w:rsidRDefault="00695781">
            <w:r>
              <w:rPr>
                <w:sz w:val="13"/>
              </w:rPr>
              <w:t>Invers fungsi linear</w:t>
            </w:r>
          </w:p>
        </w:tc>
        <w:tc>
          <w:tcPr>
            <w:tcW w:w="1409" w:type="dxa"/>
            <w:vAlign w:val="center"/>
          </w:tcPr>
          <w:p w14:paraId="59BB590D" w14:textId="77777777" w:rsidR="00365219" w:rsidRDefault="00695781">
            <w:r>
              <w:rPr>
                <w:sz w:val="13"/>
              </w:rPr>
              <w:t>Level 3 - transfer</w:t>
            </w:r>
          </w:p>
        </w:tc>
        <w:tc>
          <w:tcPr>
            <w:tcW w:w="1409" w:type="dxa"/>
            <w:vAlign w:val="center"/>
          </w:tcPr>
          <w:p w14:paraId="035432A6" w14:textId="77777777" w:rsidR="00365219" w:rsidRDefault="00695781">
            <w:pPr>
              <w:jc w:val="center"/>
            </w:pPr>
            <w:r>
              <w:rPr>
                <w:sz w:val="13"/>
              </w:rPr>
              <w:t>AL</w:t>
            </w:r>
          </w:p>
        </w:tc>
        <w:tc>
          <w:tcPr>
            <w:tcW w:w="1409" w:type="dxa"/>
            <w:vAlign w:val="center"/>
          </w:tcPr>
          <w:p w14:paraId="5027C57F" w14:textId="77777777" w:rsidR="00365219" w:rsidRDefault="00695781">
            <w:r>
              <w:rPr>
                <w:sz w:val="13"/>
              </w:rPr>
              <w:t>PG</w:t>
            </w:r>
          </w:p>
        </w:tc>
        <w:tc>
          <w:tcPr>
            <w:tcW w:w="1409" w:type="dxa"/>
            <w:vAlign w:val="center"/>
          </w:tcPr>
          <w:p w14:paraId="20D08603" w14:textId="77777777" w:rsidR="00365219" w:rsidRDefault="00695781">
            <w:pPr>
              <w:jc w:val="center"/>
            </w:pPr>
            <w:r>
              <w:rPr>
                <w:sz w:val="13"/>
              </w:rPr>
              <w:t>C</w:t>
            </w:r>
          </w:p>
        </w:tc>
      </w:tr>
      <w:tr w:rsidR="00365219" w14:paraId="100EDDBF" w14:textId="77777777">
        <w:trPr>
          <w:cantSplit/>
          <w:jc w:val="center"/>
        </w:trPr>
        <w:tc>
          <w:tcPr>
            <w:tcW w:w="1409" w:type="dxa"/>
            <w:vAlign w:val="center"/>
          </w:tcPr>
          <w:p w14:paraId="1636EDB1" w14:textId="77777777" w:rsidR="00365219" w:rsidRDefault="00695781">
            <w:pPr>
              <w:jc w:val="center"/>
            </w:pPr>
            <w:r>
              <w:rPr>
                <w:sz w:val="13"/>
              </w:rPr>
              <w:t>89</w:t>
            </w:r>
          </w:p>
        </w:tc>
        <w:tc>
          <w:tcPr>
            <w:tcW w:w="1409" w:type="dxa"/>
            <w:vAlign w:val="center"/>
          </w:tcPr>
          <w:p w14:paraId="54495A91" w14:textId="77777777" w:rsidR="00365219" w:rsidRDefault="00695781">
            <w:pPr>
              <w:jc w:val="center"/>
            </w:pPr>
            <w:r>
              <w:rPr>
                <w:sz w:val="13"/>
              </w:rPr>
              <w:t>ZPD-4</w:t>
            </w:r>
          </w:p>
        </w:tc>
        <w:tc>
          <w:tcPr>
            <w:tcW w:w="1409" w:type="dxa"/>
            <w:vAlign w:val="center"/>
          </w:tcPr>
          <w:p w14:paraId="1D246084" w14:textId="77777777" w:rsidR="00365219" w:rsidRDefault="00695781">
            <w:r>
              <w:rPr>
                <w:sz w:val="13"/>
              </w:rPr>
              <w:t>Komposisi fungsi linear</w:t>
            </w:r>
          </w:p>
        </w:tc>
        <w:tc>
          <w:tcPr>
            <w:tcW w:w="1409" w:type="dxa"/>
            <w:vAlign w:val="center"/>
          </w:tcPr>
          <w:p w14:paraId="17977AC0" w14:textId="77777777" w:rsidR="00365219" w:rsidRDefault="00695781">
            <w:r>
              <w:rPr>
                <w:sz w:val="13"/>
              </w:rPr>
              <w:t>Level 3 - transfer</w:t>
            </w:r>
          </w:p>
        </w:tc>
        <w:tc>
          <w:tcPr>
            <w:tcW w:w="1409" w:type="dxa"/>
            <w:vAlign w:val="center"/>
          </w:tcPr>
          <w:p w14:paraId="294CE694" w14:textId="77777777" w:rsidR="00365219" w:rsidRDefault="00695781">
            <w:pPr>
              <w:jc w:val="center"/>
            </w:pPr>
            <w:r>
              <w:rPr>
                <w:sz w:val="13"/>
              </w:rPr>
              <w:t>AL</w:t>
            </w:r>
          </w:p>
        </w:tc>
        <w:tc>
          <w:tcPr>
            <w:tcW w:w="1409" w:type="dxa"/>
            <w:vAlign w:val="center"/>
          </w:tcPr>
          <w:p w14:paraId="0636728B" w14:textId="77777777" w:rsidR="00365219" w:rsidRDefault="00695781">
            <w:r>
              <w:rPr>
                <w:sz w:val="13"/>
              </w:rPr>
              <w:t>PG</w:t>
            </w:r>
          </w:p>
        </w:tc>
        <w:tc>
          <w:tcPr>
            <w:tcW w:w="1409" w:type="dxa"/>
            <w:vAlign w:val="center"/>
          </w:tcPr>
          <w:p w14:paraId="71D4E981" w14:textId="77777777" w:rsidR="00365219" w:rsidRDefault="00695781">
            <w:pPr>
              <w:jc w:val="center"/>
            </w:pPr>
            <w:r>
              <w:rPr>
                <w:sz w:val="13"/>
              </w:rPr>
              <w:t>C</w:t>
            </w:r>
          </w:p>
        </w:tc>
      </w:tr>
      <w:tr w:rsidR="00365219" w14:paraId="7B41BE88" w14:textId="77777777">
        <w:trPr>
          <w:cantSplit/>
          <w:jc w:val="center"/>
        </w:trPr>
        <w:tc>
          <w:tcPr>
            <w:tcW w:w="1409" w:type="dxa"/>
            <w:vAlign w:val="center"/>
          </w:tcPr>
          <w:p w14:paraId="255DA0CF" w14:textId="77777777" w:rsidR="00365219" w:rsidRDefault="00695781">
            <w:pPr>
              <w:jc w:val="center"/>
            </w:pPr>
            <w:r>
              <w:rPr>
                <w:sz w:val="13"/>
              </w:rPr>
              <w:t>90</w:t>
            </w:r>
          </w:p>
        </w:tc>
        <w:tc>
          <w:tcPr>
            <w:tcW w:w="1409" w:type="dxa"/>
            <w:vAlign w:val="center"/>
          </w:tcPr>
          <w:p w14:paraId="13EEF66D" w14:textId="77777777" w:rsidR="00365219" w:rsidRDefault="00695781">
            <w:pPr>
              <w:jc w:val="center"/>
            </w:pPr>
            <w:r>
              <w:rPr>
                <w:sz w:val="13"/>
              </w:rPr>
              <w:t>ZPD-4</w:t>
            </w:r>
          </w:p>
        </w:tc>
        <w:tc>
          <w:tcPr>
            <w:tcW w:w="1409" w:type="dxa"/>
            <w:vAlign w:val="center"/>
          </w:tcPr>
          <w:p w14:paraId="5170632D" w14:textId="77777777" w:rsidR="00365219" w:rsidRDefault="00695781">
            <w:r>
              <w:rPr>
                <w:sz w:val="13"/>
              </w:rPr>
              <w:t>Perbandingan dua fungsi linear</w:t>
            </w:r>
          </w:p>
        </w:tc>
        <w:tc>
          <w:tcPr>
            <w:tcW w:w="1409" w:type="dxa"/>
            <w:vAlign w:val="center"/>
          </w:tcPr>
          <w:p w14:paraId="5F999C4C" w14:textId="77777777" w:rsidR="00365219" w:rsidRDefault="00695781">
            <w:r>
              <w:rPr>
                <w:sz w:val="13"/>
              </w:rPr>
              <w:t>Level 3 - transfer</w:t>
            </w:r>
          </w:p>
        </w:tc>
        <w:tc>
          <w:tcPr>
            <w:tcW w:w="1409" w:type="dxa"/>
            <w:vAlign w:val="center"/>
          </w:tcPr>
          <w:p w14:paraId="230DFF7B" w14:textId="77777777" w:rsidR="00365219" w:rsidRDefault="00695781">
            <w:pPr>
              <w:jc w:val="center"/>
            </w:pPr>
            <w:r>
              <w:rPr>
                <w:sz w:val="13"/>
              </w:rPr>
              <w:t>AB</w:t>
            </w:r>
          </w:p>
        </w:tc>
        <w:tc>
          <w:tcPr>
            <w:tcW w:w="1409" w:type="dxa"/>
            <w:vAlign w:val="center"/>
          </w:tcPr>
          <w:p w14:paraId="6B0ECC6D" w14:textId="77777777" w:rsidR="00365219" w:rsidRDefault="00695781">
            <w:r>
              <w:rPr>
                <w:sz w:val="13"/>
              </w:rPr>
              <w:t>PG</w:t>
            </w:r>
          </w:p>
        </w:tc>
        <w:tc>
          <w:tcPr>
            <w:tcW w:w="1409" w:type="dxa"/>
            <w:vAlign w:val="center"/>
          </w:tcPr>
          <w:p w14:paraId="31C55B06" w14:textId="77777777" w:rsidR="00365219" w:rsidRDefault="00695781">
            <w:pPr>
              <w:jc w:val="center"/>
            </w:pPr>
            <w:r>
              <w:rPr>
                <w:sz w:val="13"/>
              </w:rPr>
              <w:t>C</w:t>
            </w:r>
          </w:p>
        </w:tc>
      </w:tr>
      <w:tr w:rsidR="00365219" w14:paraId="206CE218" w14:textId="77777777">
        <w:trPr>
          <w:cantSplit/>
          <w:jc w:val="center"/>
        </w:trPr>
        <w:tc>
          <w:tcPr>
            <w:tcW w:w="1409" w:type="dxa"/>
            <w:vAlign w:val="center"/>
          </w:tcPr>
          <w:p w14:paraId="243760F1" w14:textId="77777777" w:rsidR="00365219" w:rsidRDefault="00695781">
            <w:pPr>
              <w:jc w:val="center"/>
            </w:pPr>
            <w:r>
              <w:rPr>
                <w:sz w:val="13"/>
              </w:rPr>
              <w:t>91</w:t>
            </w:r>
          </w:p>
        </w:tc>
        <w:tc>
          <w:tcPr>
            <w:tcW w:w="1409" w:type="dxa"/>
            <w:vAlign w:val="center"/>
          </w:tcPr>
          <w:p w14:paraId="7B8EC900" w14:textId="77777777" w:rsidR="00365219" w:rsidRDefault="00695781">
            <w:pPr>
              <w:jc w:val="center"/>
            </w:pPr>
            <w:r>
              <w:rPr>
                <w:sz w:val="13"/>
              </w:rPr>
              <w:t>ZPD-4</w:t>
            </w:r>
          </w:p>
        </w:tc>
        <w:tc>
          <w:tcPr>
            <w:tcW w:w="1409" w:type="dxa"/>
            <w:vAlign w:val="center"/>
          </w:tcPr>
          <w:p w14:paraId="2FC201D5" w14:textId="77777777" w:rsidR="00365219" w:rsidRDefault="00695781">
            <w:r>
              <w:rPr>
                <w:sz w:val="13"/>
              </w:rPr>
              <w:t>Interpolasi fungsi linear</w:t>
            </w:r>
          </w:p>
        </w:tc>
        <w:tc>
          <w:tcPr>
            <w:tcW w:w="1409" w:type="dxa"/>
            <w:vAlign w:val="center"/>
          </w:tcPr>
          <w:p w14:paraId="40CD1388" w14:textId="77777777" w:rsidR="00365219" w:rsidRDefault="00695781">
            <w:r>
              <w:rPr>
                <w:sz w:val="13"/>
              </w:rPr>
              <w:t>Level 3 - transfer</w:t>
            </w:r>
          </w:p>
        </w:tc>
        <w:tc>
          <w:tcPr>
            <w:tcW w:w="1409" w:type="dxa"/>
            <w:vAlign w:val="center"/>
          </w:tcPr>
          <w:p w14:paraId="1673295E" w14:textId="77777777" w:rsidR="00365219" w:rsidRDefault="00695781">
            <w:pPr>
              <w:jc w:val="center"/>
            </w:pPr>
            <w:r>
              <w:rPr>
                <w:sz w:val="13"/>
              </w:rPr>
              <w:t>PR</w:t>
            </w:r>
          </w:p>
        </w:tc>
        <w:tc>
          <w:tcPr>
            <w:tcW w:w="1409" w:type="dxa"/>
            <w:vAlign w:val="center"/>
          </w:tcPr>
          <w:p w14:paraId="5B06B045" w14:textId="77777777" w:rsidR="00365219" w:rsidRDefault="00695781">
            <w:r>
              <w:rPr>
                <w:sz w:val="13"/>
              </w:rPr>
              <w:t>PG</w:t>
            </w:r>
          </w:p>
        </w:tc>
        <w:tc>
          <w:tcPr>
            <w:tcW w:w="1409" w:type="dxa"/>
            <w:vAlign w:val="center"/>
          </w:tcPr>
          <w:p w14:paraId="2AA53EF4" w14:textId="77777777" w:rsidR="00365219" w:rsidRDefault="00695781">
            <w:pPr>
              <w:jc w:val="center"/>
            </w:pPr>
            <w:r>
              <w:rPr>
                <w:sz w:val="13"/>
              </w:rPr>
              <w:t>C</w:t>
            </w:r>
          </w:p>
        </w:tc>
      </w:tr>
      <w:tr w:rsidR="00365219" w14:paraId="778C7098" w14:textId="77777777">
        <w:trPr>
          <w:cantSplit/>
          <w:jc w:val="center"/>
        </w:trPr>
        <w:tc>
          <w:tcPr>
            <w:tcW w:w="1409" w:type="dxa"/>
            <w:vAlign w:val="center"/>
          </w:tcPr>
          <w:p w14:paraId="0C2A8931" w14:textId="77777777" w:rsidR="00365219" w:rsidRDefault="00695781">
            <w:pPr>
              <w:jc w:val="center"/>
            </w:pPr>
            <w:r>
              <w:rPr>
                <w:sz w:val="13"/>
              </w:rPr>
              <w:t>92</w:t>
            </w:r>
          </w:p>
        </w:tc>
        <w:tc>
          <w:tcPr>
            <w:tcW w:w="1409" w:type="dxa"/>
            <w:vAlign w:val="center"/>
          </w:tcPr>
          <w:p w14:paraId="56DDC171" w14:textId="77777777" w:rsidR="00365219" w:rsidRDefault="00695781">
            <w:pPr>
              <w:jc w:val="center"/>
            </w:pPr>
            <w:r>
              <w:rPr>
                <w:sz w:val="13"/>
              </w:rPr>
              <w:t>ZPD-4</w:t>
            </w:r>
          </w:p>
        </w:tc>
        <w:tc>
          <w:tcPr>
            <w:tcW w:w="1409" w:type="dxa"/>
            <w:vAlign w:val="center"/>
          </w:tcPr>
          <w:p w14:paraId="1452DF13" w14:textId="77777777" w:rsidR="00365219" w:rsidRDefault="00695781">
            <w:r>
              <w:rPr>
                <w:sz w:val="13"/>
              </w:rPr>
              <w:t>SPL dengan parameter</w:t>
            </w:r>
          </w:p>
        </w:tc>
        <w:tc>
          <w:tcPr>
            <w:tcW w:w="1409" w:type="dxa"/>
            <w:vAlign w:val="center"/>
          </w:tcPr>
          <w:p w14:paraId="4A449945" w14:textId="77777777" w:rsidR="00365219" w:rsidRDefault="00695781">
            <w:r>
              <w:rPr>
                <w:sz w:val="13"/>
              </w:rPr>
              <w:t>Level 3 - generalisasi</w:t>
            </w:r>
          </w:p>
        </w:tc>
        <w:tc>
          <w:tcPr>
            <w:tcW w:w="1409" w:type="dxa"/>
            <w:vAlign w:val="center"/>
          </w:tcPr>
          <w:p w14:paraId="44B8BCD7" w14:textId="77777777" w:rsidR="00365219" w:rsidRDefault="00695781">
            <w:pPr>
              <w:jc w:val="center"/>
            </w:pPr>
            <w:r>
              <w:rPr>
                <w:sz w:val="13"/>
              </w:rPr>
              <w:t>AB</w:t>
            </w:r>
          </w:p>
        </w:tc>
        <w:tc>
          <w:tcPr>
            <w:tcW w:w="1409" w:type="dxa"/>
            <w:vAlign w:val="center"/>
          </w:tcPr>
          <w:p w14:paraId="7E315699" w14:textId="77777777" w:rsidR="00365219" w:rsidRDefault="00695781">
            <w:r>
              <w:rPr>
                <w:sz w:val="13"/>
              </w:rPr>
              <w:t>PGK MCMA</w:t>
            </w:r>
          </w:p>
        </w:tc>
        <w:tc>
          <w:tcPr>
            <w:tcW w:w="1409" w:type="dxa"/>
            <w:vAlign w:val="center"/>
          </w:tcPr>
          <w:p w14:paraId="45D42B43" w14:textId="77777777" w:rsidR="00365219" w:rsidRDefault="00695781">
            <w:pPr>
              <w:jc w:val="center"/>
            </w:pPr>
            <w:r>
              <w:rPr>
                <w:sz w:val="13"/>
              </w:rPr>
              <w:t>1, 2, 3, 4</w:t>
            </w:r>
          </w:p>
        </w:tc>
      </w:tr>
      <w:tr w:rsidR="00365219" w14:paraId="376BBDD8" w14:textId="77777777">
        <w:trPr>
          <w:cantSplit/>
          <w:jc w:val="center"/>
        </w:trPr>
        <w:tc>
          <w:tcPr>
            <w:tcW w:w="1409" w:type="dxa"/>
            <w:vAlign w:val="center"/>
          </w:tcPr>
          <w:p w14:paraId="61C86D74" w14:textId="77777777" w:rsidR="00365219" w:rsidRDefault="00695781">
            <w:pPr>
              <w:jc w:val="center"/>
            </w:pPr>
            <w:r>
              <w:rPr>
                <w:sz w:val="13"/>
              </w:rPr>
              <w:t>93</w:t>
            </w:r>
          </w:p>
        </w:tc>
        <w:tc>
          <w:tcPr>
            <w:tcW w:w="1409" w:type="dxa"/>
            <w:vAlign w:val="center"/>
          </w:tcPr>
          <w:p w14:paraId="611BED41" w14:textId="77777777" w:rsidR="00365219" w:rsidRDefault="00695781">
            <w:pPr>
              <w:jc w:val="center"/>
            </w:pPr>
            <w:r>
              <w:rPr>
                <w:sz w:val="13"/>
              </w:rPr>
              <w:t>ZPD-4</w:t>
            </w:r>
          </w:p>
        </w:tc>
        <w:tc>
          <w:tcPr>
            <w:tcW w:w="1409" w:type="dxa"/>
            <w:vAlign w:val="center"/>
          </w:tcPr>
          <w:p w14:paraId="0769C8F5" w14:textId="77777777" w:rsidR="00365219" w:rsidRDefault="00695781">
            <w:r>
              <w:rPr>
                <w:sz w:val="13"/>
              </w:rPr>
              <w:t>Sistem pertidaksamaan</w:t>
            </w:r>
          </w:p>
        </w:tc>
        <w:tc>
          <w:tcPr>
            <w:tcW w:w="1409" w:type="dxa"/>
            <w:vAlign w:val="center"/>
          </w:tcPr>
          <w:p w14:paraId="004F1987" w14:textId="77777777" w:rsidR="00365219" w:rsidRDefault="00695781">
            <w:r>
              <w:rPr>
                <w:sz w:val="13"/>
              </w:rPr>
              <w:t>Level 3 - generalisasi</w:t>
            </w:r>
          </w:p>
        </w:tc>
        <w:tc>
          <w:tcPr>
            <w:tcW w:w="1409" w:type="dxa"/>
            <w:vAlign w:val="center"/>
          </w:tcPr>
          <w:p w14:paraId="7592FE32" w14:textId="77777777" w:rsidR="00365219" w:rsidRDefault="00695781">
            <w:pPr>
              <w:jc w:val="center"/>
            </w:pPr>
            <w:r>
              <w:rPr>
                <w:sz w:val="13"/>
              </w:rPr>
              <w:t>AB</w:t>
            </w:r>
          </w:p>
        </w:tc>
        <w:tc>
          <w:tcPr>
            <w:tcW w:w="1409" w:type="dxa"/>
            <w:vAlign w:val="center"/>
          </w:tcPr>
          <w:p w14:paraId="232EC02D" w14:textId="77777777" w:rsidR="00365219" w:rsidRDefault="00695781">
            <w:r>
              <w:rPr>
                <w:sz w:val="13"/>
              </w:rPr>
              <w:t>PGK MCMA</w:t>
            </w:r>
          </w:p>
        </w:tc>
        <w:tc>
          <w:tcPr>
            <w:tcW w:w="1409" w:type="dxa"/>
            <w:vAlign w:val="center"/>
          </w:tcPr>
          <w:p w14:paraId="538F3186" w14:textId="77777777" w:rsidR="00365219" w:rsidRDefault="00695781">
            <w:pPr>
              <w:jc w:val="center"/>
            </w:pPr>
            <w:r>
              <w:rPr>
                <w:sz w:val="13"/>
              </w:rPr>
              <w:t>1, 2, 3</w:t>
            </w:r>
          </w:p>
        </w:tc>
      </w:tr>
      <w:tr w:rsidR="00365219" w14:paraId="6E80BEE0" w14:textId="77777777">
        <w:trPr>
          <w:cantSplit/>
          <w:jc w:val="center"/>
        </w:trPr>
        <w:tc>
          <w:tcPr>
            <w:tcW w:w="1409" w:type="dxa"/>
            <w:vAlign w:val="center"/>
          </w:tcPr>
          <w:p w14:paraId="3B5ECAFB" w14:textId="77777777" w:rsidR="00365219" w:rsidRDefault="00695781">
            <w:pPr>
              <w:jc w:val="center"/>
            </w:pPr>
            <w:r>
              <w:rPr>
                <w:sz w:val="13"/>
              </w:rPr>
              <w:t>94</w:t>
            </w:r>
          </w:p>
        </w:tc>
        <w:tc>
          <w:tcPr>
            <w:tcW w:w="1409" w:type="dxa"/>
            <w:vAlign w:val="center"/>
          </w:tcPr>
          <w:p w14:paraId="3E9DCBE9" w14:textId="77777777" w:rsidR="00365219" w:rsidRDefault="00695781">
            <w:pPr>
              <w:jc w:val="center"/>
            </w:pPr>
            <w:r>
              <w:rPr>
                <w:sz w:val="13"/>
              </w:rPr>
              <w:t>ZPD-4</w:t>
            </w:r>
          </w:p>
        </w:tc>
        <w:tc>
          <w:tcPr>
            <w:tcW w:w="1409" w:type="dxa"/>
            <w:vAlign w:val="center"/>
          </w:tcPr>
          <w:p w14:paraId="46A4837C" w14:textId="77777777" w:rsidR="00365219" w:rsidRDefault="00695781">
            <w:r>
              <w:rPr>
                <w:sz w:val="13"/>
              </w:rPr>
              <w:t>Invers fungsi linear</w:t>
            </w:r>
          </w:p>
        </w:tc>
        <w:tc>
          <w:tcPr>
            <w:tcW w:w="1409" w:type="dxa"/>
            <w:vAlign w:val="center"/>
          </w:tcPr>
          <w:p w14:paraId="3054FDB8" w14:textId="77777777" w:rsidR="00365219" w:rsidRDefault="00695781">
            <w:r>
              <w:rPr>
                <w:sz w:val="13"/>
              </w:rPr>
              <w:t>Level 3 - generalisasi</w:t>
            </w:r>
          </w:p>
        </w:tc>
        <w:tc>
          <w:tcPr>
            <w:tcW w:w="1409" w:type="dxa"/>
            <w:vAlign w:val="center"/>
          </w:tcPr>
          <w:p w14:paraId="4796553C" w14:textId="77777777" w:rsidR="00365219" w:rsidRDefault="00695781">
            <w:pPr>
              <w:jc w:val="center"/>
            </w:pPr>
            <w:r>
              <w:rPr>
                <w:sz w:val="13"/>
              </w:rPr>
              <w:t>AL</w:t>
            </w:r>
          </w:p>
        </w:tc>
        <w:tc>
          <w:tcPr>
            <w:tcW w:w="1409" w:type="dxa"/>
            <w:vAlign w:val="center"/>
          </w:tcPr>
          <w:p w14:paraId="6D50AD05" w14:textId="77777777" w:rsidR="00365219" w:rsidRDefault="00695781">
            <w:r>
              <w:rPr>
                <w:sz w:val="13"/>
              </w:rPr>
              <w:t>PGK MCMA</w:t>
            </w:r>
          </w:p>
        </w:tc>
        <w:tc>
          <w:tcPr>
            <w:tcW w:w="1409" w:type="dxa"/>
            <w:vAlign w:val="center"/>
          </w:tcPr>
          <w:p w14:paraId="4B0A8AEF" w14:textId="77777777" w:rsidR="00365219" w:rsidRDefault="00695781">
            <w:pPr>
              <w:jc w:val="center"/>
            </w:pPr>
            <w:r>
              <w:rPr>
                <w:sz w:val="13"/>
              </w:rPr>
              <w:t>1, 2, 3, 5</w:t>
            </w:r>
          </w:p>
        </w:tc>
      </w:tr>
      <w:tr w:rsidR="00365219" w14:paraId="577AEF95" w14:textId="77777777">
        <w:trPr>
          <w:cantSplit/>
          <w:jc w:val="center"/>
        </w:trPr>
        <w:tc>
          <w:tcPr>
            <w:tcW w:w="1409" w:type="dxa"/>
            <w:vAlign w:val="center"/>
          </w:tcPr>
          <w:p w14:paraId="5C277F39" w14:textId="77777777" w:rsidR="00365219" w:rsidRDefault="00695781">
            <w:pPr>
              <w:jc w:val="center"/>
            </w:pPr>
            <w:r>
              <w:rPr>
                <w:sz w:val="13"/>
              </w:rPr>
              <w:t>95</w:t>
            </w:r>
          </w:p>
        </w:tc>
        <w:tc>
          <w:tcPr>
            <w:tcW w:w="1409" w:type="dxa"/>
            <w:vAlign w:val="center"/>
          </w:tcPr>
          <w:p w14:paraId="7248A49E" w14:textId="77777777" w:rsidR="00365219" w:rsidRDefault="00695781">
            <w:pPr>
              <w:jc w:val="center"/>
            </w:pPr>
            <w:r>
              <w:rPr>
                <w:sz w:val="13"/>
              </w:rPr>
              <w:t>ZPD-4</w:t>
            </w:r>
          </w:p>
        </w:tc>
        <w:tc>
          <w:tcPr>
            <w:tcW w:w="1409" w:type="dxa"/>
            <w:vAlign w:val="center"/>
          </w:tcPr>
          <w:p w14:paraId="67E0255A" w14:textId="77777777" w:rsidR="00365219" w:rsidRDefault="00695781">
            <w:r>
              <w:rPr>
                <w:sz w:val="13"/>
              </w:rPr>
              <w:t>Komposisi fungsi linear</w:t>
            </w:r>
          </w:p>
        </w:tc>
        <w:tc>
          <w:tcPr>
            <w:tcW w:w="1409" w:type="dxa"/>
            <w:vAlign w:val="center"/>
          </w:tcPr>
          <w:p w14:paraId="1D05D386" w14:textId="77777777" w:rsidR="00365219" w:rsidRDefault="00695781">
            <w:r>
              <w:rPr>
                <w:sz w:val="13"/>
              </w:rPr>
              <w:t>Level 3 - generalisasi</w:t>
            </w:r>
          </w:p>
        </w:tc>
        <w:tc>
          <w:tcPr>
            <w:tcW w:w="1409" w:type="dxa"/>
            <w:vAlign w:val="center"/>
          </w:tcPr>
          <w:p w14:paraId="03908FC1" w14:textId="77777777" w:rsidR="00365219" w:rsidRDefault="00695781">
            <w:pPr>
              <w:jc w:val="center"/>
            </w:pPr>
            <w:r>
              <w:rPr>
                <w:sz w:val="13"/>
              </w:rPr>
              <w:t>AL</w:t>
            </w:r>
          </w:p>
        </w:tc>
        <w:tc>
          <w:tcPr>
            <w:tcW w:w="1409" w:type="dxa"/>
            <w:vAlign w:val="center"/>
          </w:tcPr>
          <w:p w14:paraId="5BE78AF2" w14:textId="77777777" w:rsidR="00365219" w:rsidRDefault="00695781">
            <w:r>
              <w:rPr>
                <w:sz w:val="13"/>
              </w:rPr>
              <w:t>PGK MCMA</w:t>
            </w:r>
          </w:p>
        </w:tc>
        <w:tc>
          <w:tcPr>
            <w:tcW w:w="1409" w:type="dxa"/>
            <w:vAlign w:val="center"/>
          </w:tcPr>
          <w:p w14:paraId="5CCA49B8" w14:textId="77777777" w:rsidR="00365219" w:rsidRDefault="00695781">
            <w:pPr>
              <w:jc w:val="center"/>
            </w:pPr>
            <w:r>
              <w:rPr>
                <w:sz w:val="13"/>
              </w:rPr>
              <w:t>1, 2, 3, 4</w:t>
            </w:r>
          </w:p>
        </w:tc>
      </w:tr>
      <w:tr w:rsidR="00365219" w14:paraId="3AF92904" w14:textId="77777777">
        <w:trPr>
          <w:cantSplit/>
          <w:jc w:val="center"/>
        </w:trPr>
        <w:tc>
          <w:tcPr>
            <w:tcW w:w="1409" w:type="dxa"/>
            <w:vAlign w:val="center"/>
          </w:tcPr>
          <w:p w14:paraId="22461BDF" w14:textId="77777777" w:rsidR="00365219" w:rsidRDefault="00695781">
            <w:pPr>
              <w:jc w:val="center"/>
            </w:pPr>
            <w:r>
              <w:rPr>
                <w:sz w:val="13"/>
              </w:rPr>
              <w:t>96</w:t>
            </w:r>
          </w:p>
        </w:tc>
        <w:tc>
          <w:tcPr>
            <w:tcW w:w="1409" w:type="dxa"/>
            <w:vAlign w:val="center"/>
          </w:tcPr>
          <w:p w14:paraId="76A7ED56" w14:textId="77777777" w:rsidR="00365219" w:rsidRDefault="00695781">
            <w:pPr>
              <w:jc w:val="center"/>
            </w:pPr>
            <w:r>
              <w:rPr>
                <w:sz w:val="13"/>
              </w:rPr>
              <w:t>ZPD-4</w:t>
            </w:r>
          </w:p>
        </w:tc>
        <w:tc>
          <w:tcPr>
            <w:tcW w:w="1409" w:type="dxa"/>
            <w:vAlign w:val="center"/>
          </w:tcPr>
          <w:p w14:paraId="2348E658" w14:textId="77777777" w:rsidR="00365219" w:rsidRDefault="00695781">
            <w:r>
              <w:rPr>
                <w:sz w:val="13"/>
              </w:rPr>
              <w:t>Program linear dan sensitivitas</w:t>
            </w:r>
          </w:p>
        </w:tc>
        <w:tc>
          <w:tcPr>
            <w:tcW w:w="1409" w:type="dxa"/>
            <w:vAlign w:val="center"/>
          </w:tcPr>
          <w:p w14:paraId="3EB9793D" w14:textId="77777777" w:rsidR="00365219" w:rsidRDefault="00695781">
            <w:r>
              <w:rPr>
                <w:sz w:val="13"/>
              </w:rPr>
              <w:t>Level 3 - mengevaluasi</w:t>
            </w:r>
          </w:p>
        </w:tc>
        <w:tc>
          <w:tcPr>
            <w:tcW w:w="1409" w:type="dxa"/>
            <w:vAlign w:val="center"/>
          </w:tcPr>
          <w:p w14:paraId="6C6CE6A2" w14:textId="77777777" w:rsidR="00365219" w:rsidRDefault="00695781">
            <w:pPr>
              <w:jc w:val="center"/>
            </w:pPr>
            <w:r>
              <w:rPr>
                <w:sz w:val="13"/>
              </w:rPr>
              <w:t>AB</w:t>
            </w:r>
          </w:p>
        </w:tc>
        <w:tc>
          <w:tcPr>
            <w:tcW w:w="1409" w:type="dxa"/>
            <w:vAlign w:val="center"/>
          </w:tcPr>
          <w:p w14:paraId="28D8CE03" w14:textId="77777777" w:rsidR="00365219" w:rsidRDefault="00695781">
            <w:r>
              <w:rPr>
                <w:sz w:val="13"/>
              </w:rPr>
              <w:t>PGK Kategori</w:t>
            </w:r>
          </w:p>
        </w:tc>
        <w:tc>
          <w:tcPr>
            <w:tcW w:w="1409" w:type="dxa"/>
            <w:vAlign w:val="center"/>
          </w:tcPr>
          <w:p w14:paraId="206417FE" w14:textId="77777777" w:rsidR="00365219" w:rsidRDefault="00695781">
            <w:pPr>
              <w:jc w:val="center"/>
            </w:pPr>
            <w:r>
              <w:rPr>
                <w:sz w:val="13"/>
              </w:rPr>
              <w:t>Benar, Benar, Benar, Benar</w:t>
            </w:r>
          </w:p>
        </w:tc>
      </w:tr>
      <w:tr w:rsidR="00365219" w14:paraId="3120157A" w14:textId="77777777">
        <w:trPr>
          <w:cantSplit/>
          <w:jc w:val="center"/>
        </w:trPr>
        <w:tc>
          <w:tcPr>
            <w:tcW w:w="1409" w:type="dxa"/>
            <w:vAlign w:val="center"/>
          </w:tcPr>
          <w:p w14:paraId="03A74BB5" w14:textId="77777777" w:rsidR="00365219" w:rsidRDefault="00695781">
            <w:pPr>
              <w:jc w:val="center"/>
            </w:pPr>
            <w:r>
              <w:rPr>
                <w:sz w:val="13"/>
              </w:rPr>
              <w:t>97</w:t>
            </w:r>
          </w:p>
        </w:tc>
        <w:tc>
          <w:tcPr>
            <w:tcW w:w="1409" w:type="dxa"/>
            <w:vAlign w:val="center"/>
          </w:tcPr>
          <w:p w14:paraId="44101CA5" w14:textId="77777777" w:rsidR="00365219" w:rsidRDefault="00695781">
            <w:pPr>
              <w:jc w:val="center"/>
            </w:pPr>
            <w:r>
              <w:rPr>
                <w:sz w:val="13"/>
              </w:rPr>
              <w:t>ZPD-4</w:t>
            </w:r>
          </w:p>
        </w:tc>
        <w:tc>
          <w:tcPr>
            <w:tcW w:w="1409" w:type="dxa"/>
            <w:vAlign w:val="center"/>
          </w:tcPr>
          <w:p w14:paraId="3927C121" w14:textId="77777777" w:rsidR="00365219" w:rsidRDefault="00695781">
            <w:r>
              <w:rPr>
                <w:sz w:val="13"/>
              </w:rPr>
              <w:t>Fungsi linear sepotong</w:t>
            </w:r>
          </w:p>
        </w:tc>
        <w:tc>
          <w:tcPr>
            <w:tcW w:w="1409" w:type="dxa"/>
            <w:vAlign w:val="center"/>
          </w:tcPr>
          <w:p w14:paraId="4528EB00" w14:textId="77777777" w:rsidR="00365219" w:rsidRDefault="00695781">
            <w:r>
              <w:rPr>
                <w:sz w:val="13"/>
              </w:rPr>
              <w:t>Level 3 - mengevaluasi</w:t>
            </w:r>
          </w:p>
        </w:tc>
        <w:tc>
          <w:tcPr>
            <w:tcW w:w="1409" w:type="dxa"/>
            <w:vAlign w:val="center"/>
          </w:tcPr>
          <w:p w14:paraId="4DCC3AF0" w14:textId="77777777" w:rsidR="00365219" w:rsidRDefault="00695781">
            <w:pPr>
              <w:jc w:val="center"/>
            </w:pPr>
            <w:r>
              <w:rPr>
                <w:sz w:val="13"/>
              </w:rPr>
              <w:t>AL</w:t>
            </w:r>
          </w:p>
        </w:tc>
        <w:tc>
          <w:tcPr>
            <w:tcW w:w="1409" w:type="dxa"/>
            <w:vAlign w:val="center"/>
          </w:tcPr>
          <w:p w14:paraId="2EFDDE28" w14:textId="77777777" w:rsidR="00365219" w:rsidRDefault="00695781">
            <w:r>
              <w:rPr>
                <w:sz w:val="13"/>
              </w:rPr>
              <w:t>PGK Kategori</w:t>
            </w:r>
          </w:p>
        </w:tc>
        <w:tc>
          <w:tcPr>
            <w:tcW w:w="1409" w:type="dxa"/>
            <w:vAlign w:val="center"/>
          </w:tcPr>
          <w:p w14:paraId="5C407D9F" w14:textId="77777777" w:rsidR="00365219" w:rsidRDefault="00695781">
            <w:pPr>
              <w:jc w:val="center"/>
            </w:pPr>
            <w:r>
              <w:rPr>
                <w:sz w:val="13"/>
              </w:rPr>
              <w:t>Salah, Benar, Benar, Benar</w:t>
            </w:r>
          </w:p>
        </w:tc>
      </w:tr>
      <w:tr w:rsidR="00365219" w14:paraId="6EE6C782" w14:textId="77777777">
        <w:trPr>
          <w:cantSplit/>
          <w:jc w:val="center"/>
        </w:trPr>
        <w:tc>
          <w:tcPr>
            <w:tcW w:w="1409" w:type="dxa"/>
            <w:vAlign w:val="center"/>
          </w:tcPr>
          <w:p w14:paraId="36E4C58F" w14:textId="77777777" w:rsidR="00365219" w:rsidRDefault="00695781">
            <w:pPr>
              <w:jc w:val="center"/>
            </w:pPr>
            <w:r>
              <w:rPr>
                <w:sz w:val="13"/>
              </w:rPr>
              <w:t>98</w:t>
            </w:r>
          </w:p>
        </w:tc>
        <w:tc>
          <w:tcPr>
            <w:tcW w:w="1409" w:type="dxa"/>
            <w:vAlign w:val="center"/>
          </w:tcPr>
          <w:p w14:paraId="017BC96F" w14:textId="77777777" w:rsidR="00365219" w:rsidRDefault="00695781">
            <w:pPr>
              <w:jc w:val="center"/>
            </w:pPr>
            <w:r>
              <w:rPr>
                <w:sz w:val="13"/>
              </w:rPr>
              <w:t>ZPD-4</w:t>
            </w:r>
          </w:p>
        </w:tc>
        <w:tc>
          <w:tcPr>
            <w:tcW w:w="1409" w:type="dxa"/>
            <w:vAlign w:val="center"/>
          </w:tcPr>
          <w:p w14:paraId="04EB4992" w14:textId="77777777" w:rsidR="00365219" w:rsidRDefault="00695781">
            <w:r>
              <w:rPr>
                <w:sz w:val="13"/>
              </w:rPr>
              <w:t>SPL tiga variabel dan kecukupan data</w:t>
            </w:r>
          </w:p>
        </w:tc>
        <w:tc>
          <w:tcPr>
            <w:tcW w:w="1409" w:type="dxa"/>
            <w:vAlign w:val="center"/>
          </w:tcPr>
          <w:p w14:paraId="517219E4" w14:textId="77777777" w:rsidR="00365219" w:rsidRDefault="00695781">
            <w:r>
              <w:rPr>
                <w:sz w:val="13"/>
              </w:rPr>
              <w:t>Level 3 - bernalar</w:t>
            </w:r>
          </w:p>
        </w:tc>
        <w:tc>
          <w:tcPr>
            <w:tcW w:w="1409" w:type="dxa"/>
            <w:vAlign w:val="center"/>
          </w:tcPr>
          <w:p w14:paraId="2158197A" w14:textId="77777777" w:rsidR="00365219" w:rsidRDefault="00695781">
            <w:pPr>
              <w:jc w:val="center"/>
            </w:pPr>
            <w:r>
              <w:rPr>
                <w:sz w:val="13"/>
              </w:rPr>
              <w:t>DK</w:t>
            </w:r>
          </w:p>
        </w:tc>
        <w:tc>
          <w:tcPr>
            <w:tcW w:w="1409" w:type="dxa"/>
            <w:vAlign w:val="center"/>
          </w:tcPr>
          <w:p w14:paraId="4BD62926" w14:textId="77777777" w:rsidR="00365219" w:rsidRDefault="00695781">
            <w:r>
              <w:rPr>
                <w:sz w:val="13"/>
              </w:rPr>
              <w:t>Kecukupan Data</w:t>
            </w:r>
          </w:p>
        </w:tc>
        <w:tc>
          <w:tcPr>
            <w:tcW w:w="1409" w:type="dxa"/>
            <w:vAlign w:val="center"/>
          </w:tcPr>
          <w:p w14:paraId="71F569BF" w14:textId="77777777" w:rsidR="00365219" w:rsidRDefault="00695781">
            <w:pPr>
              <w:jc w:val="center"/>
            </w:pPr>
            <w:r>
              <w:rPr>
                <w:sz w:val="13"/>
              </w:rPr>
              <w:t>C</w:t>
            </w:r>
          </w:p>
        </w:tc>
      </w:tr>
      <w:tr w:rsidR="00365219" w14:paraId="4D9F279E" w14:textId="77777777">
        <w:trPr>
          <w:cantSplit/>
          <w:jc w:val="center"/>
        </w:trPr>
        <w:tc>
          <w:tcPr>
            <w:tcW w:w="1409" w:type="dxa"/>
            <w:vAlign w:val="center"/>
          </w:tcPr>
          <w:p w14:paraId="2680C1A3" w14:textId="77777777" w:rsidR="00365219" w:rsidRDefault="00695781">
            <w:pPr>
              <w:jc w:val="center"/>
            </w:pPr>
            <w:r>
              <w:rPr>
                <w:sz w:val="13"/>
              </w:rPr>
              <w:t>99</w:t>
            </w:r>
          </w:p>
        </w:tc>
        <w:tc>
          <w:tcPr>
            <w:tcW w:w="1409" w:type="dxa"/>
            <w:vAlign w:val="center"/>
          </w:tcPr>
          <w:p w14:paraId="349143FC" w14:textId="77777777" w:rsidR="00365219" w:rsidRDefault="00695781">
            <w:pPr>
              <w:jc w:val="center"/>
            </w:pPr>
            <w:r>
              <w:rPr>
                <w:sz w:val="13"/>
              </w:rPr>
              <w:t>ZPD-4</w:t>
            </w:r>
          </w:p>
        </w:tc>
        <w:tc>
          <w:tcPr>
            <w:tcW w:w="1409" w:type="dxa"/>
            <w:vAlign w:val="center"/>
          </w:tcPr>
          <w:p w14:paraId="43E9F61C" w14:textId="77777777" w:rsidR="00365219" w:rsidRDefault="00695781">
            <w:r>
              <w:rPr>
                <w:sz w:val="13"/>
              </w:rPr>
              <w:t>Fungsi linear dan kecukupan data</w:t>
            </w:r>
          </w:p>
        </w:tc>
        <w:tc>
          <w:tcPr>
            <w:tcW w:w="1409" w:type="dxa"/>
            <w:vAlign w:val="center"/>
          </w:tcPr>
          <w:p w14:paraId="019368AB" w14:textId="77777777" w:rsidR="00365219" w:rsidRDefault="00695781">
            <w:r>
              <w:rPr>
                <w:sz w:val="13"/>
              </w:rPr>
              <w:t>Level 3 - bernalar</w:t>
            </w:r>
          </w:p>
        </w:tc>
        <w:tc>
          <w:tcPr>
            <w:tcW w:w="1409" w:type="dxa"/>
            <w:vAlign w:val="center"/>
          </w:tcPr>
          <w:p w14:paraId="0F230918" w14:textId="77777777" w:rsidR="00365219" w:rsidRDefault="00695781">
            <w:pPr>
              <w:jc w:val="center"/>
            </w:pPr>
            <w:r>
              <w:rPr>
                <w:sz w:val="13"/>
              </w:rPr>
              <w:t>AB</w:t>
            </w:r>
          </w:p>
        </w:tc>
        <w:tc>
          <w:tcPr>
            <w:tcW w:w="1409" w:type="dxa"/>
            <w:vAlign w:val="center"/>
          </w:tcPr>
          <w:p w14:paraId="4E208E33" w14:textId="77777777" w:rsidR="00365219" w:rsidRDefault="00695781">
            <w:r>
              <w:rPr>
                <w:sz w:val="13"/>
              </w:rPr>
              <w:t>Kecukupan Data</w:t>
            </w:r>
          </w:p>
        </w:tc>
        <w:tc>
          <w:tcPr>
            <w:tcW w:w="1409" w:type="dxa"/>
            <w:vAlign w:val="center"/>
          </w:tcPr>
          <w:p w14:paraId="51FC0D82" w14:textId="77777777" w:rsidR="00365219" w:rsidRDefault="00695781">
            <w:pPr>
              <w:jc w:val="center"/>
            </w:pPr>
            <w:r>
              <w:rPr>
                <w:sz w:val="13"/>
              </w:rPr>
              <w:t>C</w:t>
            </w:r>
          </w:p>
        </w:tc>
      </w:tr>
      <w:tr w:rsidR="00365219" w14:paraId="71056B5B" w14:textId="77777777">
        <w:trPr>
          <w:cantSplit/>
          <w:jc w:val="center"/>
        </w:trPr>
        <w:tc>
          <w:tcPr>
            <w:tcW w:w="1409" w:type="dxa"/>
            <w:vAlign w:val="center"/>
          </w:tcPr>
          <w:p w14:paraId="6DBFA7BF" w14:textId="77777777" w:rsidR="00365219" w:rsidRDefault="00695781">
            <w:pPr>
              <w:jc w:val="center"/>
            </w:pPr>
            <w:r>
              <w:rPr>
                <w:sz w:val="13"/>
              </w:rPr>
              <w:t>100</w:t>
            </w:r>
          </w:p>
        </w:tc>
        <w:tc>
          <w:tcPr>
            <w:tcW w:w="1409" w:type="dxa"/>
            <w:vAlign w:val="center"/>
          </w:tcPr>
          <w:p w14:paraId="6C9331EF" w14:textId="77777777" w:rsidR="00365219" w:rsidRDefault="00695781">
            <w:pPr>
              <w:jc w:val="center"/>
            </w:pPr>
            <w:r>
              <w:rPr>
                <w:sz w:val="13"/>
              </w:rPr>
              <w:t>ZPD-4</w:t>
            </w:r>
          </w:p>
        </w:tc>
        <w:tc>
          <w:tcPr>
            <w:tcW w:w="1409" w:type="dxa"/>
            <w:vAlign w:val="center"/>
          </w:tcPr>
          <w:p w14:paraId="65EF9F39" w14:textId="77777777" w:rsidR="00365219" w:rsidRDefault="00695781">
            <w:r>
              <w:rPr>
                <w:sz w:val="13"/>
              </w:rPr>
              <w:t>Integrasi program linear dan fungsi</w:t>
            </w:r>
          </w:p>
        </w:tc>
        <w:tc>
          <w:tcPr>
            <w:tcW w:w="1409" w:type="dxa"/>
            <w:vAlign w:val="center"/>
          </w:tcPr>
          <w:p w14:paraId="34BC4239" w14:textId="77777777" w:rsidR="00365219" w:rsidRDefault="00695781">
            <w:r>
              <w:rPr>
                <w:sz w:val="13"/>
              </w:rPr>
              <w:t>Level 3 - transfer</w:t>
            </w:r>
          </w:p>
        </w:tc>
        <w:tc>
          <w:tcPr>
            <w:tcW w:w="1409" w:type="dxa"/>
            <w:vAlign w:val="center"/>
          </w:tcPr>
          <w:p w14:paraId="3545497E" w14:textId="77777777" w:rsidR="00365219" w:rsidRDefault="00695781">
            <w:pPr>
              <w:jc w:val="center"/>
            </w:pPr>
            <w:r>
              <w:rPr>
                <w:sz w:val="13"/>
              </w:rPr>
              <w:t>DK</w:t>
            </w:r>
          </w:p>
        </w:tc>
        <w:tc>
          <w:tcPr>
            <w:tcW w:w="1409" w:type="dxa"/>
            <w:vAlign w:val="center"/>
          </w:tcPr>
          <w:p w14:paraId="3E2136DF" w14:textId="77777777" w:rsidR="00365219" w:rsidRDefault="00695781">
            <w:r>
              <w:rPr>
                <w:sz w:val="13"/>
              </w:rPr>
              <w:t>PG</w:t>
            </w:r>
          </w:p>
        </w:tc>
        <w:tc>
          <w:tcPr>
            <w:tcW w:w="1409" w:type="dxa"/>
            <w:vAlign w:val="center"/>
          </w:tcPr>
          <w:p w14:paraId="1B42E986" w14:textId="77777777" w:rsidR="00365219" w:rsidRDefault="00695781">
            <w:pPr>
              <w:jc w:val="center"/>
            </w:pPr>
            <w:r>
              <w:rPr>
                <w:sz w:val="13"/>
              </w:rPr>
              <w:t>C</w:t>
            </w:r>
          </w:p>
        </w:tc>
      </w:tr>
    </w:tbl>
    <w:p w14:paraId="77F46C4E" w14:textId="77777777" w:rsidR="00365219" w:rsidRDefault="00695781">
      <w:r>
        <w:br w:type="page"/>
      </w:r>
    </w:p>
    <w:p w14:paraId="76EBDC0D" w14:textId="77777777" w:rsidR="00365219" w:rsidRDefault="00695781">
      <w:pPr>
        <w:pStyle w:val="Heading1"/>
      </w:pPr>
      <w:r>
        <w:lastRenderedPageBreak/>
        <w:t>RUJUKAN PENYUSUNAN</w:t>
      </w:r>
    </w:p>
    <w:p w14:paraId="5165D855" w14:textId="77777777" w:rsidR="00365219" w:rsidRDefault="00695781">
      <w:r>
        <w:t>1. Pusat Asesmen Pendidikan, Kemendikdasmen. Kerangka Asesmen TKA Matematika SMA/MA/SMK/MAK/Sederajat, elemen Aljabar (diakses 11 Agustus 2026).</w:t>
      </w:r>
    </w:p>
    <w:p w14:paraId="4B29073A" w14:textId="77777777" w:rsidR="00365219" w:rsidRDefault="00695781">
      <w:r>
        <w:t>2. Pusat Asesmen Pendidikan, Kemendikdasmen. Simulasi dan contoh bentuk soal TKA Matematika SMA.</w:t>
      </w:r>
    </w:p>
    <w:p w14:paraId="00070774" w14:textId="77777777" w:rsidR="00365219" w:rsidRDefault="00695781">
      <w:r>
        <w:t>3. Dokumentasi Soal Asli TKA Matematika Umum SMA/MA/SMK/Sederajat Tahun 2025 digunakan untuk mengidentifikasi karakteristik bentuk soal dan konteks. Seluruh butir dalam bank soal ini disusun ulang sebagai soal orisinal dan tidak menyalin butir sumber.</w:t>
      </w:r>
    </w:p>
    <w:p w14:paraId="28B59647" w14:textId="77777777" w:rsidR="00365219" w:rsidRDefault="00695781">
      <w:pPr>
        <w:pStyle w:val="Small"/>
      </w:pPr>
      <w:r>
        <w:br/>
        <w:t>Catatan mutu: Pengelompokan ZPD dan kode berpikir komputasi merupakan lapisan desain pedagogis tambahan; keduanya bukan label resmi Pusmendik pada TKA.</w:t>
      </w:r>
    </w:p>
    <w:sectPr w:rsidR="00365219" w:rsidSect="00034616">
      <w:headerReference w:type="default" r:id="rId11"/>
      <w:footerReference w:type="default" r:id="rId12"/>
      <w:pgSz w:w="11906" w:h="16838"/>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E4203" w14:textId="77777777" w:rsidR="00175A53" w:rsidRDefault="00175A53">
      <w:pPr>
        <w:spacing w:after="0" w:line="240" w:lineRule="auto"/>
      </w:pPr>
      <w:r>
        <w:separator/>
      </w:r>
    </w:p>
  </w:endnote>
  <w:endnote w:type="continuationSeparator" w:id="0">
    <w:p w14:paraId="2CA39C5F" w14:textId="77777777" w:rsidR="00175A53" w:rsidRDefault="00175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F03A0" w14:textId="77777777" w:rsidR="00365219" w:rsidRDefault="00695781">
    <w:pPr>
      <w:pStyle w:val="Footer"/>
      <w:jc w:val="center"/>
    </w:pPr>
    <w:r>
      <w:t xml:space="preserve">Halaman </w:t>
    </w:r>
    <w:r>
      <w:fldChar w:fldCharType="begin"/>
    </w:r>
    <w:r>
      <w:instrText xml:space="preserve"> PAGE </w:instrText>
    </w:r>
    <w:r>
      <w:fldChar w:fldCharType="separate"/>
    </w:r>
    <w:r w:rsidR="00BC0F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A2B4A" w14:textId="77777777" w:rsidR="00175A53" w:rsidRDefault="00175A53">
      <w:pPr>
        <w:spacing w:after="0" w:line="240" w:lineRule="auto"/>
      </w:pPr>
      <w:r>
        <w:separator/>
      </w:r>
    </w:p>
  </w:footnote>
  <w:footnote w:type="continuationSeparator" w:id="0">
    <w:p w14:paraId="2E429E02" w14:textId="77777777" w:rsidR="00175A53" w:rsidRDefault="00175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676E" w14:textId="77777777" w:rsidR="00365219" w:rsidRDefault="00695781">
    <w:pPr>
      <w:pStyle w:val="Header"/>
      <w:jc w:val="center"/>
    </w:pPr>
    <w:r>
      <w:rPr>
        <w:sz w:val="16"/>
      </w:rPr>
      <w:t>BANK SOAL TKA MATEMATIKA SMA/SMK WAJIB | ALJABAR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A53"/>
    <w:rsid w:val="0029639D"/>
    <w:rsid w:val="00326F90"/>
    <w:rsid w:val="00365219"/>
    <w:rsid w:val="00544570"/>
    <w:rsid w:val="00695781"/>
    <w:rsid w:val="00AA1D8D"/>
    <w:rsid w:val="00B47730"/>
    <w:rsid w:val="00BC0F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39D26C"/>
  <w14:defaultImageDpi w14:val="300"/>
  <w15:docId w15:val="{480C4068-A442-40E1-9845-4BB4C2DEF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Liberation Sans" w:eastAsia="Liberation Sans" w:hAnsi="Liberation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basedOn w:val="Normal"/>
    <w:pPr>
      <w:keepNext/>
      <w:spacing w:before="120"/>
    </w:pPr>
  </w:style>
  <w:style w:type="paragraph" w:customStyle="1" w:styleId="Option">
    <w:name w:val="Option"/>
    <w:basedOn w:val="Normal"/>
    <w:pPr>
      <w:spacing w:after="20"/>
      <w:ind w:left="255" w:hanging="255"/>
    </w:pPr>
    <w:rPr>
      <w:sz w:val="20"/>
    </w:rPr>
  </w:style>
  <w:style w:type="paragraph" w:customStyle="1" w:styleId="Small">
    <w:name w:val="Small"/>
    <w:basedOn w:val="Normal"/>
    <w:pPr>
      <w:spacing w:after="2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5886</Words>
  <Characters>33554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Heri Risdianto</cp:lastModifiedBy>
  <cp:revision>3</cp:revision>
  <dcterms:created xsi:type="dcterms:W3CDTF">2013-12-23T23:15:00Z</dcterms:created>
  <dcterms:modified xsi:type="dcterms:W3CDTF">2026-08-16T02:22:00Z</dcterms:modified>
  <cp:category/>
</cp:coreProperties>
</file>