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3C" w:rsidRPr="00441A92" w:rsidRDefault="003F2AAB" w:rsidP="000A6439">
      <w:pPr>
        <w:spacing w:line="240" w:lineRule="auto"/>
        <w:jc w:val="center"/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PROGRAM KERJA MGMP SENI BUDAYA</w:t>
      </w:r>
    </w:p>
    <w:p w:rsidR="005D113C" w:rsidRPr="00441A92" w:rsidRDefault="003F2AAB" w:rsidP="000A6439">
      <w:pPr>
        <w:spacing w:line="240" w:lineRule="auto"/>
        <w:jc w:val="center"/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SMA/SMK KABUPATEN ACEH TIMUR</w:t>
      </w:r>
    </w:p>
    <w:p w:rsidR="005D113C" w:rsidRPr="00441A92" w:rsidRDefault="003F2AAB" w:rsidP="000A6439">
      <w:pPr>
        <w:spacing w:line="240" w:lineRule="auto"/>
        <w:jc w:val="center"/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SEMESTER GANJIL TAHUN PELAJARAN 2026/2027</w:t>
      </w:r>
    </w:p>
    <w:p w:rsidR="005D113C" w:rsidRPr="00441A92" w:rsidRDefault="003F2AAB" w:rsidP="00441A92">
      <w:pPr>
        <w:jc w:val="both"/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A. Tujuan</w:t>
      </w:r>
    </w:p>
    <w:p w:rsidR="005D113C" w:rsidRPr="00441A92" w:rsidRDefault="003F2AAB" w:rsidP="00441A92">
      <w:pPr>
        <w:jc w:val="both"/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1. Meningkatkan kompetensi dan profesionalisme guru Seni Budaya.</w:t>
      </w:r>
    </w:p>
    <w:p w:rsidR="005D113C" w:rsidRPr="00441A92" w:rsidRDefault="003F2AAB" w:rsidP="00441A92">
      <w:pPr>
        <w:jc w:val="both"/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2. Meningkatkan kualitas perencanaan dan pelaksanaan pembelajaran Seni Budaya.</w:t>
      </w:r>
    </w:p>
    <w:p w:rsidR="005D113C" w:rsidRPr="00441A92" w:rsidRDefault="003F2AAB" w:rsidP="00441A92">
      <w:pPr>
        <w:jc w:val="both"/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3. Mendorong kolaborasi dan berbagi praktik baik antar guru Seni Budaya SMA/SMK di Kabupaten Aceh Timur.</w:t>
      </w:r>
    </w:p>
    <w:p w:rsidR="005D113C" w:rsidRPr="00441A92" w:rsidRDefault="003F2AAB" w:rsidP="00441A92">
      <w:pPr>
        <w:jc w:val="both"/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4. Menyusun dan mengembangkan perangkat, bahan ajar, LKPD, serta asesmen pembelajaran Seni Budaya sesuai dengan kebutuhan peserta didik.</w:t>
      </w: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B. Program Ke</w:t>
      </w:r>
      <w:r w:rsidRPr="00441A92">
        <w:rPr>
          <w:rFonts w:cs="Times New Roman"/>
          <w:b/>
          <w:sz w:val="24"/>
          <w:szCs w:val="24"/>
        </w:rPr>
        <w:t>rja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4473"/>
        <w:gridCol w:w="2520"/>
        <w:gridCol w:w="2520"/>
      </w:tblGrid>
      <w:tr w:rsidR="005D113C" w:rsidRPr="00441A92" w:rsidTr="002174EE">
        <w:trPr>
          <w:jc w:val="center"/>
        </w:trPr>
        <w:tc>
          <w:tcPr>
            <w:tcW w:w="567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473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b/>
                <w:sz w:val="24"/>
                <w:szCs w:val="24"/>
              </w:rPr>
              <w:t>Kegiatan</w:t>
            </w:r>
          </w:p>
        </w:tc>
        <w:tc>
          <w:tcPr>
            <w:tcW w:w="2520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b/>
                <w:sz w:val="24"/>
                <w:szCs w:val="24"/>
              </w:rPr>
              <w:t>Waktu</w:t>
            </w:r>
          </w:p>
        </w:tc>
        <w:tc>
          <w:tcPr>
            <w:tcW w:w="2520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b/>
                <w:sz w:val="24"/>
                <w:szCs w:val="24"/>
              </w:rPr>
              <w:t>Target/Output</w:t>
            </w:r>
          </w:p>
        </w:tc>
      </w:tr>
      <w:tr w:rsidR="005D113C" w:rsidRPr="00441A92" w:rsidTr="002174EE">
        <w:trPr>
          <w:jc w:val="center"/>
        </w:trPr>
        <w:tc>
          <w:tcPr>
            <w:tcW w:w="567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3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Rapat koordinasi dan penyusunan program kerja MGMP Seni Budaya</w:t>
            </w:r>
          </w:p>
        </w:tc>
        <w:tc>
          <w:tcPr>
            <w:tcW w:w="2520" w:type="dxa"/>
            <w:vAlign w:val="center"/>
          </w:tcPr>
          <w:p w:rsidR="005D113C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Agustus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520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Program kerja MGMP</w:t>
            </w:r>
          </w:p>
        </w:tc>
      </w:tr>
      <w:tr w:rsidR="005D113C" w:rsidRPr="00441A92" w:rsidTr="002174EE">
        <w:trPr>
          <w:jc w:val="center"/>
        </w:trPr>
        <w:tc>
          <w:tcPr>
            <w:tcW w:w="567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473" w:type="dxa"/>
            <w:vAlign w:val="center"/>
          </w:tcPr>
          <w:p w:rsidR="005D113C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P</w:t>
            </w:r>
            <w:r w:rsidR="003F2AAB" w:rsidRPr="00441A92">
              <w:rPr>
                <w:rFonts w:cs="Times New Roman"/>
                <w:sz w:val="24"/>
                <w:szCs w:val="24"/>
              </w:rPr>
              <w:t>eny</w:t>
            </w:r>
            <w:r w:rsidRPr="00441A92">
              <w:rPr>
                <w:rFonts w:cs="Times New Roman"/>
                <w:sz w:val="24"/>
                <w:szCs w:val="24"/>
              </w:rPr>
              <w:t>elarasan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perangkat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pembelajaran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</w:t>
            </w:r>
            <w:r w:rsidRPr="00441A92">
              <w:rPr>
                <w:rFonts w:cs="Times New Roman"/>
                <w:sz w:val="24"/>
                <w:szCs w:val="24"/>
              </w:rPr>
              <w:t>engembangan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bahan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ajar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dan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LKPD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Seni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Budaya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:rsidR="005D113C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 xml:space="preserve">September </w:t>
            </w:r>
            <w:r w:rsidR="003F2AAB" w:rsidRPr="00441A92">
              <w:rPr>
                <w:rFonts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520" w:type="dxa"/>
            <w:vAlign w:val="center"/>
          </w:tcPr>
          <w:p w:rsidR="005D113C" w:rsidRPr="00441A92" w:rsidRDefault="003F2AAB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Perangkat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pembelajaran</w:t>
            </w:r>
            <w:proofErr w:type="spellEnd"/>
            <w:r w:rsidR="002174EE" w:rsidRPr="00441A92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="002174EE" w:rsidRPr="00441A92">
              <w:rPr>
                <w:rFonts w:cs="Times New Roman"/>
                <w:sz w:val="24"/>
                <w:szCs w:val="24"/>
              </w:rPr>
              <w:t>Bahan</w:t>
            </w:r>
            <w:proofErr w:type="spellEnd"/>
            <w:r w:rsidR="002174EE" w:rsidRPr="00441A92">
              <w:rPr>
                <w:rFonts w:cs="Times New Roman"/>
                <w:sz w:val="24"/>
                <w:szCs w:val="24"/>
              </w:rPr>
              <w:t xml:space="preserve"> Ajar </w:t>
            </w:r>
            <w:proofErr w:type="spellStart"/>
            <w:r w:rsidR="002174EE" w:rsidRPr="00441A92">
              <w:rPr>
                <w:rFonts w:cs="Times New Roman"/>
                <w:sz w:val="24"/>
                <w:szCs w:val="24"/>
              </w:rPr>
              <w:t>dan</w:t>
            </w:r>
            <w:proofErr w:type="spellEnd"/>
            <w:r w:rsidR="002174EE" w:rsidRPr="00441A92">
              <w:rPr>
                <w:rFonts w:cs="Times New Roman"/>
                <w:sz w:val="24"/>
                <w:szCs w:val="24"/>
              </w:rPr>
              <w:t xml:space="preserve"> LKPD</w:t>
            </w:r>
          </w:p>
        </w:tc>
      </w:tr>
      <w:tr w:rsidR="002174EE" w:rsidRPr="00441A92" w:rsidTr="002174EE">
        <w:trPr>
          <w:jc w:val="center"/>
        </w:trPr>
        <w:tc>
          <w:tcPr>
            <w:tcW w:w="567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473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Penyusunan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dan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pengembangan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instrumen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asesmen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Seni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Budaya</w:t>
            </w:r>
            <w:proofErr w:type="spellEnd"/>
          </w:p>
        </w:tc>
        <w:tc>
          <w:tcPr>
            <w:tcW w:w="2520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Oktober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r w:rsidRPr="00441A92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2520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Instrumen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asesmen</w:t>
            </w:r>
            <w:proofErr w:type="spellEnd"/>
          </w:p>
        </w:tc>
      </w:tr>
      <w:tr w:rsidR="002174EE" w:rsidRPr="00441A92" w:rsidTr="002174EE">
        <w:trPr>
          <w:jc w:val="center"/>
        </w:trPr>
        <w:tc>
          <w:tcPr>
            <w:tcW w:w="567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473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Diskusi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dan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berbagi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praktik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baik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pembelajaran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Seni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Budaya</w:t>
            </w:r>
            <w:proofErr w:type="spellEnd"/>
          </w:p>
        </w:tc>
        <w:tc>
          <w:tcPr>
            <w:tcW w:w="2520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November</w:t>
            </w:r>
            <w:r w:rsidRPr="00441A92">
              <w:rPr>
                <w:rFonts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520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Praktik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baik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pembelajaran</w:t>
            </w:r>
            <w:proofErr w:type="spellEnd"/>
          </w:p>
        </w:tc>
      </w:tr>
      <w:tr w:rsidR="002174EE" w:rsidRPr="00441A92" w:rsidTr="002174EE">
        <w:trPr>
          <w:jc w:val="center"/>
        </w:trPr>
        <w:tc>
          <w:tcPr>
            <w:tcW w:w="567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41A9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473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Evaluasi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pelaksanaan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program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kerja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MGMP</w:t>
            </w:r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dan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penyusunan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laporan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kegiatan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MGMP semester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Ganjil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:rsidR="002174EE" w:rsidRPr="00441A92" w:rsidRDefault="00AF32F9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2174EE" w:rsidRPr="00441A92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2520" w:type="dxa"/>
            <w:vAlign w:val="center"/>
          </w:tcPr>
          <w:p w:rsidR="002174EE" w:rsidRPr="00441A92" w:rsidRDefault="002174EE" w:rsidP="00441A92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1A92">
              <w:rPr>
                <w:rFonts w:cs="Times New Roman"/>
                <w:sz w:val="24"/>
                <w:szCs w:val="24"/>
              </w:rPr>
              <w:t>Laporan</w:t>
            </w:r>
            <w:proofErr w:type="spellEnd"/>
            <w:r w:rsidRPr="00441A9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1A92">
              <w:rPr>
                <w:rFonts w:cs="Times New Roman"/>
                <w:sz w:val="24"/>
                <w:szCs w:val="24"/>
              </w:rPr>
              <w:t>evaluasi</w:t>
            </w:r>
            <w:proofErr w:type="spellEnd"/>
            <w:r w:rsidR="00432EE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432EE7">
              <w:rPr>
                <w:rFonts w:cs="Times New Roman"/>
                <w:sz w:val="24"/>
                <w:szCs w:val="24"/>
              </w:rPr>
              <w:t>dan</w:t>
            </w:r>
            <w:proofErr w:type="spellEnd"/>
            <w:r w:rsidR="00432EE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432EE7">
              <w:rPr>
                <w:rFonts w:cs="Times New Roman"/>
                <w:sz w:val="24"/>
                <w:szCs w:val="24"/>
              </w:rPr>
              <w:t>laporan</w:t>
            </w:r>
            <w:proofErr w:type="spellEnd"/>
            <w:r w:rsidR="00432EE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432EE7">
              <w:rPr>
                <w:rFonts w:cs="Times New Roman"/>
                <w:sz w:val="24"/>
                <w:szCs w:val="24"/>
              </w:rPr>
              <w:t>kegiatan</w:t>
            </w:r>
            <w:proofErr w:type="spellEnd"/>
            <w:r w:rsidR="00432EE7">
              <w:rPr>
                <w:rFonts w:cs="Times New Roman"/>
                <w:sz w:val="24"/>
                <w:szCs w:val="24"/>
              </w:rPr>
              <w:t xml:space="preserve"> MGMP per Semester</w:t>
            </w:r>
          </w:p>
        </w:tc>
      </w:tr>
    </w:tbl>
    <w:p w:rsidR="002174EE" w:rsidRPr="00441A92" w:rsidRDefault="002174EE" w:rsidP="00441A92">
      <w:pPr>
        <w:rPr>
          <w:rFonts w:cs="Times New Roman"/>
          <w:b/>
          <w:sz w:val="24"/>
          <w:szCs w:val="24"/>
        </w:rPr>
      </w:pP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C. Pelaksanaan</w:t>
      </w:r>
    </w:p>
    <w:p w:rsidR="005D113C" w:rsidRPr="00441A92" w:rsidRDefault="003F2AAB" w:rsidP="00441A92">
      <w:pPr>
        <w:jc w:val="both"/>
        <w:rPr>
          <w:rFonts w:cs="Times New Roman"/>
          <w:sz w:val="24"/>
          <w:szCs w:val="24"/>
        </w:rPr>
      </w:pPr>
      <w:proofErr w:type="gramStart"/>
      <w:r w:rsidRPr="00441A92">
        <w:rPr>
          <w:rFonts w:cs="Times New Roman"/>
          <w:sz w:val="24"/>
          <w:szCs w:val="24"/>
        </w:rPr>
        <w:t xml:space="preserve">Program kerja dilaksanakan secara kolaboratif oleh pengurus dan anggota MGMP Seni Budaya SMA/SMK Kabupaten Aceh Timur sesuai jadwal </w:t>
      </w:r>
      <w:r w:rsidRPr="00441A92">
        <w:rPr>
          <w:rFonts w:cs="Times New Roman"/>
          <w:sz w:val="24"/>
          <w:szCs w:val="24"/>
        </w:rPr>
        <w:t>yang telah disepakati, dengan menyesuaikan kalender pendidikan dan kebutuhan sekolah.</w:t>
      </w:r>
      <w:proofErr w:type="gramEnd"/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t>D. Indikator Keberhasilan</w:t>
      </w: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1. Program kerja MGMP terlaksana sesuai jadwal.</w:t>
      </w: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2. Tersedianya perangkat pembelajaran, bahan ajar, LKPD, dan instrumen asesmen Seni Budaya.</w:t>
      </w: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3. M</w:t>
      </w:r>
      <w:r w:rsidRPr="00441A92">
        <w:rPr>
          <w:rFonts w:cs="Times New Roman"/>
          <w:sz w:val="24"/>
          <w:szCs w:val="24"/>
        </w:rPr>
        <w:t>eningkatnya kolaborasi dan berbagi praktik baik antar guru Seni Budaya.</w:t>
      </w: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sz w:val="24"/>
          <w:szCs w:val="24"/>
        </w:rPr>
        <w:t>4. Tersusunnya laporan pelaksanaan dan evaluasi program kerja MGMP.</w:t>
      </w:r>
    </w:p>
    <w:p w:rsidR="005D113C" w:rsidRPr="00441A92" w:rsidRDefault="003F2AAB" w:rsidP="00441A92">
      <w:pPr>
        <w:rPr>
          <w:rFonts w:cs="Times New Roman"/>
          <w:sz w:val="24"/>
          <w:szCs w:val="24"/>
        </w:rPr>
      </w:pPr>
      <w:r w:rsidRPr="00441A92">
        <w:rPr>
          <w:rFonts w:cs="Times New Roman"/>
          <w:b/>
          <w:sz w:val="24"/>
          <w:szCs w:val="24"/>
        </w:rPr>
        <w:lastRenderedPageBreak/>
        <w:t>E. Penutup</w:t>
      </w:r>
    </w:p>
    <w:p w:rsidR="005D113C" w:rsidRDefault="003F2AAB" w:rsidP="00441A92">
      <w:pPr>
        <w:spacing w:line="360" w:lineRule="auto"/>
        <w:jc w:val="both"/>
        <w:rPr>
          <w:rFonts w:cs="Times New Roman"/>
          <w:sz w:val="24"/>
          <w:szCs w:val="24"/>
        </w:rPr>
      </w:pPr>
      <w:proofErr w:type="gramStart"/>
      <w:r w:rsidRPr="00441A92">
        <w:rPr>
          <w:rFonts w:cs="Times New Roman"/>
          <w:sz w:val="24"/>
          <w:szCs w:val="24"/>
        </w:rPr>
        <w:t>Program kerja ini menjadi pedoman bagi pengurus dan anggota MGMP Seni Budaya SMA/SMK Kabupaten Aceh Timur</w:t>
      </w:r>
      <w:r w:rsidRPr="00441A92">
        <w:rPr>
          <w:rFonts w:cs="Times New Roman"/>
          <w:sz w:val="24"/>
          <w:szCs w:val="24"/>
        </w:rPr>
        <w:t xml:space="preserve"> dalam melaksanakan kegiatan selama Semester Ganjil Tahun Pelajaran 2026/2027.</w:t>
      </w:r>
      <w:proofErr w:type="gramEnd"/>
      <w:r w:rsidRPr="00441A92">
        <w:rPr>
          <w:rFonts w:cs="Times New Roman"/>
          <w:sz w:val="24"/>
          <w:szCs w:val="24"/>
        </w:rPr>
        <w:t xml:space="preserve"> </w:t>
      </w:r>
      <w:proofErr w:type="gramStart"/>
      <w:r w:rsidRPr="00441A92">
        <w:rPr>
          <w:rFonts w:cs="Times New Roman"/>
          <w:sz w:val="24"/>
          <w:szCs w:val="24"/>
        </w:rPr>
        <w:t xml:space="preserve">Pelaksanaan kegiatan diharapkan dapat mendukung peningkatan kompetensi guru dan </w:t>
      </w:r>
      <w:proofErr w:type="spellStart"/>
      <w:r w:rsidRPr="00441A92">
        <w:rPr>
          <w:rFonts w:cs="Times New Roman"/>
          <w:sz w:val="24"/>
          <w:szCs w:val="24"/>
        </w:rPr>
        <w:t>kualitas</w:t>
      </w:r>
      <w:proofErr w:type="spellEnd"/>
      <w:r w:rsidRPr="00441A92">
        <w:rPr>
          <w:rFonts w:cs="Times New Roman"/>
          <w:sz w:val="24"/>
          <w:szCs w:val="24"/>
        </w:rPr>
        <w:t xml:space="preserve"> </w:t>
      </w:r>
      <w:proofErr w:type="spellStart"/>
      <w:r w:rsidRPr="00441A92">
        <w:rPr>
          <w:rFonts w:cs="Times New Roman"/>
          <w:sz w:val="24"/>
          <w:szCs w:val="24"/>
        </w:rPr>
        <w:t>pembelajaran</w:t>
      </w:r>
      <w:proofErr w:type="spellEnd"/>
      <w:r w:rsidRPr="00441A92">
        <w:rPr>
          <w:rFonts w:cs="Times New Roman"/>
          <w:sz w:val="24"/>
          <w:szCs w:val="24"/>
        </w:rPr>
        <w:t xml:space="preserve"> </w:t>
      </w:r>
      <w:proofErr w:type="spellStart"/>
      <w:r w:rsidRPr="00441A92">
        <w:rPr>
          <w:rFonts w:cs="Times New Roman"/>
          <w:sz w:val="24"/>
          <w:szCs w:val="24"/>
        </w:rPr>
        <w:t>Seni</w:t>
      </w:r>
      <w:proofErr w:type="spellEnd"/>
      <w:r w:rsidRPr="00441A92">
        <w:rPr>
          <w:rFonts w:cs="Times New Roman"/>
          <w:sz w:val="24"/>
          <w:szCs w:val="24"/>
        </w:rPr>
        <w:t xml:space="preserve"> </w:t>
      </w:r>
      <w:proofErr w:type="spellStart"/>
      <w:r w:rsidRPr="00441A92">
        <w:rPr>
          <w:rFonts w:cs="Times New Roman"/>
          <w:sz w:val="24"/>
          <w:szCs w:val="24"/>
        </w:rPr>
        <w:t>Budaya</w:t>
      </w:r>
      <w:proofErr w:type="spellEnd"/>
      <w:r w:rsidRPr="00441A92">
        <w:rPr>
          <w:rFonts w:cs="Times New Roman"/>
          <w:sz w:val="24"/>
          <w:szCs w:val="24"/>
        </w:rPr>
        <w:t>.</w:t>
      </w:r>
      <w:proofErr w:type="gramEnd"/>
    </w:p>
    <w:p w:rsidR="00441A92" w:rsidRDefault="00441A92" w:rsidP="00441A92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441A92" w:rsidRDefault="00441A92" w:rsidP="00441A92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441A92" w:rsidRDefault="00441A92" w:rsidP="00441A92">
      <w:pPr>
        <w:spacing w:after="0" w:line="360" w:lineRule="auto"/>
        <w:ind w:left="57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</w:t>
      </w:r>
      <w:r>
        <w:rPr>
          <w:rFonts w:cs="Times New Roman"/>
          <w:sz w:val="24"/>
          <w:szCs w:val="24"/>
        </w:rPr>
        <w:tab/>
        <w:t xml:space="preserve">       Aceh </w:t>
      </w:r>
      <w:proofErr w:type="spellStart"/>
      <w:r>
        <w:rPr>
          <w:rFonts w:cs="Times New Roman"/>
          <w:sz w:val="24"/>
          <w:szCs w:val="24"/>
        </w:rPr>
        <w:t>Timur</w:t>
      </w:r>
      <w:proofErr w:type="spellEnd"/>
      <w:r>
        <w:rPr>
          <w:rFonts w:cs="Times New Roman"/>
          <w:sz w:val="24"/>
          <w:szCs w:val="24"/>
        </w:rPr>
        <w:t xml:space="preserve">, 18 </w:t>
      </w:r>
      <w:proofErr w:type="spellStart"/>
      <w:r>
        <w:rPr>
          <w:rFonts w:cs="Times New Roman"/>
          <w:sz w:val="24"/>
          <w:szCs w:val="24"/>
        </w:rPr>
        <w:t>Agustus</w:t>
      </w:r>
      <w:proofErr w:type="spellEnd"/>
      <w:r>
        <w:rPr>
          <w:rFonts w:cs="Times New Roman"/>
          <w:sz w:val="24"/>
          <w:szCs w:val="24"/>
        </w:rPr>
        <w:t xml:space="preserve"> 2026</w:t>
      </w:r>
    </w:p>
    <w:p w:rsidR="004F2270" w:rsidRDefault="004F2270" w:rsidP="00441A92">
      <w:pPr>
        <w:spacing w:after="0" w:line="360" w:lineRule="auto"/>
        <w:ind w:left="5760"/>
        <w:jc w:val="both"/>
        <w:rPr>
          <w:rFonts w:cs="Times New Roman"/>
          <w:sz w:val="24"/>
          <w:szCs w:val="24"/>
        </w:rPr>
      </w:pPr>
    </w:p>
    <w:p w:rsidR="00441A92" w:rsidRDefault="00441A92" w:rsidP="004F2270">
      <w:pPr>
        <w:spacing w:after="0" w:line="240" w:lineRule="auto"/>
        <w:ind w:left="6480"/>
        <w:jc w:val="center"/>
        <w:rPr>
          <w:rFonts w:cs="Times New Roman"/>
          <w:sz w:val="24"/>
          <w:szCs w:val="24"/>
        </w:rPr>
      </w:pPr>
      <w:proofErr w:type="spellStart"/>
      <w:r w:rsidRPr="00441A92">
        <w:rPr>
          <w:rFonts w:cs="Times New Roman"/>
          <w:sz w:val="24"/>
          <w:szCs w:val="24"/>
        </w:rPr>
        <w:t>Ketua</w:t>
      </w:r>
      <w:proofErr w:type="spellEnd"/>
      <w:r w:rsidRPr="00441A92">
        <w:rPr>
          <w:rFonts w:cs="Times New Roman"/>
          <w:sz w:val="24"/>
          <w:szCs w:val="24"/>
        </w:rPr>
        <w:t xml:space="preserve"> MGMP </w:t>
      </w:r>
      <w:proofErr w:type="spellStart"/>
      <w:r w:rsidRPr="00441A92">
        <w:rPr>
          <w:rFonts w:cs="Times New Roman"/>
          <w:sz w:val="24"/>
          <w:szCs w:val="24"/>
        </w:rPr>
        <w:t>Seni</w:t>
      </w:r>
      <w:proofErr w:type="spellEnd"/>
      <w:r w:rsidRPr="00441A92">
        <w:rPr>
          <w:rFonts w:cs="Times New Roman"/>
          <w:sz w:val="24"/>
          <w:szCs w:val="24"/>
        </w:rPr>
        <w:t xml:space="preserve"> </w:t>
      </w:r>
      <w:proofErr w:type="spellStart"/>
      <w:r w:rsidRPr="00441A92">
        <w:rPr>
          <w:rFonts w:cs="Times New Roman"/>
          <w:sz w:val="24"/>
          <w:szCs w:val="24"/>
        </w:rPr>
        <w:t>Budaya</w:t>
      </w:r>
      <w:proofErr w:type="spellEnd"/>
      <w:r>
        <w:rPr>
          <w:rFonts w:cs="Times New Roman"/>
          <w:sz w:val="24"/>
          <w:szCs w:val="24"/>
        </w:rPr>
        <w:t xml:space="preserve"> SMA/SMK Aceh </w:t>
      </w:r>
      <w:proofErr w:type="spellStart"/>
      <w:r>
        <w:rPr>
          <w:rFonts w:cs="Times New Roman"/>
          <w:sz w:val="24"/>
          <w:szCs w:val="24"/>
        </w:rPr>
        <w:t>Timur</w:t>
      </w:r>
      <w:proofErr w:type="spellEnd"/>
    </w:p>
    <w:p w:rsidR="004F2270" w:rsidRDefault="004F2270" w:rsidP="00441A92">
      <w:pPr>
        <w:spacing w:after="0" w:line="360" w:lineRule="auto"/>
        <w:ind w:left="6480"/>
        <w:jc w:val="center"/>
        <w:rPr>
          <w:rFonts w:cs="Times New Roman"/>
          <w:sz w:val="24"/>
          <w:szCs w:val="24"/>
        </w:rPr>
      </w:pPr>
    </w:p>
    <w:p w:rsidR="004F2270" w:rsidRDefault="004F2270" w:rsidP="00441A92">
      <w:pPr>
        <w:spacing w:after="0" w:line="360" w:lineRule="auto"/>
        <w:ind w:left="6480"/>
        <w:jc w:val="center"/>
        <w:rPr>
          <w:rFonts w:cs="Times New Roman"/>
          <w:sz w:val="24"/>
          <w:szCs w:val="24"/>
        </w:rPr>
      </w:pPr>
    </w:p>
    <w:p w:rsidR="004F2270" w:rsidRDefault="004F2270" w:rsidP="004F2270">
      <w:pPr>
        <w:spacing w:after="0" w:line="240" w:lineRule="auto"/>
        <w:ind w:left="6480"/>
        <w:jc w:val="center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</w:rPr>
        <w:t>Tari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Riski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Ananda</w:t>
      </w:r>
      <w:proofErr w:type="spellEnd"/>
      <w:r>
        <w:rPr>
          <w:rFonts w:cs="Times New Roman"/>
          <w:sz w:val="24"/>
          <w:szCs w:val="24"/>
        </w:rPr>
        <w:t xml:space="preserve">, </w:t>
      </w:r>
      <w:proofErr w:type="spellStart"/>
      <w:r>
        <w:rPr>
          <w:rFonts w:cs="Times New Roman"/>
          <w:sz w:val="24"/>
          <w:szCs w:val="24"/>
        </w:rPr>
        <w:t>S.Pd</w:t>
      </w:r>
      <w:proofErr w:type="spellEnd"/>
    </w:p>
    <w:p w:rsidR="004F2270" w:rsidRDefault="004F2270" w:rsidP="004F2270">
      <w:pPr>
        <w:spacing w:after="0" w:line="240" w:lineRule="auto"/>
        <w:ind w:left="648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NIP.19920</w:t>
      </w:r>
      <w:r w:rsidR="00A82208">
        <w:rPr>
          <w:rFonts w:cs="Times New Roman"/>
          <w:sz w:val="24"/>
          <w:szCs w:val="24"/>
        </w:rPr>
        <w:t>2</w:t>
      </w:r>
      <w:bookmarkStart w:id="0" w:name="_GoBack"/>
      <w:bookmarkEnd w:id="0"/>
      <w:r>
        <w:rPr>
          <w:rFonts w:cs="Times New Roman"/>
          <w:sz w:val="24"/>
          <w:szCs w:val="24"/>
        </w:rPr>
        <w:t>032022212005</w:t>
      </w:r>
    </w:p>
    <w:p w:rsidR="00441A92" w:rsidRDefault="00441A92" w:rsidP="00441A92">
      <w:pPr>
        <w:spacing w:after="0" w:line="360" w:lineRule="auto"/>
        <w:ind w:left="5760"/>
        <w:jc w:val="center"/>
        <w:rPr>
          <w:rFonts w:cs="Times New Roman"/>
          <w:sz w:val="24"/>
          <w:szCs w:val="24"/>
        </w:rPr>
      </w:pPr>
    </w:p>
    <w:p w:rsidR="00441A92" w:rsidRPr="00441A92" w:rsidRDefault="00441A92" w:rsidP="00441A92">
      <w:pPr>
        <w:spacing w:after="0" w:line="360" w:lineRule="auto"/>
        <w:ind w:left="5760"/>
        <w:jc w:val="center"/>
        <w:rPr>
          <w:rFonts w:cs="Times New Roman"/>
          <w:sz w:val="24"/>
          <w:szCs w:val="24"/>
        </w:rPr>
      </w:pPr>
    </w:p>
    <w:p w:rsidR="005D113C" w:rsidRPr="00441A92" w:rsidRDefault="005D113C" w:rsidP="00441A92">
      <w:pPr>
        <w:rPr>
          <w:rFonts w:cs="Times New Roman"/>
          <w:sz w:val="24"/>
          <w:szCs w:val="24"/>
        </w:rPr>
      </w:pPr>
    </w:p>
    <w:p w:rsidR="003F2AAB" w:rsidRPr="00441A92" w:rsidRDefault="003F2AAB" w:rsidP="00441A92">
      <w:pPr>
        <w:rPr>
          <w:rFonts w:cs="Times New Roman"/>
          <w:sz w:val="24"/>
          <w:szCs w:val="24"/>
        </w:rPr>
      </w:pPr>
    </w:p>
    <w:sectPr w:rsidR="003F2AAB" w:rsidRPr="00441A92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6439"/>
    <w:rsid w:val="0015074B"/>
    <w:rsid w:val="002174EE"/>
    <w:rsid w:val="0029639D"/>
    <w:rsid w:val="00326F90"/>
    <w:rsid w:val="003F2AAB"/>
    <w:rsid w:val="00432EE7"/>
    <w:rsid w:val="00441A92"/>
    <w:rsid w:val="004F2270"/>
    <w:rsid w:val="005D113C"/>
    <w:rsid w:val="00A82208"/>
    <w:rsid w:val="00AA1D8D"/>
    <w:rsid w:val="00AF32F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2DC945-DD9F-4731-922E-287077BF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7</cp:revision>
  <dcterms:created xsi:type="dcterms:W3CDTF">2013-12-23T23:15:00Z</dcterms:created>
  <dcterms:modified xsi:type="dcterms:W3CDTF">2026-08-18T13:06:00Z</dcterms:modified>
  <cp:category/>
</cp:coreProperties>
</file>