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C45D7" w14:textId="5DB57426" w:rsidR="00D11344" w:rsidRDefault="00D11344">
      <w:pPr>
        <w:spacing w:after="2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MGMP KIMIA KOTA SABANG</w:t>
      </w:r>
    </w:p>
    <w:p w14:paraId="601BA75A" w14:textId="0A935603" w:rsidR="00D64AEA" w:rsidRDefault="00000000">
      <w:pPr>
        <w:spacing w:after="240"/>
        <w:jc w:val="center"/>
      </w:pPr>
      <w:r>
        <w:rPr>
          <w:rFonts w:ascii="Arial" w:hAnsi="Arial"/>
          <w:b/>
          <w:sz w:val="24"/>
        </w:rPr>
        <w:t xml:space="preserve">NASKAH SOAL SETARA TKA KIMIA </w:t>
      </w:r>
      <w:r w:rsidR="00854231">
        <w:rPr>
          <w:rFonts w:ascii="Arial" w:hAnsi="Arial"/>
          <w:b/>
          <w:sz w:val="24"/>
        </w:rPr>
        <w:t>2025</w:t>
      </w:r>
    </w:p>
    <w:p w14:paraId="1FF0037D" w14:textId="77777777" w:rsidR="00D64AEA" w:rsidRDefault="00000000">
      <w:pPr>
        <w:spacing w:after="120"/>
      </w:pPr>
      <w:r>
        <w:rPr>
          <w:rFonts w:ascii="Arial" w:hAnsi="Arial"/>
          <w:b/>
        </w:rPr>
        <w:t>SOAL NOMOR 1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3B2C6CFB" w14:textId="77777777">
        <w:trPr>
          <w:jc w:val="center"/>
        </w:trPr>
        <w:tc>
          <w:tcPr>
            <w:tcW w:w="2880" w:type="dxa"/>
            <w:vAlign w:val="center"/>
          </w:tcPr>
          <w:p w14:paraId="55C28A1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23381FE6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Kimia Dasar</w:t>
            </w:r>
          </w:p>
        </w:tc>
      </w:tr>
      <w:tr w:rsidR="00D64AEA" w14:paraId="166D3EEC" w14:textId="77777777">
        <w:trPr>
          <w:jc w:val="center"/>
        </w:trPr>
        <w:tc>
          <w:tcPr>
            <w:tcW w:w="2880" w:type="dxa"/>
            <w:vAlign w:val="center"/>
          </w:tcPr>
          <w:p w14:paraId="325DBC6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51110EAF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Stoikiometri</w:t>
            </w:r>
            <w:proofErr w:type="spellEnd"/>
          </w:p>
        </w:tc>
      </w:tr>
      <w:tr w:rsidR="00D64AEA" w14:paraId="5B95C4DD" w14:textId="77777777">
        <w:trPr>
          <w:jc w:val="center"/>
        </w:trPr>
        <w:tc>
          <w:tcPr>
            <w:tcW w:w="2880" w:type="dxa"/>
            <w:vAlign w:val="center"/>
          </w:tcPr>
          <w:p w14:paraId="7813940F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222409B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Menerapkan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menyelesaikan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06779FEE" w14:textId="77777777">
        <w:trPr>
          <w:jc w:val="center"/>
        </w:trPr>
        <w:tc>
          <w:tcPr>
            <w:tcW w:w="2880" w:type="dxa"/>
            <w:vAlign w:val="center"/>
          </w:tcPr>
          <w:p w14:paraId="1BAE372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0586264A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mengandung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suatu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unsur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tertentu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tertinggi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167AB9E1" w14:textId="77777777">
        <w:trPr>
          <w:jc w:val="center"/>
        </w:trPr>
        <w:tc>
          <w:tcPr>
            <w:tcW w:w="2880" w:type="dxa"/>
            <w:vAlign w:val="center"/>
          </w:tcPr>
          <w:p w14:paraId="363F260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2FA2E01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Membandingkan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nitrogen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dalam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beberapa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pupuk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004778E9" w14:textId="77777777">
        <w:trPr>
          <w:jc w:val="center"/>
        </w:trPr>
        <w:tc>
          <w:tcPr>
            <w:tcW w:w="2880" w:type="dxa"/>
            <w:vAlign w:val="center"/>
          </w:tcPr>
          <w:p w14:paraId="7D39AE1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28D7F7B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4EF26434" w14:textId="77777777">
        <w:trPr>
          <w:jc w:val="center"/>
        </w:trPr>
        <w:tc>
          <w:tcPr>
            <w:tcW w:w="2880" w:type="dxa"/>
            <w:vAlign w:val="center"/>
          </w:tcPr>
          <w:p w14:paraId="50F62A0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0EB849C3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43FAF8BB" w14:textId="77777777" w:rsidR="00D64AEA" w:rsidRDefault="00D64AEA">
      <w:pPr>
        <w:spacing w:after="120"/>
      </w:pPr>
    </w:p>
    <w:p w14:paraId="0E24EF9C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Seorang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petani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ingin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memilih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pupuk</w:t>
      </w:r>
      <w:proofErr w:type="spellEnd"/>
      <w:r>
        <w:rPr>
          <w:rFonts w:ascii="Arial" w:hAnsi="Arial"/>
          <w:sz w:val="20"/>
        </w:rPr>
        <w:t xml:space="preserve"> yang </w:t>
      </w:r>
      <w:proofErr w:type="spellStart"/>
      <w:r>
        <w:rPr>
          <w:rFonts w:ascii="Arial" w:hAnsi="Arial"/>
          <w:sz w:val="20"/>
        </w:rPr>
        <w:t>mengandung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persentase</w:t>
      </w:r>
      <w:proofErr w:type="spellEnd"/>
      <w:r>
        <w:rPr>
          <w:rFonts w:ascii="Arial" w:hAnsi="Arial"/>
          <w:sz w:val="20"/>
        </w:rPr>
        <w:t xml:space="preserve"> nitrogen </w:t>
      </w:r>
      <w:proofErr w:type="spellStart"/>
      <w:r>
        <w:rPr>
          <w:rFonts w:ascii="Arial" w:hAnsi="Arial"/>
          <w:sz w:val="20"/>
        </w:rPr>
        <w:t>tertinggi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untuk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tanamannya</w:t>
      </w:r>
      <w:proofErr w:type="spellEnd"/>
      <w:r>
        <w:rPr>
          <w:rFonts w:ascii="Arial" w:hAnsi="Arial"/>
          <w:sz w:val="20"/>
        </w:rPr>
        <w:t xml:space="preserve">. </w:t>
      </w:r>
      <w:proofErr w:type="spellStart"/>
      <w:r>
        <w:rPr>
          <w:rFonts w:ascii="Arial" w:hAnsi="Arial"/>
          <w:sz w:val="20"/>
        </w:rPr>
        <w:t>Diketahui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beberapa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pilihan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pupuk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sebagai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berikut</w:t>
      </w:r>
      <w:proofErr w:type="spellEnd"/>
      <w:r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br/>
        <w:t>1. Urea, CO(NH</w:t>
      </w:r>
      <w:proofErr w:type="gramStart"/>
      <w:r>
        <w:rPr>
          <w:rFonts w:ascii="Arial" w:hAnsi="Arial"/>
          <w:sz w:val="20"/>
        </w:rPr>
        <w:t>₂)₂</w:t>
      </w:r>
      <w:proofErr w:type="gramEnd"/>
      <w:r>
        <w:rPr>
          <w:rFonts w:ascii="Arial" w:hAnsi="Arial"/>
          <w:sz w:val="20"/>
        </w:rPr>
        <w:t xml:space="preserve"> (</w:t>
      </w:r>
      <w:proofErr w:type="spellStart"/>
      <w:r>
        <w:rPr>
          <w:rFonts w:ascii="Arial" w:hAnsi="Arial"/>
          <w:sz w:val="20"/>
        </w:rPr>
        <w:t>Mr</w:t>
      </w:r>
      <w:proofErr w:type="spellEnd"/>
      <w:r>
        <w:rPr>
          <w:rFonts w:ascii="Arial" w:hAnsi="Arial"/>
          <w:sz w:val="20"/>
        </w:rPr>
        <w:t xml:space="preserve"> = 60)</w:t>
      </w:r>
      <w:r>
        <w:rPr>
          <w:rFonts w:ascii="Arial" w:hAnsi="Arial"/>
          <w:sz w:val="20"/>
        </w:rPr>
        <w:br/>
        <w:t xml:space="preserve">2.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>, (NH</w:t>
      </w:r>
      <w:proofErr w:type="gramStart"/>
      <w:r>
        <w:rPr>
          <w:rFonts w:ascii="Arial" w:hAnsi="Arial"/>
          <w:sz w:val="20"/>
        </w:rPr>
        <w:t>₄)₂</w:t>
      </w:r>
      <w:proofErr w:type="gramEnd"/>
      <w:r>
        <w:rPr>
          <w:rFonts w:ascii="Arial" w:hAnsi="Arial"/>
          <w:sz w:val="20"/>
        </w:rPr>
        <w:t>SO₄ (</w:t>
      </w:r>
      <w:proofErr w:type="spellStart"/>
      <w:r>
        <w:rPr>
          <w:rFonts w:ascii="Arial" w:hAnsi="Arial"/>
          <w:sz w:val="20"/>
        </w:rPr>
        <w:t>Mr</w:t>
      </w:r>
      <w:proofErr w:type="spellEnd"/>
      <w:r>
        <w:rPr>
          <w:rFonts w:ascii="Arial" w:hAnsi="Arial"/>
          <w:sz w:val="20"/>
        </w:rPr>
        <w:t xml:space="preserve"> = 132)</w:t>
      </w:r>
      <w:r>
        <w:rPr>
          <w:rFonts w:ascii="Arial" w:hAnsi="Arial"/>
          <w:sz w:val="20"/>
        </w:rPr>
        <w:br/>
        <w:t xml:space="preserve">3.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  <w:r>
        <w:rPr>
          <w:rFonts w:ascii="Arial" w:hAnsi="Arial"/>
          <w:sz w:val="20"/>
        </w:rPr>
        <w:t>, NH₄NO₃ (</w:t>
      </w:r>
      <w:proofErr w:type="spellStart"/>
      <w:r>
        <w:rPr>
          <w:rFonts w:ascii="Arial" w:hAnsi="Arial"/>
          <w:sz w:val="20"/>
        </w:rPr>
        <w:t>Mr</w:t>
      </w:r>
      <w:proofErr w:type="spellEnd"/>
      <w:r>
        <w:rPr>
          <w:rFonts w:ascii="Arial" w:hAnsi="Arial"/>
          <w:sz w:val="20"/>
        </w:rPr>
        <w:t xml:space="preserve"> = 80)</w:t>
      </w:r>
      <w:r>
        <w:rPr>
          <w:rFonts w:ascii="Arial" w:hAnsi="Arial"/>
          <w:sz w:val="20"/>
        </w:rPr>
        <w:br/>
        <w:t>(</w:t>
      </w:r>
      <w:proofErr w:type="spellStart"/>
      <w:r>
        <w:rPr>
          <w:rFonts w:ascii="Arial" w:hAnsi="Arial"/>
          <w:sz w:val="20"/>
        </w:rPr>
        <w:t>Ar</w:t>
      </w:r>
      <w:proofErr w:type="spellEnd"/>
      <w:r>
        <w:rPr>
          <w:rFonts w:ascii="Arial" w:hAnsi="Arial"/>
          <w:sz w:val="20"/>
        </w:rPr>
        <w:t>: N=14, C=12, O=16, H=1, S=32)</w:t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Urutan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pupuk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dari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kadar</w:t>
      </w:r>
      <w:proofErr w:type="spellEnd"/>
      <w:r>
        <w:rPr>
          <w:rFonts w:ascii="Arial" w:hAnsi="Arial"/>
          <w:sz w:val="20"/>
        </w:rPr>
        <w:t xml:space="preserve"> nitrogen </w:t>
      </w:r>
      <w:proofErr w:type="spellStart"/>
      <w:r>
        <w:rPr>
          <w:rFonts w:ascii="Arial" w:hAnsi="Arial"/>
          <w:sz w:val="20"/>
        </w:rPr>
        <w:t>terendah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ke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tertinggi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3A08E6B3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02872F42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A.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 xml:space="preserve">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  <w:r>
        <w:rPr>
          <w:rFonts w:ascii="Arial" w:hAnsi="Arial"/>
          <w:sz w:val="20"/>
        </w:rPr>
        <w:t xml:space="preserve"> &lt; Urea</w:t>
      </w:r>
    </w:p>
    <w:p w14:paraId="172C9C5E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B. Urea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  <w:r>
        <w:rPr>
          <w:rFonts w:ascii="Arial" w:hAnsi="Arial"/>
          <w:sz w:val="20"/>
        </w:rPr>
        <w:t xml:space="preserve">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</w:p>
    <w:p w14:paraId="25778E21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C.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  <w:r>
        <w:rPr>
          <w:rFonts w:ascii="Arial" w:hAnsi="Arial"/>
          <w:sz w:val="20"/>
        </w:rPr>
        <w:t xml:space="preserve">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 xml:space="preserve"> &lt; Urea</w:t>
      </w:r>
    </w:p>
    <w:p w14:paraId="76945982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D. Urea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 xml:space="preserve">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</w:p>
    <w:p w14:paraId="343AC20B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E.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 xml:space="preserve"> &lt; Urea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</w:p>
    <w:p w14:paraId="4D32F68A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A</w:t>
      </w:r>
    </w:p>
    <w:p w14:paraId="3728DE1B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35DD80B6" w14:textId="77777777" w:rsidR="00D64AEA" w:rsidRDefault="00000000">
      <w:pPr>
        <w:spacing w:after="120"/>
      </w:pPr>
      <w:r>
        <w:rPr>
          <w:rFonts w:ascii="Arial" w:hAnsi="Arial"/>
          <w:sz w:val="20"/>
        </w:rPr>
        <w:t xml:space="preserve">Kadar N </w:t>
      </w:r>
      <w:proofErr w:type="spellStart"/>
      <w:r>
        <w:rPr>
          <w:rFonts w:ascii="Arial" w:hAnsi="Arial"/>
          <w:sz w:val="20"/>
        </w:rPr>
        <w:t>dihitung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(</w:t>
      </w:r>
      <w:proofErr w:type="spellStart"/>
      <w:r>
        <w:rPr>
          <w:rFonts w:ascii="Arial" w:hAnsi="Arial"/>
          <w:sz w:val="20"/>
        </w:rPr>
        <w:t>Jumlah</w:t>
      </w:r>
      <w:proofErr w:type="spellEnd"/>
      <w:r>
        <w:rPr>
          <w:rFonts w:ascii="Arial" w:hAnsi="Arial"/>
          <w:sz w:val="20"/>
        </w:rPr>
        <w:t xml:space="preserve"> N x </w:t>
      </w:r>
      <w:proofErr w:type="spellStart"/>
      <w:r>
        <w:rPr>
          <w:rFonts w:ascii="Arial" w:hAnsi="Arial"/>
          <w:sz w:val="20"/>
        </w:rPr>
        <w:t>Ar</w:t>
      </w:r>
      <w:proofErr w:type="spellEnd"/>
      <w:r>
        <w:rPr>
          <w:rFonts w:ascii="Arial" w:hAnsi="Arial"/>
          <w:sz w:val="20"/>
        </w:rPr>
        <w:t xml:space="preserve"> N / </w:t>
      </w:r>
      <w:proofErr w:type="spellStart"/>
      <w:r>
        <w:rPr>
          <w:rFonts w:ascii="Arial" w:hAnsi="Arial"/>
          <w:sz w:val="20"/>
        </w:rPr>
        <w:t>Mr</w:t>
      </w:r>
      <w:proofErr w:type="spellEnd"/>
      <w:r>
        <w:rPr>
          <w:rFonts w:ascii="Arial" w:hAnsi="Arial"/>
          <w:sz w:val="20"/>
        </w:rPr>
        <w:t>) x 100%.</w:t>
      </w:r>
      <w:r>
        <w:rPr>
          <w:rFonts w:ascii="Arial" w:hAnsi="Arial"/>
          <w:sz w:val="20"/>
        </w:rPr>
        <w:br/>
        <w:t>- Urea: (2x14/60) x 100% = 46,7%</w:t>
      </w:r>
      <w:r>
        <w:rPr>
          <w:rFonts w:ascii="Arial" w:hAnsi="Arial"/>
          <w:sz w:val="20"/>
        </w:rPr>
        <w:br/>
        <w:t xml:space="preserve">-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>: (2x14/132) x 100% = 21,2%</w:t>
      </w:r>
      <w:r>
        <w:rPr>
          <w:rFonts w:ascii="Arial" w:hAnsi="Arial"/>
          <w:sz w:val="20"/>
        </w:rPr>
        <w:br/>
        <w:t xml:space="preserve">-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  <w:r>
        <w:rPr>
          <w:rFonts w:ascii="Arial" w:hAnsi="Arial"/>
          <w:sz w:val="20"/>
        </w:rPr>
        <w:t>: (2x14/80) x 100% = 35%</w:t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Urutan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dari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terendah</w:t>
      </w:r>
      <w:proofErr w:type="spellEnd"/>
      <w:r>
        <w:rPr>
          <w:rFonts w:ascii="Arial" w:hAnsi="Arial"/>
          <w:sz w:val="20"/>
        </w:rPr>
        <w:t xml:space="preserve">: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sulfat</w:t>
      </w:r>
      <w:proofErr w:type="spellEnd"/>
      <w:r>
        <w:rPr>
          <w:rFonts w:ascii="Arial" w:hAnsi="Arial"/>
          <w:sz w:val="20"/>
        </w:rPr>
        <w:t xml:space="preserve"> (21,2%) &lt; </w:t>
      </w:r>
      <w:proofErr w:type="spellStart"/>
      <w:r>
        <w:rPr>
          <w:rFonts w:ascii="Arial" w:hAnsi="Arial"/>
          <w:sz w:val="20"/>
        </w:rPr>
        <w:t>Amonium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nitrat</w:t>
      </w:r>
      <w:proofErr w:type="spellEnd"/>
      <w:r>
        <w:rPr>
          <w:rFonts w:ascii="Arial" w:hAnsi="Arial"/>
          <w:sz w:val="20"/>
        </w:rPr>
        <w:t xml:space="preserve"> (35%) &lt; Urea (46,7%).</w:t>
      </w:r>
    </w:p>
    <w:p w14:paraId="0D9F83DD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3485FD6C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3B925C2C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78E6E83C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4D68475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4C1E4EB0" w14:textId="77777777">
        <w:trPr>
          <w:jc w:val="center"/>
        </w:trPr>
        <w:tc>
          <w:tcPr>
            <w:tcW w:w="3168" w:type="dxa"/>
            <w:vAlign w:val="center"/>
          </w:tcPr>
          <w:p w14:paraId="1357D4C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A.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sulfat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Urea</w:t>
            </w:r>
          </w:p>
        </w:tc>
        <w:tc>
          <w:tcPr>
            <w:tcW w:w="1152" w:type="dxa"/>
            <w:vAlign w:val="center"/>
          </w:tcPr>
          <w:p w14:paraId="2B8AA72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013AE98C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Urutan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hasil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nitrogen.</w:t>
            </w:r>
          </w:p>
        </w:tc>
      </w:tr>
      <w:tr w:rsidR="00D64AEA" w14:paraId="6B7F124D" w14:textId="77777777">
        <w:trPr>
          <w:jc w:val="center"/>
        </w:trPr>
        <w:tc>
          <w:tcPr>
            <w:tcW w:w="3168" w:type="dxa"/>
            <w:vAlign w:val="center"/>
          </w:tcPr>
          <w:p w14:paraId="41BDA3E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B. Urea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sulfat</w:t>
            </w:r>
            <w:proofErr w:type="spellEnd"/>
          </w:p>
        </w:tc>
        <w:tc>
          <w:tcPr>
            <w:tcW w:w="1152" w:type="dxa"/>
            <w:vAlign w:val="center"/>
          </w:tcPr>
          <w:p w14:paraId="2346DFA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70FE6BE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Urea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memiliki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tertinggi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terendah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6419F7F9" w14:textId="77777777">
        <w:trPr>
          <w:jc w:val="center"/>
        </w:trPr>
        <w:tc>
          <w:tcPr>
            <w:tcW w:w="3168" w:type="dxa"/>
            <w:vAlign w:val="center"/>
          </w:tcPr>
          <w:p w14:paraId="04EDFE99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C.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sulfat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Urea</w:t>
            </w:r>
          </w:p>
        </w:tc>
        <w:tc>
          <w:tcPr>
            <w:tcW w:w="1152" w:type="dxa"/>
            <w:vAlign w:val="center"/>
          </w:tcPr>
          <w:p w14:paraId="394CF95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9065C9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memiliki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lebih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tinggi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dari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sulfat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0EA3EE8D" w14:textId="77777777">
        <w:trPr>
          <w:jc w:val="center"/>
        </w:trPr>
        <w:tc>
          <w:tcPr>
            <w:tcW w:w="3168" w:type="dxa"/>
            <w:vAlign w:val="center"/>
          </w:tcPr>
          <w:p w14:paraId="534AE85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D. Urea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sulfat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</w:p>
        </w:tc>
        <w:tc>
          <w:tcPr>
            <w:tcW w:w="1152" w:type="dxa"/>
            <w:vAlign w:val="center"/>
          </w:tcPr>
          <w:p w14:paraId="7BC140FA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3FE6A71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Urea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terendah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309BD13A" w14:textId="77777777">
        <w:trPr>
          <w:jc w:val="center"/>
        </w:trPr>
        <w:tc>
          <w:tcPr>
            <w:tcW w:w="3168" w:type="dxa"/>
            <w:vAlign w:val="center"/>
          </w:tcPr>
          <w:p w14:paraId="4203539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E.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sulfat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&lt; Urea &lt;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</w:p>
        </w:tc>
        <w:tc>
          <w:tcPr>
            <w:tcW w:w="1152" w:type="dxa"/>
            <w:vAlign w:val="center"/>
          </w:tcPr>
          <w:p w14:paraId="14AB975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15D8936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Amonium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nitrat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lebih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rendah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dibanding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urea.</w:t>
            </w:r>
          </w:p>
        </w:tc>
      </w:tr>
    </w:tbl>
    <w:p w14:paraId="64B66CBE" w14:textId="77777777" w:rsidR="00D64AEA" w:rsidRDefault="00D64AEA">
      <w:pPr>
        <w:spacing w:after="120"/>
      </w:pPr>
    </w:p>
    <w:p w14:paraId="4A468018" w14:textId="77777777" w:rsidR="00D11344" w:rsidRDefault="00D11344">
      <w:pPr>
        <w:spacing w:after="120"/>
        <w:rPr>
          <w:rFonts w:ascii="Arial" w:hAnsi="Arial"/>
          <w:b/>
        </w:rPr>
      </w:pPr>
    </w:p>
    <w:p w14:paraId="4576AA96" w14:textId="1535C154" w:rsidR="00D64AEA" w:rsidRDefault="00000000">
      <w:pPr>
        <w:spacing w:after="120"/>
      </w:pPr>
      <w:r>
        <w:rPr>
          <w:rFonts w:ascii="Arial" w:hAnsi="Arial"/>
          <w:b/>
        </w:rPr>
        <w:lastRenderedPageBreak/>
        <w:t>SOAL NOMOR 2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318D9904" w14:textId="77777777">
        <w:trPr>
          <w:jc w:val="center"/>
        </w:trPr>
        <w:tc>
          <w:tcPr>
            <w:tcW w:w="2880" w:type="dxa"/>
            <w:vAlign w:val="center"/>
          </w:tcPr>
          <w:p w14:paraId="747B161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310BECF1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Kimia Dasar</w:t>
            </w:r>
          </w:p>
        </w:tc>
      </w:tr>
      <w:tr w:rsidR="00D64AEA" w14:paraId="0495952F" w14:textId="77777777">
        <w:trPr>
          <w:jc w:val="center"/>
        </w:trPr>
        <w:tc>
          <w:tcPr>
            <w:tcW w:w="2880" w:type="dxa"/>
            <w:vAlign w:val="center"/>
          </w:tcPr>
          <w:p w14:paraId="2034028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0651A0E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Stoikiometri</w:t>
            </w:r>
            <w:proofErr w:type="spellEnd"/>
          </w:p>
        </w:tc>
      </w:tr>
      <w:tr w:rsidR="00D64AEA" w14:paraId="4AD696CB" w14:textId="77777777">
        <w:trPr>
          <w:jc w:val="center"/>
        </w:trPr>
        <w:tc>
          <w:tcPr>
            <w:tcW w:w="2880" w:type="dxa"/>
            <w:vAlign w:val="center"/>
          </w:tcPr>
          <w:p w14:paraId="7988DD73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12A4798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Menerapkan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menyelesaikan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3F7DC591" w14:textId="77777777">
        <w:trPr>
          <w:jc w:val="center"/>
        </w:trPr>
        <w:tc>
          <w:tcPr>
            <w:tcW w:w="2880" w:type="dxa"/>
            <w:vAlign w:val="center"/>
          </w:tcPr>
          <w:p w14:paraId="2563BB6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7E19D14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persen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salah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satu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unsur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penyusun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suatu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70C3B211" w14:textId="77777777">
        <w:trPr>
          <w:jc w:val="center"/>
        </w:trPr>
        <w:tc>
          <w:tcPr>
            <w:tcW w:w="2880" w:type="dxa"/>
            <w:vAlign w:val="center"/>
          </w:tcPr>
          <w:p w14:paraId="5711176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45BCA2F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Menghitung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persentase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karbon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dalam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glukosa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68677DCB" w14:textId="77777777">
        <w:trPr>
          <w:jc w:val="center"/>
        </w:trPr>
        <w:tc>
          <w:tcPr>
            <w:tcW w:w="2880" w:type="dxa"/>
            <w:vAlign w:val="center"/>
          </w:tcPr>
          <w:p w14:paraId="1E93310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0FCDE21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C3</w:t>
            </w:r>
          </w:p>
        </w:tc>
      </w:tr>
      <w:tr w:rsidR="00D64AEA" w14:paraId="4A25FA73" w14:textId="77777777">
        <w:trPr>
          <w:jc w:val="center"/>
        </w:trPr>
        <w:tc>
          <w:tcPr>
            <w:tcW w:w="2880" w:type="dxa"/>
            <w:vAlign w:val="center"/>
          </w:tcPr>
          <w:p w14:paraId="6551D51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0F68FFB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2E05DCC1" w14:textId="77777777" w:rsidR="00D64AEA" w:rsidRDefault="00D64AEA">
      <w:pPr>
        <w:spacing w:after="120"/>
      </w:pPr>
    </w:p>
    <w:p w14:paraId="31F29CD3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Glukosa</w:t>
      </w:r>
      <w:proofErr w:type="spellEnd"/>
      <w:r>
        <w:rPr>
          <w:rFonts w:ascii="Arial" w:hAnsi="Arial"/>
          <w:sz w:val="20"/>
        </w:rPr>
        <w:t xml:space="preserve"> (C₆H₁₂O₆) </w:t>
      </w:r>
      <w:proofErr w:type="spellStart"/>
      <w:r>
        <w:rPr>
          <w:rFonts w:ascii="Arial" w:hAnsi="Arial"/>
          <w:sz w:val="20"/>
        </w:rPr>
        <w:t>merupakan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sumber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energi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utama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bagi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tubuh</w:t>
      </w:r>
      <w:proofErr w:type="spellEnd"/>
      <w:r>
        <w:rPr>
          <w:rFonts w:ascii="Arial" w:hAnsi="Arial"/>
          <w:sz w:val="20"/>
        </w:rPr>
        <w:t xml:space="preserve">. Jika </w:t>
      </w:r>
      <w:proofErr w:type="spellStart"/>
      <w:r>
        <w:rPr>
          <w:rFonts w:ascii="Arial" w:hAnsi="Arial"/>
          <w:sz w:val="20"/>
        </w:rPr>
        <w:t>diketahui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massa</w:t>
      </w:r>
      <w:proofErr w:type="spellEnd"/>
      <w:r>
        <w:rPr>
          <w:rFonts w:ascii="Arial" w:hAnsi="Arial"/>
          <w:sz w:val="20"/>
        </w:rPr>
        <w:t xml:space="preserve"> atom </w:t>
      </w:r>
      <w:proofErr w:type="spellStart"/>
      <w:r>
        <w:rPr>
          <w:rFonts w:ascii="Arial" w:hAnsi="Arial"/>
          <w:sz w:val="20"/>
        </w:rPr>
        <w:t>relatif</w:t>
      </w:r>
      <w:proofErr w:type="spellEnd"/>
      <w:r>
        <w:rPr>
          <w:rFonts w:ascii="Arial" w:hAnsi="Arial"/>
          <w:sz w:val="20"/>
        </w:rPr>
        <w:t xml:space="preserve"> C=12, H=1, dan O=16, </w:t>
      </w:r>
      <w:proofErr w:type="spellStart"/>
      <w:r>
        <w:rPr>
          <w:rFonts w:ascii="Arial" w:hAnsi="Arial"/>
          <w:sz w:val="20"/>
        </w:rPr>
        <w:t>maka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persentase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massa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karbon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dalam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satu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molekul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glukosa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437713C8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4A3EC449" w14:textId="77777777" w:rsidR="00D64AEA" w:rsidRDefault="00000000">
      <w:pPr>
        <w:spacing w:after="40"/>
      </w:pPr>
      <w:r>
        <w:rPr>
          <w:rFonts w:ascii="Arial" w:hAnsi="Arial"/>
          <w:sz w:val="20"/>
        </w:rPr>
        <w:t>A. 6,7%</w:t>
      </w:r>
    </w:p>
    <w:p w14:paraId="64FCFC2F" w14:textId="77777777" w:rsidR="00D64AEA" w:rsidRDefault="00000000">
      <w:pPr>
        <w:spacing w:after="40"/>
      </w:pPr>
      <w:r>
        <w:rPr>
          <w:rFonts w:ascii="Arial" w:hAnsi="Arial"/>
          <w:sz w:val="20"/>
        </w:rPr>
        <w:t>B. 40,0%</w:t>
      </w:r>
    </w:p>
    <w:p w14:paraId="586384D8" w14:textId="77777777" w:rsidR="00D64AEA" w:rsidRDefault="00000000">
      <w:pPr>
        <w:spacing w:after="40"/>
      </w:pPr>
      <w:r>
        <w:rPr>
          <w:rFonts w:ascii="Arial" w:hAnsi="Arial"/>
          <w:sz w:val="20"/>
        </w:rPr>
        <w:t>C. 53,3%</w:t>
      </w:r>
    </w:p>
    <w:p w14:paraId="7CEC3047" w14:textId="77777777" w:rsidR="00D64AEA" w:rsidRDefault="00000000">
      <w:pPr>
        <w:spacing w:after="40"/>
      </w:pPr>
      <w:r>
        <w:rPr>
          <w:rFonts w:ascii="Arial" w:hAnsi="Arial"/>
          <w:sz w:val="20"/>
        </w:rPr>
        <w:t>D. 60,0%</w:t>
      </w:r>
    </w:p>
    <w:p w14:paraId="0C04FD85" w14:textId="77777777" w:rsidR="00D64AEA" w:rsidRDefault="00000000">
      <w:pPr>
        <w:spacing w:after="40"/>
      </w:pPr>
      <w:r>
        <w:rPr>
          <w:rFonts w:ascii="Arial" w:hAnsi="Arial"/>
          <w:sz w:val="20"/>
        </w:rPr>
        <w:t>E. 72,0%</w:t>
      </w:r>
    </w:p>
    <w:p w14:paraId="367E962F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B</w:t>
      </w:r>
    </w:p>
    <w:p w14:paraId="31544BC3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09EB44A5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Mr</w:t>
      </w:r>
      <w:proofErr w:type="spellEnd"/>
      <w:r>
        <w:rPr>
          <w:rFonts w:ascii="Arial" w:hAnsi="Arial"/>
          <w:sz w:val="20"/>
        </w:rPr>
        <w:t xml:space="preserve"> C₆H₁₂O₆ = (6x12) + (12x1) + (6x16) = 72 + 12 + 96 = 180.</w:t>
      </w:r>
      <w:r>
        <w:rPr>
          <w:rFonts w:ascii="Arial" w:hAnsi="Arial"/>
          <w:sz w:val="20"/>
        </w:rPr>
        <w:br/>
        <w:t xml:space="preserve">% Massa C = (Massa total C / </w:t>
      </w:r>
      <w:proofErr w:type="spellStart"/>
      <w:r>
        <w:rPr>
          <w:rFonts w:ascii="Arial" w:hAnsi="Arial"/>
          <w:sz w:val="20"/>
        </w:rPr>
        <w:t>Mr</w:t>
      </w:r>
      <w:proofErr w:type="spellEnd"/>
      <w:r>
        <w:rPr>
          <w:rFonts w:ascii="Arial" w:hAnsi="Arial"/>
          <w:sz w:val="20"/>
        </w:rPr>
        <w:t>) x 100% = (72 / 180) x 100% = 0,4 x 100% = 40%.</w:t>
      </w:r>
    </w:p>
    <w:p w14:paraId="21B52863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58F4E15E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3DDB2B8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1C2140B8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42BC9D8C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62198BFD" w14:textId="77777777">
        <w:trPr>
          <w:jc w:val="center"/>
        </w:trPr>
        <w:tc>
          <w:tcPr>
            <w:tcW w:w="3168" w:type="dxa"/>
            <w:vAlign w:val="center"/>
          </w:tcPr>
          <w:p w14:paraId="4576C75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A. 6,7%</w:t>
            </w:r>
          </w:p>
        </w:tc>
        <w:tc>
          <w:tcPr>
            <w:tcW w:w="1152" w:type="dxa"/>
            <w:vAlign w:val="center"/>
          </w:tcPr>
          <w:p w14:paraId="78CB0A0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204DC209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6,7%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persentase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hidrogen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6BBD0D75" w14:textId="77777777">
        <w:trPr>
          <w:jc w:val="center"/>
        </w:trPr>
        <w:tc>
          <w:tcPr>
            <w:tcW w:w="3168" w:type="dxa"/>
            <w:vAlign w:val="center"/>
          </w:tcPr>
          <w:p w14:paraId="091C5602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B. 40,0%</w:t>
            </w:r>
          </w:p>
        </w:tc>
        <w:tc>
          <w:tcPr>
            <w:tcW w:w="1152" w:type="dxa"/>
            <w:vAlign w:val="center"/>
          </w:tcPr>
          <w:p w14:paraId="1F1C503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1C3D038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Hasil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(72/180) x 100%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40%.</w:t>
            </w:r>
          </w:p>
        </w:tc>
      </w:tr>
      <w:tr w:rsidR="00D64AEA" w14:paraId="4C978065" w14:textId="77777777">
        <w:trPr>
          <w:jc w:val="center"/>
        </w:trPr>
        <w:tc>
          <w:tcPr>
            <w:tcW w:w="3168" w:type="dxa"/>
            <w:vAlign w:val="center"/>
          </w:tcPr>
          <w:p w14:paraId="4EBA434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C. 53,3%</w:t>
            </w:r>
          </w:p>
        </w:tc>
        <w:tc>
          <w:tcPr>
            <w:tcW w:w="1152" w:type="dxa"/>
            <w:vAlign w:val="center"/>
          </w:tcPr>
          <w:p w14:paraId="5AB3EBB5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436674B1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53,3%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persentase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oksigen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94A7B82" w14:textId="77777777">
        <w:trPr>
          <w:jc w:val="center"/>
        </w:trPr>
        <w:tc>
          <w:tcPr>
            <w:tcW w:w="3168" w:type="dxa"/>
            <w:vAlign w:val="center"/>
          </w:tcPr>
          <w:p w14:paraId="6B25713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D. 60,0%</w:t>
            </w:r>
          </w:p>
        </w:tc>
        <w:tc>
          <w:tcPr>
            <w:tcW w:w="1152" w:type="dxa"/>
            <w:vAlign w:val="center"/>
          </w:tcPr>
          <w:p w14:paraId="1675329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2923463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Nilai 60%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komposisi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glukosa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398A014" w14:textId="77777777">
        <w:trPr>
          <w:jc w:val="center"/>
        </w:trPr>
        <w:tc>
          <w:tcPr>
            <w:tcW w:w="3168" w:type="dxa"/>
            <w:vAlign w:val="center"/>
          </w:tcPr>
          <w:p w14:paraId="497112E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E. 72,0%</w:t>
            </w:r>
          </w:p>
        </w:tc>
        <w:tc>
          <w:tcPr>
            <w:tcW w:w="1152" w:type="dxa"/>
            <w:vAlign w:val="center"/>
          </w:tcPr>
          <w:p w14:paraId="11EEF83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17B6319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72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C,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persentasenya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</w:tbl>
    <w:p w14:paraId="51420AA3" w14:textId="77777777" w:rsidR="00D64AEA" w:rsidRDefault="00D64AEA">
      <w:pPr>
        <w:spacing w:after="120"/>
      </w:pPr>
    </w:p>
    <w:p w14:paraId="6D9EF437" w14:textId="77777777" w:rsidR="00D64AEA" w:rsidRDefault="00000000">
      <w:pPr>
        <w:spacing w:after="120"/>
      </w:pPr>
      <w:r>
        <w:rPr>
          <w:rFonts w:ascii="Arial" w:hAnsi="Arial"/>
          <w:b/>
        </w:rPr>
        <w:t>SOAL NOMOR 3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4A5246F5" w14:textId="77777777">
        <w:trPr>
          <w:jc w:val="center"/>
        </w:trPr>
        <w:tc>
          <w:tcPr>
            <w:tcW w:w="2880" w:type="dxa"/>
            <w:vAlign w:val="center"/>
          </w:tcPr>
          <w:p w14:paraId="060BDC7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101680A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Kimia Dasar</w:t>
            </w:r>
          </w:p>
        </w:tc>
      </w:tr>
      <w:tr w:rsidR="00D64AEA" w14:paraId="63ADD8FE" w14:textId="77777777">
        <w:trPr>
          <w:jc w:val="center"/>
        </w:trPr>
        <w:tc>
          <w:tcPr>
            <w:tcW w:w="2880" w:type="dxa"/>
            <w:vAlign w:val="center"/>
          </w:tcPr>
          <w:p w14:paraId="5178F8FF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28F5403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Stoikiometri</w:t>
            </w:r>
            <w:proofErr w:type="spellEnd"/>
          </w:p>
        </w:tc>
      </w:tr>
      <w:tr w:rsidR="00D64AEA" w14:paraId="252E2046" w14:textId="77777777">
        <w:trPr>
          <w:jc w:val="center"/>
        </w:trPr>
        <w:tc>
          <w:tcPr>
            <w:tcW w:w="2880" w:type="dxa"/>
            <w:vAlign w:val="center"/>
          </w:tcPr>
          <w:p w14:paraId="1F6A860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54A3A64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Menerapkan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menyelesaikan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16F34631" w14:textId="77777777">
        <w:trPr>
          <w:jc w:val="center"/>
        </w:trPr>
        <w:tc>
          <w:tcPr>
            <w:tcW w:w="2880" w:type="dxa"/>
            <w:vAlign w:val="center"/>
          </w:tcPr>
          <w:p w14:paraId="7598DF4A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04BB0D2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volume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reaktan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atau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produk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dari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pembakaran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2E3A8A3B" w14:textId="77777777">
        <w:trPr>
          <w:jc w:val="center"/>
        </w:trPr>
        <w:tc>
          <w:tcPr>
            <w:tcW w:w="2880" w:type="dxa"/>
            <w:vAlign w:val="center"/>
          </w:tcPr>
          <w:p w14:paraId="0DD876C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44528EBC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Menghitung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volume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oksigen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dibutuhkan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pada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pembakaran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gas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propana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7E7BFD3" w14:textId="77777777">
        <w:trPr>
          <w:jc w:val="center"/>
        </w:trPr>
        <w:tc>
          <w:tcPr>
            <w:tcW w:w="2880" w:type="dxa"/>
            <w:vAlign w:val="center"/>
          </w:tcPr>
          <w:p w14:paraId="16D5BB4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207F1F7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683852BF" w14:textId="77777777">
        <w:trPr>
          <w:jc w:val="center"/>
        </w:trPr>
        <w:tc>
          <w:tcPr>
            <w:tcW w:w="2880" w:type="dxa"/>
            <w:vAlign w:val="center"/>
          </w:tcPr>
          <w:p w14:paraId="20B6CB1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1F99BEC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53CB58A8" w14:textId="77777777" w:rsidR="00D64AEA" w:rsidRDefault="00D64AEA">
      <w:pPr>
        <w:spacing w:after="120"/>
      </w:pPr>
    </w:p>
    <w:p w14:paraId="3B14F4C1" w14:textId="77777777" w:rsidR="00D64AEA" w:rsidRDefault="00000000">
      <w:pPr>
        <w:spacing w:after="120"/>
      </w:pPr>
      <w:r>
        <w:rPr>
          <w:rFonts w:ascii="Arial" w:hAnsi="Arial"/>
          <w:sz w:val="20"/>
        </w:rPr>
        <w:t xml:space="preserve">Gas </w:t>
      </w:r>
      <w:proofErr w:type="spellStart"/>
      <w:r>
        <w:rPr>
          <w:rFonts w:ascii="Arial" w:hAnsi="Arial"/>
          <w:sz w:val="20"/>
        </w:rPr>
        <w:t>propana</w:t>
      </w:r>
      <w:proofErr w:type="spellEnd"/>
      <w:r>
        <w:rPr>
          <w:rFonts w:ascii="Arial" w:hAnsi="Arial"/>
          <w:sz w:val="20"/>
        </w:rPr>
        <w:t xml:space="preserve"> (C₃H₈) </w:t>
      </w:r>
      <w:proofErr w:type="spellStart"/>
      <w:r>
        <w:rPr>
          <w:rFonts w:ascii="Arial" w:hAnsi="Arial"/>
          <w:sz w:val="20"/>
        </w:rPr>
        <w:t>terbakar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sempurna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oksigen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menghasilkan</w:t>
      </w:r>
      <w:proofErr w:type="spellEnd"/>
      <w:r>
        <w:rPr>
          <w:rFonts w:ascii="Arial" w:hAnsi="Arial"/>
          <w:sz w:val="20"/>
        </w:rPr>
        <w:t xml:space="preserve"> gas </w:t>
      </w:r>
      <w:proofErr w:type="spellStart"/>
      <w:r>
        <w:rPr>
          <w:rFonts w:ascii="Arial" w:hAnsi="Arial"/>
          <w:sz w:val="20"/>
        </w:rPr>
        <w:t>karbon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dioksida</w:t>
      </w:r>
      <w:proofErr w:type="spellEnd"/>
      <w:r>
        <w:rPr>
          <w:rFonts w:ascii="Arial" w:hAnsi="Arial"/>
          <w:sz w:val="20"/>
        </w:rPr>
        <w:t xml:space="preserve"> dan </w:t>
      </w:r>
      <w:proofErr w:type="spellStart"/>
      <w:r>
        <w:rPr>
          <w:rFonts w:ascii="Arial" w:hAnsi="Arial"/>
          <w:sz w:val="20"/>
        </w:rPr>
        <w:t>uap</w:t>
      </w:r>
      <w:proofErr w:type="spellEnd"/>
      <w:r>
        <w:rPr>
          <w:rFonts w:ascii="Arial" w:hAnsi="Arial"/>
          <w:sz w:val="20"/>
        </w:rPr>
        <w:t xml:space="preserve"> air </w:t>
      </w:r>
      <w:proofErr w:type="spellStart"/>
      <w:r>
        <w:rPr>
          <w:rFonts w:ascii="Arial" w:hAnsi="Arial"/>
          <w:sz w:val="20"/>
        </w:rPr>
        <w:t>sesuai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persamaan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br/>
        <w:t>C₃H₈(g) + 5O₂(g) → 3CO₂(g) + 4H₂O(g)</w:t>
      </w:r>
      <w:r>
        <w:rPr>
          <w:rFonts w:ascii="Arial" w:hAnsi="Arial"/>
          <w:sz w:val="20"/>
        </w:rPr>
        <w:br/>
        <w:t xml:space="preserve">Jika pada </w:t>
      </w:r>
      <w:proofErr w:type="spellStart"/>
      <w:r>
        <w:rPr>
          <w:rFonts w:ascii="Arial" w:hAnsi="Arial"/>
          <w:sz w:val="20"/>
        </w:rPr>
        <w:t>suhu</w:t>
      </w:r>
      <w:proofErr w:type="spellEnd"/>
      <w:r>
        <w:rPr>
          <w:rFonts w:ascii="Arial" w:hAnsi="Arial"/>
          <w:sz w:val="20"/>
        </w:rPr>
        <w:t xml:space="preserve"> dan </w:t>
      </w:r>
      <w:proofErr w:type="spellStart"/>
      <w:r>
        <w:rPr>
          <w:rFonts w:ascii="Arial" w:hAnsi="Arial"/>
          <w:sz w:val="20"/>
        </w:rPr>
        <w:t>tekanan</w:t>
      </w:r>
      <w:proofErr w:type="spellEnd"/>
      <w:r>
        <w:rPr>
          <w:rFonts w:ascii="Arial" w:hAnsi="Arial"/>
          <w:sz w:val="20"/>
        </w:rPr>
        <w:t xml:space="preserve"> yang </w:t>
      </w:r>
      <w:proofErr w:type="spellStart"/>
      <w:r>
        <w:rPr>
          <w:rFonts w:ascii="Arial" w:hAnsi="Arial"/>
          <w:sz w:val="20"/>
        </w:rPr>
        <w:t>sama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dibakar</w:t>
      </w:r>
      <w:proofErr w:type="spellEnd"/>
      <w:r>
        <w:rPr>
          <w:rFonts w:ascii="Arial" w:hAnsi="Arial"/>
          <w:sz w:val="20"/>
        </w:rPr>
        <w:t xml:space="preserve"> 4 Liter gas </w:t>
      </w:r>
      <w:proofErr w:type="spellStart"/>
      <w:r>
        <w:rPr>
          <w:rFonts w:ascii="Arial" w:hAnsi="Arial"/>
          <w:sz w:val="20"/>
        </w:rPr>
        <w:t>propana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maka</w:t>
      </w:r>
      <w:proofErr w:type="spellEnd"/>
      <w:r>
        <w:rPr>
          <w:rFonts w:ascii="Arial" w:hAnsi="Arial"/>
          <w:sz w:val="20"/>
        </w:rPr>
        <w:t xml:space="preserve"> volume gas </w:t>
      </w:r>
      <w:proofErr w:type="spellStart"/>
      <w:r>
        <w:rPr>
          <w:rFonts w:ascii="Arial" w:hAnsi="Arial"/>
          <w:sz w:val="20"/>
        </w:rPr>
        <w:t>oksigen</w:t>
      </w:r>
      <w:proofErr w:type="spellEnd"/>
      <w:r>
        <w:rPr>
          <w:rFonts w:ascii="Arial" w:hAnsi="Arial"/>
          <w:sz w:val="20"/>
        </w:rPr>
        <w:t xml:space="preserve"> yang </w:t>
      </w:r>
      <w:proofErr w:type="spellStart"/>
      <w:r>
        <w:rPr>
          <w:rFonts w:ascii="Arial" w:hAnsi="Arial"/>
          <w:sz w:val="20"/>
        </w:rPr>
        <w:t>diperlukan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2DFE7425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15BA75BA" w14:textId="77777777" w:rsidR="00D64AEA" w:rsidRDefault="00000000">
      <w:pPr>
        <w:spacing w:after="40"/>
      </w:pPr>
      <w:r>
        <w:rPr>
          <w:rFonts w:ascii="Arial" w:hAnsi="Arial"/>
          <w:sz w:val="20"/>
        </w:rPr>
        <w:t>A. 4 Liter</w:t>
      </w:r>
    </w:p>
    <w:p w14:paraId="2D432295" w14:textId="77777777" w:rsidR="00D64AEA" w:rsidRDefault="00000000">
      <w:pPr>
        <w:spacing w:after="40"/>
      </w:pPr>
      <w:r>
        <w:rPr>
          <w:rFonts w:ascii="Arial" w:hAnsi="Arial"/>
          <w:sz w:val="20"/>
        </w:rPr>
        <w:t>B. 10 Liter</w:t>
      </w:r>
    </w:p>
    <w:p w14:paraId="039288F2" w14:textId="77777777" w:rsidR="00D64AEA" w:rsidRDefault="00000000">
      <w:pPr>
        <w:spacing w:after="40"/>
      </w:pPr>
      <w:r>
        <w:rPr>
          <w:rFonts w:ascii="Arial" w:hAnsi="Arial"/>
          <w:sz w:val="20"/>
        </w:rPr>
        <w:lastRenderedPageBreak/>
        <w:t>C. 12 Liter</w:t>
      </w:r>
    </w:p>
    <w:p w14:paraId="279C6516" w14:textId="77777777" w:rsidR="00D64AEA" w:rsidRDefault="00000000">
      <w:pPr>
        <w:spacing w:after="40"/>
      </w:pPr>
      <w:r>
        <w:rPr>
          <w:rFonts w:ascii="Arial" w:hAnsi="Arial"/>
          <w:sz w:val="20"/>
        </w:rPr>
        <w:t>D. 16 Liter</w:t>
      </w:r>
    </w:p>
    <w:p w14:paraId="35DEC72C" w14:textId="77777777" w:rsidR="00D64AEA" w:rsidRDefault="00000000">
      <w:pPr>
        <w:spacing w:after="40"/>
      </w:pPr>
      <w:r>
        <w:rPr>
          <w:rFonts w:ascii="Arial" w:hAnsi="Arial"/>
          <w:sz w:val="20"/>
        </w:rPr>
        <w:t>E. 20 Liter</w:t>
      </w:r>
    </w:p>
    <w:p w14:paraId="3E8BB615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E</w:t>
      </w:r>
    </w:p>
    <w:p w14:paraId="10D507F7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579F5B62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Menurut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hukum</w:t>
      </w:r>
      <w:proofErr w:type="spellEnd"/>
      <w:r>
        <w:rPr>
          <w:rFonts w:ascii="Arial" w:hAnsi="Arial"/>
          <w:sz w:val="20"/>
        </w:rPr>
        <w:t xml:space="preserve"> Gay-Lussac, pada P dan T yang </w:t>
      </w:r>
      <w:proofErr w:type="spellStart"/>
      <w:r>
        <w:rPr>
          <w:rFonts w:ascii="Arial" w:hAnsi="Arial"/>
          <w:sz w:val="20"/>
        </w:rPr>
        <w:t>sama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perbandingan</w:t>
      </w:r>
      <w:proofErr w:type="spellEnd"/>
      <w:r>
        <w:rPr>
          <w:rFonts w:ascii="Arial" w:hAnsi="Arial"/>
          <w:sz w:val="20"/>
        </w:rPr>
        <w:t xml:space="preserve"> volume gas </w:t>
      </w:r>
      <w:proofErr w:type="spellStart"/>
      <w:r>
        <w:rPr>
          <w:rFonts w:ascii="Arial" w:hAnsi="Arial"/>
          <w:sz w:val="20"/>
        </w:rPr>
        <w:t>sesuai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perbandingan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koefisien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reaksinya</w:t>
      </w:r>
      <w:proofErr w:type="spellEnd"/>
      <w:r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br/>
        <w:t>Volume O₂ = (</w:t>
      </w:r>
      <w:proofErr w:type="spellStart"/>
      <w:r>
        <w:rPr>
          <w:rFonts w:ascii="Arial" w:hAnsi="Arial"/>
          <w:sz w:val="20"/>
        </w:rPr>
        <w:t>Koefisien</w:t>
      </w:r>
      <w:proofErr w:type="spellEnd"/>
      <w:r>
        <w:rPr>
          <w:rFonts w:ascii="Arial" w:hAnsi="Arial"/>
          <w:sz w:val="20"/>
        </w:rPr>
        <w:t xml:space="preserve"> O₂ / </w:t>
      </w:r>
      <w:proofErr w:type="spellStart"/>
      <w:r>
        <w:rPr>
          <w:rFonts w:ascii="Arial" w:hAnsi="Arial"/>
          <w:sz w:val="20"/>
        </w:rPr>
        <w:t>Koefisien</w:t>
      </w:r>
      <w:proofErr w:type="spellEnd"/>
      <w:r>
        <w:rPr>
          <w:rFonts w:ascii="Arial" w:hAnsi="Arial"/>
          <w:sz w:val="20"/>
        </w:rPr>
        <w:t xml:space="preserve"> C₃H₈) x Volume C₃H₈</w:t>
      </w:r>
      <w:r>
        <w:rPr>
          <w:rFonts w:ascii="Arial" w:hAnsi="Arial"/>
          <w:sz w:val="20"/>
        </w:rPr>
        <w:br/>
        <w:t>Volume O₂ = (5 / 1) x 4 Liter = 20 Liter.</w:t>
      </w:r>
    </w:p>
    <w:p w14:paraId="1781917A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6BA8FCA2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60B6A4C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59DB32C3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49375AF3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51FAEA2F" w14:textId="77777777">
        <w:trPr>
          <w:jc w:val="center"/>
        </w:trPr>
        <w:tc>
          <w:tcPr>
            <w:tcW w:w="3168" w:type="dxa"/>
            <w:vAlign w:val="center"/>
          </w:tcPr>
          <w:p w14:paraId="4CF0C352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A. 4 Liter</w:t>
            </w:r>
          </w:p>
        </w:tc>
        <w:tc>
          <w:tcPr>
            <w:tcW w:w="1152" w:type="dxa"/>
            <w:vAlign w:val="center"/>
          </w:tcPr>
          <w:p w14:paraId="4B81ECF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26D9BB2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Volume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propana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oksigen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sama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koefisien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berbeda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).</w:t>
            </w:r>
          </w:p>
        </w:tc>
      </w:tr>
      <w:tr w:rsidR="00D64AEA" w14:paraId="280BB5DC" w14:textId="77777777">
        <w:trPr>
          <w:jc w:val="center"/>
        </w:trPr>
        <w:tc>
          <w:tcPr>
            <w:tcW w:w="3168" w:type="dxa"/>
            <w:vAlign w:val="center"/>
          </w:tcPr>
          <w:p w14:paraId="21F6E3D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B. 10 Liter</w:t>
            </w:r>
          </w:p>
        </w:tc>
        <w:tc>
          <w:tcPr>
            <w:tcW w:w="1152" w:type="dxa"/>
            <w:vAlign w:val="center"/>
          </w:tcPr>
          <w:p w14:paraId="178F95F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7A79A71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5:1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menghasilkan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10 L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4 L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reaktan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13CF2F5" w14:textId="77777777">
        <w:trPr>
          <w:jc w:val="center"/>
        </w:trPr>
        <w:tc>
          <w:tcPr>
            <w:tcW w:w="3168" w:type="dxa"/>
            <w:vAlign w:val="center"/>
          </w:tcPr>
          <w:p w14:paraId="644C7BA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C. 12 Liter</w:t>
            </w:r>
          </w:p>
        </w:tc>
        <w:tc>
          <w:tcPr>
            <w:tcW w:w="1152" w:type="dxa"/>
            <w:vAlign w:val="center"/>
          </w:tcPr>
          <w:p w14:paraId="6531BC5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401358A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12 Liter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volume CO₂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dihasilkan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03265817" w14:textId="77777777">
        <w:trPr>
          <w:jc w:val="center"/>
        </w:trPr>
        <w:tc>
          <w:tcPr>
            <w:tcW w:w="3168" w:type="dxa"/>
            <w:vAlign w:val="center"/>
          </w:tcPr>
          <w:p w14:paraId="5A41773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D. 16 Liter</w:t>
            </w:r>
          </w:p>
        </w:tc>
        <w:tc>
          <w:tcPr>
            <w:tcW w:w="1152" w:type="dxa"/>
            <w:vAlign w:val="center"/>
          </w:tcPr>
          <w:p w14:paraId="1C88885A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3CE39DB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16 Liter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volume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uap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air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dihasilkan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6ABCD4FB" w14:textId="77777777">
        <w:trPr>
          <w:jc w:val="center"/>
        </w:trPr>
        <w:tc>
          <w:tcPr>
            <w:tcW w:w="3168" w:type="dxa"/>
            <w:vAlign w:val="center"/>
          </w:tcPr>
          <w:p w14:paraId="710E1F5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E. 20 Liter</w:t>
            </w:r>
          </w:p>
        </w:tc>
        <w:tc>
          <w:tcPr>
            <w:tcW w:w="1152" w:type="dxa"/>
            <w:vAlign w:val="center"/>
          </w:tcPr>
          <w:p w14:paraId="45D4C37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0E5B970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koefisien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5:1,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maka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5 x 4 L = 20 L.</w:t>
            </w:r>
          </w:p>
        </w:tc>
      </w:tr>
    </w:tbl>
    <w:p w14:paraId="6943964B" w14:textId="77777777" w:rsidR="00D64AEA" w:rsidRDefault="00D64AEA">
      <w:pPr>
        <w:spacing w:after="120"/>
      </w:pPr>
    </w:p>
    <w:p w14:paraId="60E9B7C6" w14:textId="77777777" w:rsidR="00D64AEA" w:rsidRDefault="00000000">
      <w:pPr>
        <w:spacing w:after="120"/>
      </w:pPr>
      <w:r>
        <w:rPr>
          <w:rFonts w:ascii="Arial" w:hAnsi="Arial"/>
          <w:b/>
        </w:rPr>
        <w:t>SOAL NOMOR 4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175D62EA" w14:textId="77777777">
        <w:trPr>
          <w:jc w:val="center"/>
        </w:trPr>
        <w:tc>
          <w:tcPr>
            <w:tcW w:w="2880" w:type="dxa"/>
            <w:vAlign w:val="center"/>
          </w:tcPr>
          <w:p w14:paraId="013C22CA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7B0F5C85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Kimia Dasar</w:t>
            </w:r>
          </w:p>
        </w:tc>
      </w:tr>
      <w:tr w:rsidR="00D64AEA" w14:paraId="475C1BF6" w14:textId="77777777">
        <w:trPr>
          <w:jc w:val="center"/>
        </w:trPr>
        <w:tc>
          <w:tcPr>
            <w:tcW w:w="2880" w:type="dxa"/>
            <w:vAlign w:val="center"/>
          </w:tcPr>
          <w:p w14:paraId="74A86F1D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7CBBB00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Stoikiometri</w:t>
            </w:r>
            <w:proofErr w:type="spellEnd"/>
          </w:p>
        </w:tc>
      </w:tr>
      <w:tr w:rsidR="00D64AEA" w14:paraId="6DDAECEB" w14:textId="77777777">
        <w:trPr>
          <w:jc w:val="center"/>
        </w:trPr>
        <w:tc>
          <w:tcPr>
            <w:tcW w:w="2880" w:type="dxa"/>
            <w:vAlign w:val="center"/>
          </w:tcPr>
          <w:p w14:paraId="33A9811D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08CAF9B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Menerapkan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menyelesaikan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21B85A70" w14:textId="77777777">
        <w:trPr>
          <w:jc w:val="center"/>
        </w:trPr>
        <w:tc>
          <w:tcPr>
            <w:tcW w:w="2880" w:type="dxa"/>
            <w:vAlign w:val="center"/>
          </w:tcPr>
          <w:p w14:paraId="02BFF4DA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1920FDE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jumlah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suatu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gas pada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kondisi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tertentu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parameter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diberikan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E15D5F0" w14:textId="77777777">
        <w:trPr>
          <w:jc w:val="center"/>
        </w:trPr>
        <w:tc>
          <w:tcPr>
            <w:tcW w:w="2880" w:type="dxa"/>
            <w:vAlign w:val="center"/>
          </w:tcPr>
          <w:p w14:paraId="38723FE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120B1448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Menghitung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jumlah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gas CO₂ pada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kondisi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standar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(STP).</w:t>
            </w:r>
          </w:p>
        </w:tc>
      </w:tr>
      <w:tr w:rsidR="00D64AEA" w14:paraId="0A2F7AB8" w14:textId="77777777">
        <w:trPr>
          <w:jc w:val="center"/>
        </w:trPr>
        <w:tc>
          <w:tcPr>
            <w:tcW w:w="2880" w:type="dxa"/>
            <w:vAlign w:val="center"/>
          </w:tcPr>
          <w:p w14:paraId="36BD327A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13464771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7567FAEC" w14:textId="77777777">
        <w:trPr>
          <w:jc w:val="center"/>
        </w:trPr>
        <w:tc>
          <w:tcPr>
            <w:tcW w:w="2880" w:type="dxa"/>
            <w:vAlign w:val="center"/>
          </w:tcPr>
          <w:p w14:paraId="5A838EF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041003A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31121BDB" w14:textId="77777777" w:rsidR="00D64AEA" w:rsidRDefault="00D64AEA">
      <w:pPr>
        <w:spacing w:after="120"/>
      </w:pPr>
    </w:p>
    <w:p w14:paraId="1EC37E99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Sebanyak</w:t>
      </w:r>
      <w:proofErr w:type="spellEnd"/>
      <w:r>
        <w:rPr>
          <w:rFonts w:ascii="Arial" w:hAnsi="Arial"/>
          <w:sz w:val="20"/>
        </w:rPr>
        <w:t xml:space="preserve"> 5,6 Liter gas </w:t>
      </w:r>
      <w:proofErr w:type="spellStart"/>
      <w:r>
        <w:rPr>
          <w:rFonts w:ascii="Arial" w:hAnsi="Arial"/>
          <w:sz w:val="20"/>
        </w:rPr>
        <w:t>karbon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dioksida</w:t>
      </w:r>
      <w:proofErr w:type="spellEnd"/>
      <w:r>
        <w:rPr>
          <w:rFonts w:ascii="Arial" w:hAnsi="Arial"/>
          <w:sz w:val="20"/>
        </w:rPr>
        <w:t xml:space="preserve"> (CO₂) </w:t>
      </w:r>
      <w:proofErr w:type="spellStart"/>
      <w:r>
        <w:rPr>
          <w:rFonts w:ascii="Arial" w:hAnsi="Arial"/>
          <w:sz w:val="20"/>
        </w:rPr>
        <w:t>diukur</w:t>
      </w:r>
      <w:proofErr w:type="spellEnd"/>
      <w:r>
        <w:rPr>
          <w:rFonts w:ascii="Arial" w:hAnsi="Arial"/>
          <w:sz w:val="20"/>
        </w:rPr>
        <w:t xml:space="preserve"> pada </w:t>
      </w:r>
      <w:proofErr w:type="spellStart"/>
      <w:r>
        <w:rPr>
          <w:rFonts w:ascii="Arial" w:hAnsi="Arial"/>
          <w:sz w:val="20"/>
        </w:rPr>
        <w:t>kondisi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standar</w:t>
      </w:r>
      <w:proofErr w:type="spellEnd"/>
      <w:r>
        <w:rPr>
          <w:rFonts w:ascii="Arial" w:hAnsi="Arial"/>
          <w:sz w:val="20"/>
        </w:rPr>
        <w:t xml:space="preserve"> (STP). Jika </w:t>
      </w:r>
      <w:proofErr w:type="spellStart"/>
      <w:r>
        <w:rPr>
          <w:rFonts w:ascii="Arial" w:hAnsi="Arial"/>
          <w:sz w:val="20"/>
        </w:rPr>
        <w:t>diketahui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bilangan</w:t>
      </w:r>
      <w:proofErr w:type="spellEnd"/>
      <w:r>
        <w:rPr>
          <w:rFonts w:ascii="Arial" w:hAnsi="Arial"/>
          <w:sz w:val="20"/>
        </w:rPr>
        <w:t xml:space="preserve"> Avogadro L = 6,02 x 10²³ </w:t>
      </w:r>
      <w:proofErr w:type="spellStart"/>
      <w:r>
        <w:rPr>
          <w:rFonts w:ascii="Arial" w:hAnsi="Arial"/>
          <w:sz w:val="20"/>
        </w:rPr>
        <w:t>molekul</w:t>
      </w:r>
      <w:proofErr w:type="spellEnd"/>
      <w:r>
        <w:rPr>
          <w:rFonts w:ascii="Arial" w:hAnsi="Arial"/>
          <w:sz w:val="20"/>
        </w:rPr>
        <w:t xml:space="preserve">/mol, </w:t>
      </w:r>
      <w:proofErr w:type="spellStart"/>
      <w:r>
        <w:rPr>
          <w:rFonts w:ascii="Arial" w:hAnsi="Arial"/>
          <w:sz w:val="20"/>
        </w:rPr>
        <w:t>maka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jumlah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molekul</w:t>
      </w:r>
      <w:proofErr w:type="spellEnd"/>
      <w:r>
        <w:rPr>
          <w:rFonts w:ascii="Arial" w:hAnsi="Arial"/>
          <w:sz w:val="20"/>
        </w:rPr>
        <w:t xml:space="preserve"> gas </w:t>
      </w:r>
      <w:proofErr w:type="spellStart"/>
      <w:r>
        <w:rPr>
          <w:rFonts w:ascii="Arial" w:hAnsi="Arial"/>
          <w:sz w:val="20"/>
        </w:rPr>
        <w:t>tersebut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4CDC657C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3E2E1ED6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A. 1,505 x 10²³ </w:t>
      </w:r>
      <w:proofErr w:type="spellStart"/>
      <w:r>
        <w:rPr>
          <w:rFonts w:ascii="Arial" w:hAnsi="Arial"/>
          <w:sz w:val="20"/>
        </w:rPr>
        <w:t>molekul</w:t>
      </w:r>
      <w:proofErr w:type="spellEnd"/>
    </w:p>
    <w:p w14:paraId="0A61DAF3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B. 3,01 x 10²³ </w:t>
      </w:r>
      <w:proofErr w:type="spellStart"/>
      <w:r>
        <w:rPr>
          <w:rFonts w:ascii="Arial" w:hAnsi="Arial"/>
          <w:sz w:val="20"/>
        </w:rPr>
        <w:t>molekul</w:t>
      </w:r>
      <w:proofErr w:type="spellEnd"/>
    </w:p>
    <w:p w14:paraId="671962A2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C. 6,02 x 10²³ </w:t>
      </w:r>
      <w:proofErr w:type="spellStart"/>
      <w:r>
        <w:rPr>
          <w:rFonts w:ascii="Arial" w:hAnsi="Arial"/>
          <w:sz w:val="20"/>
        </w:rPr>
        <w:t>molekul</w:t>
      </w:r>
      <w:proofErr w:type="spellEnd"/>
    </w:p>
    <w:p w14:paraId="53E9D032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D. 1,204 x 10²⁴ </w:t>
      </w:r>
      <w:proofErr w:type="spellStart"/>
      <w:r>
        <w:rPr>
          <w:rFonts w:ascii="Arial" w:hAnsi="Arial"/>
          <w:sz w:val="20"/>
        </w:rPr>
        <w:t>molekul</w:t>
      </w:r>
      <w:proofErr w:type="spellEnd"/>
    </w:p>
    <w:p w14:paraId="4BE4E4DB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E. 3,01 x 10²⁴ </w:t>
      </w:r>
      <w:proofErr w:type="spellStart"/>
      <w:r>
        <w:rPr>
          <w:rFonts w:ascii="Arial" w:hAnsi="Arial"/>
          <w:sz w:val="20"/>
        </w:rPr>
        <w:t>molekul</w:t>
      </w:r>
      <w:proofErr w:type="spellEnd"/>
    </w:p>
    <w:p w14:paraId="272C8578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A</w:t>
      </w:r>
    </w:p>
    <w:p w14:paraId="72091340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6134631A" w14:textId="77777777" w:rsidR="00D64AEA" w:rsidRDefault="00000000">
      <w:pPr>
        <w:spacing w:after="120"/>
      </w:pPr>
      <w:r>
        <w:rPr>
          <w:rFonts w:ascii="Arial" w:hAnsi="Arial"/>
          <w:sz w:val="20"/>
        </w:rPr>
        <w:t xml:space="preserve">Langkah 1: </w:t>
      </w:r>
      <w:proofErr w:type="spellStart"/>
      <w:r>
        <w:rPr>
          <w:rFonts w:ascii="Arial" w:hAnsi="Arial"/>
          <w:sz w:val="20"/>
        </w:rPr>
        <w:t>Menghitung</w:t>
      </w:r>
      <w:proofErr w:type="spellEnd"/>
      <w:r>
        <w:rPr>
          <w:rFonts w:ascii="Arial" w:hAnsi="Arial"/>
          <w:sz w:val="20"/>
        </w:rPr>
        <w:t xml:space="preserve"> mol gas pada STP (</w:t>
      </w:r>
      <w:proofErr w:type="spellStart"/>
      <w:r>
        <w:rPr>
          <w:rFonts w:ascii="Arial" w:hAnsi="Arial"/>
          <w:sz w:val="20"/>
        </w:rPr>
        <w:t>Vm</w:t>
      </w:r>
      <w:proofErr w:type="spellEnd"/>
      <w:r>
        <w:rPr>
          <w:rFonts w:ascii="Arial" w:hAnsi="Arial"/>
          <w:sz w:val="20"/>
        </w:rPr>
        <w:t xml:space="preserve"> = 22,4 L/mol).</w:t>
      </w:r>
      <w:r>
        <w:rPr>
          <w:rFonts w:ascii="Arial" w:hAnsi="Arial"/>
          <w:sz w:val="20"/>
        </w:rPr>
        <w:br/>
        <w:t xml:space="preserve">n = V / </w:t>
      </w:r>
      <w:proofErr w:type="spellStart"/>
      <w:r>
        <w:rPr>
          <w:rFonts w:ascii="Arial" w:hAnsi="Arial"/>
          <w:sz w:val="20"/>
        </w:rPr>
        <w:t>Vm</w:t>
      </w:r>
      <w:proofErr w:type="spellEnd"/>
      <w:r>
        <w:rPr>
          <w:rFonts w:ascii="Arial" w:hAnsi="Arial"/>
          <w:sz w:val="20"/>
        </w:rPr>
        <w:t xml:space="preserve"> = 5,6 L / 22,4 L/mol = 0,25 mol.</w:t>
      </w:r>
      <w:r>
        <w:rPr>
          <w:rFonts w:ascii="Arial" w:hAnsi="Arial"/>
          <w:sz w:val="20"/>
        </w:rPr>
        <w:br/>
        <w:t xml:space="preserve">Langkah 2: </w:t>
      </w:r>
      <w:proofErr w:type="spellStart"/>
      <w:r>
        <w:rPr>
          <w:rFonts w:ascii="Arial" w:hAnsi="Arial"/>
          <w:sz w:val="20"/>
        </w:rPr>
        <w:t>Menghitung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jumlah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molekul</w:t>
      </w:r>
      <w:proofErr w:type="spellEnd"/>
      <w:r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br/>
        <w:t xml:space="preserve">N = n x L = 0,25 mol x 6,02 x 10²³ </w:t>
      </w:r>
      <w:proofErr w:type="spellStart"/>
      <w:r>
        <w:rPr>
          <w:rFonts w:ascii="Arial" w:hAnsi="Arial"/>
          <w:sz w:val="20"/>
        </w:rPr>
        <w:t>molekul</w:t>
      </w:r>
      <w:proofErr w:type="spellEnd"/>
      <w:r>
        <w:rPr>
          <w:rFonts w:ascii="Arial" w:hAnsi="Arial"/>
          <w:sz w:val="20"/>
        </w:rPr>
        <w:t xml:space="preserve">/mol = 1,505 x 10²³ </w:t>
      </w:r>
      <w:proofErr w:type="spellStart"/>
      <w:r>
        <w:rPr>
          <w:rFonts w:ascii="Arial" w:hAnsi="Arial"/>
          <w:sz w:val="20"/>
        </w:rPr>
        <w:t>molekul</w:t>
      </w:r>
      <w:proofErr w:type="spellEnd"/>
      <w:r>
        <w:rPr>
          <w:rFonts w:ascii="Arial" w:hAnsi="Arial"/>
          <w:sz w:val="20"/>
        </w:rPr>
        <w:t>.</w:t>
      </w:r>
    </w:p>
    <w:p w14:paraId="31CAC92B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221E8049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4B943F9A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1158CDA4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16D5C62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7A283562" w14:textId="77777777">
        <w:trPr>
          <w:jc w:val="center"/>
        </w:trPr>
        <w:tc>
          <w:tcPr>
            <w:tcW w:w="3168" w:type="dxa"/>
            <w:vAlign w:val="center"/>
          </w:tcPr>
          <w:p w14:paraId="072C2F0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A. 1,505 x 10²³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</w:p>
        </w:tc>
        <w:tc>
          <w:tcPr>
            <w:tcW w:w="1152" w:type="dxa"/>
            <w:vAlign w:val="center"/>
          </w:tcPr>
          <w:p w14:paraId="45144C4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36BFE10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Hasil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0,25 x 6,02 x 10²³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1,505 x 10²³.</w:t>
            </w:r>
          </w:p>
        </w:tc>
      </w:tr>
      <w:tr w:rsidR="00D64AEA" w14:paraId="5CBAD1AC" w14:textId="77777777">
        <w:trPr>
          <w:jc w:val="center"/>
        </w:trPr>
        <w:tc>
          <w:tcPr>
            <w:tcW w:w="3168" w:type="dxa"/>
            <w:vAlign w:val="center"/>
          </w:tcPr>
          <w:p w14:paraId="7394F61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B. 3,01 x 10²³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</w:p>
        </w:tc>
        <w:tc>
          <w:tcPr>
            <w:tcW w:w="1152" w:type="dxa"/>
            <w:vAlign w:val="center"/>
          </w:tcPr>
          <w:p w14:paraId="34B2F77A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0CCD2A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3,01 x 10²³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jumlah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0,5 mol gas.</w:t>
            </w:r>
          </w:p>
        </w:tc>
      </w:tr>
      <w:tr w:rsidR="00D64AEA" w14:paraId="4060390F" w14:textId="77777777">
        <w:trPr>
          <w:jc w:val="center"/>
        </w:trPr>
        <w:tc>
          <w:tcPr>
            <w:tcW w:w="3168" w:type="dxa"/>
            <w:vAlign w:val="center"/>
          </w:tcPr>
          <w:p w14:paraId="060A8E6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C. 6,02 x 10²³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</w:p>
        </w:tc>
        <w:tc>
          <w:tcPr>
            <w:tcW w:w="1152" w:type="dxa"/>
            <w:vAlign w:val="center"/>
          </w:tcPr>
          <w:p w14:paraId="5E04B90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763A9482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6,02 x 10²³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jumlah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 mol gas.</w:t>
            </w:r>
          </w:p>
        </w:tc>
      </w:tr>
      <w:tr w:rsidR="00D64AEA" w14:paraId="305E778B" w14:textId="77777777">
        <w:trPr>
          <w:jc w:val="center"/>
        </w:trPr>
        <w:tc>
          <w:tcPr>
            <w:tcW w:w="3168" w:type="dxa"/>
            <w:vAlign w:val="center"/>
          </w:tcPr>
          <w:p w14:paraId="4679DBC6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 xml:space="preserve">D. 1,204 x 10²⁴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</w:p>
        </w:tc>
        <w:tc>
          <w:tcPr>
            <w:tcW w:w="1152" w:type="dxa"/>
            <w:vAlign w:val="center"/>
          </w:tcPr>
          <w:p w14:paraId="4BF1274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7D7C9B4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Nilai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ini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terlalu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besar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setara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2 mol gas.</w:t>
            </w:r>
          </w:p>
        </w:tc>
      </w:tr>
      <w:tr w:rsidR="00D64AEA" w14:paraId="7E9C85B5" w14:textId="77777777">
        <w:trPr>
          <w:jc w:val="center"/>
        </w:trPr>
        <w:tc>
          <w:tcPr>
            <w:tcW w:w="3168" w:type="dxa"/>
            <w:vAlign w:val="center"/>
          </w:tcPr>
          <w:p w14:paraId="331CED8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E. 3,01 x 10²⁴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</w:p>
        </w:tc>
        <w:tc>
          <w:tcPr>
            <w:tcW w:w="1152" w:type="dxa"/>
            <w:vAlign w:val="center"/>
          </w:tcPr>
          <w:p w14:paraId="77D152A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345D694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Nilai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ini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setara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5 mol gas.</w:t>
            </w:r>
          </w:p>
        </w:tc>
      </w:tr>
    </w:tbl>
    <w:p w14:paraId="55C26471" w14:textId="77777777" w:rsidR="00D64AEA" w:rsidRDefault="00D64AEA">
      <w:pPr>
        <w:spacing w:after="120"/>
      </w:pPr>
    </w:p>
    <w:p w14:paraId="1D942E47" w14:textId="77777777" w:rsidR="00D64AEA" w:rsidRDefault="00000000">
      <w:pPr>
        <w:spacing w:after="120"/>
      </w:pPr>
      <w:r>
        <w:rPr>
          <w:rFonts w:ascii="Arial" w:hAnsi="Arial"/>
          <w:b/>
        </w:rPr>
        <w:t>SOAL NOMOR 5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1DB89B19" w14:textId="77777777">
        <w:trPr>
          <w:jc w:val="center"/>
        </w:trPr>
        <w:tc>
          <w:tcPr>
            <w:tcW w:w="2880" w:type="dxa"/>
            <w:vAlign w:val="center"/>
          </w:tcPr>
          <w:p w14:paraId="58C00A7F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5A5F8686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Kimia Dasar</w:t>
            </w:r>
          </w:p>
        </w:tc>
      </w:tr>
      <w:tr w:rsidR="00D64AEA" w14:paraId="24053E59" w14:textId="77777777">
        <w:trPr>
          <w:jc w:val="center"/>
        </w:trPr>
        <w:tc>
          <w:tcPr>
            <w:tcW w:w="2880" w:type="dxa"/>
            <w:vAlign w:val="center"/>
          </w:tcPr>
          <w:p w14:paraId="4E22CE7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2856C66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Stoikiometri</w:t>
            </w:r>
            <w:proofErr w:type="spellEnd"/>
          </w:p>
        </w:tc>
      </w:tr>
      <w:tr w:rsidR="00D64AEA" w14:paraId="3C951E60" w14:textId="77777777">
        <w:trPr>
          <w:jc w:val="center"/>
        </w:trPr>
        <w:tc>
          <w:tcPr>
            <w:tcW w:w="2880" w:type="dxa"/>
            <w:vAlign w:val="center"/>
          </w:tcPr>
          <w:p w14:paraId="78359E4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3C0590E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Menerapkan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menyelesaikan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62A4DCC9" w14:textId="77777777">
        <w:trPr>
          <w:jc w:val="center"/>
        </w:trPr>
        <w:tc>
          <w:tcPr>
            <w:tcW w:w="2880" w:type="dxa"/>
            <w:vAlign w:val="center"/>
          </w:tcPr>
          <w:p w14:paraId="3FBB19A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07D3C7C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zat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dihasilkan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dari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melibatkan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pembatas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2225DCBF" w14:textId="77777777">
        <w:trPr>
          <w:jc w:val="center"/>
        </w:trPr>
        <w:tc>
          <w:tcPr>
            <w:tcW w:w="2880" w:type="dxa"/>
            <w:vAlign w:val="center"/>
          </w:tcPr>
          <w:p w14:paraId="69B6F8A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2B6D7B7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Menghitung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air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dihasilkan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dari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hidrogen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oksigen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1EBC63FB" w14:textId="77777777">
        <w:trPr>
          <w:jc w:val="center"/>
        </w:trPr>
        <w:tc>
          <w:tcPr>
            <w:tcW w:w="2880" w:type="dxa"/>
            <w:vAlign w:val="center"/>
          </w:tcPr>
          <w:p w14:paraId="2192496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0417C3BA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0F734D6A" w14:textId="77777777">
        <w:trPr>
          <w:jc w:val="center"/>
        </w:trPr>
        <w:tc>
          <w:tcPr>
            <w:tcW w:w="2880" w:type="dxa"/>
            <w:vAlign w:val="center"/>
          </w:tcPr>
          <w:p w14:paraId="3C544A8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08BB2B28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556D919B" w14:textId="77777777" w:rsidR="00D64AEA" w:rsidRDefault="00D64AEA">
      <w:pPr>
        <w:spacing w:after="120"/>
      </w:pPr>
    </w:p>
    <w:p w14:paraId="6777C6B1" w14:textId="77777777" w:rsidR="00D64AEA" w:rsidRDefault="00000000">
      <w:pPr>
        <w:spacing w:after="120"/>
      </w:pPr>
      <w:r>
        <w:rPr>
          <w:rFonts w:ascii="Arial" w:hAnsi="Arial"/>
          <w:sz w:val="20"/>
        </w:rPr>
        <w:t xml:space="preserve">Gas </w:t>
      </w:r>
      <w:proofErr w:type="spellStart"/>
      <w:r>
        <w:rPr>
          <w:rFonts w:ascii="Arial" w:hAnsi="Arial"/>
          <w:sz w:val="20"/>
        </w:rPr>
        <w:t>hidrogen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direaksikan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gas </w:t>
      </w:r>
      <w:proofErr w:type="spellStart"/>
      <w:r>
        <w:rPr>
          <w:rFonts w:ascii="Arial" w:hAnsi="Arial"/>
          <w:sz w:val="20"/>
        </w:rPr>
        <w:t>oksigen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membentuk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uap</w:t>
      </w:r>
      <w:proofErr w:type="spellEnd"/>
      <w:r>
        <w:rPr>
          <w:rFonts w:ascii="Arial" w:hAnsi="Arial"/>
          <w:sz w:val="20"/>
        </w:rPr>
        <w:t xml:space="preserve"> air </w:t>
      </w:r>
      <w:proofErr w:type="spellStart"/>
      <w:r>
        <w:rPr>
          <w:rFonts w:ascii="Arial" w:hAnsi="Arial"/>
          <w:sz w:val="20"/>
        </w:rPr>
        <w:t>sesuai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br/>
        <w:t>2H₂(g) + O₂(g) → 2H₂O(g)</w:t>
      </w:r>
      <w:r>
        <w:rPr>
          <w:rFonts w:ascii="Arial" w:hAnsi="Arial"/>
          <w:sz w:val="20"/>
        </w:rPr>
        <w:br/>
        <w:t xml:space="preserve">Jika </w:t>
      </w:r>
      <w:proofErr w:type="spellStart"/>
      <w:r>
        <w:rPr>
          <w:rFonts w:ascii="Arial" w:hAnsi="Arial"/>
          <w:sz w:val="20"/>
        </w:rPr>
        <w:t>direaksikan</w:t>
      </w:r>
      <w:proofErr w:type="spellEnd"/>
      <w:r>
        <w:rPr>
          <w:rFonts w:ascii="Arial" w:hAnsi="Arial"/>
          <w:sz w:val="20"/>
        </w:rPr>
        <w:t xml:space="preserve"> </w:t>
      </w:r>
      <w:proofErr w:type="gramStart"/>
      <w:r>
        <w:rPr>
          <w:rFonts w:ascii="Arial" w:hAnsi="Arial"/>
          <w:sz w:val="20"/>
        </w:rPr>
        <w:t>4 gram</w:t>
      </w:r>
      <w:proofErr w:type="gramEnd"/>
      <w:r>
        <w:rPr>
          <w:rFonts w:ascii="Arial" w:hAnsi="Arial"/>
          <w:sz w:val="20"/>
        </w:rPr>
        <w:t xml:space="preserve"> gas </w:t>
      </w:r>
      <w:proofErr w:type="spellStart"/>
      <w:r>
        <w:rPr>
          <w:rFonts w:ascii="Arial" w:hAnsi="Arial"/>
          <w:sz w:val="20"/>
        </w:rPr>
        <w:t>hidrogen</w:t>
      </w:r>
      <w:proofErr w:type="spellEnd"/>
      <w:r>
        <w:rPr>
          <w:rFonts w:ascii="Arial" w:hAnsi="Arial"/>
          <w:sz w:val="20"/>
        </w:rPr>
        <w:t xml:space="preserve"> (</w:t>
      </w:r>
      <w:proofErr w:type="spellStart"/>
      <w:r>
        <w:rPr>
          <w:rFonts w:ascii="Arial" w:hAnsi="Arial"/>
          <w:sz w:val="20"/>
        </w:rPr>
        <w:t>Ar</w:t>
      </w:r>
      <w:proofErr w:type="spellEnd"/>
      <w:r>
        <w:rPr>
          <w:rFonts w:ascii="Arial" w:hAnsi="Arial"/>
          <w:sz w:val="20"/>
        </w:rPr>
        <w:t xml:space="preserve"> H=1)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gramStart"/>
      <w:r>
        <w:rPr>
          <w:rFonts w:ascii="Arial" w:hAnsi="Arial"/>
          <w:sz w:val="20"/>
        </w:rPr>
        <w:t>16 gram</w:t>
      </w:r>
      <w:proofErr w:type="gramEnd"/>
      <w:r>
        <w:rPr>
          <w:rFonts w:ascii="Arial" w:hAnsi="Arial"/>
          <w:sz w:val="20"/>
        </w:rPr>
        <w:t xml:space="preserve"> gas </w:t>
      </w:r>
      <w:proofErr w:type="spellStart"/>
      <w:r>
        <w:rPr>
          <w:rFonts w:ascii="Arial" w:hAnsi="Arial"/>
          <w:sz w:val="20"/>
        </w:rPr>
        <w:t>oksigen</w:t>
      </w:r>
      <w:proofErr w:type="spellEnd"/>
      <w:r>
        <w:rPr>
          <w:rFonts w:ascii="Arial" w:hAnsi="Arial"/>
          <w:sz w:val="20"/>
        </w:rPr>
        <w:t xml:space="preserve"> (</w:t>
      </w:r>
      <w:proofErr w:type="spellStart"/>
      <w:r>
        <w:rPr>
          <w:rFonts w:ascii="Arial" w:hAnsi="Arial"/>
          <w:sz w:val="20"/>
        </w:rPr>
        <w:t>Ar</w:t>
      </w:r>
      <w:proofErr w:type="spellEnd"/>
      <w:r>
        <w:rPr>
          <w:rFonts w:ascii="Arial" w:hAnsi="Arial"/>
          <w:sz w:val="20"/>
        </w:rPr>
        <w:t xml:space="preserve"> O=16), </w:t>
      </w:r>
      <w:proofErr w:type="spellStart"/>
      <w:r>
        <w:rPr>
          <w:rFonts w:ascii="Arial" w:hAnsi="Arial"/>
          <w:sz w:val="20"/>
        </w:rPr>
        <w:t>maka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massa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uap</w:t>
      </w:r>
      <w:proofErr w:type="spellEnd"/>
      <w:r>
        <w:rPr>
          <w:rFonts w:ascii="Arial" w:hAnsi="Arial"/>
          <w:sz w:val="20"/>
        </w:rPr>
        <w:t xml:space="preserve"> air yang </w:t>
      </w:r>
      <w:proofErr w:type="spellStart"/>
      <w:r>
        <w:rPr>
          <w:rFonts w:ascii="Arial" w:hAnsi="Arial"/>
          <w:sz w:val="20"/>
        </w:rPr>
        <w:t>dihasilkan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790E56E7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3628DD9F" w14:textId="77777777" w:rsidR="00D64AEA" w:rsidRDefault="00000000">
      <w:pPr>
        <w:spacing w:after="40"/>
      </w:pPr>
      <w:r>
        <w:rPr>
          <w:rFonts w:ascii="Arial" w:hAnsi="Arial"/>
          <w:sz w:val="20"/>
        </w:rPr>
        <w:t>A. 9 gram</w:t>
      </w:r>
    </w:p>
    <w:p w14:paraId="58CAE06C" w14:textId="77777777" w:rsidR="00D64AEA" w:rsidRDefault="00000000">
      <w:pPr>
        <w:spacing w:after="40"/>
      </w:pPr>
      <w:r>
        <w:rPr>
          <w:rFonts w:ascii="Arial" w:hAnsi="Arial"/>
          <w:sz w:val="20"/>
        </w:rPr>
        <w:t>B. 18 gram</w:t>
      </w:r>
    </w:p>
    <w:p w14:paraId="7A1069E5" w14:textId="77777777" w:rsidR="00D64AEA" w:rsidRDefault="00000000">
      <w:pPr>
        <w:spacing w:after="40"/>
      </w:pPr>
      <w:r>
        <w:rPr>
          <w:rFonts w:ascii="Arial" w:hAnsi="Arial"/>
          <w:sz w:val="20"/>
        </w:rPr>
        <w:t>C. 20 gram</w:t>
      </w:r>
    </w:p>
    <w:p w14:paraId="62BB6E26" w14:textId="77777777" w:rsidR="00D64AEA" w:rsidRDefault="00000000">
      <w:pPr>
        <w:spacing w:after="40"/>
      </w:pPr>
      <w:r>
        <w:rPr>
          <w:rFonts w:ascii="Arial" w:hAnsi="Arial"/>
          <w:sz w:val="20"/>
        </w:rPr>
        <w:t>D. 36 gram</w:t>
      </w:r>
    </w:p>
    <w:p w14:paraId="4B7DA0AA" w14:textId="77777777" w:rsidR="00D64AEA" w:rsidRDefault="00000000">
      <w:pPr>
        <w:spacing w:after="40"/>
      </w:pPr>
      <w:r>
        <w:rPr>
          <w:rFonts w:ascii="Arial" w:hAnsi="Arial"/>
          <w:sz w:val="20"/>
        </w:rPr>
        <w:t>E. 40 gram</w:t>
      </w:r>
    </w:p>
    <w:p w14:paraId="2D897313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B</w:t>
      </w:r>
    </w:p>
    <w:p w14:paraId="0D10672A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49525FC5" w14:textId="77777777" w:rsidR="00D64AEA" w:rsidRDefault="00000000">
      <w:pPr>
        <w:spacing w:after="120"/>
      </w:pPr>
      <w:r>
        <w:rPr>
          <w:rFonts w:ascii="Arial" w:hAnsi="Arial"/>
          <w:sz w:val="20"/>
        </w:rPr>
        <w:t>n H₂ = 4g / 2g/mol = 2 mol.</w:t>
      </w:r>
      <w:r>
        <w:rPr>
          <w:rFonts w:ascii="Arial" w:hAnsi="Arial"/>
          <w:sz w:val="20"/>
        </w:rPr>
        <w:br/>
        <w:t>n O₂ = 16g / 32g/mol = 0,5 mol.</w:t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Menentukan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pereaksi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pembatas</w:t>
      </w:r>
      <w:proofErr w:type="spellEnd"/>
      <w:r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br/>
        <w:t>H₂: 2 mol / 2 = 1</w:t>
      </w:r>
      <w:r>
        <w:rPr>
          <w:rFonts w:ascii="Arial" w:hAnsi="Arial"/>
          <w:sz w:val="20"/>
        </w:rPr>
        <w:br/>
        <w:t>O₂: 0,5 mol / 1 = 0,5 (</w:t>
      </w:r>
      <w:proofErr w:type="spellStart"/>
      <w:r>
        <w:rPr>
          <w:rFonts w:ascii="Arial" w:hAnsi="Arial"/>
          <w:sz w:val="20"/>
        </w:rPr>
        <w:t>Pereaksi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Pembatas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O₂)</w:t>
      </w:r>
      <w:r>
        <w:rPr>
          <w:rFonts w:ascii="Arial" w:hAnsi="Arial"/>
          <w:sz w:val="20"/>
        </w:rPr>
        <w:br/>
        <w:t>n H₂O = (2/1) x n O₂ = 2 x 0,5 mol = 1 mol.</w:t>
      </w:r>
      <w:r>
        <w:rPr>
          <w:rFonts w:ascii="Arial" w:hAnsi="Arial"/>
          <w:sz w:val="20"/>
        </w:rPr>
        <w:br/>
        <w:t>Massa H₂O = 1 mol x 18 g/mol = 18 gram.</w:t>
      </w:r>
    </w:p>
    <w:p w14:paraId="7830D42A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40F5257F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04485A07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66B2814D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6917611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7D065A3D" w14:textId="77777777">
        <w:trPr>
          <w:jc w:val="center"/>
        </w:trPr>
        <w:tc>
          <w:tcPr>
            <w:tcW w:w="3168" w:type="dxa"/>
            <w:vAlign w:val="center"/>
          </w:tcPr>
          <w:p w14:paraId="17AC4711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A. 9 gram</w:t>
            </w:r>
          </w:p>
        </w:tc>
        <w:tc>
          <w:tcPr>
            <w:tcW w:w="1152" w:type="dxa"/>
            <w:vAlign w:val="center"/>
          </w:tcPr>
          <w:p w14:paraId="472F070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722E808B" w14:textId="77777777" w:rsidR="00D64AEA" w:rsidRDefault="00000000">
            <w:pPr>
              <w:spacing w:after="0"/>
            </w:pPr>
            <w:proofErr w:type="gramStart"/>
            <w:r>
              <w:rPr>
                <w:rFonts w:ascii="Arial" w:hAnsi="Arial"/>
                <w:color w:val="000000"/>
                <w:sz w:val="18"/>
              </w:rPr>
              <w:t>9 gram</w:t>
            </w:r>
            <w:proofErr w:type="gram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hanya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setengah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dari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hasil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seharusnya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5287551A" w14:textId="77777777">
        <w:trPr>
          <w:jc w:val="center"/>
        </w:trPr>
        <w:tc>
          <w:tcPr>
            <w:tcW w:w="3168" w:type="dxa"/>
            <w:vAlign w:val="center"/>
          </w:tcPr>
          <w:p w14:paraId="77C0DF3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B. 18 gram</w:t>
            </w:r>
          </w:p>
        </w:tc>
        <w:tc>
          <w:tcPr>
            <w:tcW w:w="1152" w:type="dxa"/>
            <w:vAlign w:val="center"/>
          </w:tcPr>
          <w:p w14:paraId="3D3FB046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4F5A33F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O₂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pembatas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menghasilkan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 mol H₂O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atau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18 gram.</w:t>
            </w:r>
          </w:p>
        </w:tc>
      </w:tr>
      <w:tr w:rsidR="00D64AEA" w14:paraId="1F1D2E06" w14:textId="77777777">
        <w:trPr>
          <w:jc w:val="center"/>
        </w:trPr>
        <w:tc>
          <w:tcPr>
            <w:tcW w:w="3168" w:type="dxa"/>
            <w:vAlign w:val="center"/>
          </w:tcPr>
          <w:p w14:paraId="2CD8BB4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C. 20 gram</w:t>
            </w:r>
          </w:p>
        </w:tc>
        <w:tc>
          <w:tcPr>
            <w:tcW w:w="1152" w:type="dxa"/>
            <w:vAlign w:val="center"/>
          </w:tcPr>
          <w:p w14:paraId="1194B3A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10BC33D5" w14:textId="77777777" w:rsidR="00D64AEA" w:rsidRDefault="00000000">
            <w:pPr>
              <w:spacing w:after="0"/>
            </w:pPr>
            <w:proofErr w:type="gramStart"/>
            <w:r>
              <w:rPr>
                <w:rFonts w:ascii="Arial" w:hAnsi="Arial"/>
                <w:color w:val="000000"/>
                <w:sz w:val="18"/>
              </w:rPr>
              <w:t>20 gram</w:t>
            </w:r>
            <w:proofErr w:type="gram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total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reaktan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tapi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semua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4B706B6" w14:textId="77777777">
        <w:trPr>
          <w:jc w:val="center"/>
        </w:trPr>
        <w:tc>
          <w:tcPr>
            <w:tcW w:w="3168" w:type="dxa"/>
            <w:vAlign w:val="center"/>
          </w:tcPr>
          <w:p w14:paraId="3D7B6622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D. 36 gram</w:t>
            </w:r>
          </w:p>
        </w:tc>
        <w:tc>
          <w:tcPr>
            <w:tcW w:w="1152" w:type="dxa"/>
            <w:vAlign w:val="center"/>
          </w:tcPr>
          <w:p w14:paraId="420A0AE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165136FB" w14:textId="77777777" w:rsidR="00D64AEA" w:rsidRDefault="00000000">
            <w:pPr>
              <w:spacing w:after="0"/>
            </w:pPr>
            <w:proofErr w:type="gramStart"/>
            <w:r>
              <w:rPr>
                <w:rFonts w:ascii="Arial" w:hAnsi="Arial"/>
                <w:color w:val="000000"/>
                <w:sz w:val="18"/>
              </w:rPr>
              <w:t>36 gram</w:t>
            </w:r>
            <w:proofErr w:type="gram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jika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H₂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habis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(H₂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pembatas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).</w:t>
            </w:r>
          </w:p>
        </w:tc>
      </w:tr>
      <w:tr w:rsidR="00D64AEA" w14:paraId="25013332" w14:textId="77777777">
        <w:trPr>
          <w:jc w:val="center"/>
        </w:trPr>
        <w:tc>
          <w:tcPr>
            <w:tcW w:w="3168" w:type="dxa"/>
            <w:vAlign w:val="center"/>
          </w:tcPr>
          <w:p w14:paraId="3C89518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E. 40 gram</w:t>
            </w:r>
          </w:p>
        </w:tc>
        <w:tc>
          <w:tcPr>
            <w:tcW w:w="1152" w:type="dxa"/>
            <w:vAlign w:val="center"/>
          </w:tcPr>
          <w:p w14:paraId="7B0A7B7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C2F7DF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Nilai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logis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berdasarkan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hukum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kekekalan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</w:tbl>
    <w:p w14:paraId="3A15C84D" w14:textId="77777777" w:rsidR="00D64AEA" w:rsidRDefault="00D64AEA">
      <w:pPr>
        <w:spacing w:after="120"/>
      </w:pPr>
    </w:p>
    <w:p w14:paraId="3CCB81AD" w14:textId="77777777" w:rsidR="00D11344" w:rsidRDefault="00D11344">
      <w:pPr>
        <w:spacing w:after="120"/>
        <w:rPr>
          <w:rFonts w:ascii="Arial" w:hAnsi="Arial"/>
          <w:b/>
        </w:rPr>
      </w:pPr>
    </w:p>
    <w:p w14:paraId="72786AAD" w14:textId="77777777" w:rsidR="00D11344" w:rsidRDefault="00D11344">
      <w:pPr>
        <w:spacing w:after="120"/>
        <w:rPr>
          <w:rFonts w:ascii="Arial" w:hAnsi="Arial"/>
          <w:b/>
        </w:rPr>
      </w:pPr>
    </w:p>
    <w:p w14:paraId="1A7EEADF" w14:textId="77777777" w:rsidR="00D11344" w:rsidRDefault="00D11344">
      <w:pPr>
        <w:spacing w:after="120"/>
        <w:rPr>
          <w:rFonts w:ascii="Arial" w:hAnsi="Arial"/>
          <w:b/>
        </w:rPr>
      </w:pPr>
    </w:p>
    <w:p w14:paraId="6B5CFA54" w14:textId="77777777" w:rsidR="00D11344" w:rsidRDefault="00D11344">
      <w:pPr>
        <w:spacing w:after="120"/>
        <w:rPr>
          <w:rFonts w:ascii="Arial" w:hAnsi="Arial"/>
          <w:b/>
        </w:rPr>
      </w:pPr>
    </w:p>
    <w:p w14:paraId="32E8F398" w14:textId="77777777" w:rsidR="00D11344" w:rsidRDefault="00D11344">
      <w:pPr>
        <w:spacing w:after="120"/>
        <w:rPr>
          <w:rFonts w:ascii="Arial" w:hAnsi="Arial"/>
          <w:b/>
        </w:rPr>
      </w:pPr>
    </w:p>
    <w:p w14:paraId="70B20238" w14:textId="68FC522A" w:rsidR="00D64AEA" w:rsidRDefault="00000000">
      <w:pPr>
        <w:spacing w:after="120"/>
      </w:pPr>
      <w:r>
        <w:rPr>
          <w:rFonts w:ascii="Arial" w:hAnsi="Arial"/>
          <w:b/>
        </w:rPr>
        <w:lastRenderedPageBreak/>
        <w:t>SOAL NOMOR 6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792F9C86" w14:textId="77777777">
        <w:trPr>
          <w:jc w:val="center"/>
        </w:trPr>
        <w:tc>
          <w:tcPr>
            <w:tcW w:w="2880" w:type="dxa"/>
            <w:vAlign w:val="center"/>
          </w:tcPr>
          <w:p w14:paraId="780C0CC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01537156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Kimia Dasar</w:t>
            </w:r>
          </w:p>
        </w:tc>
      </w:tr>
      <w:tr w:rsidR="00D64AEA" w14:paraId="41C7C6D0" w14:textId="77777777">
        <w:trPr>
          <w:jc w:val="center"/>
        </w:trPr>
        <w:tc>
          <w:tcPr>
            <w:tcW w:w="2880" w:type="dxa"/>
            <w:vAlign w:val="center"/>
          </w:tcPr>
          <w:p w14:paraId="3294A7EF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0BFB466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Stoikiometri</w:t>
            </w:r>
            <w:proofErr w:type="spellEnd"/>
          </w:p>
        </w:tc>
      </w:tr>
      <w:tr w:rsidR="00D64AEA" w14:paraId="3A110536" w14:textId="77777777">
        <w:trPr>
          <w:jc w:val="center"/>
        </w:trPr>
        <w:tc>
          <w:tcPr>
            <w:tcW w:w="2880" w:type="dxa"/>
            <w:vAlign w:val="center"/>
          </w:tcPr>
          <w:p w14:paraId="2822EFA8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5F50CE8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Menerapkan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perhitungan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menyelesaikan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237FDE0A" w14:textId="77777777">
        <w:trPr>
          <w:jc w:val="center"/>
        </w:trPr>
        <w:tc>
          <w:tcPr>
            <w:tcW w:w="2880" w:type="dxa"/>
            <w:vAlign w:val="center"/>
          </w:tcPr>
          <w:p w14:paraId="3A01CA7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71C1665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rumus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empiris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suatu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berdasarkan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data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percobaan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7F0EDE75" w14:textId="77777777">
        <w:trPr>
          <w:jc w:val="center"/>
        </w:trPr>
        <w:tc>
          <w:tcPr>
            <w:tcW w:w="2880" w:type="dxa"/>
            <w:vAlign w:val="center"/>
          </w:tcPr>
          <w:p w14:paraId="7B75F59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775B27B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rumus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empiris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dari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persentase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unsur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E9BBE9D" w14:textId="77777777">
        <w:trPr>
          <w:jc w:val="center"/>
        </w:trPr>
        <w:tc>
          <w:tcPr>
            <w:tcW w:w="2880" w:type="dxa"/>
            <w:vAlign w:val="center"/>
          </w:tcPr>
          <w:p w14:paraId="7879260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5AB4368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5375F4FF" w14:textId="77777777">
        <w:trPr>
          <w:jc w:val="center"/>
        </w:trPr>
        <w:tc>
          <w:tcPr>
            <w:tcW w:w="2880" w:type="dxa"/>
            <w:vAlign w:val="center"/>
          </w:tcPr>
          <w:p w14:paraId="47EC7F6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56DF66C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6F44B047" w14:textId="77777777" w:rsidR="00D64AEA" w:rsidRDefault="00D64AEA">
      <w:pPr>
        <w:spacing w:after="120"/>
      </w:pPr>
    </w:p>
    <w:p w14:paraId="392B853C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Analisis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terhadap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suatu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senyawa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organik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menunjukkan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bahwa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senyawa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tersebut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mengandung</w:t>
      </w:r>
      <w:proofErr w:type="spellEnd"/>
      <w:r>
        <w:rPr>
          <w:rFonts w:ascii="Arial" w:hAnsi="Arial"/>
          <w:sz w:val="20"/>
        </w:rPr>
        <w:t xml:space="preserve"> 80% </w:t>
      </w:r>
      <w:proofErr w:type="spellStart"/>
      <w:r>
        <w:rPr>
          <w:rFonts w:ascii="Arial" w:hAnsi="Arial"/>
          <w:sz w:val="20"/>
        </w:rPr>
        <w:t>karbon</w:t>
      </w:r>
      <w:proofErr w:type="spellEnd"/>
      <w:r>
        <w:rPr>
          <w:rFonts w:ascii="Arial" w:hAnsi="Arial"/>
          <w:sz w:val="20"/>
        </w:rPr>
        <w:t xml:space="preserve"> dan 20% </w:t>
      </w:r>
      <w:proofErr w:type="spellStart"/>
      <w:r>
        <w:rPr>
          <w:rFonts w:ascii="Arial" w:hAnsi="Arial"/>
          <w:sz w:val="20"/>
        </w:rPr>
        <w:t>hidrogen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berdasarkan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massa</w:t>
      </w:r>
      <w:proofErr w:type="spellEnd"/>
      <w:r>
        <w:rPr>
          <w:rFonts w:ascii="Arial" w:hAnsi="Arial"/>
          <w:sz w:val="20"/>
        </w:rPr>
        <w:t xml:space="preserve">. Jika </w:t>
      </w:r>
      <w:proofErr w:type="spellStart"/>
      <w:r>
        <w:rPr>
          <w:rFonts w:ascii="Arial" w:hAnsi="Arial"/>
          <w:sz w:val="20"/>
        </w:rPr>
        <w:t>diketahui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Ar</w:t>
      </w:r>
      <w:proofErr w:type="spellEnd"/>
      <w:r>
        <w:rPr>
          <w:rFonts w:ascii="Arial" w:hAnsi="Arial"/>
          <w:sz w:val="20"/>
        </w:rPr>
        <w:t xml:space="preserve"> C=12 dan </w:t>
      </w:r>
      <w:proofErr w:type="spellStart"/>
      <w:r>
        <w:rPr>
          <w:rFonts w:ascii="Arial" w:hAnsi="Arial"/>
          <w:sz w:val="20"/>
        </w:rPr>
        <w:t>Ar</w:t>
      </w:r>
      <w:proofErr w:type="spellEnd"/>
      <w:r>
        <w:rPr>
          <w:rFonts w:ascii="Arial" w:hAnsi="Arial"/>
          <w:sz w:val="20"/>
        </w:rPr>
        <w:t xml:space="preserve"> H=1, </w:t>
      </w:r>
      <w:proofErr w:type="spellStart"/>
      <w:r>
        <w:rPr>
          <w:rFonts w:ascii="Arial" w:hAnsi="Arial"/>
          <w:sz w:val="20"/>
        </w:rPr>
        <w:t>maka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rumus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empiris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senyawa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tersebut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55A328EF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6F66465E" w14:textId="77777777" w:rsidR="00D64AEA" w:rsidRDefault="00000000">
      <w:pPr>
        <w:spacing w:after="40"/>
      </w:pPr>
      <w:r>
        <w:rPr>
          <w:rFonts w:ascii="Arial" w:hAnsi="Arial"/>
          <w:sz w:val="20"/>
        </w:rPr>
        <w:t>A. CH</w:t>
      </w:r>
    </w:p>
    <w:p w14:paraId="41A6736B" w14:textId="77777777" w:rsidR="00D64AEA" w:rsidRDefault="00000000">
      <w:pPr>
        <w:spacing w:after="40"/>
      </w:pPr>
      <w:r>
        <w:rPr>
          <w:rFonts w:ascii="Arial" w:hAnsi="Arial"/>
          <w:sz w:val="20"/>
        </w:rPr>
        <w:t>B. CH₂</w:t>
      </w:r>
    </w:p>
    <w:p w14:paraId="29A69FAC" w14:textId="77777777" w:rsidR="00D64AEA" w:rsidRDefault="00000000">
      <w:pPr>
        <w:spacing w:after="40"/>
      </w:pPr>
      <w:r>
        <w:rPr>
          <w:rFonts w:ascii="Arial" w:hAnsi="Arial"/>
          <w:sz w:val="20"/>
        </w:rPr>
        <w:t>C. CH₃</w:t>
      </w:r>
    </w:p>
    <w:p w14:paraId="78484E1E" w14:textId="77777777" w:rsidR="00D64AEA" w:rsidRDefault="00000000">
      <w:pPr>
        <w:spacing w:after="40"/>
      </w:pPr>
      <w:r>
        <w:rPr>
          <w:rFonts w:ascii="Arial" w:hAnsi="Arial"/>
          <w:sz w:val="20"/>
        </w:rPr>
        <w:t>D. C₂H₅</w:t>
      </w:r>
    </w:p>
    <w:p w14:paraId="08E9BD6D" w14:textId="77777777" w:rsidR="00D64AEA" w:rsidRDefault="00000000">
      <w:pPr>
        <w:spacing w:after="40"/>
      </w:pPr>
      <w:r>
        <w:rPr>
          <w:rFonts w:ascii="Arial" w:hAnsi="Arial"/>
          <w:sz w:val="20"/>
        </w:rPr>
        <w:t>E. C₃H₈</w:t>
      </w:r>
    </w:p>
    <w:p w14:paraId="0A14C110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C</w:t>
      </w:r>
    </w:p>
    <w:p w14:paraId="593F3AB5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69BC1EEC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Perbandingan</w:t>
      </w:r>
      <w:proofErr w:type="spellEnd"/>
      <w:r>
        <w:rPr>
          <w:rFonts w:ascii="Arial" w:hAnsi="Arial"/>
          <w:sz w:val="20"/>
        </w:rPr>
        <w:t xml:space="preserve"> mol </w:t>
      </w:r>
      <w:proofErr w:type="gramStart"/>
      <w:r>
        <w:rPr>
          <w:rFonts w:ascii="Arial" w:hAnsi="Arial"/>
          <w:sz w:val="20"/>
        </w:rPr>
        <w:t>C :</w:t>
      </w:r>
      <w:proofErr w:type="gramEnd"/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br/>
        <w:t>mol C = 80 / 12 = 6,67 mol</w:t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mol</w:t>
      </w:r>
      <w:proofErr w:type="spellEnd"/>
      <w:r>
        <w:rPr>
          <w:rFonts w:ascii="Arial" w:hAnsi="Arial"/>
          <w:sz w:val="20"/>
        </w:rPr>
        <w:t xml:space="preserve"> H = 20 / 1 = 20 mol</w:t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Perbandingan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sederhana</w:t>
      </w:r>
      <w:proofErr w:type="spellEnd"/>
      <w:r>
        <w:rPr>
          <w:rFonts w:ascii="Arial" w:hAnsi="Arial"/>
          <w:sz w:val="20"/>
        </w:rPr>
        <w:t xml:space="preserve"> </w:t>
      </w:r>
      <w:proofErr w:type="gramStart"/>
      <w:r>
        <w:rPr>
          <w:rFonts w:ascii="Arial" w:hAnsi="Arial"/>
          <w:sz w:val="20"/>
        </w:rPr>
        <w:t>C :</w:t>
      </w:r>
      <w:proofErr w:type="gramEnd"/>
      <w:r>
        <w:rPr>
          <w:rFonts w:ascii="Arial" w:hAnsi="Arial"/>
          <w:sz w:val="20"/>
        </w:rPr>
        <w:t xml:space="preserve"> H = 6,</w:t>
      </w:r>
      <w:proofErr w:type="gramStart"/>
      <w:r>
        <w:rPr>
          <w:rFonts w:ascii="Arial" w:hAnsi="Arial"/>
          <w:sz w:val="20"/>
        </w:rPr>
        <w:t>67 :</w:t>
      </w:r>
      <w:proofErr w:type="gramEnd"/>
      <w:r>
        <w:rPr>
          <w:rFonts w:ascii="Arial" w:hAnsi="Arial"/>
          <w:sz w:val="20"/>
        </w:rPr>
        <w:t xml:space="preserve"> 20 = </w:t>
      </w:r>
      <w:proofErr w:type="gramStart"/>
      <w:r>
        <w:rPr>
          <w:rFonts w:ascii="Arial" w:hAnsi="Arial"/>
          <w:sz w:val="20"/>
        </w:rPr>
        <w:t>1 :</w:t>
      </w:r>
      <w:proofErr w:type="gramEnd"/>
      <w:r>
        <w:rPr>
          <w:rFonts w:ascii="Arial" w:hAnsi="Arial"/>
          <w:sz w:val="20"/>
        </w:rPr>
        <w:t xml:space="preserve"> 3</w:t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Rumus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Empiris</w:t>
      </w:r>
      <w:proofErr w:type="spellEnd"/>
      <w:r>
        <w:rPr>
          <w:rFonts w:ascii="Arial" w:hAnsi="Arial"/>
          <w:sz w:val="20"/>
        </w:rPr>
        <w:t xml:space="preserve"> = CH₃.</w:t>
      </w:r>
    </w:p>
    <w:p w14:paraId="70FB3686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379F0859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7067970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511909F5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489FDAF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6659539C" w14:textId="77777777">
        <w:trPr>
          <w:jc w:val="center"/>
        </w:trPr>
        <w:tc>
          <w:tcPr>
            <w:tcW w:w="3168" w:type="dxa"/>
            <w:vAlign w:val="center"/>
          </w:tcPr>
          <w:p w14:paraId="6B100C0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A. CH</w:t>
            </w:r>
          </w:p>
        </w:tc>
        <w:tc>
          <w:tcPr>
            <w:tcW w:w="1152" w:type="dxa"/>
            <w:vAlign w:val="center"/>
          </w:tcPr>
          <w:p w14:paraId="61AA769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6395012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1:1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data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massa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3BCC4F79" w14:textId="77777777">
        <w:trPr>
          <w:jc w:val="center"/>
        </w:trPr>
        <w:tc>
          <w:tcPr>
            <w:tcW w:w="3168" w:type="dxa"/>
            <w:vAlign w:val="center"/>
          </w:tcPr>
          <w:p w14:paraId="0BE974D9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B. CH₂</w:t>
            </w:r>
          </w:p>
        </w:tc>
        <w:tc>
          <w:tcPr>
            <w:tcW w:w="1152" w:type="dxa"/>
            <w:vAlign w:val="center"/>
          </w:tcPr>
          <w:p w14:paraId="16344EE6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6FC38B8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1:2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memberikan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C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sekitar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85,7%.</w:t>
            </w:r>
          </w:p>
        </w:tc>
      </w:tr>
      <w:tr w:rsidR="00D64AEA" w14:paraId="421180B8" w14:textId="77777777">
        <w:trPr>
          <w:jc w:val="center"/>
        </w:trPr>
        <w:tc>
          <w:tcPr>
            <w:tcW w:w="3168" w:type="dxa"/>
            <w:vAlign w:val="center"/>
          </w:tcPr>
          <w:p w14:paraId="2811AD0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C. CH₃</w:t>
            </w:r>
          </w:p>
        </w:tc>
        <w:tc>
          <w:tcPr>
            <w:tcW w:w="1152" w:type="dxa"/>
            <w:vAlign w:val="center"/>
          </w:tcPr>
          <w:p w14:paraId="49269CE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695D79A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mol 1:3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kadar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80% C dan 20% H.</w:t>
            </w:r>
          </w:p>
        </w:tc>
      </w:tr>
      <w:tr w:rsidR="00D64AEA" w14:paraId="20DC41FD" w14:textId="77777777">
        <w:trPr>
          <w:jc w:val="center"/>
        </w:trPr>
        <w:tc>
          <w:tcPr>
            <w:tcW w:w="3168" w:type="dxa"/>
            <w:vAlign w:val="center"/>
          </w:tcPr>
          <w:p w14:paraId="3483E66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D. C₂H₅</w:t>
            </w:r>
          </w:p>
        </w:tc>
        <w:tc>
          <w:tcPr>
            <w:tcW w:w="1152" w:type="dxa"/>
            <w:vAlign w:val="center"/>
          </w:tcPr>
          <w:p w14:paraId="432A521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499CD67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2:5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1C27DB39" w14:textId="77777777">
        <w:trPr>
          <w:jc w:val="center"/>
        </w:trPr>
        <w:tc>
          <w:tcPr>
            <w:tcW w:w="3168" w:type="dxa"/>
            <w:vAlign w:val="center"/>
          </w:tcPr>
          <w:p w14:paraId="3CDC479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E. C₃H₈</w:t>
            </w:r>
          </w:p>
        </w:tc>
        <w:tc>
          <w:tcPr>
            <w:tcW w:w="1152" w:type="dxa"/>
            <w:vAlign w:val="center"/>
          </w:tcPr>
          <w:p w14:paraId="69B2A2E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051F485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Ini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rumus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propana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perbandingan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paling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sederhana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</w:tbl>
    <w:p w14:paraId="4011DF77" w14:textId="77777777" w:rsidR="00D64AEA" w:rsidRDefault="00D64AEA">
      <w:pPr>
        <w:spacing w:after="120"/>
      </w:pPr>
    </w:p>
    <w:p w14:paraId="08B6B632" w14:textId="77777777" w:rsidR="00D64AEA" w:rsidRDefault="00000000">
      <w:pPr>
        <w:spacing w:after="120"/>
      </w:pPr>
      <w:r>
        <w:rPr>
          <w:rFonts w:ascii="Arial" w:hAnsi="Arial"/>
          <w:b/>
        </w:rPr>
        <w:t>SOAL NOMOR 7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0F18011B" w14:textId="77777777">
        <w:trPr>
          <w:jc w:val="center"/>
        </w:trPr>
        <w:tc>
          <w:tcPr>
            <w:tcW w:w="2880" w:type="dxa"/>
            <w:vAlign w:val="center"/>
          </w:tcPr>
          <w:p w14:paraId="64784719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754C66FD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Kimia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Organik</w:t>
            </w:r>
            <w:proofErr w:type="spellEnd"/>
          </w:p>
        </w:tc>
      </w:tr>
      <w:tr w:rsidR="00D64AEA" w14:paraId="316EBE64" w14:textId="77777777">
        <w:trPr>
          <w:jc w:val="center"/>
        </w:trPr>
        <w:tc>
          <w:tcPr>
            <w:tcW w:w="2880" w:type="dxa"/>
            <w:vAlign w:val="center"/>
          </w:tcPr>
          <w:p w14:paraId="26EF32C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417B476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</w:p>
        </w:tc>
      </w:tr>
      <w:tr w:rsidR="00D64AEA" w14:paraId="1BF32886" w14:textId="77777777">
        <w:trPr>
          <w:jc w:val="center"/>
        </w:trPr>
        <w:tc>
          <w:tcPr>
            <w:tcW w:w="2880" w:type="dxa"/>
            <w:vAlign w:val="center"/>
          </w:tcPr>
          <w:p w14:paraId="008ACDDC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680827F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Menganalisis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sifat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fisik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organik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berdasarkan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strukturnya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serta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manfaatnya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B9CBAF4" w14:textId="77777777">
        <w:trPr>
          <w:jc w:val="center"/>
        </w:trPr>
        <w:tc>
          <w:tcPr>
            <w:tcW w:w="2880" w:type="dxa"/>
            <w:vAlign w:val="center"/>
          </w:tcPr>
          <w:p w14:paraId="5A66552D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22DE778A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kegunaan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berdasarkan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titik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didih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molekul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46E50CC4" w14:textId="77777777">
        <w:trPr>
          <w:jc w:val="center"/>
        </w:trPr>
        <w:tc>
          <w:tcPr>
            <w:tcW w:w="2880" w:type="dxa"/>
            <w:vAlign w:val="center"/>
          </w:tcPr>
          <w:p w14:paraId="56BD09F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2D34351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fraksi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minyak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bumi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berdasarkan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data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titik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didih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323D1209" w14:textId="77777777">
        <w:trPr>
          <w:jc w:val="center"/>
        </w:trPr>
        <w:tc>
          <w:tcPr>
            <w:tcW w:w="2880" w:type="dxa"/>
            <w:vAlign w:val="center"/>
          </w:tcPr>
          <w:p w14:paraId="5C27A68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782B5A8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198EBD53" w14:textId="77777777">
        <w:trPr>
          <w:jc w:val="center"/>
        </w:trPr>
        <w:tc>
          <w:tcPr>
            <w:tcW w:w="2880" w:type="dxa"/>
            <w:vAlign w:val="center"/>
          </w:tcPr>
          <w:p w14:paraId="6BE9BC3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00E62E6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1401CA76" w14:textId="77777777" w:rsidR="00D64AEA" w:rsidRDefault="00D64AEA">
      <w:pPr>
        <w:spacing w:after="120"/>
      </w:pPr>
    </w:p>
    <w:p w14:paraId="23C0BD6A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Perhatikan</w:t>
      </w:r>
      <w:proofErr w:type="spellEnd"/>
      <w:r>
        <w:rPr>
          <w:rFonts w:ascii="Arial" w:hAnsi="Arial"/>
          <w:sz w:val="20"/>
        </w:rPr>
        <w:t xml:space="preserve"> data </w:t>
      </w:r>
      <w:proofErr w:type="spellStart"/>
      <w:r>
        <w:rPr>
          <w:rFonts w:ascii="Arial" w:hAnsi="Arial"/>
          <w:sz w:val="20"/>
        </w:rPr>
        <w:t>fraksi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minyak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bumi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berikut</w:t>
      </w:r>
      <w:proofErr w:type="spellEnd"/>
      <w:r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Fraksi</w:t>
      </w:r>
      <w:proofErr w:type="spellEnd"/>
      <w:r>
        <w:rPr>
          <w:rFonts w:ascii="Arial" w:hAnsi="Arial"/>
          <w:sz w:val="20"/>
        </w:rPr>
        <w:t xml:space="preserve"> | </w:t>
      </w:r>
      <w:proofErr w:type="spellStart"/>
      <w:r>
        <w:rPr>
          <w:rFonts w:ascii="Arial" w:hAnsi="Arial"/>
          <w:sz w:val="20"/>
        </w:rPr>
        <w:t>Rentang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Titik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Didih</w:t>
      </w:r>
      <w:proofErr w:type="spellEnd"/>
      <w:r>
        <w:rPr>
          <w:rFonts w:ascii="Arial" w:hAnsi="Arial"/>
          <w:sz w:val="20"/>
        </w:rPr>
        <w:t xml:space="preserve"> (°C) | </w:t>
      </w:r>
      <w:proofErr w:type="spellStart"/>
      <w:r>
        <w:rPr>
          <w:rFonts w:ascii="Arial" w:hAnsi="Arial"/>
          <w:sz w:val="20"/>
        </w:rPr>
        <w:t>Jumlah</w:t>
      </w:r>
      <w:proofErr w:type="spellEnd"/>
      <w:r>
        <w:rPr>
          <w:rFonts w:ascii="Arial" w:hAnsi="Arial"/>
          <w:sz w:val="20"/>
        </w:rPr>
        <w:t xml:space="preserve"> Atom C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lastRenderedPageBreak/>
        <w:t>-------|--------------------------|--------------</w:t>
      </w:r>
      <w:r>
        <w:rPr>
          <w:rFonts w:ascii="Arial" w:hAnsi="Arial"/>
          <w:sz w:val="20"/>
        </w:rPr>
        <w:br/>
        <w:t>P      | &lt; 20                     | C1 - C4</w:t>
      </w:r>
      <w:r>
        <w:rPr>
          <w:rFonts w:ascii="Arial" w:hAnsi="Arial"/>
          <w:sz w:val="20"/>
        </w:rPr>
        <w:br/>
        <w:t>Q      | 40 - 180                 | C5 - C10</w:t>
      </w:r>
      <w:r>
        <w:rPr>
          <w:rFonts w:ascii="Arial" w:hAnsi="Arial"/>
          <w:sz w:val="20"/>
        </w:rPr>
        <w:br/>
        <w:t>R      | 180 - 250                | C11 - C12</w:t>
      </w:r>
      <w:r>
        <w:rPr>
          <w:rFonts w:ascii="Arial" w:hAnsi="Arial"/>
          <w:sz w:val="20"/>
        </w:rPr>
        <w:br/>
        <w:t>S      | 250 - 350                | C13 - C25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br/>
      </w:r>
      <w:proofErr w:type="spellStart"/>
      <w:r>
        <w:rPr>
          <w:rFonts w:ascii="Arial" w:hAnsi="Arial"/>
          <w:sz w:val="20"/>
        </w:rPr>
        <w:t>Berdasarkan</w:t>
      </w:r>
      <w:proofErr w:type="spellEnd"/>
      <w:r>
        <w:rPr>
          <w:rFonts w:ascii="Arial" w:hAnsi="Arial"/>
          <w:sz w:val="20"/>
        </w:rPr>
        <w:t xml:space="preserve"> data </w:t>
      </w:r>
      <w:proofErr w:type="spellStart"/>
      <w:r>
        <w:rPr>
          <w:rFonts w:ascii="Arial" w:hAnsi="Arial"/>
          <w:sz w:val="20"/>
        </w:rPr>
        <w:t>tersebut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fraksi</w:t>
      </w:r>
      <w:proofErr w:type="spellEnd"/>
      <w:r>
        <w:rPr>
          <w:rFonts w:ascii="Arial" w:hAnsi="Arial"/>
          <w:sz w:val="20"/>
        </w:rPr>
        <w:t xml:space="preserve"> yang paling </w:t>
      </w:r>
      <w:proofErr w:type="spellStart"/>
      <w:r>
        <w:rPr>
          <w:rFonts w:ascii="Arial" w:hAnsi="Arial"/>
          <w:sz w:val="20"/>
        </w:rPr>
        <w:t>tepat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digunakan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sebagai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bahan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bakar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mesin</w:t>
      </w:r>
      <w:proofErr w:type="spellEnd"/>
      <w:r>
        <w:rPr>
          <w:rFonts w:ascii="Arial" w:hAnsi="Arial"/>
          <w:sz w:val="20"/>
        </w:rPr>
        <w:t xml:space="preserve"> jet (</w:t>
      </w:r>
      <w:proofErr w:type="spellStart"/>
      <w:r>
        <w:rPr>
          <w:rFonts w:ascii="Arial" w:hAnsi="Arial"/>
          <w:sz w:val="20"/>
        </w:rPr>
        <w:t>avtur</w:t>
      </w:r>
      <w:proofErr w:type="spellEnd"/>
      <w:r>
        <w:rPr>
          <w:rFonts w:ascii="Arial" w:hAnsi="Arial"/>
          <w:sz w:val="20"/>
        </w:rPr>
        <w:t xml:space="preserve">)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342F519B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165A6B16" w14:textId="77777777" w:rsidR="00D64AEA" w:rsidRDefault="00000000">
      <w:pPr>
        <w:spacing w:after="40"/>
      </w:pPr>
      <w:r>
        <w:rPr>
          <w:rFonts w:ascii="Arial" w:hAnsi="Arial"/>
          <w:sz w:val="20"/>
        </w:rPr>
        <w:t>A. P</w:t>
      </w:r>
    </w:p>
    <w:p w14:paraId="25CAD691" w14:textId="77777777" w:rsidR="00D64AEA" w:rsidRDefault="00000000">
      <w:pPr>
        <w:spacing w:after="40"/>
      </w:pPr>
      <w:r>
        <w:rPr>
          <w:rFonts w:ascii="Arial" w:hAnsi="Arial"/>
          <w:sz w:val="20"/>
        </w:rPr>
        <w:t>B. Q</w:t>
      </w:r>
    </w:p>
    <w:p w14:paraId="719630E8" w14:textId="77777777" w:rsidR="00D64AEA" w:rsidRDefault="00000000">
      <w:pPr>
        <w:spacing w:after="40"/>
      </w:pPr>
      <w:r>
        <w:rPr>
          <w:rFonts w:ascii="Arial" w:hAnsi="Arial"/>
          <w:sz w:val="20"/>
        </w:rPr>
        <w:t>C. R</w:t>
      </w:r>
    </w:p>
    <w:p w14:paraId="29DF2DA1" w14:textId="77777777" w:rsidR="00D64AEA" w:rsidRDefault="00000000">
      <w:pPr>
        <w:spacing w:after="40"/>
      </w:pPr>
      <w:r>
        <w:rPr>
          <w:rFonts w:ascii="Arial" w:hAnsi="Arial"/>
          <w:sz w:val="20"/>
        </w:rPr>
        <w:t>D. S</w:t>
      </w:r>
    </w:p>
    <w:p w14:paraId="71E64696" w14:textId="77777777" w:rsidR="00D64AEA" w:rsidRDefault="00000000">
      <w:pPr>
        <w:spacing w:after="40"/>
      </w:pPr>
      <w:r>
        <w:rPr>
          <w:rFonts w:ascii="Arial" w:hAnsi="Arial"/>
          <w:sz w:val="20"/>
        </w:rPr>
        <w:t>E. P dan Q</w:t>
      </w:r>
    </w:p>
    <w:p w14:paraId="2A2EE52D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t>KUNCI JAWABAN: C</w:t>
      </w:r>
    </w:p>
    <w:p w14:paraId="641AAC6A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6E5539C5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Avtur</w:t>
      </w:r>
      <w:proofErr w:type="spellEnd"/>
      <w:r>
        <w:rPr>
          <w:rFonts w:ascii="Arial" w:hAnsi="Arial"/>
          <w:sz w:val="20"/>
        </w:rPr>
        <w:t xml:space="preserve"> (</w:t>
      </w:r>
      <w:proofErr w:type="spellStart"/>
      <w:r>
        <w:rPr>
          <w:rFonts w:ascii="Arial" w:hAnsi="Arial"/>
          <w:sz w:val="20"/>
        </w:rPr>
        <w:t>bahan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bakar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mesin</w:t>
      </w:r>
      <w:proofErr w:type="spellEnd"/>
      <w:r>
        <w:rPr>
          <w:rFonts w:ascii="Arial" w:hAnsi="Arial"/>
          <w:sz w:val="20"/>
        </w:rPr>
        <w:t xml:space="preserve"> jet) </w:t>
      </w:r>
      <w:proofErr w:type="spellStart"/>
      <w:r>
        <w:rPr>
          <w:rFonts w:ascii="Arial" w:hAnsi="Arial"/>
          <w:sz w:val="20"/>
        </w:rPr>
        <w:t>berasal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dari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fraksi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kerosin</w:t>
      </w:r>
      <w:proofErr w:type="spellEnd"/>
      <w:r>
        <w:rPr>
          <w:rFonts w:ascii="Arial" w:hAnsi="Arial"/>
          <w:sz w:val="20"/>
        </w:rPr>
        <w:t xml:space="preserve"> yang </w:t>
      </w:r>
      <w:proofErr w:type="spellStart"/>
      <w:r>
        <w:rPr>
          <w:rFonts w:ascii="Arial" w:hAnsi="Arial"/>
          <w:sz w:val="20"/>
        </w:rPr>
        <w:t>memiliki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rentang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titik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didih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sekitar</w:t>
      </w:r>
      <w:proofErr w:type="spellEnd"/>
      <w:r>
        <w:rPr>
          <w:rFonts w:ascii="Arial" w:hAnsi="Arial"/>
          <w:sz w:val="20"/>
        </w:rPr>
        <w:t xml:space="preserve"> 180–250 °C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jumlah</w:t>
      </w:r>
      <w:proofErr w:type="spellEnd"/>
      <w:r>
        <w:rPr>
          <w:rFonts w:ascii="Arial" w:hAnsi="Arial"/>
          <w:sz w:val="20"/>
        </w:rPr>
        <w:t xml:space="preserve"> atom </w:t>
      </w:r>
      <w:proofErr w:type="spellStart"/>
      <w:r>
        <w:rPr>
          <w:rFonts w:ascii="Arial" w:hAnsi="Arial"/>
          <w:sz w:val="20"/>
        </w:rPr>
        <w:t>karbon</w:t>
      </w:r>
      <w:proofErr w:type="spellEnd"/>
      <w:r>
        <w:rPr>
          <w:rFonts w:ascii="Arial" w:hAnsi="Arial"/>
          <w:sz w:val="20"/>
        </w:rPr>
        <w:t xml:space="preserve"> C11–C12. </w:t>
      </w:r>
      <w:proofErr w:type="spellStart"/>
      <w:r>
        <w:rPr>
          <w:rFonts w:ascii="Arial" w:hAnsi="Arial"/>
          <w:sz w:val="20"/>
        </w:rPr>
        <w:t>Berdasarkan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tabel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ini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sesuai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fraksi</w:t>
      </w:r>
      <w:proofErr w:type="spellEnd"/>
      <w:r>
        <w:rPr>
          <w:rFonts w:ascii="Arial" w:hAnsi="Arial"/>
          <w:sz w:val="20"/>
        </w:rPr>
        <w:t xml:space="preserve"> R.</w:t>
      </w:r>
    </w:p>
    <w:p w14:paraId="56961D8C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6003C2E6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57F85BC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6DE4B10F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7969844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250FB1AA" w14:textId="77777777">
        <w:trPr>
          <w:jc w:val="center"/>
        </w:trPr>
        <w:tc>
          <w:tcPr>
            <w:tcW w:w="3168" w:type="dxa"/>
            <w:vAlign w:val="center"/>
          </w:tcPr>
          <w:p w14:paraId="0B58D331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A. P</w:t>
            </w:r>
          </w:p>
        </w:tc>
        <w:tc>
          <w:tcPr>
            <w:tcW w:w="1152" w:type="dxa"/>
            <w:vAlign w:val="center"/>
          </w:tcPr>
          <w:p w14:paraId="69AAA5E9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2ABD4C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Fraksi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P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gas (LPG).</w:t>
            </w:r>
          </w:p>
        </w:tc>
      </w:tr>
      <w:tr w:rsidR="00D64AEA" w14:paraId="0CDB47B2" w14:textId="77777777">
        <w:trPr>
          <w:jc w:val="center"/>
        </w:trPr>
        <w:tc>
          <w:tcPr>
            <w:tcW w:w="3168" w:type="dxa"/>
            <w:vAlign w:val="center"/>
          </w:tcPr>
          <w:p w14:paraId="661F7D8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B. Q</w:t>
            </w:r>
          </w:p>
        </w:tc>
        <w:tc>
          <w:tcPr>
            <w:tcW w:w="1152" w:type="dxa"/>
            <w:vAlign w:val="center"/>
          </w:tcPr>
          <w:p w14:paraId="611F9BC7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14A8052D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Fraksi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Q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bensin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11EF70F3" w14:textId="77777777">
        <w:trPr>
          <w:jc w:val="center"/>
        </w:trPr>
        <w:tc>
          <w:tcPr>
            <w:tcW w:w="3168" w:type="dxa"/>
            <w:vAlign w:val="center"/>
          </w:tcPr>
          <w:p w14:paraId="535A41E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C. R</w:t>
            </w:r>
          </w:p>
        </w:tc>
        <w:tc>
          <w:tcPr>
            <w:tcW w:w="1152" w:type="dxa"/>
            <w:vAlign w:val="center"/>
          </w:tcPr>
          <w:p w14:paraId="489FAE6F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30F3BEE7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Fraksi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R (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kerosin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)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digunakan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sebagai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bahan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bakar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jet/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avtur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7C432BFB" w14:textId="77777777">
        <w:trPr>
          <w:jc w:val="center"/>
        </w:trPr>
        <w:tc>
          <w:tcPr>
            <w:tcW w:w="3168" w:type="dxa"/>
            <w:vAlign w:val="center"/>
          </w:tcPr>
          <w:p w14:paraId="29CCC34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D. S</w:t>
            </w:r>
          </w:p>
        </w:tc>
        <w:tc>
          <w:tcPr>
            <w:tcW w:w="1152" w:type="dxa"/>
            <w:vAlign w:val="center"/>
          </w:tcPr>
          <w:p w14:paraId="2F6BC8E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506ADB7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Fraksi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adalah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solar/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minyak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diesel.</w:t>
            </w:r>
          </w:p>
        </w:tc>
      </w:tr>
      <w:tr w:rsidR="00D64AEA" w14:paraId="266F75E5" w14:textId="77777777">
        <w:trPr>
          <w:jc w:val="center"/>
        </w:trPr>
        <w:tc>
          <w:tcPr>
            <w:tcW w:w="3168" w:type="dxa"/>
            <w:vAlign w:val="center"/>
          </w:tcPr>
          <w:p w14:paraId="37FB289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E. P dan Q</w:t>
            </w:r>
          </w:p>
        </w:tc>
        <w:tc>
          <w:tcPr>
            <w:tcW w:w="1152" w:type="dxa"/>
            <w:vAlign w:val="center"/>
          </w:tcPr>
          <w:p w14:paraId="395195DB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09EEBA58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Kombinasi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gas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bensin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tidak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digunakan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untuk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mesin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jet.</w:t>
            </w:r>
          </w:p>
        </w:tc>
      </w:tr>
    </w:tbl>
    <w:p w14:paraId="1D0AA750" w14:textId="77777777" w:rsidR="00D64AEA" w:rsidRDefault="00D64AEA">
      <w:pPr>
        <w:spacing w:after="120"/>
      </w:pPr>
    </w:p>
    <w:p w14:paraId="3CC168BA" w14:textId="77777777" w:rsidR="00D64AEA" w:rsidRDefault="00000000">
      <w:pPr>
        <w:spacing w:after="120"/>
      </w:pPr>
      <w:r>
        <w:rPr>
          <w:rFonts w:ascii="Arial" w:hAnsi="Arial"/>
          <w:b/>
        </w:rPr>
        <w:t>SOAL NOMOR 8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D64AEA" w14:paraId="44ACF8FB" w14:textId="77777777">
        <w:trPr>
          <w:jc w:val="center"/>
        </w:trPr>
        <w:tc>
          <w:tcPr>
            <w:tcW w:w="2880" w:type="dxa"/>
            <w:vAlign w:val="center"/>
          </w:tcPr>
          <w:p w14:paraId="62DB780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Elemen</w:t>
            </w:r>
            <w:proofErr w:type="spellEnd"/>
          </w:p>
        </w:tc>
        <w:tc>
          <w:tcPr>
            <w:tcW w:w="7200" w:type="dxa"/>
            <w:vAlign w:val="center"/>
          </w:tcPr>
          <w:p w14:paraId="18991AF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Kimia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Organik</w:t>
            </w:r>
            <w:proofErr w:type="spellEnd"/>
          </w:p>
        </w:tc>
      </w:tr>
      <w:tr w:rsidR="00D64AEA" w14:paraId="5A0B33E8" w14:textId="77777777">
        <w:trPr>
          <w:jc w:val="center"/>
        </w:trPr>
        <w:tc>
          <w:tcPr>
            <w:tcW w:w="2880" w:type="dxa"/>
            <w:vAlign w:val="center"/>
          </w:tcPr>
          <w:p w14:paraId="3AD8A14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Subelemen</w:t>
            </w:r>
            <w:proofErr w:type="spellEnd"/>
          </w:p>
        </w:tc>
        <w:tc>
          <w:tcPr>
            <w:tcW w:w="7200" w:type="dxa"/>
            <w:vAlign w:val="center"/>
          </w:tcPr>
          <w:p w14:paraId="23B10B4C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</w:p>
        </w:tc>
      </w:tr>
      <w:tr w:rsidR="00D64AEA" w14:paraId="1E6C8ACF" w14:textId="77777777">
        <w:trPr>
          <w:jc w:val="center"/>
        </w:trPr>
        <w:tc>
          <w:tcPr>
            <w:tcW w:w="2880" w:type="dxa"/>
            <w:vAlign w:val="center"/>
          </w:tcPr>
          <w:p w14:paraId="7AD32830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Kompetensi</w:t>
            </w:r>
            <w:proofErr w:type="spellEnd"/>
          </w:p>
        </w:tc>
        <w:tc>
          <w:tcPr>
            <w:tcW w:w="7200" w:type="dxa"/>
            <w:vAlign w:val="center"/>
          </w:tcPr>
          <w:p w14:paraId="11B9C2A2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Menganalisis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sifat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fisik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kimia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organik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berdasarkan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strukturnya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serta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manfaatnya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57D71E12" w14:textId="77777777">
        <w:trPr>
          <w:jc w:val="center"/>
        </w:trPr>
        <w:tc>
          <w:tcPr>
            <w:tcW w:w="2880" w:type="dxa"/>
            <w:vAlign w:val="center"/>
          </w:tcPr>
          <w:p w14:paraId="4515E56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Indikator</w:t>
            </w:r>
            <w:proofErr w:type="spellEnd"/>
          </w:p>
        </w:tc>
        <w:tc>
          <w:tcPr>
            <w:tcW w:w="7200" w:type="dxa"/>
            <w:vAlign w:val="center"/>
          </w:tcPr>
          <w:p w14:paraId="740DFE06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Menentukan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jenis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yang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terjadi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pada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senyawa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5EE3D2EF" w14:textId="77777777">
        <w:trPr>
          <w:jc w:val="center"/>
        </w:trPr>
        <w:tc>
          <w:tcPr>
            <w:tcW w:w="2880" w:type="dxa"/>
            <w:vAlign w:val="center"/>
          </w:tcPr>
          <w:p w14:paraId="72A975F9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Tujuan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Pembelajaran</w:t>
            </w:r>
            <w:proofErr w:type="spellEnd"/>
          </w:p>
        </w:tc>
        <w:tc>
          <w:tcPr>
            <w:tcW w:w="7200" w:type="dxa"/>
            <w:vAlign w:val="center"/>
          </w:tcPr>
          <w:p w14:paraId="6A1FBEB3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Mengidentifikasi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pada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hidrokarbon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6CED40B8" w14:textId="77777777">
        <w:trPr>
          <w:jc w:val="center"/>
        </w:trPr>
        <w:tc>
          <w:tcPr>
            <w:tcW w:w="2880" w:type="dxa"/>
            <w:vAlign w:val="center"/>
          </w:tcPr>
          <w:p w14:paraId="652008F8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Level</w:t>
            </w:r>
          </w:p>
        </w:tc>
        <w:tc>
          <w:tcPr>
            <w:tcW w:w="7200" w:type="dxa"/>
            <w:vAlign w:val="center"/>
          </w:tcPr>
          <w:p w14:paraId="1904EC63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C4</w:t>
            </w:r>
          </w:p>
        </w:tc>
      </w:tr>
      <w:tr w:rsidR="00D64AEA" w14:paraId="0D6E01E8" w14:textId="77777777">
        <w:trPr>
          <w:jc w:val="center"/>
        </w:trPr>
        <w:tc>
          <w:tcPr>
            <w:tcW w:w="2880" w:type="dxa"/>
            <w:vAlign w:val="center"/>
          </w:tcPr>
          <w:p w14:paraId="64D8B9DE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Bentuk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Soal</w:t>
            </w:r>
          </w:p>
        </w:tc>
        <w:tc>
          <w:tcPr>
            <w:tcW w:w="7200" w:type="dxa"/>
            <w:vAlign w:val="center"/>
          </w:tcPr>
          <w:p w14:paraId="695F708F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Pilihan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Ganda</w:t>
            </w:r>
          </w:p>
        </w:tc>
      </w:tr>
    </w:tbl>
    <w:p w14:paraId="504BE098" w14:textId="77777777" w:rsidR="00D64AEA" w:rsidRDefault="00D64AEA">
      <w:pPr>
        <w:spacing w:after="120"/>
      </w:pPr>
    </w:p>
    <w:p w14:paraId="09F413B8" w14:textId="77777777" w:rsidR="00D64AEA" w:rsidRDefault="00000000">
      <w:pPr>
        <w:spacing w:after="120"/>
      </w:pPr>
      <w:proofErr w:type="spellStart"/>
      <w:r>
        <w:rPr>
          <w:rFonts w:ascii="Arial" w:hAnsi="Arial"/>
          <w:sz w:val="20"/>
        </w:rPr>
        <w:t>Perhatikan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persamaan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senyawa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karbon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berikut</w:t>
      </w:r>
      <w:proofErr w:type="spellEnd"/>
      <w:r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br/>
        <w:t>(1) CH₂=CH₂ + H₂ → CH₃-CH₃</w:t>
      </w:r>
      <w:r>
        <w:rPr>
          <w:rFonts w:ascii="Arial" w:hAnsi="Arial"/>
          <w:sz w:val="20"/>
        </w:rPr>
        <w:br/>
        <w:t xml:space="preserve">(2) CH₄ + Cl₂ → </w:t>
      </w:r>
      <w:proofErr w:type="spellStart"/>
      <w:r>
        <w:rPr>
          <w:rFonts w:ascii="Arial" w:hAnsi="Arial"/>
          <w:sz w:val="20"/>
        </w:rPr>
        <w:t>CH₃Cl</w:t>
      </w:r>
      <w:proofErr w:type="spellEnd"/>
      <w:r>
        <w:rPr>
          <w:rFonts w:ascii="Arial" w:hAnsi="Arial"/>
          <w:sz w:val="20"/>
        </w:rPr>
        <w:t xml:space="preserve"> + HCl</w:t>
      </w:r>
      <w:r>
        <w:rPr>
          <w:rFonts w:ascii="Arial" w:hAnsi="Arial"/>
          <w:sz w:val="20"/>
        </w:rPr>
        <w:br/>
        <w:t>(3) CH₃-CH₂-Br → CH₂=CH₂ + HBr</w:t>
      </w:r>
      <w:r>
        <w:rPr>
          <w:rFonts w:ascii="Arial" w:hAnsi="Arial"/>
          <w:sz w:val="20"/>
        </w:rPr>
        <w:br/>
        <w:t xml:space="preserve">Jenis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 xml:space="preserve"> pada (1), (2), dan (3) </w:t>
      </w:r>
      <w:proofErr w:type="spellStart"/>
      <w:r>
        <w:rPr>
          <w:rFonts w:ascii="Arial" w:hAnsi="Arial"/>
          <w:sz w:val="20"/>
        </w:rPr>
        <w:t>berturut-turut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....</w:t>
      </w:r>
    </w:p>
    <w:p w14:paraId="73A52DEB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PILIHAN JAWABAN</w:t>
      </w:r>
    </w:p>
    <w:p w14:paraId="22DF736E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A. </w:t>
      </w:r>
      <w:proofErr w:type="spellStart"/>
      <w:r>
        <w:rPr>
          <w:rFonts w:ascii="Arial" w:hAnsi="Arial"/>
          <w:sz w:val="20"/>
        </w:rPr>
        <w:t>Adisi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substitusi</w:t>
      </w:r>
      <w:proofErr w:type="spellEnd"/>
      <w:r>
        <w:rPr>
          <w:rFonts w:ascii="Arial" w:hAnsi="Arial"/>
          <w:sz w:val="20"/>
        </w:rPr>
        <w:t xml:space="preserve">, dan </w:t>
      </w:r>
      <w:proofErr w:type="spellStart"/>
      <w:r>
        <w:rPr>
          <w:rFonts w:ascii="Arial" w:hAnsi="Arial"/>
          <w:sz w:val="20"/>
        </w:rPr>
        <w:t>eliminasi</w:t>
      </w:r>
      <w:proofErr w:type="spellEnd"/>
    </w:p>
    <w:p w14:paraId="715BFB87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B. </w:t>
      </w:r>
      <w:proofErr w:type="spellStart"/>
      <w:r>
        <w:rPr>
          <w:rFonts w:ascii="Arial" w:hAnsi="Arial"/>
          <w:sz w:val="20"/>
        </w:rPr>
        <w:t>Substitusi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adisi</w:t>
      </w:r>
      <w:proofErr w:type="spellEnd"/>
      <w:r>
        <w:rPr>
          <w:rFonts w:ascii="Arial" w:hAnsi="Arial"/>
          <w:sz w:val="20"/>
        </w:rPr>
        <w:t xml:space="preserve">, dan </w:t>
      </w:r>
      <w:proofErr w:type="spellStart"/>
      <w:r>
        <w:rPr>
          <w:rFonts w:ascii="Arial" w:hAnsi="Arial"/>
          <w:sz w:val="20"/>
        </w:rPr>
        <w:t>eliminasi</w:t>
      </w:r>
      <w:proofErr w:type="spellEnd"/>
    </w:p>
    <w:p w14:paraId="70CD6F90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C. </w:t>
      </w:r>
      <w:proofErr w:type="spellStart"/>
      <w:r>
        <w:rPr>
          <w:rFonts w:ascii="Arial" w:hAnsi="Arial"/>
          <w:sz w:val="20"/>
        </w:rPr>
        <w:t>Eliminasi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adisi</w:t>
      </w:r>
      <w:proofErr w:type="spellEnd"/>
      <w:r>
        <w:rPr>
          <w:rFonts w:ascii="Arial" w:hAnsi="Arial"/>
          <w:sz w:val="20"/>
        </w:rPr>
        <w:t xml:space="preserve">, dan </w:t>
      </w:r>
      <w:proofErr w:type="spellStart"/>
      <w:r>
        <w:rPr>
          <w:rFonts w:ascii="Arial" w:hAnsi="Arial"/>
          <w:sz w:val="20"/>
        </w:rPr>
        <w:t>substitusi</w:t>
      </w:r>
      <w:proofErr w:type="spellEnd"/>
    </w:p>
    <w:p w14:paraId="143DDB87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D. </w:t>
      </w:r>
      <w:proofErr w:type="spellStart"/>
      <w:r>
        <w:rPr>
          <w:rFonts w:ascii="Arial" w:hAnsi="Arial"/>
          <w:sz w:val="20"/>
        </w:rPr>
        <w:t>Adisi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eliminasi</w:t>
      </w:r>
      <w:proofErr w:type="spellEnd"/>
      <w:r>
        <w:rPr>
          <w:rFonts w:ascii="Arial" w:hAnsi="Arial"/>
          <w:sz w:val="20"/>
        </w:rPr>
        <w:t xml:space="preserve">, dan </w:t>
      </w:r>
      <w:proofErr w:type="spellStart"/>
      <w:r>
        <w:rPr>
          <w:rFonts w:ascii="Arial" w:hAnsi="Arial"/>
          <w:sz w:val="20"/>
        </w:rPr>
        <w:t>substitusi</w:t>
      </w:r>
      <w:proofErr w:type="spellEnd"/>
    </w:p>
    <w:p w14:paraId="241B9965" w14:textId="77777777" w:rsidR="00D64AEA" w:rsidRDefault="00000000">
      <w:pPr>
        <w:spacing w:after="40"/>
      </w:pPr>
      <w:r>
        <w:rPr>
          <w:rFonts w:ascii="Arial" w:hAnsi="Arial"/>
          <w:sz w:val="20"/>
        </w:rPr>
        <w:t xml:space="preserve">E. </w:t>
      </w:r>
      <w:proofErr w:type="spellStart"/>
      <w:r>
        <w:rPr>
          <w:rFonts w:ascii="Arial" w:hAnsi="Arial"/>
          <w:sz w:val="20"/>
        </w:rPr>
        <w:t>Substitusi</w:t>
      </w:r>
      <w:proofErr w:type="spellEnd"/>
      <w:r>
        <w:rPr>
          <w:rFonts w:ascii="Arial" w:hAnsi="Arial"/>
          <w:sz w:val="20"/>
        </w:rPr>
        <w:t xml:space="preserve">, </w:t>
      </w:r>
      <w:proofErr w:type="spellStart"/>
      <w:r>
        <w:rPr>
          <w:rFonts w:ascii="Arial" w:hAnsi="Arial"/>
          <w:sz w:val="20"/>
        </w:rPr>
        <w:t>eliminasi</w:t>
      </w:r>
      <w:proofErr w:type="spellEnd"/>
      <w:r>
        <w:rPr>
          <w:rFonts w:ascii="Arial" w:hAnsi="Arial"/>
          <w:sz w:val="20"/>
        </w:rPr>
        <w:t xml:space="preserve">, dan </w:t>
      </w:r>
      <w:proofErr w:type="spellStart"/>
      <w:r>
        <w:rPr>
          <w:rFonts w:ascii="Arial" w:hAnsi="Arial"/>
          <w:sz w:val="20"/>
        </w:rPr>
        <w:t>adisi</w:t>
      </w:r>
      <w:proofErr w:type="spellEnd"/>
    </w:p>
    <w:p w14:paraId="51D878E1" w14:textId="77777777" w:rsidR="00D64AEA" w:rsidRDefault="00000000">
      <w:pPr>
        <w:spacing w:after="120"/>
      </w:pPr>
      <w:r>
        <w:rPr>
          <w:rFonts w:ascii="Arial" w:hAnsi="Arial"/>
          <w:b/>
          <w:sz w:val="20"/>
        </w:rPr>
        <w:lastRenderedPageBreak/>
        <w:t>KUNCI JAWABAN: A</w:t>
      </w:r>
    </w:p>
    <w:p w14:paraId="78A22AA0" w14:textId="77777777" w:rsidR="00D64AEA" w:rsidRDefault="00000000">
      <w:pPr>
        <w:spacing w:after="40"/>
      </w:pPr>
      <w:r>
        <w:rPr>
          <w:rFonts w:ascii="Arial" w:hAnsi="Arial"/>
          <w:b/>
          <w:sz w:val="20"/>
        </w:rPr>
        <w:t>PEMBAHASAN:</w:t>
      </w:r>
    </w:p>
    <w:p w14:paraId="004A22A2" w14:textId="77777777" w:rsidR="00D64AEA" w:rsidRDefault="00000000">
      <w:pPr>
        <w:spacing w:after="120"/>
      </w:pPr>
      <w:r>
        <w:rPr>
          <w:rFonts w:ascii="Arial" w:hAnsi="Arial"/>
          <w:sz w:val="20"/>
        </w:rPr>
        <w:t xml:space="preserve">(1) </w:t>
      </w:r>
      <w:proofErr w:type="spellStart"/>
      <w:r>
        <w:rPr>
          <w:rFonts w:ascii="Arial" w:hAnsi="Arial"/>
          <w:sz w:val="20"/>
        </w:rPr>
        <w:t>Pemutusan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ikatan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rangkap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menjadi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ikatan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tunggal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penambahan</w:t>
      </w:r>
      <w:proofErr w:type="spellEnd"/>
      <w:r>
        <w:rPr>
          <w:rFonts w:ascii="Arial" w:hAnsi="Arial"/>
          <w:sz w:val="20"/>
        </w:rPr>
        <w:t xml:space="preserve"> atom H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adisi</w:t>
      </w:r>
      <w:proofErr w:type="spellEnd"/>
      <w:r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br/>
        <w:t xml:space="preserve">(2) </w:t>
      </w:r>
      <w:proofErr w:type="spellStart"/>
      <w:r>
        <w:rPr>
          <w:rFonts w:ascii="Arial" w:hAnsi="Arial"/>
          <w:sz w:val="20"/>
        </w:rPr>
        <w:t>Penggantian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satu</w:t>
      </w:r>
      <w:proofErr w:type="spellEnd"/>
      <w:r>
        <w:rPr>
          <w:rFonts w:ascii="Arial" w:hAnsi="Arial"/>
          <w:sz w:val="20"/>
        </w:rPr>
        <w:t xml:space="preserve"> atom H pada </w:t>
      </w:r>
      <w:proofErr w:type="spellStart"/>
      <w:r>
        <w:rPr>
          <w:rFonts w:ascii="Arial" w:hAnsi="Arial"/>
          <w:sz w:val="20"/>
        </w:rPr>
        <w:t>alkana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atom Cl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substitusi</w:t>
      </w:r>
      <w:proofErr w:type="spellEnd"/>
      <w:r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br/>
        <w:t xml:space="preserve">(3) </w:t>
      </w:r>
      <w:proofErr w:type="spellStart"/>
      <w:r>
        <w:rPr>
          <w:rFonts w:ascii="Arial" w:hAnsi="Arial"/>
          <w:sz w:val="20"/>
        </w:rPr>
        <w:t>Pembentukan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ikatan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rangkap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dengan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pelepasan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gugus</w:t>
      </w:r>
      <w:proofErr w:type="spellEnd"/>
      <w:r>
        <w:rPr>
          <w:rFonts w:ascii="Arial" w:hAnsi="Arial"/>
          <w:sz w:val="20"/>
        </w:rPr>
        <w:t xml:space="preserve"> HBr </w:t>
      </w:r>
      <w:proofErr w:type="spellStart"/>
      <w:r>
        <w:rPr>
          <w:rFonts w:ascii="Arial" w:hAnsi="Arial"/>
          <w:sz w:val="20"/>
        </w:rPr>
        <w:t>adalah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reaksi</w:t>
      </w:r>
      <w:proofErr w:type="spellEnd"/>
      <w:r>
        <w:rPr>
          <w:rFonts w:ascii="Arial" w:hAnsi="Arial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eliminasi</w:t>
      </w:r>
      <w:proofErr w:type="spellEnd"/>
      <w:r>
        <w:rPr>
          <w:rFonts w:ascii="Arial" w:hAnsi="Arial"/>
          <w:sz w:val="20"/>
        </w:rPr>
        <w:t>.</w:t>
      </w:r>
    </w:p>
    <w:p w14:paraId="371F408C" w14:textId="77777777" w:rsidR="00D64AEA" w:rsidRDefault="00000000">
      <w:pPr>
        <w:spacing w:after="80"/>
      </w:pPr>
      <w:r>
        <w:rPr>
          <w:rFonts w:ascii="Arial" w:hAnsi="Arial"/>
          <w:b/>
          <w:sz w:val="20"/>
        </w:rPr>
        <w:t>ANALISIS SETIAP OPSI:</w:t>
      </w:r>
    </w:p>
    <w:tbl>
      <w:tblPr>
        <w:tblW w:w="0" w:type="auto"/>
        <w:jc w:val="center"/>
        <w:tblBorders>
          <w:top w:val="single" w:sz="6" w:space="0" w:color="A6B5C3"/>
          <w:left w:val="single" w:sz="6" w:space="0" w:color="A6B5C3"/>
          <w:bottom w:val="single" w:sz="6" w:space="0" w:color="A6B5C3"/>
          <w:right w:val="single" w:sz="6" w:space="0" w:color="A6B5C3"/>
          <w:insideH w:val="single" w:sz="6" w:space="0" w:color="A6B5C3"/>
          <w:insideV w:val="single" w:sz="6" w:space="0" w:color="A6B5C3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5760"/>
      </w:tblGrid>
      <w:tr w:rsidR="00D64AEA" w14:paraId="2F4744DF" w14:textId="77777777">
        <w:trPr>
          <w:jc w:val="center"/>
        </w:trPr>
        <w:tc>
          <w:tcPr>
            <w:tcW w:w="3168" w:type="dxa"/>
            <w:shd w:val="clear" w:color="auto" w:fill="F2F2F2"/>
            <w:vAlign w:val="center"/>
          </w:tcPr>
          <w:p w14:paraId="44FC0E5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Opsi</w:t>
            </w:r>
            <w:proofErr w:type="spellEnd"/>
          </w:p>
        </w:tc>
        <w:tc>
          <w:tcPr>
            <w:tcW w:w="1152" w:type="dxa"/>
            <w:shd w:val="clear" w:color="auto" w:fill="F2F2F2"/>
            <w:vAlign w:val="center"/>
          </w:tcPr>
          <w:p w14:paraId="14BEA215" w14:textId="77777777" w:rsidR="00D64AE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Status</w:t>
            </w:r>
          </w:p>
        </w:tc>
        <w:tc>
          <w:tcPr>
            <w:tcW w:w="5760" w:type="dxa"/>
            <w:shd w:val="clear" w:color="auto" w:fill="F2F2F2"/>
            <w:vAlign w:val="center"/>
          </w:tcPr>
          <w:p w14:paraId="705CB2E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</w:rPr>
              <w:t>Analisis</w:t>
            </w:r>
            <w:proofErr w:type="spellEnd"/>
          </w:p>
        </w:tc>
      </w:tr>
      <w:tr w:rsidR="00D64AEA" w14:paraId="3829207C" w14:textId="77777777">
        <w:trPr>
          <w:jc w:val="center"/>
        </w:trPr>
        <w:tc>
          <w:tcPr>
            <w:tcW w:w="3168" w:type="dxa"/>
            <w:vAlign w:val="center"/>
          </w:tcPr>
          <w:p w14:paraId="5C29DE79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A.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</w:p>
        </w:tc>
        <w:tc>
          <w:tcPr>
            <w:tcW w:w="1152" w:type="dxa"/>
            <w:vAlign w:val="center"/>
          </w:tcPr>
          <w:p w14:paraId="4D48C264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BENAR</w:t>
            </w:r>
          </w:p>
        </w:tc>
        <w:tc>
          <w:tcPr>
            <w:tcW w:w="5760" w:type="dxa"/>
            <w:vAlign w:val="center"/>
          </w:tcPr>
          <w:p w14:paraId="7B564885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Urutan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sesuai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dengan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fenomena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7E9F186D" w14:textId="77777777">
        <w:trPr>
          <w:jc w:val="center"/>
        </w:trPr>
        <w:tc>
          <w:tcPr>
            <w:tcW w:w="3168" w:type="dxa"/>
            <w:vAlign w:val="center"/>
          </w:tcPr>
          <w:p w14:paraId="1CD00CCA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B.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</w:p>
        </w:tc>
        <w:tc>
          <w:tcPr>
            <w:tcW w:w="1152" w:type="dxa"/>
            <w:vAlign w:val="center"/>
          </w:tcPr>
          <w:p w14:paraId="74876FC1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0AD73F2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(1)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0903608D" w14:textId="77777777">
        <w:trPr>
          <w:jc w:val="center"/>
        </w:trPr>
        <w:tc>
          <w:tcPr>
            <w:tcW w:w="3168" w:type="dxa"/>
            <w:vAlign w:val="center"/>
          </w:tcPr>
          <w:p w14:paraId="38791C9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C.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</w:p>
        </w:tc>
        <w:tc>
          <w:tcPr>
            <w:tcW w:w="1152" w:type="dxa"/>
            <w:vAlign w:val="center"/>
          </w:tcPr>
          <w:p w14:paraId="194989A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3533384B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(1)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55B0A413" w14:textId="77777777">
        <w:trPr>
          <w:jc w:val="center"/>
        </w:trPr>
        <w:tc>
          <w:tcPr>
            <w:tcW w:w="3168" w:type="dxa"/>
            <w:vAlign w:val="center"/>
          </w:tcPr>
          <w:p w14:paraId="619BC9C0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D.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</w:p>
        </w:tc>
        <w:tc>
          <w:tcPr>
            <w:tcW w:w="1152" w:type="dxa"/>
            <w:vAlign w:val="center"/>
          </w:tcPr>
          <w:p w14:paraId="3097C45C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4954CFB1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Reaksi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(2)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bukan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  <w:tr w:rsidR="00D64AEA" w14:paraId="5130EC5A" w14:textId="77777777">
        <w:trPr>
          <w:jc w:val="center"/>
        </w:trPr>
        <w:tc>
          <w:tcPr>
            <w:tcW w:w="3168" w:type="dxa"/>
            <w:vAlign w:val="center"/>
          </w:tcPr>
          <w:p w14:paraId="74934085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 xml:space="preserve">E.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Substitusi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eliminasi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, dan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adisi</w:t>
            </w:r>
            <w:proofErr w:type="spellEnd"/>
          </w:p>
        </w:tc>
        <w:tc>
          <w:tcPr>
            <w:tcW w:w="1152" w:type="dxa"/>
            <w:vAlign w:val="center"/>
          </w:tcPr>
          <w:p w14:paraId="501F236E" w14:textId="77777777" w:rsidR="00D64AE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8"/>
              </w:rPr>
              <w:t>SALAH</w:t>
            </w:r>
          </w:p>
        </w:tc>
        <w:tc>
          <w:tcPr>
            <w:tcW w:w="5760" w:type="dxa"/>
            <w:vAlign w:val="center"/>
          </w:tcPr>
          <w:p w14:paraId="559F0934" w14:textId="77777777" w:rsidR="00D64AEA" w:rsidRDefault="00000000">
            <w:pPr>
              <w:spacing w:after="0"/>
            </w:pPr>
            <w:proofErr w:type="spellStart"/>
            <w:r>
              <w:rPr>
                <w:rFonts w:ascii="Arial" w:hAnsi="Arial"/>
                <w:color w:val="000000"/>
                <w:sz w:val="18"/>
              </w:rPr>
              <w:t>Urutan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</w:rPr>
              <w:t>terbalik</w:t>
            </w:r>
            <w:proofErr w:type="spellEnd"/>
            <w:r>
              <w:rPr>
                <w:rFonts w:ascii="Arial" w:hAnsi="Arial"/>
                <w:color w:val="000000"/>
                <w:sz w:val="18"/>
              </w:rPr>
              <w:t>.</w:t>
            </w:r>
          </w:p>
        </w:tc>
      </w:tr>
    </w:tbl>
    <w:p w14:paraId="5CE81814" w14:textId="77777777" w:rsidR="00D64AEA" w:rsidRDefault="00D64AEA">
      <w:pPr>
        <w:spacing w:after="120"/>
      </w:pPr>
    </w:p>
    <w:p w14:paraId="434C0572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t>KARTU SOAL NOMOR 9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466C235B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79B23E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7C779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Organik</w:t>
            </w:r>
            <w:proofErr w:type="spellEnd"/>
          </w:p>
        </w:tc>
      </w:tr>
      <w:tr w:rsidR="00D11344" w14:paraId="1FBDCDAE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952EF4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3718C4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Struktur</w:t>
            </w:r>
            <w:proofErr w:type="spellEnd"/>
            <w:r>
              <w:rPr>
                <w:sz w:val="19"/>
                <w:szCs w:val="19"/>
              </w:rPr>
              <w:t xml:space="preserve"> dan Sifat </w:t>
            </w:r>
            <w:proofErr w:type="spellStart"/>
            <w:r>
              <w:rPr>
                <w:sz w:val="19"/>
                <w:szCs w:val="19"/>
              </w:rPr>
              <w:t>Hidrokarbon</w:t>
            </w:r>
            <w:proofErr w:type="spellEnd"/>
          </w:p>
        </w:tc>
      </w:tr>
      <w:tr w:rsidR="00D11344" w14:paraId="7490A91B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841B6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4DB11E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sifat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fisik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kimia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senyawa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organik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strukturnya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mendeskripsikan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manfaatnya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kehidupan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sehari-hari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29B0195D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B46F83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26D46C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senyawa</w:t>
            </w:r>
            <w:proofErr w:type="spellEnd"/>
            <w:r>
              <w:rPr>
                <w:sz w:val="19"/>
                <w:szCs w:val="19"/>
              </w:rPr>
              <w:t xml:space="preserve"> isomer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data </w:t>
            </w:r>
            <w:proofErr w:type="spellStart"/>
            <w:r>
              <w:rPr>
                <w:sz w:val="19"/>
                <w:szCs w:val="19"/>
              </w:rPr>
              <w:t>entalpi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pembakaran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standar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reaksi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pembakaran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7860B639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9CE5D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FEADDC" w14:textId="77777777" w:rsidR="00D11344" w:rsidRDefault="00D11344" w:rsidP="00655302">
            <w:r>
              <w:rPr>
                <w:sz w:val="19"/>
                <w:szCs w:val="19"/>
              </w:rPr>
              <w:t>L3 (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   |   Tingkat Kesukaran: </w:t>
            </w:r>
            <w:r>
              <w:rPr>
                <w:b/>
                <w:bCs/>
                <w:color w:val="B91C1C"/>
                <w:sz w:val="19"/>
                <w:szCs w:val="19"/>
              </w:rPr>
              <w:t>Sulit</w:t>
            </w:r>
          </w:p>
        </w:tc>
      </w:tr>
    </w:tbl>
    <w:p w14:paraId="313B98BA" w14:textId="77777777" w:rsidR="00D11344" w:rsidRDefault="00D11344" w:rsidP="00D11344">
      <w:pPr>
        <w:spacing w:after="100"/>
      </w:pPr>
    </w:p>
    <w:p w14:paraId="565EE053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9:</w:t>
      </w:r>
    </w:p>
    <w:p w14:paraId="10D0B84E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Sebuah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perusahaan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bakar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nabati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meneliti</w:t>
      </w:r>
      <w:proofErr w:type="spellEnd"/>
      <w:r>
        <w:rPr>
          <w:sz w:val="20"/>
          <w:szCs w:val="20"/>
        </w:rPr>
        <w:t xml:space="preserve"> dua isomer C4H8, </w:t>
      </w:r>
      <w:proofErr w:type="spellStart"/>
      <w:r>
        <w:rPr>
          <w:sz w:val="20"/>
          <w:szCs w:val="20"/>
        </w:rPr>
        <w:t>yaitu</w:t>
      </w:r>
      <w:proofErr w:type="spellEnd"/>
      <w:r>
        <w:rPr>
          <w:sz w:val="20"/>
          <w:szCs w:val="20"/>
        </w:rPr>
        <w:t xml:space="preserve"> 1-butena dan </w:t>
      </w:r>
      <w:proofErr w:type="spellStart"/>
      <w:r>
        <w:rPr>
          <w:sz w:val="20"/>
          <w:szCs w:val="20"/>
        </w:rPr>
        <w:t>siklobutana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sebagai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kandidat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campuran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bakar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ramah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lingkungan</w:t>
      </w:r>
      <w:proofErr w:type="spellEnd"/>
      <w:r>
        <w:rPr>
          <w:sz w:val="20"/>
          <w:szCs w:val="20"/>
        </w:rPr>
        <w:t xml:space="preserve">. Tim </w:t>
      </w:r>
      <w:proofErr w:type="spellStart"/>
      <w:r>
        <w:rPr>
          <w:sz w:val="20"/>
          <w:szCs w:val="20"/>
        </w:rPr>
        <w:t>peneliti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membandingkan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struktur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entalpi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pembakaran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ΔHc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kedua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senyawa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menentukan</w:t>
      </w:r>
      <w:proofErr w:type="spellEnd"/>
      <w:r>
        <w:rPr>
          <w:sz w:val="20"/>
          <w:szCs w:val="20"/>
        </w:rPr>
        <w:t xml:space="preserve"> mana yang </w:t>
      </w:r>
      <w:proofErr w:type="spellStart"/>
      <w:r>
        <w:rPr>
          <w:sz w:val="20"/>
          <w:szCs w:val="20"/>
        </w:rPr>
        <w:t>lebih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efisien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secara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energi</w:t>
      </w:r>
      <w:proofErr w:type="spellEnd"/>
      <w:r>
        <w:rPr>
          <w:sz w:val="20"/>
          <w:szCs w:val="20"/>
        </w:rPr>
        <w:t>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D11344" w14:paraId="2958D44B" w14:textId="77777777" w:rsidTr="00655302">
        <w:trPr>
          <w:tblHeader/>
        </w:trPr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3B4E3F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Senyawa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C4H8</w:t>
            </w:r>
          </w:p>
        </w:tc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358C6C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ΔHc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(kJ/mol)</w:t>
            </w:r>
          </w:p>
        </w:tc>
      </w:tr>
      <w:tr w:rsidR="00D11344" w14:paraId="67C35F8D" w14:textId="77777777" w:rsidTr="00655302"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D4F88B" w14:textId="77777777" w:rsidR="00D11344" w:rsidRDefault="00D11344" w:rsidP="00655302">
            <w:r>
              <w:rPr>
                <w:sz w:val="19"/>
                <w:szCs w:val="19"/>
              </w:rPr>
              <w:t>1-butena</w:t>
            </w:r>
          </w:p>
        </w:tc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4FC849" w14:textId="77777777" w:rsidR="00D11344" w:rsidRDefault="00D11344" w:rsidP="00655302">
            <w:r>
              <w:rPr>
                <w:sz w:val="19"/>
                <w:szCs w:val="19"/>
              </w:rPr>
              <w:t>−2.719</w:t>
            </w:r>
          </w:p>
        </w:tc>
      </w:tr>
      <w:tr w:rsidR="00D11344" w14:paraId="6457B480" w14:textId="77777777" w:rsidTr="00655302">
        <w:tc>
          <w:tcPr>
            <w:tcW w:w="522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35858E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Siklobutana</w:t>
            </w:r>
            <w:proofErr w:type="spellEnd"/>
          </w:p>
        </w:tc>
        <w:tc>
          <w:tcPr>
            <w:tcW w:w="522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51708E" w14:textId="77777777" w:rsidR="00D11344" w:rsidRDefault="00D11344" w:rsidP="00655302">
            <w:r>
              <w:rPr>
                <w:sz w:val="19"/>
                <w:szCs w:val="19"/>
              </w:rPr>
              <w:t>−2.744</w:t>
            </w:r>
          </w:p>
        </w:tc>
      </w:tr>
    </w:tbl>
    <w:p w14:paraId="13B48631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 xml:space="preserve"> (</w:t>
      </w:r>
      <w:proofErr w:type="spellStart"/>
      <w:r>
        <w:rPr>
          <w:b/>
          <w:bCs/>
          <w:color w:val="1E3A5F"/>
          <w:sz w:val="21"/>
          <w:szCs w:val="21"/>
        </w:rPr>
        <w:t>Pilihan</w:t>
      </w:r>
      <w:proofErr w:type="spellEnd"/>
      <w:r>
        <w:rPr>
          <w:b/>
          <w:bCs/>
          <w:color w:val="1E3A5F"/>
          <w:sz w:val="21"/>
          <w:szCs w:val="21"/>
        </w:rPr>
        <w:t xml:space="preserve"> Ganda </w:t>
      </w:r>
      <w:proofErr w:type="spellStart"/>
      <w:r>
        <w:rPr>
          <w:b/>
          <w:bCs/>
          <w:color w:val="1E3A5F"/>
          <w:sz w:val="21"/>
          <w:szCs w:val="21"/>
        </w:rPr>
        <w:t>Kompleks</w:t>
      </w:r>
      <w:proofErr w:type="spellEnd"/>
      <w:r>
        <w:rPr>
          <w:b/>
          <w:bCs/>
          <w:color w:val="1E3A5F"/>
          <w:sz w:val="21"/>
          <w:szCs w:val="21"/>
        </w:rPr>
        <w:t xml:space="preserve"> - </w:t>
      </w:r>
      <w:proofErr w:type="spellStart"/>
      <w:r>
        <w:rPr>
          <w:b/>
          <w:bCs/>
          <w:color w:val="1E3A5F"/>
          <w:sz w:val="21"/>
          <w:szCs w:val="21"/>
        </w:rPr>
        <w:t>Benar</w:t>
      </w:r>
      <w:proofErr w:type="spellEnd"/>
      <w:r>
        <w:rPr>
          <w:b/>
          <w:bCs/>
          <w:color w:val="1E3A5F"/>
          <w:sz w:val="21"/>
          <w:szCs w:val="21"/>
        </w:rPr>
        <w:t>/Salah):</w:t>
      </w:r>
    </w:p>
    <w:p w14:paraId="0F8CCAAA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Tentukan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Benar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atau</w:t>
      </w:r>
      <w:proofErr w:type="spellEnd"/>
      <w:r>
        <w:rPr>
          <w:sz w:val="20"/>
          <w:szCs w:val="20"/>
        </w:rPr>
        <w:t xml:space="preserve"> Salah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setiap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pernyataan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>!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0"/>
        <w:gridCol w:w="1200"/>
        <w:gridCol w:w="1200"/>
      </w:tblGrid>
      <w:tr w:rsidR="00D11344" w14:paraId="66E65045" w14:textId="77777777" w:rsidTr="00655302">
        <w:trPr>
          <w:tblHeader/>
        </w:trPr>
        <w:tc>
          <w:tcPr>
            <w:tcW w:w="80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478C77" w14:textId="77777777" w:rsidR="00D11344" w:rsidRDefault="00D11344" w:rsidP="00655302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Pernyataan</w:t>
            </w:r>
            <w:proofErr w:type="spellEnd"/>
          </w:p>
        </w:tc>
        <w:tc>
          <w:tcPr>
            <w:tcW w:w="120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E46740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Benar</w:t>
            </w:r>
            <w:proofErr w:type="spellEnd"/>
          </w:p>
        </w:tc>
        <w:tc>
          <w:tcPr>
            <w:tcW w:w="120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5A0108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Salah</w:t>
            </w:r>
          </w:p>
        </w:tc>
      </w:tr>
      <w:tr w:rsidR="00D11344" w14:paraId="08BE732D" w14:textId="77777777" w:rsidTr="00655302">
        <w:tc>
          <w:tcPr>
            <w:tcW w:w="80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A24208" w14:textId="77777777" w:rsidR="00D11344" w:rsidRDefault="00D11344" w:rsidP="00655302"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Siklobutana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melepaskan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energi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pembakaran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lebih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besar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dibandingkan</w:t>
            </w:r>
            <w:proofErr w:type="spellEnd"/>
            <w:r>
              <w:rPr>
                <w:sz w:val="19"/>
                <w:szCs w:val="19"/>
              </w:rPr>
              <w:t xml:space="preserve"> 1-butena.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CBF403" w14:textId="77777777" w:rsidR="00D11344" w:rsidRDefault="00D11344" w:rsidP="00655302">
            <w:pPr>
              <w:jc w:val="center"/>
            </w:pPr>
            <w:r>
              <w:t>☐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5CFF65" w14:textId="77777777" w:rsidR="00D11344" w:rsidRDefault="00D11344" w:rsidP="00655302">
            <w:pPr>
              <w:jc w:val="center"/>
            </w:pPr>
            <w:r>
              <w:t>☐</w:t>
            </w:r>
          </w:p>
        </w:tc>
      </w:tr>
      <w:tr w:rsidR="00D11344" w14:paraId="17323A49" w14:textId="77777777" w:rsidTr="00655302">
        <w:tc>
          <w:tcPr>
            <w:tcW w:w="8040" w:type="dxa"/>
            <w:shd w:val="clear" w:color="auto" w:fill="F3F4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5542A4" w14:textId="77777777" w:rsidR="00D11344" w:rsidRDefault="00D11344" w:rsidP="00655302"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Secara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termodinamika</w:t>
            </w:r>
            <w:proofErr w:type="spellEnd"/>
            <w:r>
              <w:rPr>
                <w:sz w:val="19"/>
                <w:szCs w:val="19"/>
              </w:rPr>
              <w:t xml:space="preserve">, 1-butena </w:t>
            </w:r>
            <w:proofErr w:type="spellStart"/>
            <w:r>
              <w:rPr>
                <w:sz w:val="19"/>
                <w:szCs w:val="19"/>
              </w:rPr>
              <w:t>lebih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stabil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energi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lebih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rendah</w:t>
            </w:r>
            <w:proofErr w:type="spellEnd"/>
            <w:r>
              <w:rPr>
                <w:sz w:val="19"/>
                <w:szCs w:val="19"/>
              </w:rPr>
              <w:t xml:space="preserve">) </w:t>
            </w:r>
            <w:proofErr w:type="spellStart"/>
            <w:r>
              <w:rPr>
                <w:sz w:val="19"/>
                <w:szCs w:val="19"/>
              </w:rPr>
              <w:t>dibandingkan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siklobutana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200" w:type="dxa"/>
            <w:shd w:val="clear" w:color="auto" w:fill="F3F4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EA5763" w14:textId="77777777" w:rsidR="00D11344" w:rsidRDefault="00D11344" w:rsidP="00655302">
            <w:pPr>
              <w:jc w:val="center"/>
            </w:pPr>
            <w:r>
              <w:t>☐</w:t>
            </w:r>
          </w:p>
        </w:tc>
        <w:tc>
          <w:tcPr>
            <w:tcW w:w="1200" w:type="dxa"/>
            <w:shd w:val="clear" w:color="auto" w:fill="F3F4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272138" w14:textId="77777777" w:rsidR="00D11344" w:rsidRDefault="00D11344" w:rsidP="00655302">
            <w:pPr>
              <w:jc w:val="center"/>
            </w:pPr>
            <w:r>
              <w:t>☐</w:t>
            </w:r>
          </w:p>
        </w:tc>
      </w:tr>
      <w:tr w:rsidR="00D11344" w14:paraId="5BFF5083" w14:textId="77777777" w:rsidTr="00655302">
        <w:tc>
          <w:tcPr>
            <w:tcW w:w="80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2CD4B" w14:textId="77777777" w:rsidR="00D11344" w:rsidRDefault="00D11344" w:rsidP="00655302"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Kedua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senyawa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tersebut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merupakan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pasangan</w:t>
            </w:r>
            <w:proofErr w:type="spellEnd"/>
            <w:r>
              <w:rPr>
                <w:sz w:val="19"/>
                <w:szCs w:val="19"/>
              </w:rPr>
              <w:t xml:space="preserve"> isomer </w:t>
            </w:r>
            <w:proofErr w:type="spellStart"/>
            <w:r>
              <w:rPr>
                <w:sz w:val="19"/>
                <w:szCs w:val="19"/>
              </w:rPr>
              <w:t>struktur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karena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memiliki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rumus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molekul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sama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namun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struktur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berbeda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BAC118" w14:textId="77777777" w:rsidR="00D11344" w:rsidRDefault="00D11344" w:rsidP="00655302">
            <w:pPr>
              <w:jc w:val="center"/>
            </w:pPr>
            <w:r>
              <w:t>☐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8E5929" w14:textId="77777777" w:rsidR="00D11344" w:rsidRDefault="00D11344" w:rsidP="00655302">
            <w:pPr>
              <w:jc w:val="center"/>
            </w:pPr>
            <w:r>
              <w:t>☐</w:t>
            </w:r>
          </w:p>
        </w:tc>
      </w:tr>
    </w:tbl>
    <w:p w14:paraId="6900BABA" w14:textId="77777777" w:rsidR="00D64AEA" w:rsidRDefault="00D64AEA">
      <w:pPr>
        <w:spacing w:after="120"/>
      </w:pPr>
    </w:p>
    <w:p w14:paraId="67CD34D3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46706BA0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Kunci</w:t>
      </w:r>
      <w:proofErr w:type="spellEnd"/>
      <w:r>
        <w:rPr>
          <w:sz w:val="19"/>
          <w:szCs w:val="19"/>
        </w:rPr>
        <w:t xml:space="preserve">: (1) </w:t>
      </w:r>
      <w:proofErr w:type="spellStart"/>
      <w:r>
        <w:rPr>
          <w:sz w:val="19"/>
          <w:szCs w:val="19"/>
        </w:rPr>
        <w:t>Benar</w:t>
      </w:r>
      <w:proofErr w:type="spellEnd"/>
      <w:proofErr w:type="gramStart"/>
      <w:r>
        <w:rPr>
          <w:sz w:val="19"/>
          <w:szCs w:val="19"/>
        </w:rPr>
        <w:t xml:space="preserve">   (</w:t>
      </w:r>
      <w:proofErr w:type="gramEnd"/>
      <w:r>
        <w:rPr>
          <w:sz w:val="19"/>
          <w:szCs w:val="19"/>
        </w:rPr>
        <w:t xml:space="preserve">2) </w:t>
      </w:r>
      <w:proofErr w:type="spellStart"/>
      <w:r>
        <w:rPr>
          <w:sz w:val="19"/>
          <w:szCs w:val="19"/>
        </w:rPr>
        <w:t>Benar</w:t>
      </w:r>
      <w:proofErr w:type="spellEnd"/>
      <w:proofErr w:type="gramStart"/>
      <w:r>
        <w:rPr>
          <w:sz w:val="19"/>
          <w:szCs w:val="19"/>
        </w:rPr>
        <w:t xml:space="preserve">   (</w:t>
      </w:r>
      <w:proofErr w:type="gramEnd"/>
      <w:r>
        <w:rPr>
          <w:sz w:val="19"/>
          <w:szCs w:val="19"/>
        </w:rPr>
        <w:t xml:space="preserve">3) </w:t>
      </w:r>
      <w:proofErr w:type="spellStart"/>
      <w:r>
        <w:rPr>
          <w:sz w:val="19"/>
          <w:szCs w:val="19"/>
        </w:rPr>
        <w:t>Benar</w:t>
      </w:r>
      <w:proofErr w:type="spellEnd"/>
    </w:p>
    <w:p w14:paraId="13E7BFB8" w14:textId="44FB1D41" w:rsidR="00D11344" w:rsidRDefault="00D11344" w:rsidP="00D11344">
      <w:pPr>
        <w:spacing w:after="120"/>
      </w:pPr>
      <w:r>
        <w:rPr>
          <w:sz w:val="19"/>
          <w:szCs w:val="19"/>
        </w:rPr>
        <w:t xml:space="preserve">Nilai </w:t>
      </w:r>
      <w:proofErr w:type="spellStart"/>
      <w:r>
        <w:rPr>
          <w:sz w:val="19"/>
          <w:szCs w:val="19"/>
        </w:rPr>
        <w:t>ΔHc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siklobutana</w:t>
      </w:r>
      <w:proofErr w:type="spellEnd"/>
      <w:r>
        <w:rPr>
          <w:sz w:val="19"/>
          <w:szCs w:val="19"/>
        </w:rPr>
        <w:t xml:space="preserve"> (−2.744 kJ/mol)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negatif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energi</w:t>
      </w:r>
      <w:proofErr w:type="spellEnd"/>
      <w:r>
        <w:rPr>
          <w:sz w:val="19"/>
          <w:szCs w:val="19"/>
        </w:rPr>
        <w:t xml:space="preserve"> yang </w:t>
      </w:r>
      <w:proofErr w:type="spellStart"/>
      <w:r>
        <w:rPr>
          <w:sz w:val="19"/>
          <w:szCs w:val="19"/>
        </w:rPr>
        <w:t>dilepas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besar</w:t>
      </w:r>
      <w:proofErr w:type="spellEnd"/>
      <w:r>
        <w:rPr>
          <w:sz w:val="19"/>
          <w:szCs w:val="19"/>
        </w:rPr>
        <w:t xml:space="preserve">) </w:t>
      </w:r>
      <w:proofErr w:type="spellStart"/>
      <w:r>
        <w:rPr>
          <w:sz w:val="19"/>
          <w:szCs w:val="19"/>
        </w:rPr>
        <w:t>dibanding</w:t>
      </w:r>
      <w:proofErr w:type="spellEnd"/>
      <w:r>
        <w:rPr>
          <w:sz w:val="19"/>
          <w:szCs w:val="19"/>
        </w:rPr>
        <w:t xml:space="preserve"> 1-butena (−2.719 kJ/mol) →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1 BENAR. Karena </w:t>
      </w:r>
      <w:proofErr w:type="spellStart"/>
      <w:r>
        <w:rPr>
          <w:sz w:val="19"/>
          <w:szCs w:val="19"/>
        </w:rPr>
        <w:t>siklobutana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melepas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energi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besar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dibakar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artinya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siklobutana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berada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tingkat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energi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awal</w:t>
      </w:r>
      <w:proofErr w:type="spellEnd"/>
      <w:r>
        <w:rPr>
          <w:sz w:val="19"/>
          <w:szCs w:val="19"/>
        </w:rPr>
        <w:t xml:space="preserve"> yang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tinggi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kurang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stabil</w:t>
      </w:r>
      <w:proofErr w:type="spellEnd"/>
      <w:r>
        <w:rPr>
          <w:sz w:val="19"/>
          <w:szCs w:val="19"/>
        </w:rPr>
        <w:t xml:space="preserve">), </w:t>
      </w:r>
      <w:proofErr w:type="spellStart"/>
      <w:r>
        <w:rPr>
          <w:sz w:val="19"/>
          <w:szCs w:val="19"/>
        </w:rPr>
        <w:t>sehingga</w:t>
      </w:r>
      <w:proofErr w:type="spellEnd"/>
      <w:r>
        <w:rPr>
          <w:sz w:val="19"/>
          <w:szCs w:val="19"/>
        </w:rPr>
        <w:t xml:space="preserve"> 1-butena yang </w:t>
      </w:r>
      <w:proofErr w:type="spellStart"/>
      <w:r>
        <w:rPr>
          <w:sz w:val="19"/>
          <w:szCs w:val="19"/>
        </w:rPr>
        <w:t>melepas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energi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sedikit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berarti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stabil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energi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awal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lebih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rendah</w:t>
      </w:r>
      <w:proofErr w:type="spellEnd"/>
      <w:r>
        <w:rPr>
          <w:sz w:val="19"/>
          <w:szCs w:val="19"/>
        </w:rPr>
        <w:t xml:space="preserve">) →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2 BENAR. </w:t>
      </w:r>
      <w:proofErr w:type="spellStart"/>
      <w:r>
        <w:rPr>
          <w:sz w:val="19"/>
          <w:szCs w:val="19"/>
        </w:rPr>
        <w:t>Keduanya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memiliki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rumus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molekul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sama</w:t>
      </w:r>
      <w:proofErr w:type="spellEnd"/>
      <w:r>
        <w:rPr>
          <w:sz w:val="19"/>
          <w:szCs w:val="19"/>
        </w:rPr>
        <w:t xml:space="preserve"> (C4H8) </w:t>
      </w:r>
      <w:proofErr w:type="spellStart"/>
      <w:r>
        <w:rPr>
          <w:sz w:val="19"/>
          <w:szCs w:val="19"/>
        </w:rPr>
        <w:t>namun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kerangka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struktur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berbeda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rantai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terbuka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ikatan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rangkap</w:t>
      </w:r>
      <w:proofErr w:type="spellEnd"/>
      <w:r>
        <w:rPr>
          <w:sz w:val="19"/>
          <w:szCs w:val="19"/>
        </w:rPr>
        <w:t xml:space="preserve"> vs </w:t>
      </w:r>
      <w:proofErr w:type="spellStart"/>
      <w:r>
        <w:rPr>
          <w:sz w:val="19"/>
          <w:szCs w:val="19"/>
        </w:rPr>
        <w:t>cincin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tanpa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ikatan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rangkap</w:t>
      </w:r>
      <w:proofErr w:type="spellEnd"/>
      <w:r>
        <w:rPr>
          <w:sz w:val="19"/>
          <w:szCs w:val="19"/>
        </w:rPr>
        <w:t xml:space="preserve">), </w:t>
      </w:r>
      <w:proofErr w:type="spellStart"/>
      <w:r>
        <w:rPr>
          <w:sz w:val="19"/>
          <w:szCs w:val="19"/>
        </w:rPr>
        <w:t>sehingga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tergolong</w:t>
      </w:r>
      <w:proofErr w:type="spellEnd"/>
      <w:r>
        <w:rPr>
          <w:sz w:val="19"/>
          <w:szCs w:val="19"/>
        </w:rPr>
        <w:t xml:space="preserve"> isomer </w:t>
      </w:r>
      <w:proofErr w:type="spellStart"/>
      <w:r>
        <w:rPr>
          <w:sz w:val="19"/>
          <w:szCs w:val="19"/>
        </w:rPr>
        <w:t>struktur</w:t>
      </w:r>
      <w:proofErr w:type="spellEnd"/>
      <w:r>
        <w:rPr>
          <w:sz w:val="19"/>
          <w:szCs w:val="19"/>
        </w:rPr>
        <w:t xml:space="preserve"> (isomer </w:t>
      </w:r>
      <w:proofErr w:type="spellStart"/>
      <w:r>
        <w:rPr>
          <w:sz w:val="19"/>
          <w:szCs w:val="19"/>
        </w:rPr>
        <w:t>rangka</w:t>
      </w:r>
      <w:proofErr w:type="spellEnd"/>
      <w:r>
        <w:rPr>
          <w:sz w:val="19"/>
          <w:szCs w:val="19"/>
        </w:rPr>
        <w:t>/</w:t>
      </w:r>
      <w:proofErr w:type="spellStart"/>
      <w:r>
        <w:rPr>
          <w:sz w:val="19"/>
          <w:szCs w:val="19"/>
        </w:rPr>
        <w:t>fungsi</w:t>
      </w:r>
      <w:proofErr w:type="spellEnd"/>
      <w:r>
        <w:rPr>
          <w:sz w:val="19"/>
          <w:szCs w:val="19"/>
        </w:rPr>
        <w:t xml:space="preserve">) →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3 BENAR.</w:t>
      </w:r>
    </w:p>
    <w:p w14:paraId="7EB723A5" w14:textId="77777777" w:rsidR="00D11344" w:rsidRDefault="00D11344" w:rsidP="00D11344">
      <w:pPr>
        <w:spacing w:after="120"/>
      </w:pPr>
    </w:p>
    <w:p w14:paraId="3CB2C305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t xml:space="preserve">  KARTU SOAL NOMOR 10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6BC80FC0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0741A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A2E8C2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7B45660C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111835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DA92FB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Sifatnya</w:t>
            </w:r>
            <w:proofErr w:type="spellEnd"/>
          </w:p>
        </w:tc>
      </w:tr>
      <w:tr w:rsidR="00D11344" w14:paraId="07FC6777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68C369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1D6019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sifat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teori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konsep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basa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76A2F8F6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1A0589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5359A5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Menentukan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spesi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teori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tertentu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60BCFD10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35F677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3D323B" w14:textId="77777777" w:rsidR="00D11344" w:rsidRDefault="00D11344" w:rsidP="00655302">
            <w:r>
              <w:rPr>
                <w:sz w:val="19"/>
                <w:szCs w:val="19"/>
              </w:rPr>
              <w:t xml:space="preserve">L2 (Aplikasi) / C3   |   Tingkat Kesukaran: </w:t>
            </w:r>
            <w:r>
              <w:rPr>
                <w:b/>
                <w:bCs/>
                <w:color w:val="B45309"/>
                <w:sz w:val="19"/>
                <w:szCs w:val="19"/>
              </w:rPr>
              <w:t>Sedang</w:t>
            </w:r>
          </w:p>
        </w:tc>
      </w:tr>
    </w:tbl>
    <w:p w14:paraId="4D4543C6" w14:textId="77777777" w:rsidR="00D11344" w:rsidRDefault="00D11344" w:rsidP="00D11344">
      <w:pPr>
        <w:spacing w:after="100"/>
      </w:pPr>
    </w:p>
    <w:p w14:paraId="7545F185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10:</w:t>
      </w:r>
    </w:p>
    <w:p w14:paraId="174F7F6B" w14:textId="77777777" w:rsidR="00D11344" w:rsidRDefault="00D11344" w:rsidP="00D11344">
      <w:pPr>
        <w:spacing w:after="150"/>
      </w:pPr>
      <w:r>
        <w:rPr>
          <w:sz w:val="20"/>
          <w:szCs w:val="20"/>
        </w:rPr>
        <w:t xml:space="preserve">Industri </w:t>
      </w:r>
      <w:proofErr w:type="spellStart"/>
      <w:r>
        <w:rPr>
          <w:sz w:val="20"/>
          <w:szCs w:val="20"/>
        </w:rPr>
        <w:t>pengawetan</w:t>
      </w:r>
      <w:proofErr w:type="spellEnd"/>
      <w:r>
        <w:rPr>
          <w:sz w:val="20"/>
          <w:szCs w:val="20"/>
        </w:rPr>
        <w:t xml:space="preserve"> ikan </w:t>
      </w:r>
      <w:proofErr w:type="spellStart"/>
      <w:r>
        <w:rPr>
          <w:sz w:val="20"/>
          <w:szCs w:val="20"/>
        </w:rPr>
        <w:t>asin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memanfaatkan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penambahan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menghambat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pertumbuhan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bakteri</w:t>
      </w:r>
      <w:proofErr w:type="spellEnd"/>
      <w:r>
        <w:rPr>
          <w:sz w:val="20"/>
          <w:szCs w:val="20"/>
        </w:rPr>
        <w:t xml:space="preserve">. Salah </w:t>
      </w:r>
      <w:proofErr w:type="spellStart"/>
      <w:r>
        <w:rPr>
          <w:sz w:val="20"/>
          <w:szCs w:val="20"/>
        </w:rPr>
        <w:t>satu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organik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umum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digunakan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 xml:space="preserve"> format (HCOOH), yang di </w:t>
      </w:r>
      <w:proofErr w:type="spellStart"/>
      <w:r>
        <w:rPr>
          <w:sz w:val="20"/>
          <w:szCs w:val="20"/>
        </w:rPr>
        <w:t>dalam</w:t>
      </w:r>
      <w:proofErr w:type="spellEnd"/>
      <w:r>
        <w:rPr>
          <w:sz w:val="20"/>
          <w:szCs w:val="20"/>
        </w:rPr>
        <w:t xml:space="preserve"> air </w:t>
      </w:r>
      <w:proofErr w:type="spellStart"/>
      <w:r>
        <w:rPr>
          <w:sz w:val="20"/>
          <w:szCs w:val="20"/>
        </w:rPr>
        <w:t>mengalami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reaksi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kesetimbangan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Seorang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siswa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mempelajari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reaksi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memahami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teori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asam-basa</w:t>
      </w:r>
      <w:proofErr w:type="spellEnd"/>
      <w:r>
        <w:rPr>
          <w:sz w:val="20"/>
          <w:szCs w:val="20"/>
        </w:rPr>
        <w:t xml:space="preserve"> Bronsted-Lowry.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D11344" w14:paraId="07A041A3" w14:textId="77777777" w:rsidTr="00655302">
        <w:trPr>
          <w:tblHeader/>
        </w:trPr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D7E856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Reaksi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Kesetimbangan</w:t>
            </w:r>
            <w:proofErr w:type="spellEnd"/>
          </w:p>
        </w:tc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91B7B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Keterangan</w:t>
            </w:r>
            <w:proofErr w:type="spellEnd"/>
          </w:p>
        </w:tc>
      </w:tr>
      <w:tr w:rsidR="00D11344" w14:paraId="65EEDD10" w14:textId="77777777" w:rsidTr="00655302"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02B8BF" w14:textId="77777777" w:rsidR="00D11344" w:rsidRDefault="00D11344" w:rsidP="00655302">
            <w:proofErr w:type="gramStart"/>
            <w:r>
              <w:rPr>
                <w:sz w:val="19"/>
                <w:szCs w:val="19"/>
              </w:rPr>
              <w:t>HCOOH(</w:t>
            </w:r>
            <w:proofErr w:type="spellStart"/>
            <w:proofErr w:type="gramEnd"/>
            <w:r>
              <w:rPr>
                <w:sz w:val="19"/>
                <w:szCs w:val="19"/>
              </w:rPr>
              <w:t>aq</w:t>
            </w:r>
            <w:proofErr w:type="spellEnd"/>
            <w:r>
              <w:rPr>
                <w:sz w:val="19"/>
                <w:szCs w:val="19"/>
              </w:rPr>
              <w:t>) + H2O(l) ⇌ HCOO⁻(</w:t>
            </w:r>
            <w:proofErr w:type="spellStart"/>
            <w:r>
              <w:rPr>
                <w:sz w:val="19"/>
                <w:szCs w:val="19"/>
              </w:rPr>
              <w:t>aq</w:t>
            </w:r>
            <w:proofErr w:type="spellEnd"/>
            <w:r>
              <w:rPr>
                <w:sz w:val="19"/>
                <w:szCs w:val="19"/>
              </w:rPr>
              <w:t>) + H3O⁺(</w:t>
            </w:r>
            <w:proofErr w:type="spellStart"/>
            <w:r>
              <w:rPr>
                <w:sz w:val="19"/>
                <w:szCs w:val="19"/>
              </w:rPr>
              <w:t>aq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764982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Ionisasi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format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air</w:t>
            </w:r>
          </w:p>
        </w:tc>
      </w:tr>
    </w:tbl>
    <w:p w14:paraId="17A38AAD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>:</w:t>
      </w:r>
    </w:p>
    <w:p w14:paraId="780BDCD8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lastRenderedPageBreak/>
        <w:t>Berdasarkan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teori</w:t>
      </w:r>
      <w:proofErr w:type="spellEnd"/>
      <w:r>
        <w:rPr>
          <w:sz w:val="20"/>
          <w:szCs w:val="20"/>
        </w:rPr>
        <w:t xml:space="preserve"> Bronsted-Lowry, </w:t>
      </w:r>
      <w:proofErr w:type="spellStart"/>
      <w:r>
        <w:rPr>
          <w:sz w:val="20"/>
          <w:szCs w:val="20"/>
        </w:rPr>
        <w:t>manakah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pasangan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asam-basa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konjugasi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tepat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reaksi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>?</w:t>
      </w:r>
    </w:p>
    <w:p w14:paraId="7A244E0A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A. HCOOH dan H2O</w:t>
      </w:r>
    </w:p>
    <w:p w14:paraId="5DD2D456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B. HCOO⁻ dan H3O⁺</w:t>
      </w:r>
    </w:p>
    <w:p w14:paraId="7C28C712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C. HCOOH dan HCOO⁻</w:t>
      </w:r>
    </w:p>
    <w:p w14:paraId="436A09F4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D. H2O dan HCOO⁻</w:t>
      </w:r>
    </w:p>
    <w:p w14:paraId="560CBEC4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E. HCOOH dan H3O⁺</w:t>
      </w:r>
    </w:p>
    <w:p w14:paraId="41FF38F9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77398524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C</w:t>
      </w:r>
    </w:p>
    <w:p w14:paraId="7855AE63" w14:textId="2DAB182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Menurut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teori</w:t>
      </w:r>
      <w:proofErr w:type="spellEnd"/>
      <w:r>
        <w:rPr>
          <w:sz w:val="19"/>
          <w:szCs w:val="19"/>
        </w:rPr>
        <w:t xml:space="preserve"> Bronsted-Lowry, 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spesi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pemberi</w:t>
      </w:r>
      <w:proofErr w:type="spellEnd"/>
      <w:r>
        <w:rPr>
          <w:sz w:val="19"/>
          <w:szCs w:val="19"/>
        </w:rPr>
        <w:t xml:space="preserve"> proton (H⁺) dan </w:t>
      </w:r>
      <w:proofErr w:type="spellStart"/>
      <w:r>
        <w:rPr>
          <w:sz w:val="19"/>
          <w:szCs w:val="19"/>
        </w:rPr>
        <w:t>basa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spesi</w:t>
      </w:r>
      <w:proofErr w:type="spellEnd"/>
      <w:r>
        <w:rPr>
          <w:sz w:val="19"/>
          <w:szCs w:val="19"/>
        </w:rPr>
        <w:t xml:space="preserve"> yang </w:t>
      </w:r>
      <w:proofErr w:type="spellStart"/>
      <w:r>
        <w:rPr>
          <w:sz w:val="19"/>
          <w:szCs w:val="19"/>
        </w:rPr>
        <w:t>tersisa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setelah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kehilangan</w:t>
      </w:r>
      <w:proofErr w:type="spellEnd"/>
      <w:r>
        <w:rPr>
          <w:sz w:val="19"/>
          <w:szCs w:val="19"/>
        </w:rPr>
        <w:t xml:space="preserve"> proton </w:t>
      </w:r>
      <w:proofErr w:type="spellStart"/>
      <w:r>
        <w:rPr>
          <w:sz w:val="19"/>
          <w:szCs w:val="19"/>
        </w:rPr>
        <w:t>tersebut</w:t>
      </w:r>
      <w:proofErr w:type="spellEnd"/>
      <w:r>
        <w:rPr>
          <w:sz w:val="19"/>
          <w:szCs w:val="19"/>
        </w:rPr>
        <w:t>. HCOOH (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) </w:t>
      </w:r>
      <w:proofErr w:type="spellStart"/>
      <w:r>
        <w:rPr>
          <w:sz w:val="19"/>
          <w:szCs w:val="19"/>
        </w:rPr>
        <w:t>melepas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satu</w:t>
      </w:r>
      <w:proofErr w:type="spellEnd"/>
      <w:r>
        <w:rPr>
          <w:sz w:val="19"/>
          <w:szCs w:val="19"/>
        </w:rPr>
        <w:t xml:space="preserve"> H⁺ </w:t>
      </w:r>
      <w:proofErr w:type="spellStart"/>
      <w:r>
        <w:rPr>
          <w:sz w:val="19"/>
          <w:szCs w:val="19"/>
        </w:rPr>
        <w:t>menjadi</w:t>
      </w:r>
      <w:proofErr w:type="spellEnd"/>
      <w:r>
        <w:rPr>
          <w:sz w:val="19"/>
          <w:szCs w:val="19"/>
        </w:rPr>
        <w:t xml:space="preserve"> HCOO⁻ (</w:t>
      </w:r>
      <w:proofErr w:type="spellStart"/>
      <w:r>
        <w:rPr>
          <w:sz w:val="19"/>
          <w:szCs w:val="19"/>
        </w:rPr>
        <w:t>basa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</w:t>
      </w:r>
      <w:proofErr w:type="spellEnd"/>
      <w:r>
        <w:rPr>
          <w:sz w:val="19"/>
          <w:szCs w:val="19"/>
        </w:rPr>
        <w:t xml:space="preserve">) — </w:t>
      </w:r>
      <w:proofErr w:type="spellStart"/>
      <w:r>
        <w:rPr>
          <w:sz w:val="19"/>
          <w:szCs w:val="19"/>
        </w:rPr>
        <w:t>pasangan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asam-basa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</w:t>
      </w:r>
      <w:proofErr w:type="spellEnd"/>
      <w:r>
        <w:rPr>
          <w:sz w:val="19"/>
          <w:szCs w:val="19"/>
        </w:rPr>
        <w:t xml:space="preserve"> 1. H2O (</w:t>
      </w:r>
      <w:proofErr w:type="spellStart"/>
      <w:r>
        <w:rPr>
          <w:sz w:val="19"/>
          <w:szCs w:val="19"/>
        </w:rPr>
        <w:t>basa</w:t>
      </w:r>
      <w:proofErr w:type="spellEnd"/>
      <w:r>
        <w:rPr>
          <w:sz w:val="19"/>
          <w:szCs w:val="19"/>
        </w:rPr>
        <w:t xml:space="preserve">) </w:t>
      </w:r>
      <w:proofErr w:type="spellStart"/>
      <w:r>
        <w:rPr>
          <w:sz w:val="19"/>
          <w:szCs w:val="19"/>
        </w:rPr>
        <w:t>menerima</w:t>
      </w:r>
      <w:proofErr w:type="spellEnd"/>
      <w:r>
        <w:rPr>
          <w:sz w:val="19"/>
          <w:szCs w:val="19"/>
        </w:rPr>
        <w:t xml:space="preserve"> H⁺ </w:t>
      </w:r>
      <w:proofErr w:type="spellStart"/>
      <w:r>
        <w:rPr>
          <w:sz w:val="19"/>
          <w:szCs w:val="19"/>
        </w:rPr>
        <w:t>menjadi</w:t>
      </w:r>
      <w:proofErr w:type="spellEnd"/>
      <w:r>
        <w:rPr>
          <w:sz w:val="19"/>
          <w:szCs w:val="19"/>
        </w:rPr>
        <w:t xml:space="preserve"> H3O⁺ (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</w:t>
      </w:r>
      <w:proofErr w:type="spellEnd"/>
      <w:r>
        <w:rPr>
          <w:sz w:val="19"/>
          <w:szCs w:val="19"/>
        </w:rPr>
        <w:t xml:space="preserve">) — </w:t>
      </w:r>
      <w:proofErr w:type="spellStart"/>
      <w:r>
        <w:rPr>
          <w:sz w:val="19"/>
          <w:szCs w:val="19"/>
        </w:rPr>
        <w:t>pasangan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asam-basa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</w:t>
      </w:r>
      <w:proofErr w:type="spellEnd"/>
      <w:r>
        <w:rPr>
          <w:sz w:val="19"/>
          <w:szCs w:val="19"/>
        </w:rPr>
        <w:t xml:space="preserve"> 2. Jadi </w:t>
      </w:r>
      <w:proofErr w:type="spellStart"/>
      <w:r>
        <w:rPr>
          <w:sz w:val="19"/>
          <w:szCs w:val="19"/>
        </w:rPr>
        <w:t>pasangan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</w:t>
      </w:r>
      <w:proofErr w:type="spellEnd"/>
      <w:r>
        <w:rPr>
          <w:sz w:val="19"/>
          <w:szCs w:val="19"/>
        </w:rPr>
        <w:t xml:space="preserve"> yang </w:t>
      </w:r>
      <w:proofErr w:type="spellStart"/>
      <w:r>
        <w:rPr>
          <w:sz w:val="19"/>
          <w:szCs w:val="19"/>
        </w:rPr>
        <w:t>tepat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HCOOH dan HCOO⁻. </w:t>
      </w: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C.</w:t>
      </w:r>
      <w:r>
        <w:br w:type="page"/>
      </w:r>
    </w:p>
    <w:p w14:paraId="131BB6B7" w14:textId="293D3963" w:rsidR="003F7A25" w:rsidRPr="003F7A25" w:rsidRDefault="00D11344" w:rsidP="00D11344">
      <w:pPr>
        <w:shd w:val="clear" w:color="auto" w:fill="1E3A5F"/>
        <w:spacing w:after="140"/>
        <w:rPr>
          <w:b/>
          <w:bCs/>
          <w:color w:val="FFFFFF"/>
          <w:sz w:val="25"/>
          <w:szCs w:val="25"/>
        </w:rPr>
      </w:pPr>
      <w:r>
        <w:rPr>
          <w:b/>
          <w:bCs/>
          <w:color w:val="FFFFFF"/>
          <w:sz w:val="25"/>
          <w:szCs w:val="25"/>
        </w:rPr>
        <w:lastRenderedPageBreak/>
        <w:t xml:space="preserve">  KARTU SOAL NOMOR 11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0271C1A2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71AB7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89D93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6261BB33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1E244A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6323D0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Kesetimbangan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Berair</w:t>
            </w:r>
            <w:proofErr w:type="spellEnd"/>
          </w:p>
        </w:tc>
      </w:tr>
      <w:tr w:rsidR="00D11344" w14:paraId="05665E5F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578F28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1BE67E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pH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sifat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basa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74A91BD4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F19E2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0D5DB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Memprediksi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perubahan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warna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menggunakan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indikator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tertentu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56A4B35C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D9C17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79CC70" w14:textId="77777777" w:rsidR="00D11344" w:rsidRDefault="00D11344" w:rsidP="00655302">
            <w:r>
              <w:rPr>
                <w:sz w:val="19"/>
                <w:szCs w:val="19"/>
              </w:rPr>
              <w:t>L3 (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   |   Tingkat Kesukaran: </w:t>
            </w:r>
            <w:r>
              <w:rPr>
                <w:b/>
                <w:bCs/>
                <w:color w:val="B91C1C"/>
                <w:sz w:val="19"/>
                <w:szCs w:val="19"/>
              </w:rPr>
              <w:t>Sulit</w:t>
            </w:r>
          </w:p>
        </w:tc>
      </w:tr>
    </w:tbl>
    <w:p w14:paraId="0781C5FD" w14:textId="77777777" w:rsidR="00D11344" w:rsidRDefault="00D11344" w:rsidP="00D11344">
      <w:pPr>
        <w:spacing w:after="100"/>
      </w:pPr>
    </w:p>
    <w:p w14:paraId="18952E2A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11:</w:t>
      </w:r>
    </w:p>
    <w:p w14:paraId="2E18BE07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Sebuah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mahasiswa</w:t>
      </w:r>
      <w:proofErr w:type="spellEnd"/>
      <w:r>
        <w:rPr>
          <w:sz w:val="20"/>
          <w:szCs w:val="20"/>
        </w:rPr>
        <w:t xml:space="preserve"> KKN </w:t>
      </w:r>
      <w:proofErr w:type="spellStart"/>
      <w:r>
        <w:rPr>
          <w:sz w:val="20"/>
          <w:szCs w:val="20"/>
        </w:rPr>
        <w:t>melakukan</w:t>
      </w:r>
      <w:proofErr w:type="spellEnd"/>
      <w:r>
        <w:rPr>
          <w:sz w:val="20"/>
          <w:szCs w:val="20"/>
        </w:rPr>
        <w:t xml:space="preserve"> uji </w:t>
      </w:r>
      <w:proofErr w:type="spellStart"/>
      <w:r>
        <w:rPr>
          <w:sz w:val="20"/>
          <w:szCs w:val="20"/>
        </w:rPr>
        <w:t>cepat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terhadap</w:t>
      </w:r>
      <w:proofErr w:type="spellEnd"/>
      <w:r>
        <w:rPr>
          <w:sz w:val="20"/>
          <w:szCs w:val="20"/>
        </w:rPr>
        <w:t xml:space="preserve"> lima </w:t>
      </w:r>
      <w:proofErr w:type="spellStart"/>
      <w:r>
        <w:rPr>
          <w:sz w:val="20"/>
          <w:szCs w:val="20"/>
        </w:rPr>
        <w:t>sampel</w:t>
      </w:r>
      <w:proofErr w:type="spellEnd"/>
      <w:r>
        <w:rPr>
          <w:sz w:val="20"/>
          <w:szCs w:val="20"/>
        </w:rPr>
        <w:t xml:space="preserve"> air </w:t>
      </w:r>
      <w:proofErr w:type="spellStart"/>
      <w:r>
        <w:rPr>
          <w:sz w:val="20"/>
          <w:szCs w:val="20"/>
        </w:rPr>
        <w:t>sumur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warga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diduga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tercemar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limbah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rumah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tangga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bersifat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basa</w:t>
      </w:r>
      <w:proofErr w:type="spellEnd"/>
      <w:r>
        <w:rPr>
          <w:sz w:val="20"/>
          <w:szCs w:val="20"/>
        </w:rPr>
        <w:t xml:space="preserve">. Uji </w:t>
      </w:r>
      <w:proofErr w:type="spellStart"/>
      <w:r>
        <w:rPr>
          <w:sz w:val="20"/>
          <w:szCs w:val="20"/>
        </w:rPr>
        <w:t>dilakukan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menggunakan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indikator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metil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merah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memiliki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trayek</w:t>
      </w:r>
      <w:proofErr w:type="spellEnd"/>
      <w:r>
        <w:rPr>
          <w:sz w:val="20"/>
          <w:szCs w:val="20"/>
        </w:rPr>
        <w:t xml:space="preserve"> pH 4,4–6,2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perubahan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warna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merah</w:t>
      </w:r>
      <w:proofErr w:type="spellEnd"/>
      <w:r>
        <w:rPr>
          <w:sz w:val="20"/>
          <w:szCs w:val="20"/>
        </w:rPr>
        <w:t xml:space="preserve"> (pH </w:t>
      </w:r>
      <w:proofErr w:type="spellStart"/>
      <w:r>
        <w:rPr>
          <w:sz w:val="20"/>
          <w:szCs w:val="20"/>
        </w:rPr>
        <w:t>rendah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menjadi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kuning</w:t>
      </w:r>
      <w:proofErr w:type="spellEnd"/>
      <w:r>
        <w:rPr>
          <w:sz w:val="20"/>
          <w:szCs w:val="20"/>
        </w:rPr>
        <w:t xml:space="preserve"> (pH </w:t>
      </w:r>
      <w:proofErr w:type="spellStart"/>
      <w:r>
        <w:rPr>
          <w:sz w:val="20"/>
          <w:szCs w:val="20"/>
        </w:rPr>
        <w:t>tinggi</w:t>
      </w:r>
      <w:proofErr w:type="spellEnd"/>
      <w:r>
        <w:rPr>
          <w:sz w:val="20"/>
          <w:szCs w:val="20"/>
        </w:rPr>
        <w:t xml:space="preserve">).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dugaan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kandungan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senyawa</w:t>
      </w:r>
      <w:proofErr w:type="spellEnd"/>
      <w:r>
        <w:rPr>
          <w:sz w:val="20"/>
          <w:szCs w:val="20"/>
        </w:rPr>
        <w:t xml:space="preserve"> pada </w:t>
      </w:r>
      <w:proofErr w:type="spellStart"/>
      <w:r>
        <w:rPr>
          <w:sz w:val="20"/>
          <w:szCs w:val="20"/>
        </w:rPr>
        <w:t>tiap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sampel</w:t>
      </w:r>
      <w:proofErr w:type="spellEnd"/>
      <w:r>
        <w:rPr>
          <w:sz w:val="20"/>
          <w:szCs w:val="20"/>
        </w:rPr>
        <w:t>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D11344" w14:paraId="175A8709" w14:textId="77777777" w:rsidTr="00655302">
        <w:trPr>
          <w:tblHeader/>
        </w:trPr>
        <w:tc>
          <w:tcPr>
            <w:tcW w:w="17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3ED1F0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Sampel</w:t>
            </w:r>
          </w:p>
        </w:tc>
        <w:tc>
          <w:tcPr>
            <w:tcW w:w="17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088AED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</w:t>
            </w:r>
          </w:p>
        </w:tc>
        <w:tc>
          <w:tcPr>
            <w:tcW w:w="17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C67C6A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</w:t>
            </w:r>
          </w:p>
        </w:tc>
        <w:tc>
          <w:tcPr>
            <w:tcW w:w="17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9FD1EF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</w:t>
            </w:r>
          </w:p>
        </w:tc>
        <w:tc>
          <w:tcPr>
            <w:tcW w:w="17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45BF73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</w:t>
            </w:r>
          </w:p>
        </w:tc>
        <w:tc>
          <w:tcPr>
            <w:tcW w:w="17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CE81E9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</w:t>
            </w:r>
          </w:p>
        </w:tc>
      </w:tr>
      <w:tr w:rsidR="00D11344" w14:paraId="4729F8F7" w14:textId="77777777" w:rsidTr="00655302">
        <w:tc>
          <w:tcPr>
            <w:tcW w:w="174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FB3160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Kandungan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Dugaan</w:t>
            </w:r>
            <w:proofErr w:type="spellEnd"/>
          </w:p>
        </w:tc>
        <w:tc>
          <w:tcPr>
            <w:tcW w:w="174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A1DFD4" w14:textId="77777777" w:rsidR="00D11344" w:rsidRDefault="00D11344" w:rsidP="00655302">
            <w:r>
              <w:rPr>
                <w:sz w:val="19"/>
                <w:szCs w:val="19"/>
              </w:rPr>
              <w:t>HCOOH (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lemah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74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14AB71" w14:textId="77777777" w:rsidR="00D11344" w:rsidRDefault="00D11344" w:rsidP="00655302">
            <w:r>
              <w:rPr>
                <w:sz w:val="19"/>
                <w:szCs w:val="19"/>
              </w:rPr>
              <w:t>NaOH</w:t>
            </w:r>
          </w:p>
        </w:tc>
        <w:tc>
          <w:tcPr>
            <w:tcW w:w="174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020FC1" w14:textId="77777777" w:rsidR="00D11344" w:rsidRDefault="00D11344" w:rsidP="00655302">
            <w:r>
              <w:rPr>
                <w:sz w:val="19"/>
                <w:szCs w:val="19"/>
              </w:rPr>
              <w:t>H2SO3 (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lemah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74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2322C5" w14:textId="77777777" w:rsidR="00D11344" w:rsidRDefault="00D11344" w:rsidP="00655302">
            <w:proofErr w:type="gramStart"/>
            <w:r>
              <w:rPr>
                <w:sz w:val="19"/>
                <w:szCs w:val="19"/>
              </w:rPr>
              <w:t>Ca(</w:t>
            </w:r>
            <w:proofErr w:type="gramEnd"/>
            <w:r>
              <w:rPr>
                <w:sz w:val="19"/>
                <w:szCs w:val="19"/>
              </w:rPr>
              <w:t>OH)2</w:t>
            </w:r>
          </w:p>
        </w:tc>
        <w:tc>
          <w:tcPr>
            <w:tcW w:w="174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F9E099" w14:textId="77777777" w:rsidR="00D11344" w:rsidRDefault="00D11344" w:rsidP="00655302">
            <w:r>
              <w:rPr>
                <w:sz w:val="19"/>
                <w:szCs w:val="19"/>
              </w:rPr>
              <w:t>HBr (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kuat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</w:tbl>
    <w:p w14:paraId="3040FC18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>:</w:t>
      </w:r>
    </w:p>
    <w:p w14:paraId="4813DF76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Berdasarkan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sampel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manakah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jika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ditetesi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indikator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metil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merah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kemungkinan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menunjukkan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warna</w:t>
      </w:r>
      <w:proofErr w:type="spellEnd"/>
      <w:r>
        <w:rPr>
          <w:sz w:val="20"/>
          <w:szCs w:val="20"/>
        </w:rPr>
        <w:t xml:space="preserve"> KUNING (</w:t>
      </w:r>
      <w:proofErr w:type="spellStart"/>
      <w:r>
        <w:rPr>
          <w:sz w:val="20"/>
          <w:szCs w:val="20"/>
        </w:rPr>
        <w:t>bersifat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basa</w:t>
      </w:r>
      <w:proofErr w:type="spellEnd"/>
      <w:r>
        <w:rPr>
          <w:sz w:val="20"/>
          <w:szCs w:val="20"/>
        </w:rPr>
        <w:t xml:space="preserve">/pH </w:t>
      </w:r>
      <w:proofErr w:type="spellStart"/>
      <w:r>
        <w:rPr>
          <w:sz w:val="20"/>
          <w:szCs w:val="20"/>
        </w:rPr>
        <w:t>tinggi</w:t>
      </w:r>
      <w:proofErr w:type="spellEnd"/>
      <w:r>
        <w:rPr>
          <w:sz w:val="20"/>
          <w:szCs w:val="20"/>
        </w:rPr>
        <w:t>)?</w:t>
      </w:r>
    </w:p>
    <w:p w14:paraId="3D709B4B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A. A dan C</w:t>
      </w:r>
    </w:p>
    <w:p w14:paraId="24025587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B. B dan D</w:t>
      </w:r>
    </w:p>
    <w:p w14:paraId="0897E840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C. A dan E</w:t>
      </w:r>
    </w:p>
    <w:p w14:paraId="46B58850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D. C dan E</w:t>
      </w:r>
    </w:p>
    <w:p w14:paraId="3D3B2D38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>E. B dan C</w:t>
      </w:r>
    </w:p>
    <w:p w14:paraId="2242941D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6F38DD0C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B</w:t>
      </w:r>
    </w:p>
    <w:p w14:paraId="7384FE42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Indikator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metil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merah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menunjukkan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warna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kuning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pH </w:t>
      </w:r>
      <w:proofErr w:type="spellStart"/>
      <w:r>
        <w:rPr>
          <w:sz w:val="19"/>
          <w:szCs w:val="19"/>
        </w:rPr>
        <w:t>tinggi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basa</w:t>
      </w:r>
      <w:proofErr w:type="spellEnd"/>
      <w:r>
        <w:rPr>
          <w:sz w:val="19"/>
          <w:szCs w:val="19"/>
        </w:rPr>
        <w:t xml:space="preserve">), dan </w:t>
      </w:r>
      <w:proofErr w:type="spellStart"/>
      <w:r>
        <w:rPr>
          <w:sz w:val="19"/>
          <w:szCs w:val="19"/>
        </w:rPr>
        <w:t>warna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merah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pH </w:t>
      </w:r>
      <w:proofErr w:type="spellStart"/>
      <w:r>
        <w:rPr>
          <w:sz w:val="19"/>
          <w:szCs w:val="19"/>
        </w:rPr>
        <w:t>rendah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>). Sampel B (NaOH) dan D (</w:t>
      </w:r>
      <w:proofErr w:type="gramStart"/>
      <w:r>
        <w:rPr>
          <w:sz w:val="19"/>
          <w:szCs w:val="19"/>
        </w:rPr>
        <w:t>Ca(</w:t>
      </w:r>
      <w:proofErr w:type="gramEnd"/>
      <w:r>
        <w:rPr>
          <w:sz w:val="19"/>
          <w:szCs w:val="19"/>
        </w:rPr>
        <w:t xml:space="preserve">OH)2) </w:t>
      </w:r>
      <w:proofErr w:type="spellStart"/>
      <w:r>
        <w:rPr>
          <w:sz w:val="19"/>
          <w:szCs w:val="19"/>
        </w:rPr>
        <w:t>merupakan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basa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sehingga</w:t>
      </w:r>
      <w:proofErr w:type="spellEnd"/>
      <w:r>
        <w:rPr>
          <w:sz w:val="19"/>
          <w:szCs w:val="19"/>
        </w:rPr>
        <w:t xml:space="preserve"> pH </w:t>
      </w:r>
      <w:proofErr w:type="spellStart"/>
      <w:r>
        <w:rPr>
          <w:sz w:val="19"/>
          <w:szCs w:val="19"/>
        </w:rPr>
        <w:t>tinggi</w:t>
      </w:r>
      <w:proofErr w:type="spellEnd"/>
      <w:r>
        <w:rPr>
          <w:sz w:val="19"/>
          <w:szCs w:val="19"/>
        </w:rPr>
        <w:t xml:space="preserve"> → </w:t>
      </w:r>
      <w:proofErr w:type="spellStart"/>
      <w:r>
        <w:rPr>
          <w:sz w:val="19"/>
          <w:szCs w:val="19"/>
        </w:rPr>
        <w:t>warna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kuning</w:t>
      </w:r>
      <w:proofErr w:type="spellEnd"/>
      <w:r>
        <w:rPr>
          <w:sz w:val="19"/>
          <w:szCs w:val="19"/>
        </w:rPr>
        <w:t xml:space="preserve">. Sampel A (HCOOH) dan C (H2SO3)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lemah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serta</w:t>
      </w:r>
      <w:proofErr w:type="spellEnd"/>
      <w:r>
        <w:rPr>
          <w:sz w:val="19"/>
          <w:szCs w:val="19"/>
        </w:rPr>
        <w:t xml:space="preserve"> E (HBr)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kuat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ketiganya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memiliki</w:t>
      </w:r>
      <w:proofErr w:type="spellEnd"/>
      <w:r>
        <w:rPr>
          <w:sz w:val="19"/>
          <w:szCs w:val="19"/>
        </w:rPr>
        <w:t xml:space="preserve"> pH </w:t>
      </w:r>
      <w:proofErr w:type="spellStart"/>
      <w:r>
        <w:rPr>
          <w:sz w:val="19"/>
          <w:szCs w:val="19"/>
        </w:rPr>
        <w:t>rendah</w:t>
      </w:r>
      <w:proofErr w:type="spellEnd"/>
      <w:r>
        <w:rPr>
          <w:sz w:val="19"/>
          <w:szCs w:val="19"/>
        </w:rPr>
        <w:t xml:space="preserve"> → </w:t>
      </w:r>
      <w:proofErr w:type="spellStart"/>
      <w:r>
        <w:rPr>
          <w:sz w:val="19"/>
          <w:szCs w:val="19"/>
        </w:rPr>
        <w:t>warna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merah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B.</w:t>
      </w:r>
    </w:p>
    <w:p w14:paraId="501B0F34" w14:textId="77777777" w:rsidR="00D11344" w:rsidRDefault="00D11344" w:rsidP="00D11344">
      <w:r>
        <w:br w:type="page"/>
      </w:r>
    </w:p>
    <w:p w14:paraId="39232704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lastRenderedPageBreak/>
        <w:t xml:space="preserve">  KARTU SOAL NOMOR 12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5257B39E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9C983A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889F64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30386905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28AA5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DD920A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Kesetimbangan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Berair</w:t>
            </w:r>
            <w:proofErr w:type="spellEnd"/>
          </w:p>
        </w:tc>
      </w:tr>
      <w:tr w:rsidR="00D11344" w14:paraId="71C7E40A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21A10E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2C97C9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Menerapkan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konsep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titrasi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untuk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menyelesaikan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masalah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6355AA6F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8454A9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B0A925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Menentukan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kualitas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suatu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menggunakan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konsep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titrasi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basa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6C8948D4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7854CA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59BBDF" w14:textId="77777777" w:rsidR="00D11344" w:rsidRDefault="00D11344" w:rsidP="00655302">
            <w:r>
              <w:rPr>
                <w:sz w:val="19"/>
                <w:szCs w:val="19"/>
              </w:rPr>
              <w:t>L3 (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C4-C5   |   Tingkat Kesukaran: </w:t>
            </w:r>
            <w:r>
              <w:rPr>
                <w:b/>
                <w:bCs/>
                <w:color w:val="B91C1C"/>
                <w:sz w:val="19"/>
                <w:szCs w:val="19"/>
              </w:rPr>
              <w:t>Sulit</w:t>
            </w:r>
          </w:p>
        </w:tc>
      </w:tr>
    </w:tbl>
    <w:p w14:paraId="69BBDFBB" w14:textId="77777777" w:rsidR="00D11344" w:rsidRDefault="00D11344" w:rsidP="00D11344">
      <w:pPr>
        <w:spacing w:after="100"/>
      </w:pPr>
    </w:p>
    <w:p w14:paraId="6782E65E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12:</w:t>
      </w:r>
    </w:p>
    <w:p w14:paraId="23CC9165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Sebuah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produk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komersial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mencantumkan</w:t>
      </w:r>
      <w:proofErr w:type="spellEnd"/>
      <w:r>
        <w:rPr>
          <w:sz w:val="20"/>
          <w:szCs w:val="20"/>
        </w:rPr>
        <w:t xml:space="preserve"> label </w:t>
      </w:r>
      <w:proofErr w:type="spellStart"/>
      <w:r>
        <w:rPr>
          <w:sz w:val="20"/>
          <w:szCs w:val="20"/>
        </w:rPr>
        <w:t>kandungan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asetat</w:t>
      </w:r>
      <w:proofErr w:type="spellEnd"/>
      <w:r>
        <w:rPr>
          <w:sz w:val="20"/>
          <w:szCs w:val="20"/>
        </w:rPr>
        <w:t xml:space="preserve"> (CH3COOH) </w:t>
      </w:r>
      <w:proofErr w:type="spellStart"/>
      <w:r>
        <w:rPr>
          <w:sz w:val="20"/>
          <w:szCs w:val="20"/>
        </w:rPr>
        <w:t>sebesar</w:t>
      </w:r>
      <w:proofErr w:type="spellEnd"/>
      <w:r>
        <w:rPr>
          <w:sz w:val="20"/>
          <w:szCs w:val="20"/>
        </w:rPr>
        <w:t xml:space="preserve"> 5%. </w:t>
      </w:r>
      <w:proofErr w:type="spellStart"/>
      <w:r>
        <w:rPr>
          <w:sz w:val="20"/>
          <w:szCs w:val="20"/>
        </w:rPr>
        <w:t>Seorang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siswa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ingin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menguji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kebenaran</w:t>
      </w:r>
      <w:proofErr w:type="spellEnd"/>
      <w:r>
        <w:rPr>
          <w:sz w:val="20"/>
          <w:szCs w:val="20"/>
        </w:rPr>
        <w:t xml:space="preserve"> label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laboratorium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sekolah</w:t>
      </w:r>
      <w:proofErr w:type="spellEnd"/>
      <w:r>
        <w:rPr>
          <w:sz w:val="20"/>
          <w:szCs w:val="20"/>
        </w:rPr>
        <w:t xml:space="preserve">. Ia </w:t>
      </w:r>
      <w:proofErr w:type="spellStart"/>
      <w:r>
        <w:rPr>
          <w:sz w:val="20"/>
          <w:szCs w:val="20"/>
        </w:rPr>
        <w:t>mengambil</w:t>
      </w:r>
      <w:proofErr w:type="spellEnd"/>
      <w:r>
        <w:rPr>
          <w:sz w:val="20"/>
          <w:szCs w:val="20"/>
        </w:rPr>
        <w:t xml:space="preserve"> 10 mL </w:t>
      </w:r>
      <w:proofErr w:type="spellStart"/>
      <w:r>
        <w:rPr>
          <w:sz w:val="20"/>
          <w:szCs w:val="20"/>
        </w:rPr>
        <w:t>cuka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apel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mengencerkannya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akuades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hingga</w:t>
      </w:r>
      <w:proofErr w:type="spellEnd"/>
      <w:r>
        <w:rPr>
          <w:sz w:val="20"/>
          <w:szCs w:val="20"/>
        </w:rPr>
        <w:t xml:space="preserve"> 100 </w:t>
      </w:r>
      <w:proofErr w:type="spellStart"/>
      <w:r>
        <w:rPr>
          <w:sz w:val="20"/>
          <w:szCs w:val="20"/>
        </w:rPr>
        <w:t>mL.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Kemudian</w:t>
      </w:r>
      <w:proofErr w:type="spellEnd"/>
      <w:r>
        <w:rPr>
          <w:sz w:val="20"/>
          <w:szCs w:val="20"/>
        </w:rPr>
        <w:t xml:space="preserve"> 20 mL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encer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dititrasi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NaOH 0,1 M </w:t>
      </w:r>
      <w:proofErr w:type="spellStart"/>
      <w:r>
        <w:rPr>
          <w:sz w:val="20"/>
          <w:szCs w:val="20"/>
        </w:rPr>
        <w:t>hingga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titik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ekivalen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ditandai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indikator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fenolftalein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berubah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warna</w:t>
      </w:r>
      <w:proofErr w:type="spellEnd"/>
      <w:r>
        <w:rPr>
          <w:sz w:val="20"/>
          <w:szCs w:val="20"/>
        </w:rPr>
        <w:t xml:space="preserve">). </w:t>
      </w:r>
      <w:proofErr w:type="spellStart"/>
      <w:r>
        <w:rPr>
          <w:sz w:val="20"/>
          <w:szCs w:val="20"/>
        </w:rPr>
        <w:t>Titrasi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dilakukan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tiga</w:t>
      </w:r>
      <w:proofErr w:type="spellEnd"/>
      <w:r>
        <w:rPr>
          <w:sz w:val="20"/>
          <w:szCs w:val="20"/>
        </w:rPr>
        <w:t xml:space="preserve"> kali dan </w:t>
      </w:r>
      <w:proofErr w:type="spellStart"/>
      <w:r>
        <w:rPr>
          <w:sz w:val="20"/>
          <w:szCs w:val="20"/>
        </w:rPr>
        <w:t>diperoleh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>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D11344" w14:paraId="4BD1D9E5" w14:textId="77777777" w:rsidTr="00655302">
        <w:trPr>
          <w:tblHeader/>
        </w:trPr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F2A315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Titrasi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-</w:t>
            </w:r>
          </w:p>
        </w:tc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676333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Volume Sampel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Encer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(mL)</w:t>
            </w:r>
          </w:p>
        </w:tc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557E0F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Volume NaOH 0,1 M (mL)</w:t>
            </w:r>
          </w:p>
        </w:tc>
      </w:tr>
      <w:tr w:rsidR="00D11344" w14:paraId="1885CD8C" w14:textId="77777777" w:rsidTr="00655302"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A0F4DE" w14:textId="77777777" w:rsidR="00D11344" w:rsidRDefault="00D11344" w:rsidP="00655302">
            <w:r>
              <w:rPr>
                <w:sz w:val="19"/>
                <w:szCs w:val="19"/>
              </w:rPr>
              <w:t>1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DEB7D9" w14:textId="77777777" w:rsidR="00D11344" w:rsidRDefault="00D11344" w:rsidP="00655302">
            <w:r>
              <w:rPr>
                <w:sz w:val="19"/>
                <w:szCs w:val="19"/>
              </w:rPr>
              <w:t>20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3FD972" w14:textId="77777777" w:rsidR="00D11344" w:rsidRDefault="00D11344" w:rsidP="00655302">
            <w:r>
              <w:rPr>
                <w:sz w:val="19"/>
                <w:szCs w:val="19"/>
              </w:rPr>
              <w:t>15,2</w:t>
            </w:r>
          </w:p>
        </w:tc>
      </w:tr>
      <w:tr w:rsidR="00D11344" w14:paraId="6E080084" w14:textId="77777777" w:rsidTr="00655302"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2B333F" w14:textId="77777777" w:rsidR="00D11344" w:rsidRDefault="00D11344" w:rsidP="00655302">
            <w:r>
              <w:rPr>
                <w:sz w:val="19"/>
                <w:szCs w:val="19"/>
              </w:rPr>
              <w:t>2</w:t>
            </w:r>
          </w:p>
        </w:tc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59EB59" w14:textId="77777777" w:rsidR="00D11344" w:rsidRDefault="00D11344" w:rsidP="00655302">
            <w:r>
              <w:rPr>
                <w:sz w:val="19"/>
                <w:szCs w:val="19"/>
              </w:rPr>
              <w:t>20</w:t>
            </w:r>
          </w:p>
        </w:tc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A6B203" w14:textId="77777777" w:rsidR="00D11344" w:rsidRDefault="00D11344" w:rsidP="00655302">
            <w:r>
              <w:rPr>
                <w:sz w:val="19"/>
                <w:szCs w:val="19"/>
              </w:rPr>
              <w:t>15,0</w:t>
            </w:r>
          </w:p>
        </w:tc>
      </w:tr>
      <w:tr w:rsidR="00D11344" w14:paraId="7AE72C03" w14:textId="77777777" w:rsidTr="00655302"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8C994" w14:textId="77777777" w:rsidR="00D11344" w:rsidRDefault="00D11344" w:rsidP="00655302">
            <w:r>
              <w:rPr>
                <w:sz w:val="19"/>
                <w:szCs w:val="19"/>
              </w:rPr>
              <w:t>3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2A15E6" w14:textId="77777777" w:rsidR="00D11344" w:rsidRDefault="00D11344" w:rsidP="00655302">
            <w:r>
              <w:rPr>
                <w:sz w:val="19"/>
                <w:szCs w:val="19"/>
              </w:rPr>
              <w:t>20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96D7F3" w14:textId="77777777" w:rsidR="00D11344" w:rsidRDefault="00D11344" w:rsidP="00655302">
            <w:r>
              <w:rPr>
                <w:sz w:val="19"/>
                <w:szCs w:val="19"/>
              </w:rPr>
              <w:t>14,8</w:t>
            </w:r>
          </w:p>
        </w:tc>
      </w:tr>
    </w:tbl>
    <w:p w14:paraId="11906BC6" w14:textId="77777777" w:rsidR="00D11344" w:rsidRDefault="00D11344" w:rsidP="00D11344">
      <w:pPr>
        <w:spacing w:before="110" w:after="110"/>
      </w:pPr>
      <w:proofErr w:type="spellStart"/>
      <w:r>
        <w:rPr>
          <w:i/>
          <w:iCs/>
          <w:sz w:val="19"/>
          <w:szCs w:val="19"/>
        </w:rPr>
        <w:t>Diketahui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Ar</w:t>
      </w:r>
      <w:proofErr w:type="spellEnd"/>
      <w:r>
        <w:rPr>
          <w:i/>
          <w:iCs/>
          <w:sz w:val="19"/>
          <w:szCs w:val="19"/>
        </w:rPr>
        <w:t xml:space="preserve"> C=12, H=1, O=16; </w:t>
      </w:r>
      <w:proofErr w:type="spellStart"/>
      <w:r>
        <w:rPr>
          <w:i/>
          <w:iCs/>
          <w:sz w:val="19"/>
          <w:szCs w:val="19"/>
        </w:rPr>
        <w:t>asumsikan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densitas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cuka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apel</w:t>
      </w:r>
      <w:proofErr w:type="spellEnd"/>
      <w:r>
        <w:rPr>
          <w:i/>
          <w:iCs/>
          <w:sz w:val="19"/>
          <w:szCs w:val="19"/>
        </w:rPr>
        <w:t xml:space="preserve"> = 1 g/mL</w:t>
      </w:r>
    </w:p>
    <w:p w14:paraId="6C8347FE" w14:textId="77777777" w:rsidR="00D11344" w:rsidRDefault="00D11344" w:rsidP="00D11344">
      <w:pPr>
        <w:spacing w:before="120" w:after="180"/>
        <w:jc w:val="center"/>
      </w:pPr>
      <w:r>
        <w:rPr>
          <w:noProof/>
        </w:rPr>
        <w:drawing>
          <wp:inline distT="0" distB="0" distL="0" distR="0" wp14:anchorId="06795502" wp14:editId="77BEE219">
            <wp:extent cx="4381500" cy="2762250"/>
            <wp:effectExtent l="0" t="0" r="0" b="0"/>
            <wp:docPr id="2029700880" name="Picture 202970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DDCE7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lastRenderedPageBreak/>
        <w:t>Pertanyaan</w:t>
      </w:r>
      <w:proofErr w:type="spellEnd"/>
      <w:r>
        <w:rPr>
          <w:b/>
          <w:bCs/>
          <w:color w:val="1E3A5F"/>
          <w:sz w:val="21"/>
          <w:szCs w:val="21"/>
        </w:rPr>
        <w:t>:</w:t>
      </w:r>
    </w:p>
    <w:p w14:paraId="28C046B0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Berdasarkan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hasil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titrasi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berapakah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kadar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asetat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sebenarnya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dalam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, dan </w:t>
      </w:r>
      <w:proofErr w:type="spellStart"/>
      <w:r>
        <w:rPr>
          <w:sz w:val="20"/>
          <w:szCs w:val="20"/>
        </w:rPr>
        <w:t>apakah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sesuai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label 5%?</w:t>
      </w:r>
    </w:p>
    <w:p w14:paraId="73648D53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A. 4,5%, di </w:t>
      </w:r>
      <w:proofErr w:type="spellStart"/>
      <w:r>
        <w:rPr>
          <w:sz w:val="20"/>
          <w:szCs w:val="20"/>
        </w:rPr>
        <w:t>bawah</w:t>
      </w:r>
      <w:proofErr w:type="spellEnd"/>
      <w:r>
        <w:rPr>
          <w:sz w:val="20"/>
          <w:szCs w:val="20"/>
        </w:rPr>
        <w:t xml:space="preserve"> label</w:t>
      </w:r>
    </w:p>
    <w:p w14:paraId="738E9C9D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B. 5,0%, </w:t>
      </w:r>
      <w:proofErr w:type="spellStart"/>
      <w:r>
        <w:rPr>
          <w:sz w:val="20"/>
          <w:szCs w:val="20"/>
        </w:rPr>
        <w:t>sesuai</w:t>
      </w:r>
      <w:proofErr w:type="spellEnd"/>
      <w:r>
        <w:rPr>
          <w:sz w:val="20"/>
          <w:szCs w:val="20"/>
        </w:rPr>
        <w:t xml:space="preserve"> label</w:t>
      </w:r>
    </w:p>
    <w:p w14:paraId="411B2FCB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C. 5,5%, </w:t>
      </w:r>
      <w:proofErr w:type="spellStart"/>
      <w:r>
        <w:rPr>
          <w:sz w:val="20"/>
          <w:szCs w:val="20"/>
        </w:rPr>
        <w:t>melebihi</w:t>
      </w:r>
      <w:proofErr w:type="spellEnd"/>
      <w:r>
        <w:rPr>
          <w:sz w:val="20"/>
          <w:szCs w:val="20"/>
        </w:rPr>
        <w:t xml:space="preserve"> label</w:t>
      </w:r>
    </w:p>
    <w:p w14:paraId="4B0542DB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D. 9,0%, </w:t>
      </w:r>
      <w:proofErr w:type="spellStart"/>
      <w:r>
        <w:rPr>
          <w:sz w:val="20"/>
          <w:szCs w:val="20"/>
        </w:rPr>
        <w:t>jauh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melebihi</w:t>
      </w:r>
      <w:proofErr w:type="spellEnd"/>
      <w:r>
        <w:rPr>
          <w:sz w:val="20"/>
          <w:szCs w:val="20"/>
        </w:rPr>
        <w:t xml:space="preserve"> label</w:t>
      </w:r>
    </w:p>
    <w:p w14:paraId="23E2A9AC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E. 2,25%, </w:t>
      </w:r>
      <w:proofErr w:type="spellStart"/>
      <w:r>
        <w:rPr>
          <w:sz w:val="20"/>
          <w:szCs w:val="20"/>
        </w:rPr>
        <w:t>jauh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bawah</w:t>
      </w:r>
      <w:proofErr w:type="spellEnd"/>
      <w:r>
        <w:rPr>
          <w:sz w:val="20"/>
          <w:szCs w:val="20"/>
        </w:rPr>
        <w:t xml:space="preserve"> label</w:t>
      </w:r>
    </w:p>
    <w:p w14:paraId="4993E45B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49AC4BBA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A</w:t>
      </w:r>
    </w:p>
    <w:p w14:paraId="71E20226" w14:textId="77777777" w:rsidR="00D11344" w:rsidRDefault="00D11344" w:rsidP="00D11344">
      <w:pPr>
        <w:spacing w:after="120"/>
      </w:pPr>
      <w:r>
        <w:rPr>
          <w:sz w:val="19"/>
          <w:szCs w:val="19"/>
        </w:rPr>
        <w:t xml:space="preserve">Rata-rata volume NaOH = (15,2+15,0+14,8)/3 = 15,0 </w:t>
      </w:r>
      <w:proofErr w:type="spellStart"/>
      <w:r>
        <w:rPr>
          <w:sz w:val="19"/>
          <w:szCs w:val="19"/>
        </w:rPr>
        <w:t>mL.</w:t>
      </w:r>
      <w:proofErr w:type="spellEnd"/>
      <w:r>
        <w:rPr>
          <w:sz w:val="19"/>
          <w:szCs w:val="19"/>
        </w:rPr>
        <w:t xml:space="preserve"> mol NaOH = 0,1 × 0,015 = 0,0015 mol = mol CH3COOH </w:t>
      </w:r>
      <w:proofErr w:type="spellStart"/>
      <w:r>
        <w:rPr>
          <w:sz w:val="19"/>
          <w:szCs w:val="19"/>
        </w:rPr>
        <w:t>dalam</w:t>
      </w:r>
      <w:proofErr w:type="spellEnd"/>
      <w:r>
        <w:rPr>
          <w:sz w:val="19"/>
          <w:szCs w:val="19"/>
        </w:rPr>
        <w:t xml:space="preserve"> 20 mL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encer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Dalam</w:t>
      </w:r>
      <w:proofErr w:type="spellEnd"/>
      <w:r>
        <w:rPr>
          <w:sz w:val="19"/>
          <w:szCs w:val="19"/>
        </w:rPr>
        <w:t xml:space="preserve"> 100 mL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encer</w:t>
      </w:r>
      <w:proofErr w:type="spellEnd"/>
      <w:r>
        <w:rPr>
          <w:sz w:val="19"/>
          <w:szCs w:val="19"/>
        </w:rPr>
        <w:t>: mol CH3COOH = 0,0015 × (100/20) = 0,0075 mol (</w:t>
      </w:r>
      <w:proofErr w:type="spellStart"/>
      <w:r>
        <w:rPr>
          <w:sz w:val="19"/>
          <w:szCs w:val="19"/>
        </w:rPr>
        <w:t>berasal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dari</w:t>
      </w:r>
      <w:proofErr w:type="spellEnd"/>
      <w:r>
        <w:rPr>
          <w:sz w:val="19"/>
          <w:szCs w:val="19"/>
        </w:rPr>
        <w:t xml:space="preserve"> 10 mL </w:t>
      </w:r>
      <w:proofErr w:type="spellStart"/>
      <w:r>
        <w:rPr>
          <w:sz w:val="19"/>
          <w:szCs w:val="19"/>
        </w:rPr>
        <w:t>cuka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asli</w:t>
      </w:r>
      <w:proofErr w:type="spellEnd"/>
      <w:r>
        <w:rPr>
          <w:sz w:val="19"/>
          <w:szCs w:val="19"/>
        </w:rPr>
        <w:t xml:space="preserve">). </w:t>
      </w:r>
      <w:proofErr w:type="spellStart"/>
      <w:r>
        <w:rPr>
          <w:sz w:val="19"/>
          <w:szCs w:val="19"/>
        </w:rPr>
        <w:t>massa</w:t>
      </w:r>
      <w:proofErr w:type="spellEnd"/>
      <w:r>
        <w:rPr>
          <w:sz w:val="19"/>
          <w:szCs w:val="19"/>
        </w:rPr>
        <w:t xml:space="preserve"> CH3COOH = 0,0075 × 60 = 0,45 gram. Karena </w:t>
      </w:r>
      <w:proofErr w:type="spellStart"/>
      <w:r>
        <w:rPr>
          <w:sz w:val="19"/>
          <w:szCs w:val="19"/>
        </w:rPr>
        <w:t>densitas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cuka</w:t>
      </w:r>
      <w:proofErr w:type="spellEnd"/>
      <w:r>
        <w:rPr>
          <w:sz w:val="19"/>
          <w:szCs w:val="19"/>
        </w:rPr>
        <w:t xml:space="preserve"> = 1 g/mL, </w:t>
      </w:r>
      <w:proofErr w:type="spellStart"/>
      <w:r>
        <w:rPr>
          <w:sz w:val="19"/>
          <w:szCs w:val="19"/>
        </w:rPr>
        <w:t>maka</w:t>
      </w:r>
      <w:proofErr w:type="spellEnd"/>
      <w:r>
        <w:rPr>
          <w:sz w:val="19"/>
          <w:szCs w:val="19"/>
        </w:rPr>
        <w:t xml:space="preserve"> 10 mL </w:t>
      </w:r>
      <w:proofErr w:type="spellStart"/>
      <w:r>
        <w:rPr>
          <w:sz w:val="19"/>
          <w:szCs w:val="19"/>
        </w:rPr>
        <w:t>cuka</w:t>
      </w:r>
      <w:proofErr w:type="spellEnd"/>
      <w:r>
        <w:rPr>
          <w:sz w:val="19"/>
          <w:szCs w:val="19"/>
        </w:rPr>
        <w:t xml:space="preserve"> = 10 gram. Kadar = 0,45/10 × 100% = 4,5%. Nilai </w:t>
      </w:r>
      <w:proofErr w:type="spellStart"/>
      <w:r>
        <w:rPr>
          <w:sz w:val="19"/>
          <w:szCs w:val="19"/>
        </w:rPr>
        <w:t>ini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sedikit</w:t>
      </w:r>
      <w:proofErr w:type="spellEnd"/>
      <w:r>
        <w:rPr>
          <w:sz w:val="19"/>
          <w:szCs w:val="19"/>
        </w:rPr>
        <w:t xml:space="preserve"> di BAWAH label 5%. </w:t>
      </w: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A.</w:t>
      </w:r>
    </w:p>
    <w:p w14:paraId="5EA66741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t xml:space="preserve">  KARTU SOAL NOMOR 13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6FA2D6E9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D4139D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13032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25C423D8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BA64C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C7A2FA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Sifatnya</w:t>
            </w:r>
            <w:proofErr w:type="spellEnd"/>
          </w:p>
        </w:tc>
      </w:tr>
      <w:tr w:rsidR="00D11344" w14:paraId="3D809699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FD2D5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82C84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penerapan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konsep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konsentrasi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daya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hantar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listrik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5AA9D519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E52D6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5C9AC1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Memprediksi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senyawa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percobaan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hantar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listrik</w:t>
            </w:r>
            <w:proofErr w:type="spellEnd"/>
            <w:r>
              <w:rPr>
                <w:sz w:val="19"/>
                <w:szCs w:val="19"/>
              </w:rPr>
              <w:t xml:space="preserve"> pada </w:t>
            </w:r>
            <w:proofErr w:type="spellStart"/>
            <w:r>
              <w:rPr>
                <w:sz w:val="19"/>
                <w:szCs w:val="19"/>
              </w:rPr>
              <w:t>fase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lelehan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4446523E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610B01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F006EB" w14:textId="77777777" w:rsidR="00D11344" w:rsidRDefault="00D11344" w:rsidP="00655302">
            <w:r>
              <w:rPr>
                <w:sz w:val="19"/>
                <w:szCs w:val="19"/>
              </w:rPr>
              <w:t>L2-L3 (Aplikasi-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   |   Tingkat Kesukaran: </w:t>
            </w:r>
            <w:r>
              <w:rPr>
                <w:b/>
                <w:bCs/>
                <w:color w:val="B45309"/>
                <w:sz w:val="19"/>
                <w:szCs w:val="19"/>
              </w:rPr>
              <w:t>Sedang</w:t>
            </w:r>
          </w:p>
        </w:tc>
      </w:tr>
    </w:tbl>
    <w:p w14:paraId="58CDEB70" w14:textId="77777777" w:rsidR="00D11344" w:rsidRDefault="00D11344" w:rsidP="00D11344">
      <w:pPr>
        <w:spacing w:after="100"/>
      </w:pPr>
    </w:p>
    <w:p w14:paraId="6ECE1C80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13:</w:t>
      </w:r>
    </w:p>
    <w:p w14:paraId="74283B28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Sekelompok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siswa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menemukan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wadah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berisi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berlabel</w:t>
      </w:r>
      <w:proofErr w:type="spellEnd"/>
      <w:r>
        <w:rPr>
          <w:sz w:val="20"/>
          <w:szCs w:val="20"/>
        </w:rPr>
        <w:t xml:space="preserve"> (P, Q, dan R) di </w:t>
      </w:r>
      <w:proofErr w:type="spellStart"/>
      <w:r>
        <w:rPr>
          <w:sz w:val="20"/>
          <w:szCs w:val="20"/>
        </w:rPr>
        <w:t>gudang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laboratorium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mengidentifikasi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jenis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ikatannya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mereka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menguji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hantar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listrik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ketiga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zat</w:t>
      </w:r>
      <w:proofErr w:type="spellEnd"/>
      <w:r>
        <w:rPr>
          <w:sz w:val="20"/>
          <w:szCs w:val="20"/>
        </w:rPr>
        <w:t xml:space="preserve"> pada </w:t>
      </w:r>
      <w:proofErr w:type="spellStart"/>
      <w:r>
        <w:rPr>
          <w:sz w:val="20"/>
          <w:szCs w:val="20"/>
        </w:rPr>
        <w:t>fase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lelehan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menggunakan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rangkaian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lampu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elektrode</w:t>
      </w:r>
      <w:proofErr w:type="spellEnd"/>
      <w:r>
        <w:rPr>
          <w:sz w:val="20"/>
          <w:szCs w:val="20"/>
        </w:rPr>
        <w:t xml:space="preserve">. Hasil </w:t>
      </w:r>
      <w:proofErr w:type="spellStart"/>
      <w:r>
        <w:rPr>
          <w:sz w:val="20"/>
          <w:szCs w:val="20"/>
        </w:rPr>
        <w:t>pengamatan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disajikan</w:t>
      </w:r>
      <w:proofErr w:type="spellEnd"/>
      <w:r>
        <w:rPr>
          <w:sz w:val="20"/>
          <w:szCs w:val="20"/>
        </w:rPr>
        <w:t xml:space="preserve"> pada </w:t>
      </w:r>
      <w:proofErr w:type="spellStart"/>
      <w:r>
        <w:rPr>
          <w:sz w:val="20"/>
          <w:szCs w:val="20"/>
        </w:rPr>
        <w:t>tabel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>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D11344" w14:paraId="50A1A399" w14:textId="77777777" w:rsidTr="00655302">
        <w:trPr>
          <w:tblHeader/>
        </w:trPr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7253A9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Zat</w:t>
            </w:r>
            <w:proofErr w:type="spellEnd"/>
          </w:p>
        </w:tc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00440D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Hasil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Pengamatan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Lelehan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)</w:t>
            </w:r>
          </w:p>
        </w:tc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3F6F67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Hasil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Pengamatan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Larutan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>)</w:t>
            </w:r>
          </w:p>
        </w:tc>
      </w:tr>
      <w:tr w:rsidR="00D11344" w14:paraId="5CF5E0BE" w14:textId="77777777" w:rsidTr="00655302"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0E14F9" w14:textId="77777777" w:rsidR="00D11344" w:rsidRDefault="00D11344" w:rsidP="00655302">
            <w:r>
              <w:rPr>
                <w:sz w:val="19"/>
                <w:szCs w:val="19"/>
              </w:rPr>
              <w:t>P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477FFC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Redup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ada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gelembung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sedikit</w:t>
            </w:r>
            <w:proofErr w:type="spellEnd"/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058CC2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Terang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banyak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gelembung</w:t>
            </w:r>
            <w:proofErr w:type="spellEnd"/>
          </w:p>
        </w:tc>
      </w:tr>
      <w:tr w:rsidR="00D11344" w14:paraId="2407B21F" w14:textId="77777777" w:rsidTr="00655302"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BBB2F0" w14:textId="77777777" w:rsidR="00D11344" w:rsidRDefault="00D11344" w:rsidP="00655302">
            <w:r>
              <w:rPr>
                <w:sz w:val="19"/>
                <w:szCs w:val="19"/>
              </w:rPr>
              <w:t>Q</w:t>
            </w:r>
          </w:p>
        </w:tc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CC79D4" w14:textId="77777777" w:rsidR="00D11344" w:rsidRDefault="00D11344" w:rsidP="00655302">
            <w:r>
              <w:rPr>
                <w:sz w:val="19"/>
                <w:szCs w:val="19"/>
              </w:rPr>
              <w:t xml:space="preserve">Tidak </w:t>
            </w:r>
            <w:proofErr w:type="spellStart"/>
            <w:r>
              <w:rPr>
                <w:sz w:val="19"/>
                <w:szCs w:val="19"/>
              </w:rPr>
              <w:t>menyala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tidak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gelembung</w:t>
            </w:r>
            <w:proofErr w:type="spellEnd"/>
          </w:p>
        </w:tc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6A8F49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Redup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sedikit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gelembung</w:t>
            </w:r>
            <w:proofErr w:type="spellEnd"/>
          </w:p>
        </w:tc>
      </w:tr>
      <w:tr w:rsidR="00D11344" w14:paraId="3F17B975" w14:textId="77777777" w:rsidTr="00655302"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49177E" w14:textId="77777777" w:rsidR="00D11344" w:rsidRDefault="00D11344" w:rsidP="00655302">
            <w:r>
              <w:rPr>
                <w:sz w:val="19"/>
                <w:szCs w:val="19"/>
              </w:rPr>
              <w:t>R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171A82" w14:textId="77777777" w:rsidR="00D11344" w:rsidRDefault="00D11344" w:rsidP="00655302">
            <w:r>
              <w:rPr>
                <w:sz w:val="19"/>
                <w:szCs w:val="19"/>
              </w:rPr>
              <w:t xml:space="preserve">Tidak </w:t>
            </w:r>
            <w:proofErr w:type="spellStart"/>
            <w:r>
              <w:rPr>
                <w:sz w:val="19"/>
                <w:szCs w:val="19"/>
              </w:rPr>
              <w:t>menyala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tidak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gelembung</w:t>
            </w:r>
            <w:proofErr w:type="spellEnd"/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60CFFC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Terang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banyak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gelembung</w:t>
            </w:r>
            <w:proofErr w:type="spellEnd"/>
          </w:p>
        </w:tc>
      </w:tr>
    </w:tbl>
    <w:p w14:paraId="0C329F37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>:</w:t>
      </w:r>
    </w:p>
    <w:p w14:paraId="0D12AF11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Berdasarkan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hasil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percobaan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manakah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kemungkinan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pasangan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zat</w:t>
      </w:r>
      <w:proofErr w:type="spellEnd"/>
      <w:r>
        <w:rPr>
          <w:sz w:val="20"/>
          <w:szCs w:val="20"/>
        </w:rPr>
        <w:t xml:space="preserve"> yang paling </w:t>
      </w:r>
      <w:proofErr w:type="spellStart"/>
      <w:r>
        <w:rPr>
          <w:sz w:val="20"/>
          <w:szCs w:val="20"/>
        </w:rPr>
        <w:t>sesuai</w:t>
      </w:r>
      <w:proofErr w:type="spellEnd"/>
      <w:r>
        <w:rPr>
          <w:sz w:val="20"/>
          <w:szCs w:val="20"/>
        </w:rPr>
        <w:t>?</w:t>
      </w:r>
    </w:p>
    <w:p w14:paraId="20D2C77D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lastRenderedPageBreak/>
        <w:t xml:space="preserve">A. P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Na2S2O3 dan Q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KI</w:t>
      </w:r>
    </w:p>
    <w:p w14:paraId="513BD59C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B. P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Na2S2O3 dan Q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CH3COOH</w:t>
      </w:r>
    </w:p>
    <w:p w14:paraId="7F7E9B48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C. P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KI dan R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CH3COOH</w:t>
      </w:r>
    </w:p>
    <w:p w14:paraId="371822A7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D. Q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CH3COOH dan R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Na2S2O3</w:t>
      </w:r>
    </w:p>
    <w:p w14:paraId="33F62022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E. Q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HCl dan R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Na2S2O3</w:t>
      </w:r>
    </w:p>
    <w:p w14:paraId="043B8C6D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7B86DD6D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D</w:t>
      </w:r>
    </w:p>
    <w:p w14:paraId="7FE9A8C3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Zat</w:t>
      </w:r>
      <w:proofErr w:type="spellEnd"/>
      <w:r>
        <w:rPr>
          <w:sz w:val="19"/>
          <w:szCs w:val="19"/>
        </w:rPr>
        <w:t xml:space="preserve"> P </w:t>
      </w:r>
      <w:proofErr w:type="spellStart"/>
      <w:r>
        <w:rPr>
          <w:sz w:val="19"/>
          <w:szCs w:val="19"/>
        </w:rPr>
        <w:t>menghantarkan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listrik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kedua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fase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lelehan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redup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terang</w:t>
      </w:r>
      <w:proofErr w:type="spellEnd"/>
      <w:r>
        <w:rPr>
          <w:sz w:val="19"/>
          <w:szCs w:val="19"/>
        </w:rPr>
        <w:t xml:space="preserve">) → </w:t>
      </w:r>
      <w:proofErr w:type="spellStart"/>
      <w:r>
        <w:rPr>
          <w:sz w:val="19"/>
          <w:szCs w:val="19"/>
        </w:rPr>
        <w:t>senyawa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ionik</w:t>
      </w:r>
      <w:proofErr w:type="spellEnd"/>
      <w:r>
        <w:rPr>
          <w:sz w:val="19"/>
          <w:szCs w:val="19"/>
        </w:rPr>
        <w:t xml:space="preserve"> yang </w:t>
      </w:r>
      <w:proofErr w:type="spellStart"/>
      <w:r>
        <w:rPr>
          <w:sz w:val="19"/>
          <w:szCs w:val="19"/>
        </w:rPr>
        <w:t>lelehannya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belum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sempurna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terionisasi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namun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larutannya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terionisasi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kuat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konsisten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Na2S2O3 (natrium </w:t>
      </w:r>
      <w:proofErr w:type="spellStart"/>
      <w:r>
        <w:rPr>
          <w:sz w:val="19"/>
          <w:szCs w:val="19"/>
        </w:rPr>
        <w:t>tiosulfat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senyawa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ionik</w:t>
      </w:r>
      <w:proofErr w:type="spellEnd"/>
      <w:r>
        <w:rPr>
          <w:sz w:val="19"/>
          <w:szCs w:val="19"/>
        </w:rPr>
        <w:t xml:space="preserve">). </w:t>
      </w:r>
      <w:proofErr w:type="spellStart"/>
      <w:r>
        <w:rPr>
          <w:sz w:val="19"/>
          <w:szCs w:val="19"/>
        </w:rPr>
        <w:t>Zat</w:t>
      </w:r>
      <w:proofErr w:type="spellEnd"/>
      <w:r>
        <w:rPr>
          <w:sz w:val="19"/>
          <w:szCs w:val="19"/>
        </w:rPr>
        <w:t xml:space="preserve"> Q </w:t>
      </w:r>
      <w:proofErr w:type="spellStart"/>
      <w:r>
        <w:rPr>
          <w:sz w:val="19"/>
          <w:szCs w:val="19"/>
        </w:rPr>
        <w:t>hanya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menghantarkan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lemah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dan </w:t>
      </w:r>
      <w:proofErr w:type="spellStart"/>
      <w:r>
        <w:rPr>
          <w:sz w:val="19"/>
          <w:szCs w:val="19"/>
        </w:rPr>
        <w:t>tidak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menghantarkan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lelehan</w:t>
      </w:r>
      <w:proofErr w:type="spellEnd"/>
      <w:r>
        <w:rPr>
          <w:sz w:val="19"/>
          <w:szCs w:val="19"/>
        </w:rPr>
        <w:t xml:space="preserve"> → </w:t>
      </w:r>
      <w:proofErr w:type="spellStart"/>
      <w:r>
        <w:rPr>
          <w:sz w:val="19"/>
          <w:szCs w:val="19"/>
        </w:rPr>
        <w:t>senyawa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kovalen</w:t>
      </w:r>
      <w:proofErr w:type="spellEnd"/>
      <w:r>
        <w:rPr>
          <w:sz w:val="19"/>
          <w:szCs w:val="19"/>
        </w:rPr>
        <w:t xml:space="preserve"> polar yang </w:t>
      </w:r>
      <w:proofErr w:type="spellStart"/>
      <w:r>
        <w:rPr>
          <w:sz w:val="19"/>
          <w:szCs w:val="19"/>
        </w:rPr>
        <w:t>terionisasi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sebagian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dalam</w:t>
      </w:r>
      <w:proofErr w:type="spellEnd"/>
      <w:r>
        <w:rPr>
          <w:sz w:val="19"/>
          <w:szCs w:val="19"/>
        </w:rPr>
        <w:t xml:space="preserve"> air, </w:t>
      </w:r>
      <w:proofErr w:type="spellStart"/>
      <w:r>
        <w:rPr>
          <w:sz w:val="19"/>
          <w:szCs w:val="19"/>
        </w:rPr>
        <w:t>konsisten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CH3COOH (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lemah</w:t>
      </w:r>
      <w:proofErr w:type="spellEnd"/>
      <w:r>
        <w:rPr>
          <w:sz w:val="19"/>
          <w:szCs w:val="19"/>
        </w:rPr>
        <w:t xml:space="preserve">). </w:t>
      </w:r>
      <w:proofErr w:type="spellStart"/>
      <w:r>
        <w:rPr>
          <w:sz w:val="19"/>
          <w:szCs w:val="19"/>
        </w:rPr>
        <w:t>Zat</w:t>
      </w:r>
      <w:proofErr w:type="spellEnd"/>
      <w:r>
        <w:rPr>
          <w:sz w:val="19"/>
          <w:szCs w:val="19"/>
        </w:rPr>
        <w:t xml:space="preserve"> R </w:t>
      </w:r>
      <w:proofErr w:type="spellStart"/>
      <w:r>
        <w:rPr>
          <w:sz w:val="19"/>
          <w:szCs w:val="19"/>
        </w:rPr>
        <w:t>tidak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menghantarkan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lelehan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namun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menghantarkan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kuat</w:t>
      </w:r>
      <w:proofErr w:type="spellEnd"/>
      <w:r>
        <w:rPr>
          <w:sz w:val="19"/>
          <w:szCs w:val="19"/>
        </w:rPr>
        <w:t xml:space="preserve"> pada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→ </w:t>
      </w:r>
      <w:proofErr w:type="spellStart"/>
      <w:r>
        <w:rPr>
          <w:sz w:val="19"/>
          <w:szCs w:val="19"/>
        </w:rPr>
        <w:t>berbeda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dari</w:t>
      </w:r>
      <w:proofErr w:type="spellEnd"/>
      <w:r>
        <w:rPr>
          <w:sz w:val="19"/>
          <w:szCs w:val="19"/>
        </w:rPr>
        <w:t xml:space="preserve"> P, </w:t>
      </w:r>
      <w:proofErr w:type="spellStart"/>
      <w:r>
        <w:rPr>
          <w:sz w:val="19"/>
          <w:szCs w:val="19"/>
        </w:rPr>
        <w:t>kemungkinan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senyawa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ionik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titik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leleh</w:t>
      </w:r>
      <w:proofErr w:type="spellEnd"/>
      <w:r>
        <w:rPr>
          <w:sz w:val="19"/>
          <w:szCs w:val="19"/>
        </w:rPr>
        <w:t xml:space="preserve"> sangat </w:t>
      </w:r>
      <w:proofErr w:type="spellStart"/>
      <w:r>
        <w:rPr>
          <w:sz w:val="19"/>
          <w:szCs w:val="19"/>
        </w:rPr>
        <w:t>tinggi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belum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meleleh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sempurna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diuji</w:t>
      </w:r>
      <w:proofErr w:type="spellEnd"/>
      <w:r>
        <w:rPr>
          <w:sz w:val="19"/>
          <w:szCs w:val="19"/>
        </w:rPr>
        <w:t xml:space="preserve">) </w:t>
      </w:r>
      <w:proofErr w:type="spellStart"/>
      <w:r>
        <w:rPr>
          <w:sz w:val="19"/>
          <w:szCs w:val="19"/>
        </w:rPr>
        <w:t>namun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larut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sempurna</w:t>
      </w:r>
      <w:proofErr w:type="spellEnd"/>
      <w:r>
        <w:rPr>
          <w:sz w:val="19"/>
          <w:szCs w:val="19"/>
        </w:rPr>
        <w:t xml:space="preserve"> dan </w:t>
      </w:r>
      <w:proofErr w:type="spellStart"/>
      <w:r>
        <w:rPr>
          <w:sz w:val="19"/>
          <w:szCs w:val="19"/>
        </w:rPr>
        <w:t>terionisasi</w:t>
      </w:r>
      <w:proofErr w:type="spellEnd"/>
      <w:r>
        <w:rPr>
          <w:sz w:val="19"/>
          <w:szCs w:val="19"/>
        </w:rPr>
        <w:t xml:space="preserve"> total </w:t>
      </w:r>
      <w:proofErr w:type="spellStart"/>
      <w:r>
        <w:rPr>
          <w:sz w:val="19"/>
          <w:szCs w:val="19"/>
        </w:rPr>
        <w:t>dalam</w:t>
      </w:r>
      <w:proofErr w:type="spellEnd"/>
      <w:r>
        <w:rPr>
          <w:sz w:val="19"/>
          <w:szCs w:val="19"/>
        </w:rPr>
        <w:t xml:space="preserve"> air, </w:t>
      </w:r>
      <w:proofErr w:type="spellStart"/>
      <w:r>
        <w:rPr>
          <w:sz w:val="19"/>
          <w:szCs w:val="19"/>
        </w:rPr>
        <w:t>konsisten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Na2S2O3 </w:t>
      </w:r>
      <w:proofErr w:type="spellStart"/>
      <w:r>
        <w:rPr>
          <w:sz w:val="19"/>
          <w:szCs w:val="19"/>
        </w:rPr>
        <w:t>sebagai</w:t>
      </w:r>
      <w:proofErr w:type="spellEnd"/>
      <w:r>
        <w:rPr>
          <w:sz w:val="19"/>
          <w:szCs w:val="19"/>
        </w:rPr>
        <w:t xml:space="preserve"> R pada </w:t>
      </w:r>
      <w:proofErr w:type="spellStart"/>
      <w:r>
        <w:rPr>
          <w:sz w:val="19"/>
          <w:szCs w:val="19"/>
        </w:rPr>
        <w:t>opsi</w:t>
      </w:r>
      <w:proofErr w:type="spellEnd"/>
      <w:r>
        <w:rPr>
          <w:sz w:val="19"/>
          <w:szCs w:val="19"/>
        </w:rPr>
        <w:t xml:space="preserve"> yang </w:t>
      </w:r>
      <w:proofErr w:type="spellStart"/>
      <w:r>
        <w:rPr>
          <w:sz w:val="19"/>
          <w:szCs w:val="19"/>
        </w:rPr>
        <w:t>tersedia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 xml:space="preserve"> paling </w:t>
      </w:r>
      <w:proofErr w:type="spellStart"/>
      <w:r>
        <w:rPr>
          <w:sz w:val="19"/>
          <w:szCs w:val="19"/>
        </w:rPr>
        <w:t>konsisten</w:t>
      </w:r>
      <w:proofErr w:type="spellEnd"/>
      <w:r>
        <w:rPr>
          <w:sz w:val="19"/>
          <w:szCs w:val="19"/>
        </w:rPr>
        <w:t xml:space="preserve">: D (Q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CH3COOH dan R </w:t>
      </w:r>
      <w:proofErr w:type="spellStart"/>
      <w:r>
        <w:rPr>
          <w:sz w:val="19"/>
          <w:szCs w:val="19"/>
        </w:rPr>
        <w:t>adalah</w:t>
      </w:r>
      <w:proofErr w:type="spellEnd"/>
      <w:r>
        <w:rPr>
          <w:sz w:val="19"/>
          <w:szCs w:val="19"/>
        </w:rPr>
        <w:t xml:space="preserve"> Na2S2O3).</w:t>
      </w:r>
    </w:p>
    <w:p w14:paraId="41FC3EF2" w14:textId="77777777" w:rsidR="00D11344" w:rsidRDefault="00D11344" w:rsidP="00D11344">
      <w:r>
        <w:br w:type="page"/>
      </w:r>
    </w:p>
    <w:p w14:paraId="0507985E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lastRenderedPageBreak/>
        <w:t xml:space="preserve">  KARTU SOAL NOMOR 14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7605978C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D0872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9BD07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29949E7D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93C62D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2690F9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Sifatnya</w:t>
            </w:r>
            <w:proofErr w:type="spellEnd"/>
          </w:p>
        </w:tc>
      </w:tr>
      <w:tr w:rsidR="00D11344" w14:paraId="17CB24CE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0E8F7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46377A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penerapan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konsep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konsentrasi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daya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hantar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listrik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411FCA15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4FB260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7AE7E9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Menyimpulkan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kelayakan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suatu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perbandingan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komposisinya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standar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keamanan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3F7894F0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986BF4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72782A" w14:textId="77777777" w:rsidR="00D11344" w:rsidRDefault="00D11344" w:rsidP="00655302">
            <w:r>
              <w:rPr>
                <w:sz w:val="19"/>
                <w:szCs w:val="19"/>
              </w:rPr>
              <w:t>L3 (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   |   Tingkat Kesukaran: </w:t>
            </w:r>
            <w:r>
              <w:rPr>
                <w:b/>
                <w:bCs/>
                <w:color w:val="B45309"/>
                <w:sz w:val="19"/>
                <w:szCs w:val="19"/>
              </w:rPr>
              <w:t>Sedang</w:t>
            </w:r>
          </w:p>
        </w:tc>
      </w:tr>
    </w:tbl>
    <w:p w14:paraId="0FF67F13" w14:textId="77777777" w:rsidR="00D11344" w:rsidRDefault="00D11344" w:rsidP="00D11344">
      <w:pPr>
        <w:spacing w:after="100"/>
      </w:pPr>
    </w:p>
    <w:p w14:paraId="7E75C51B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14:</w:t>
      </w:r>
    </w:p>
    <w:p w14:paraId="07178869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Sebuah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pabrik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memproduksi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minuman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isotonik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kemasan</w:t>
      </w:r>
      <w:proofErr w:type="spellEnd"/>
      <w:r>
        <w:rPr>
          <w:sz w:val="20"/>
          <w:szCs w:val="20"/>
        </w:rPr>
        <w:t xml:space="preserve"> 500 mL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atlet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Berdasarkan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formulasi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kandungan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bahan</w:t>
      </w:r>
      <w:proofErr w:type="spellEnd"/>
      <w:r>
        <w:rPr>
          <w:sz w:val="20"/>
          <w:szCs w:val="20"/>
        </w:rPr>
        <w:t xml:space="preserve"> per </w:t>
      </w:r>
      <w:proofErr w:type="spellStart"/>
      <w:r>
        <w:rPr>
          <w:sz w:val="20"/>
          <w:szCs w:val="20"/>
        </w:rPr>
        <w:t>kemasan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sebagai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asumsikan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densitas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1 g/mL, </w:t>
      </w:r>
      <w:proofErr w:type="spellStart"/>
      <w:r>
        <w:rPr>
          <w:sz w:val="20"/>
          <w:szCs w:val="20"/>
        </w:rPr>
        <w:t>sehingga</w:t>
      </w:r>
      <w:proofErr w:type="spellEnd"/>
      <w:r>
        <w:rPr>
          <w:sz w:val="20"/>
          <w:szCs w:val="20"/>
        </w:rPr>
        <w:t xml:space="preserve"> 500 mL </w:t>
      </w:r>
      <w:proofErr w:type="spellStart"/>
      <w:r>
        <w:rPr>
          <w:sz w:val="20"/>
          <w:szCs w:val="20"/>
        </w:rPr>
        <w:t>setara</w:t>
      </w:r>
      <w:proofErr w:type="spellEnd"/>
      <w:r>
        <w:rPr>
          <w:sz w:val="20"/>
          <w:szCs w:val="20"/>
        </w:rPr>
        <w:t xml:space="preserve"> 500 gram).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D11344" w14:paraId="6ECC7CE5" w14:textId="77777777" w:rsidTr="00655302">
        <w:trPr>
          <w:tblHeader/>
        </w:trPr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D8D154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Bahan</w:t>
            </w:r>
          </w:p>
        </w:tc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E34B4D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Jumlah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per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Kemasan</w:t>
            </w:r>
            <w:proofErr w:type="spellEnd"/>
          </w:p>
        </w:tc>
      </w:tr>
      <w:tr w:rsidR="00D11344" w14:paraId="4BF86310" w14:textId="77777777" w:rsidTr="00655302"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E058AD" w14:textId="77777777" w:rsidR="00D11344" w:rsidRDefault="00D11344" w:rsidP="00655302">
            <w:r>
              <w:rPr>
                <w:sz w:val="19"/>
                <w:szCs w:val="19"/>
              </w:rPr>
              <w:t xml:space="preserve">Natrium </w:t>
            </w:r>
            <w:proofErr w:type="spellStart"/>
            <w:r>
              <w:rPr>
                <w:sz w:val="19"/>
                <w:szCs w:val="19"/>
              </w:rPr>
              <w:t>klorida</w:t>
            </w:r>
            <w:proofErr w:type="spellEnd"/>
            <w:r>
              <w:rPr>
                <w:sz w:val="19"/>
                <w:szCs w:val="19"/>
              </w:rPr>
              <w:t xml:space="preserve"> (NaCl)</w:t>
            </w:r>
          </w:p>
        </w:tc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B6A582" w14:textId="77777777" w:rsidR="00D11344" w:rsidRDefault="00D11344" w:rsidP="00655302">
            <w:r>
              <w:rPr>
                <w:sz w:val="19"/>
                <w:szCs w:val="19"/>
              </w:rPr>
              <w:t>0,75 gram</w:t>
            </w:r>
          </w:p>
        </w:tc>
      </w:tr>
      <w:tr w:rsidR="00D11344" w14:paraId="2DB0F42F" w14:textId="77777777" w:rsidTr="00655302">
        <w:tc>
          <w:tcPr>
            <w:tcW w:w="522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FD39F4" w14:textId="77777777" w:rsidR="00D11344" w:rsidRDefault="00D11344" w:rsidP="00655302">
            <w:r>
              <w:rPr>
                <w:sz w:val="19"/>
                <w:szCs w:val="19"/>
              </w:rPr>
              <w:t>Gula (</w:t>
            </w:r>
            <w:proofErr w:type="spellStart"/>
            <w:r>
              <w:rPr>
                <w:sz w:val="19"/>
                <w:szCs w:val="19"/>
              </w:rPr>
              <w:t>sukrosa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522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A4F0A7" w14:textId="77777777" w:rsidR="00D11344" w:rsidRDefault="00D11344" w:rsidP="00655302">
            <w:r>
              <w:rPr>
                <w:sz w:val="19"/>
                <w:szCs w:val="19"/>
              </w:rPr>
              <w:t xml:space="preserve">30 </w:t>
            </w:r>
            <w:proofErr w:type="gramStart"/>
            <w:r>
              <w:rPr>
                <w:sz w:val="19"/>
                <w:szCs w:val="19"/>
              </w:rPr>
              <w:t>gram</w:t>
            </w:r>
            <w:proofErr w:type="gramEnd"/>
          </w:p>
        </w:tc>
      </w:tr>
      <w:tr w:rsidR="00D11344" w14:paraId="63FFB191" w14:textId="77777777" w:rsidTr="00655302"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948DC8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Perisa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buah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sintetis</w:t>
            </w:r>
            <w:proofErr w:type="spellEnd"/>
          </w:p>
        </w:tc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102245" w14:textId="77777777" w:rsidR="00D11344" w:rsidRDefault="00D11344" w:rsidP="00655302">
            <w:r>
              <w:rPr>
                <w:sz w:val="19"/>
                <w:szCs w:val="19"/>
              </w:rPr>
              <w:t>0,5 gram</w:t>
            </w:r>
          </w:p>
        </w:tc>
      </w:tr>
    </w:tbl>
    <w:p w14:paraId="634BF54B" w14:textId="77777777" w:rsidR="00D11344" w:rsidRDefault="00D11344" w:rsidP="00D11344">
      <w:pPr>
        <w:spacing w:before="110" w:after="110"/>
      </w:pPr>
      <w:r>
        <w:rPr>
          <w:i/>
          <w:iCs/>
          <w:sz w:val="19"/>
          <w:szCs w:val="19"/>
        </w:rPr>
        <w:t xml:space="preserve">Standar </w:t>
      </w:r>
      <w:proofErr w:type="spellStart"/>
      <w:r>
        <w:rPr>
          <w:i/>
          <w:iCs/>
          <w:sz w:val="19"/>
          <w:szCs w:val="19"/>
        </w:rPr>
        <w:t>mutu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aman</w:t>
      </w:r>
      <w:proofErr w:type="spellEnd"/>
      <w:r>
        <w:rPr>
          <w:i/>
          <w:iCs/>
          <w:sz w:val="19"/>
          <w:szCs w:val="19"/>
        </w:rPr>
        <w:t xml:space="preserve"> BPOM (</w:t>
      </w:r>
      <w:proofErr w:type="spellStart"/>
      <w:r>
        <w:rPr>
          <w:i/>
          <w:iCs/>
          <w:sz w:val="19"/>
          <w:szCs w:val="19"/>
        </w:rPr>
        <w:t>dalam</w:t>
      </w:r>
      <w:proofErr w:type="spellEnd"/>
      <w:r>
        <w:rPr>
          <w:i/>
          <w:iCs/>
          <w:sz w:val="19"/>
          <w:szCs w:val="19"/>
        </w:rPr>
        <w:t xml:space="preserve"> % </w:t>
      </w:r>
      <w:proofErr w:type="spellStart"/>
      <w:r>
        <w:rPr>
          <w:i/>
          <w:iCs/>
          <w:sz w:val="19"/>
          <w:szCs w:val="19"/>
        </w:rPr>
        <w:t>massa</w:t>
      </w:r>
      <w:proofErr w:type="spellEnd"/>
      <w:r>
        <w:rPr>
          <w:i/>
          <w:iCs/>
          <w:sz w:val="19"/>
          <w:szCs w:val="19"/>
        </w:rPr>
        <w:t xml:space="preserve">): NaCl </w:t>
      </w:r>
      <w:proofErr w:type="spellStart"/>
      <w:r>
        <w:rPr>
          <w:i/>
          <w:iCs/>
          <w:sz w:val="19"/>
          <w:szCs w:val="19"/>
        </w:rPr>
        <w:t>maksimal</w:t>
      </w:r>
      <w:proofErr w:type="spellEnd"/>
      <w:r>
        <w:rPr>
          <w:i/>
          <w:iCs/>
          <w:sz w:val="19"/>
          <w:szCs w:val="19"/>
        </w:rPr>
        <w:t xml:space="preserve"> 0,2%; Gula </w:t>
      </w:r>
      <w:proofErr w:type="spellStart"/>
      <w:r>
        <w:rPr>
          <w:i/>
          <w:iCs/>
          <w:sz w:val="19"/>
          <w:szCs w:val="19"/>
        </w:rPr>
        <w:t>maksimal</w:t>
      </w:r>
      <w:proofErr w:type="spellEnd"/>
      <w:r>
        <w:rPr>
          <w:i/>
          <w:iCs/>
          <w:sz w:val="19"/>
          <w:szCs w:val="19"/>
        </w:rPr>
        <w:t xml:space="preserve"> 8%; </w:t>
      </w:r>
      <w:proofErr w:type="spellStart"/>
      <w:r>
        <w:rPr>
          <w:i/>
          <w:iCs/>
          <w:sz w:val="19"/>
          <w:szCs w:val="19"/>
        </w:rPr>
        <w:t>Perisa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maksimal</w:t>
      </w:r>
      <w:proofErr w:type="spellEnd"/>
      <w:r>
        <w:rPr>
          <w:i/>
          <w:iCs/>
          <w:sz w:val="19"/>
          <w:szCs w:val="19"/>
        </w:rPr>
        <w:t xml:space="preserve"> 0,15%.</w:t>
      </w:r>
    </w:p>
    <w:p w14:paraId="740E347B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 xml:space="preserve"> (</w:t>
      </w:r>
      <w:proofErr w:type="spellStart"/>
      <w:r>
        <w:rPr>
          <w:b/>
          <w:bCs/>
          <w:color w:val="1E3A5F"/>
          <w:sz w:val="21"/>
          <w:szCs w:val="21"/>
        </w:rPr>
        <w:t>Pilihan</w:t>
      </w:r>
      <w:proofErr w:type="spellEnd"/>
      <w:r>
        <w:rPr>
          <w:b/>
          <w:bCs/>
          <w:color w:val="1E3A5F"/>
          <w:sz w:val="21"/>
          <w:szCs w:val="21"/>
        </w:rPr>
        <w:t xml:space="preserve"> Ganda </w:t>
      </w:r>
      <w:proofErr w:type="spellStart"/>
      <w:r>
        <w:rPr>
          <w:b/>
          <w:bCs/>
          <w:color w:val="1E3A5F"/>
          <w:sz w:val="21"/>
          <w:szCs w:val="21"/>
        </w:rPr>
        <w:t>Kompleks</w:t>
      </w:r>
      <w:proofErr w:type="spellEnd"/>
      <w:r>
        <w:rPr>
          <w:b/>
          <w:bCs/>
          <w:color w:val="1E3A5F"/>
          <w:sz w:val="21"/>
          <w:szCs w:val="21"/>
        </w:rPr>
        <w:t xml:space="preserve"> - </w:t>
      </w:r>
      <w:proofErr w:type="spellStart"/>
      <w:r>
        <w:rPr>
          <w:b/>
          <w:bCs/>
          <w:color w:val="1E3A5F"/>
          <w:sz w:val="21"/>
          <w:szCs w:val="21"/>
        </w:rPr>
        <w:t>Benar</w:t>
      </w:r>
      <w:proofErr w:type="spellEnd"/>
      <w:r>
        <w:rPr>
          <w:b/>
          <w:bCs/>
          <w:color w:val="1E3A5F"/>
          <w:sz w:val="21"/>
          <w:szCs w:val="21"/>
        </w:rPr>
        <w:t>/Salah):</w:t>
      </w:r>
    </w:p>
    <w:p w14:paraId="600044A6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Tentukan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Benar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atau</w:t>
      </w:r>
      <w:proofErr w:type="spellEnd"/>
      <w:r>
        <w:rPr>
          <w:sz w:val="20"/>
          <w:szCs w:val="20"/>
        </w:rPr>
        <w:t xml:space="preserve"> Salah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setiap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pernyataan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berikut</w:t>
      </w:r>
      <w:proofErr w:type="spellEnd"/>
      <w:r>
        <w:rPr>
          <w:sz w:val="20"/>
          <w:szCs w:val="20"/>
        </w:rPr>
        <w:t>!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0"/>
        <w:gridCol w:w="1200"/>
        <w:gridCol w:w="1200"/>
      </w:tblGrid>
      <w:tr w:rsidR="00D11344" w14:paraId="4FBDC71D" w14:textId="77777777" w:rsidTr="00655302">
        <w:trPr>
          <w:tblHeader/>
        </w:trPr>
        <w:tc>
          <w:tcPr>
            <w:tcW w:w="804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5678CA" w14:textId="77777777" w:rsidR="00D11344" w:rsidRDefault="00D11344" w:rsidP="00655302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Pernyataan</w:t>
            </w:r>
            <w:proofErr w:type="spellEnd"/>
          </w:p>
        </w:tc>
        <w:tc>
          <w:tcPr>
            <w:tcW w:w="120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6480BF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Benar</w:t>
            </w:r>
            <w:proofErr w:type="spellEnd"/>
          </w:p>
        </w:tc>
        <w:tc>
          <w:tcPr>
            <w:tcW w:w="120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AC1566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Salah</w:t>
            </w:r>
          </w:p>
        </w:tc>
      </w:tr>
      <w:tr w:rsidR="00D11344" w14:paraId="18368C86" w14:textId="77777777" w:rsidTr="00655302">
        <w:tc>
          <w:tcPr>
            <w:tcW w:w="80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C944D" w14:textId="77777777" w:rsidR="00D11344" w:rsidRDefault="00D11344" w:rsidP="00655302"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Kandungan</w:t>
            </w:r>
            <w:proofErr w:type="spellEnd"/>
            <w:r>
              <w:rPr>
                <w:sz w:val="19"/>
                <w:szCs w:val="19"/>
              </w:rPr>
              <w:t xml:space="preserve"> NaCl </w:t>
            </w:r>
            <w:proofErr w:type="spellStart"/>
            <w:r>
              <w:rPr>
                <w:sz w:val="19"/>
                <w:szCs w:val="19"/>
              </w:rPr>
              <w:t>sebesar</w:t>
            </w:r>
            <w:proofErr w:type="spellEnd"/>
            <w:r>
              <w:rPr>
                <w:sz w:val="19"/>
                <w:szCs w:val="19"/>
              </w:rPr>
              <w:t xml:space="preserve"> 0,15% </w:t>
            </w:r>
            <w:proofErr w:type="spellStart"/>
            <w:r>
              <w:rPr>
                <w:sz w:val="19"/>
                <w:szCs w:val="19"/>
              </w:rPr>
              <w:t>masih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berada</w:t>
            </w:r>
            <w:proofErr w:type="spellEnd"/>
            <w:r>
              <w:rPr>
                <w:sz w:val="19"/>
                <w:szCs w:val="19"/>
              </w:rPr>
              <w:t xml:space="preserve"> pada batas </w:t>
            </w:r>
            <w:proofErr w:type="spellStart"/>
            <w:r>
              <w:rPr>
                <w:sz w:val="19"/>
                <w:szCs w:val="19"/>
              </w:rPr>
              <w:t>aman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235F9" w14:textId="77777777" w:rsidR="00D11344" w:rsidRDefault="00D11344" w:rsidP="00655302">
            <w:pPr>
              <w:jc w:val="center"/>
            </w:pPr>
            <w:r>
              <w:t>☐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D6FCA" w14:textId="77777777" w:rsidR="00D11344" w:rsidRDefault="00D11344" w:rsidP="00655302">
            <w:pPr>
              <w:jc w:val="center"/>
            </w:pPr>
            <w:r>
              <w:t>☐</w:t>
            </w:r>
          </w:p>
        </w:tc>
      </w:tr>
      <w:tr w:rsidR="00D11344" w14:paraId="1EE3C8C1" w14:textId="77777777" w:rsidTr="00655302">
        <w:tc>
          <w:tcPr>
            <w:tcW w:w="8040" w:type="dxa"/>
            <w:shd w:val="clear" w:color="auto" w:fill="F3F4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B9B8FB" w14:textId="77777777" w:rsidR="00D11344" w:rsidRDefault="00D11344" w:rsidP="00655302"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Kandungan</w:t>
            </w:r>
            <w:proofErr w:type="spellEnd"/>
            <w:r>
              <w:rPr>
                <w:sz w:val="19"/>
                <w:szCs w:val="19"/>
              </w:rPr>
              <w:t xml:space="preserve"> gula </w:t>
            </w:r>
            <w:proofErr w:type="spellStart"/>
            <w:r>
              <w:rPr>
                <w:sz w:val="19"/>
                <w:szCs w:val="19"/>
              </w:rPr>
              <w:t>sebesar</w:t>
            </w:r>
            <w:proofErr w:type="spellEnd"/>
            <w:r>
              <w:rPr>
                <w:sz w:val="19"/>
                <w:szCs w:val="19"/>
              </w:rPr>
              <w:t xml:space="preserve"> 6% </w:t>
            </w:r>
            <w:proofErr w:type="spellStart"/>
            <w:r>
              <w:rPr>
                <w:sz w:val="19"/>
                <w:szCs w:val="19"/>
              </w:rPr>
              <w:t>masih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berada</w:t>
            </w:r>
            <w:proofErr w:type="spellEnd"/>
            <w:r>
              <w:rPr>
                <w:sz w:val="19"/>
                <w:szCs w:val="19"/>
              </w:rPr>
              <w:t xml:space="preserve"> pada batas </w:t>
            </w:r>
            <w:proofErr w:type="spellStart"/>
            <w:r>
              <w:rPr>
                <w:sz w:val="19"/>
                <w:szCs w:val="19"/>
              </w:rPr>
              <w:t>aman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200" w:type="dxa"/>
            <w:shd w:val="clear" w:color="auto" w:fill="F3F4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FA8041" w14:textId="77777777" w:rsidR="00D11344" w:rsidRDefault="00D11344" w:rsidP="00655302">
            <w:pPr>
              <w:jc w:val="center"/>
            </w:pPr>
            <w:r>
              <w:t>☐</w:t>
            </w:r>
          </w:p>
        </w:tc>
        <w:tc>
          <w:tcPr>
            <w:tcW w:w="1200" w:type="dxa"/>
            <w:shd w:val="clear" w:color="auto" w:fill="F3F4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6F5E3" w14:textId="77777777" w:rsidR="00D11344" w:rsidRDefault="00D11344" w:rsidP="00655302">
            <w:pPr>
              <w:jc w:val="center"/>
            </w:pPr>
            <w:r>
              <w:t>☐</w:t>
            </w:r>
          </w:p>
        </w:tc>
      </w:tr>
      <w:tr w:rsidR="00D11344" w14:paraId="1CD8C550" w14:textId="77777777" w:rsidTr="00655302">
        <w:tc>
          <w:tcPr>
            <w:tcW w:w="80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994BF0" w14:textId="77777777" w:rsidR="00D11344" w:rsidRDefault="00D11344" w:rsidP="00655302"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Kandungan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perisa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buah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sintetis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sebesar</w:t>
            </w:r>
            <w:proofErr w:type="spellEnd"/>
            <w:r>
              <w:rPr>
                <w:sz w:val="19"/>
                <w:szCs w:val="19"/>
              </w:rPr>
              <w:t xml:space="preserve"> 0,2% </w:t>
            </w:r>
            <w:proofErr w:type="spellStart"/>
            <w:r>
              <w:rPr>
                <w:sz w:val="19"/>
                <w:szCs w:val="19"/>
              </w:rPr>
              <w:t>masih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berada</w:t>
            </w:r>
            <w:proofErr w:type="spellEnd"/>
            <w:r>
              <w:rPr>
                <w:sz w:val="19"/>
                <w:szCs w:val="19"/>
              </w:rPr>
              <w:t xml:space="preserve"> pada batas </w:t>
            </w:r>
            <w:proofErr w:type="spellStart"/>
            <w:r>
              <w:rPr>
                <w:sz w:val="19"/>
                <w:szCs w:val="19"/>
              </w:rPr>
              <w:t>aman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02F607" w14:textId="77777777" w:rsidR="00D11344" w:rsidRDefault="00D11344" w:rsidP="00655302">
            <w:pPr>
              <w:jc w:val="center"/>
            </w:pPr>
            <w:r>
              <w:t>☐</w:t>
            </w:r>
          </w:p>
        </w:tc>
        <w:tc>
          <w:tcPr>
            <w:tcW w:w="1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A53B17" w14:textId="77777777" w:rsidR="00D11344" w:rsidRDefault="00D11344" w:rsidP="00655302">
            <w:pPr>
              <w:jc w:val="center"/>
            </w:pPr>
            <w:r>
              <w:t>☐</w:t>
            </w:r>
          </w:p>
        </w:tc>
      </w:tr>
    </w:tbl>
    <w:p w14:paraId="43164D61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49A3485F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Kunci</w:t>
      </w:r>
      <w:proofErr w:type="spellEnd"/>
      <w:r>
        <w:rPr>
          <w:sz w:val="19"/>
          <w:szCs w:val="19"/>
        </w:rPr>
        <w:t xml:space="preserve">: (1) </w:t>
      </w:r>
      <w:proofErr w:type="spellStart"/>
      <w:r>
        <w:rPr>
          <w:sz w:val="19"/>
          <w:szCs w:val="19"/>
        </w:rPr>
        <w:t>Benar</w:t>
      </w:r>
      <w:proofErr w:type="spellEnd"/>
      <w:proofErr w:type="gramStart"/>
      <w:r>
        <w:rPr>
          <w:sz w:val="19"/>
          <w:szCs w:val="19"/>
        </w:rPr>
        <w:t xml:space="preserve">   (</w:t>
      </w:r>
      <w:proofErr w:type="gramEnd"/>
      <w:r>
        <w:rPr>
          <w:sz w:val="19"/>
          <w:szCs w:val="19"/>
        </w:rPr>
        <w:t xml:space="preserve">2) </w:t>
      </w:r>
      <w:proofErr w:type="spellStart"/>
      <w:r>
        <w:rPr>
          <w:sz w:val="19"/>
          <w:szCs w:val="19"/>
        </w:rPr>
        <w:t>Benar</w:t>
      </w:r>
      <w:proofErr w:type="spellEnd"/>
      <w:proofErr w:type="gramStart"/>
      <w:r>
        <w:rPr>
          <w:sz w:val="19"/>
          <w:szCs w:val="19"/>
        </w:rPr>
        <w:t xml:space="preserve">   (</w:t>
      </w:r>
      <w:proofErr w:type="gramEnd"/>
      <w:r>
        <w:rPr>
          <w:sz w:val="19"/>
          <w:szCs w:val="19"/>
        </w:rPr>
        <w:t>3) Salah</w:t>
      </w:r>
    </w:p>
    <w:p w14:paraId="0EA7D356" w14:textId="67B1D13E" w:rsidR="00D11344" w:rsidRDefault="00D11344" w:rsidP="00D11344">
      <w:pPr>
        <w:spacing w:after="120"/>
      </w:pPr>
      <w:r>
        <w:rPr>
          <w:sz w:val="19"/>
          <w:szCs w:val="19"/>
        </w:rPr>
        <w:t xml:space="preserve">%NaCl = 0,75/500 × 100% = 0,15% (di </w:t>
      </w:r>
      <w:proofErr w:type="spellStart"/>
      <w:r>
        <w:rPr>
          <w:sz w:val="19"/>
          <w:szCs w:val="19"/>
        </w:rPr>
        <w:t>bawah</w:t>
      </w:r>
      <w:proofErr w:type="spellEnd"/>
      <w:r>
        <w:rPr>
          <w:sz w:val="19"/>
          <w:szCs w:val="19"/>
        </w:rPr>
        <w:t xml:space="preserve"> batas 0,2%) →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1 BENAR. %Gula = 30/500 × 100% = 6% (di </w:t>
      </w:r>
      <w:proofErr w:type="spellStart"/>
      <w:r>
        <w:rPr>
          <w:sz w:val="19"/>
          <w:szCs w:val="19"/>
        </w:rPr>
        <w:t>bawah</w:t>
      </w:r>
      <w:proofErr w:type="spellEnd"/>
      <w:r>
        <w:rPr>
          <w:sz w:val="19"/>
          <w:szCs w:val="19"/>
        </w:rPr>
        <w:t xml:space="preserve"> batas 8%) →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2 BENAR. %</w:t>
      </w:r>
      <w:proofErr w:type="spellStart"/>
      <w:r>
        <w:rPr>
          <w:sz w:val="19"/>
          <w:szCs w:val="19"/>
        </w:rPr>
        <w:t>Perisa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sebenarnya</w:t>
      </w:r>
      <w:proofErr w:type="spellEnd"/>
      <w:r>
        <w:rPr>
          <w:sz w:val="19"/>
          <w:szCs w:val="19"/>
        </w:rPr>
        <w:t xml:space="preserve"> = 0,5/500 × 100% = 0,1% (</w:t>
      </w:r>
      <w:proofErr w:type="spellStart"/>
      <w:r>
        <w:rPr>
          <w:sz w:val="19"/>
          <w:szCs w:val="19"/>
        </w:rPr>
        <w:t>bukan</w:t>
      </w:r>
      <w:proofErr w:type="spellEnd"/>
      <w:r>
        <w:rPr>
          <w:sz w:val="19"/>
          <w:szCs w:val="19"/>
        </w:rPr>
        <w:t xml:space="preserve"> 0,2%), dan </w:t>
      </w:r>
      <w:proofErr w:type="spellStart"/>
      <w:r>
        <w:rPr>
          <w:sz w:val="19"/>
          <w:szCs w:val="19"/>
        </w:rPr>
        <w:t>nilai</w:t>
      </w:r>
      <w:proofErr w:type="spellEnd"/>
      <w:r>
        <w:rPr>
          <w:sz w:val="19"/>
          <w:szCs w:val="19"/>
        </w:rPr>
        <w:t xml:space="preserve"> 0,1% </w:t>
      </w:r>
      <w:proofErr w:type="spellStart"/>
      <w:r>
        <w:rPr>
          <w:sz w:val="19"/>
          <w:szCs w:val="19"/>
        </w:rPr>
        <w:t>ini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masih</w:t>
      </w:r>
      <w:proofErr w:type="spellEnd"/>
      <w:r>
        <w:rPr>
          <w:sz w:val="19"/>
          <w:szCs w:val="19"/>
        </w:rPr>
        <w:t xml:space="preserve"> di </w:t>
      </w:r>
      <w:proofErr w:type="spellStart"/>
      <w:r>
        <w:rPr>
          <w:sz w:val="19"/>
          <w:szCs w:val="19"/>
        </w:rPr>
        <w:lastRenderedPageBreak/>
        <w:t>bawah</w:t>
      </w:r>
      <w:proofErr w:type="spellEnd"/>
      <w:r>
        <w:rPr>
          <w:sz w:val="19"/>
          <w:szCs w:val="19"/>
        </w:rPr>
        <w:t xml:space="preserve"> batas 0,15% — </w:t>
      </w:r>
      <w:proofErr w:type="spellStart"/>
      <w:r>
        <w:rPr>
          <w:sz w:val="19"/>
          <w:szCs w:val="19"/>
        </w:rPr>
        <w:t>namun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menyebut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angka</w:t>
      </w:r>
      <w:proofErr w:type="spellEnd"/>
      <w:r>
        <w:rPr>
          <w:sz w:val="19"/>
          <w:szCs w:val="19"/>
        </w:rPr>
        <w:t xml:space="preserve"> 0,2% yang TIDAK </w:t>
      </w:r>
      <w:proofErr w:type="spellStart"/>
      <w:r>
        <w:rPr>
          <w:sz w:val="19"/>
          <w:szCs w:val="19"/>
        </w:rPr>
        <w:t>sesuai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hasil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perhitungan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seharusnya</w:t>
      </w:r>
      <w:proofErr w:type="spellEnd"/>
      <w:r>
        <w:rPr>
          <w:sz w:val="19"/>
          <w:szCs w:val="19"/>
        </w:rPr>
        <w:t xml:space="preserve"> 0,1%), </w:t>
      </w:r>
      <w:proofErr w:type="spellStart"/>
      <w:r>
        <w:rPr>
          <w:sz w:val="19"/>
          <w:szCs w:val="19"/>
        </w:rPr>
        <w:t>sehingga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pernyataan</w:t>
      </w:r>
      <w:proofErr w:type="spellEnd"/>
      <w:r>
        <w:rPr>
          <w:sz w:val="19"/>
          <w:szCs w:val="19"/>
        </w:rPr>
        <w:t xml:space="preserve"> 3 SALAH.</w:t>
      </w:r>
      <w:r>
        <w:br w:type="page"/>
      </w:r>
    </w:p>
    <w:p w14:paraId="576342A9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lastRenderedPageBreak/>
        <w:t xml:space="preserve">  KARTU SOAL NOMOR 15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6BA9DD93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144FC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C02720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429DF95B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A64045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FC783F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Kesetimbangan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Berair</w:t>
            </w:r>
            <w:proofErr w:type="spellEnd"/>
          </w:p>
        </w:tc>
      </w:tr>
      <w:tr w:rsidR="00D11344" w14:paraId="65FF005B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73E443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8ADC4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reaksi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kesetimbangan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senyawa</w:t>
            </w:r>
            <w:proofErr w:type="spellEnd"/>
            <w:r>
              <w:rPr>
                <w:sz w:val="19"/>
                <w:szCs w:val="19"/>
              </w:rPr>
              <w:t xml:space="preserve"> yang </w:t>
            </w:r>
            <w:proofErr w:type="spellStart"/>
            <w:r>
              <w:rPr>
                <w:sz w:val="19"/>
                <w:szCs w:val="19"/>
              </w:rPr>
              <w:t>sukar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air </w:t>
            </w:r>
            <w:proofErr w:type="spellStart"/>
            <w:r>
              <w:rPr>
                <w:sz w:val="19"/>
                <w:szCs w:val="19"/>
              </w:rPr>
              <w:t>serta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penerapannya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menyelesaikan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masalah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72F83DF6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DA031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73850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Memprediksi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kelarutan</w:t>
            </w:r>
            <w:proofErr w:type="spellEnd"/>
            <w:r>
              <w:rPr>
                <w:sz w:val="19"/>
                <w:szCs w:val="19"/>
              </w:rPr>
              <w:t xml:space="preserve"> garam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membandingkan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nilai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Ksp</w:t>
            </w:r>
            <w:proofErr w:type="spellEnd"/>
            <w:r>
              <w:rPr>
                <w:sz w:val="19"/>
                <w:szCs w:val="19"/>
              </w:rPr>
              <w:t xml:space="preserve"> dan Q.</w:t>
            </w:r>
          </w:p>
        </w:tc>
      </w:tr>
      <w:tr w:rsidR="00D11344" w14:paraId="4B71530B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6E0299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687B6" w14:textId="77777777" w:rsidR="00D11344" w:rsidRDefault="00D11344" w:rsidP="00655302">
            <w:r>
              <w:rPr>
                <w:sz w:val="19"/>
                <w:szCs w:val="19"/>
              </w:rPr>
              <w:t>L3 (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C4-C5   |   Tingkat Kesukaran: </w:t>
            </w:r>
            <w:r>
              <w:rPr>
                <w:b/>
                <w:bCs/>
                <w:color w:val="B91C1C"/>
                <w:sz w:val="19"/>
                <w:szCs w:val="19"/>
              </w:rPr>
              <w:t>Sulit</w:t>
            </w:r>
          </w:p>
        </w:tc>
      </w:tr>
    </w:tbl>
    <w:p w14:paraId="558BA5A3" w14:textId="77777777" w:rsidR="00D11344" w:rsidRDefault="00D11344" w:rsidP="00D11344">
      <w:pPr>
        <w:spacing w:after="100"/>
      </w:pPr>
    </w:p>
    <w:p w14:paraId="695E337B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15:</w:t>
      </w:r>
    </w:p>
    <w:p w14:paraId="5DE9EAA5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Sebuah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industri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tekstil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membuang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limbah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cair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mengandung</w:t>
      </w:r>
      <w:proofErr w:type="spellEnd"/>
      <w:r>
        <w:rPr>
          <w:sz w:val="20"/>
          <w:szCs w:val="20"/>
        </w:rPr>
        <w:t xml:space="preserve"> ion Pb²⁺.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mengendapkan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logam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berat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sebelum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dibuang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lingkungan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teknisi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laboratorium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mencampurkan</w:t>
      </w:r>
      <w:proofErr w:type="spellEnd"/>
      <w:r>
        <w:rPr>
          <w:sz w:val="20"/>
          <w:szCs w:val="20"/>
        </w:rPr>
        <w:t xml:space="preserve"> 100 mL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Pb(</w:t>
      </w:r>
      <w:proofErr w:type="gramEnd"/>
      <w:r>
        <w:rPr>
          <w:sz w:val="20"/>
          <w:szCs w:val="20"/>
        </w:rPr>
        <w:t xml:space="preserve">NO3)2 0,01 M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100 mL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NaCl 0,1 M agar </w:t>
      </w:r>
      <w:proofErr w:type="spellStart"/>
      <w:r>
        <w:rPr>
          <w:sz w:val="20"/>
          <w:szCs w:val="20"/>
        </w:rPr>
        <w:t>terbentuk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endapan</w:t>
      </w:r>
      <w:proofErr w:type="spellEnd"/>
      <w:r>
        <w:rPr>
          <w:sz w:val="20"/>
          <w:szCs w:val="20"/>
        </w:rPr>
        <w:t xml:space="preserve"> PbCl2 yang </w:t>
      </w:r>
      <w:proofErr w:type="spellStart"/>
      <w:r>
        <w:rPr>
          <w:sz w:val="20"/>
          <w:szCs w:val="20"/>
        </w:rPr>
        <w:t>dapat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disaring</w:t>
      </w:r>
      <w:proofErr w:type="spellEnd"/>
      <w:r>
        <w:rPr>
          <w:sz w:val="20"/>
          <w:szCs w:val="20"/>
        </w:rPr>
        <w:t>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D11344" w14:paraId="01E9108C" w14:textId="77777777" w:rsidTr="00655302">
        <w:trPr>
          <w:tblHeader/>
        </w:trPr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DBAA88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Larutan</w:t>
            </w:r>
            <w:proofErr w:type="spellEnd"/>
          </w:p>
        </w:tc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2A2782" w14:textId="77777777" w:rsidR="00D11344" w:rsidRDefault="00D11344" w:rsidP="00655302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Volume</w:t>
            </w:r>
          </w:p>
        </w:tc>
        <w:tc>
          <w:tcPr>
            <w:tcW w:w="348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3A62B1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Konsentrasi</w:t>
            </w:r>
            <w:proofErr w:type="spellEnd"/>
          </w:p>
        </w:tc>
      </w:tr>
      <w:tr w:rsidR="00D11344" w14:paraId="63FB05DD" w14:textId="77777777" w:rsidTr="00655302"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2C8214" w14:textId="77777777" w:rsidR="00D11344" w:rsidRDefault="00D11344" w:rsidP="00655302">
            <w:proofErr w:type="gramStart"/>
            <w:r>
              <w:rPr>
                <w:sz w:val="19"/>
                <w:szCs w:val="19"/>
              </w:rPr>
              <w:t>Pb(</w:t>
            </w:r>
            <w:proofErr w:type="gramEnd"/>
            <w:r>
              <w:rPr>
                <w:sz w:val="19"/>
                <w:szCs w:val="19"/>
              </w:rPr>
              <w:t>NO3)2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873472" w14:textId="77777777" w:rsidR="00D11344" w:rsidRDefault="00D11344" w:rsidP="00655302">
            <w:r>
              <w:rPr>
                <w:sz w:val="19"/>
                <w:szCs w:val="19"/>
              </w:rPr>
              <w:t>100 mL</w:t>
            </w:r>
          </w:p>
        </w:tc>
        <w:tc>
          <w:tcPr>
            <w:tcW w:w="348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F401F0" w14:textId="77777777" w:rsidR="00D11344" w:rsidRDefault="00D11344" w:rsidP="00655302">
            <w:r>
              <w:rPr>
                <w:sz w:val="19"/>
                <w:szCs w:val="19"/>
              </w:rPr>
              <w:t>0,01 M</w:t>
            </w:r>
          </w:p>
        </w:tc>
      </w:tr>
      <w:tr w:rsidR="00D11344" w14:paraId="5B86C5A1" w14:textId="77777777" w:rsidTr="00655302"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1CD989" w14:textId="77777777" w:rsidR="00D11344" w:rsidRDefault="00D11344" w:rsidP="00655302">
            <w:r>
              <w:rPr>
                <w:sz w:val="19"/>
                <w:szCs w:val="19"/>
              </w:rPr>
              <w:t>NaCl</w:t>
            </w:r>
          </w:p>
        </w:tc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D225F9" w14:textId="77777777" w:rsidR="00D11344" w:rsidRDefault="00D11344" w:rsidP="00655302">
            <w:r>
              <w:rPr>
                <w:sz w:val="19"/>
                <w:szCs w:val="19"/>
              </w:rPr>
              <w:t>100 mL</w:t>
            </w:r>
          </w:p>
        </w:tc>
        <w:tc>
          <w:tcPr>
            <w:tcW w:w="348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07AD0D" w14:textId="77777777" w:rsidR="00D11344" w:rsidRDefault="00D11344" w:rsidP="00655302">
            <w:r>
              <w:rPr>
                <w:sz w:val="19"/>
                <w:szCs w:val="19"/>
              </w:rPr>
              <w:t>0,1 M</w:t>
            </w:r>
          </w:p>
        </w:tc>
      </w:tr>
    </w:tbl>
    <w:p w14:paraId="5C589FA2" w14:textId="77777777" w:rsidR="00D11344" w:rsidRDefault="00D11344" w:rsidP="00D11344">
      <w:pPr>
        <w:spacing w:before="110" w:after="110"/>
      </w:pPr>
      <w:proofErr w:type="spellStart"/>
      <w:r>
        <w:rPr>
          <w:i/>
          <w:iCs/>
          <w:sz w:val="19"/>
          <w:szCs w:val="19"/>
        </w:rPr>
        <w:t>Diketahui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Ksp</w:t>
      </w:r>
      <w:proofErr w:type="spellEnd"/>
      <w:r>
        <w:rPr>
          <w:i/>
          <w:iCs/>
          <w:sz w:val="19"/>
          <w:szCs w:val="19"/>
        </w:rPr>
        <w:t xml:space="preserve"> PbCl2 = 1,7 × 10⁻⁵</w:t>
      </w:r>
    </w:p>
    <w:p w14:paraId="4EF0E424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>:</w:t>
      </w:r>
    </w:p>
    <w:p w14:paraId="0A6D0E33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Berdasarkan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apakah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endapan</w:t>
      </w:r>
      <w:proofErr w:type="spellEnd"/>
      <w:r>
        <w:rPr>
          <w:sz w:val="20"/>
          <w:szCs w:val="20"/>
        </w:rPr>
        <w:t xml:space="preserve"> PbCl2 </w:t>
      </w:r>
      <w:proofErr w:type="spellStart"/>
      <w:r>
        <w:rPr>
          <w:sz w:val="20"/>
          <w:szCs w:val="20"/>
        </w:rPr>
        <w:t>akan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terbentuk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setelah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kedua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dicampurkan</w:t>
      </w:r>
      <w:proofErr w:type="spellEnd"/>
      <w:r>
        <w:rPr>
          <w:sz w:val="20"/>
          <w:szCs w:val="20"/>
        </w:rPr>
        <w:t>?</w:t>
      </w:r>
    </w:p>
    <w:p w14:paraId="14C67B32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A. Ya, </w:t>
      </w:r>
      <w:proofErr w:type="spellStart"/>
      <w:r>
        <w:rPr>
          <w:sz w:val="20"/>
          <w:szCs w:val="20"/>
        </w:rPr>
        <w:t>karena</w:t>
      </w:r>
      <w:proofErr w:type="spellEnd"/>
      <w:r>
        <w:rPr>
          <w:sz w:val="20"/>
          <w:szCs w:val="20"/>
        </w:rPr>
        <w:t xml:space="preserve"> Q (1,25×10⁻⁵) </w:t>
      </w:r>
      <w:proofErr w:type="spellStart"/>
      <w:r>
        <w:rPr>
          <w:sz w:val="20"/>
          <w:szCs w:val="20"/>
        </w:rPr>
        <w:t>lebih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Ksp</w:t>
      </w:r>
      <w:proofErr w:type="spellEnd"/>
    </w:p>
    <w:p w14:paraId="1D70D747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B. Ya, </w:t>
      </w:r>
      <w:proofErr w:type="spellStart"/>
      <w:r>
        <w:rPr>
          <w:sz w:val="20"/>
          <w:szCs w:val="20"/>
        </w:rPr>
        <w:t>karena</w:t>
      </w:r>
      <w:proofErr w:type="spellEnd"/>
      <w:r>
        <w:rPr>
          <w:sz w:val="20"/>
          <w:szCs w:val="20"/>
        </w:rPr>
        <w:t xml:space="preserve"> Q (2,5×10⁻⁵) </w:t>
      </w:r>
      <w:proofErr w:type="spellStart"/>
      <w:r>
        <w:rPr>
          <w:sz w:val="20"/>
          <w:szCs w:val="20"/>
        </w:rPr>
        <w:t>lebih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Ksp</w:t>
      </w:r>
      <w:proofErr w:type="spellEnd"/>
    </w:p>
    <w:p w14:paraId="0CFF756B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C. Tidak, </w:t>
      </w:r>
      <w:proofErr w:type="spellStart"/>
      <w:r>
        <w:rPr>
          <w:sz w:val="20"/>
          <w:szCs w:val="20"/>
        </w:rPr>
        <w:t>karena</w:t>
      </w:r>
      <w:proofErr w:type="spellEnd"/>
      <w:r>
        <w:rPr>
          <w:sz w:val="20"/>
          <w:szCs w:val="20"/>
        </w:rPr>
        <w:t xml:space="preserve"> Q (1,25×10⁻⁵) </w:t>
      </w:r>
      <w:proofErr w:type="spellStart"/>
      <w:r>
        <w:rPr>
          <w:sz w:val="20"/>
          <w:szCs w:val="20"/>
        </w:rPr>
        <w:t>lebih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kecil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Ksp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sehingga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belum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jenuh</w:t>
      </w:r>
      <w:proofErr w:type="spellEnd"/>
    </w:p>
    <w:p w14:paraId="3F484D4F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D. Tidak, </w:t>
      </w:r>
      <w:proofErr w:type="spellStart"/>
      <w:r>
        <w:rPr>
          <w:sz w:val="20"/>
          <w:szCs w:val="20"/>
        </w:rPr>
        <w:t>karena</w:t>
      </w:r>
      <w:proofErr w:type="spellEnd"/>
      <w:r>
        <w:rPr>
          <w:sz w:val="20"/>
          <w:szCs w:val="20"/>
        </w:rPr>
        <w:t xml:space="preserve"> Q </w:t>
      </w:r>
      <w:proofErr w:type="spellStart"/>
      <w:r>
        <w:rPr>
          <w:sz w:val="20"/>
          <w:szCs w:val="20"/>
        </w:rPr>
        <w:t>sama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Ksp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sehingga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tepat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jenuh</w:t>
      </w:r>
      <w:proofErr w:type="spellEnd"/>
    </w:p>
    <w:p w14:paraId="53CA9575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E. Tidak </w:t>
      </w:r>
      <w:proofErr w:type="spellStart"/>
      <w:r>
        <w:rPr>
          <w:sz w:val="20"/>
          <w:szCs w:val="20"/>
        </w:rPr>
        <w:t>dapat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ditentukan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tanpa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mengetahui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suhu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</w:p>
    <w:p w14:paraId="1DD48777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7D5DB186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C</w:t>
      </w:r>
    </w:p>
    <w:p w14:paraId="0E7064F5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Setelah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dicampur</w:t>
      </w:r>
      <w:proofErr w:type="spellEnd"/>
      <w:r>
        <w:rPr>
          <w:sz w:val="19"/>
          <w:szCs w:val="19"/>
        </w:rPr>
        <w:t xml:space="preserve">, volume total = 100+100 = 200 </w:t>
      </w:r>
      <w:proofErr w:type="spellStart"/>
      <w:r>
        <w:rPr>
          <w:sz w:val="19"/>
          <w:szCs w:val="19"/>
        </w:rPr>
        <w:t>mL.</w:t>
      </w:r>
      <w:proofErr w:type="spellEnd"/>
      <w:r>
        <w:rPr>
          <w:sz w:val="19"/>
          <w:szCs w:val="19"/>
        </w:rPr>
        <w:t xml:space="preserve"> [Pb²⁺] = (0,01×100)/200 = 0,005 M. [Cl⁻] = (0,1×100)/200 = 0,05 M. Q = [Pb²</w:t>
      </w:r>
      <w:proofErr w:type="gramStart"/>
      <w:r>
        <w:rPr>
          <w:sz w:val="19"/>
          <w:szCs w:val="19"/>
        </w:rPr>
        <w:t>⁺][</w:t>
      </w:r>
      <w:proofErr w:type="gramEnd"/>
      <w:r>
        <w:rPr>
          <w:sz w:val="19"/>
          <w:szCs w:val="19"/>
        </w:rPr>
        <w:t>Cl</w:t>
      </w:r>
      <w:proofErr w:type="gramStart"/>
      <w:r>
        <w:rPr>
          <w:sz w:val="19"/>
          <w:szCs w:val="19"/>
        </w:rPr>
        <w:t>⁻]²</w:t>
      </w:r>
      <w:proofErr w:type="gramEnd"/>
      <w:r>
        <w:rPr>
          <w:sz w:val="19"/>
          <w:szCs w:val="19"/>
        </w:rPr>
        <w:t xml:space="preserve"> = 0,005 × (0,</w:t>
      </w:r>
      <w:proofErr w:type="gramStart"/>
      <w:r>
        <w:rPr>
          <w:sz w:val="19"/>
          <w:szCs w:val="19"/>
        </w:rPr>
        <w:t>05)²</w:t>
      </w:r>
      <w:proofErr w:type="gramEnd"/>
      <w:r>
        <w:rPr>
          <w:sz w:val="19"/>
          <w:szCs w:val="19"/>
        </w:rPr>
        <w:t xml:space="preserve"> = 0,005 × 0,0025 = 1,25×10⁻⁵. Karena Q (1,25×10⁻⁵) &lt; </w:t>
      </w:r>
      <w:proofErr w:type="spellStart"/>
      <w:r>
        <w:rPr>
          <w:sz w:val="19"/>
          <w:szCs w:val="19"/>
        </w:rPr>
        <w:t>Ksp</w:t>
      </w:r>
      <w:proofErr w:type="spellEnd"/>
      <w:r>
        <w:rPr>
          <w:sz w:val="19"/>
          <w:szCs w:val="19"/>
        </w:rPr>
        <w:t xml:space="preserve"> (1,7×10⁻⁵), </w:t>
      </w:r>
      <w:proofErr w:type="spellStart"/>
      <w:r>
        <w:rPr>
          <w:sz w:val="19"/>
          <w:szCs w:val="19"/>
        </w:rPr>
        <w:t>maka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larutan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belum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mencapai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kondisi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jenuh</w:t>
      </w:r>
      <w:proofErr w:type="spellEnd"/>
      <w:r>
        <w:rPr>
          <w:sz w:val="19"/>
          <w:szCs w:val="19"/>
        </w:rPr>
        <w:t xml:space="preserve"> dan </w:t>
      </w:r>
      <w:proofErr w:type="spellStart"/>
      <w:r>
        <w:rPr>
          <w:sz w:val="19"/>
          <w:szCs w:val="19"/>
        </w:rPr>
        <w:t>endapan</w:t>
      </w:r>
      <w:proofErr w:type="spellEnd"/>
      <w:r>
        <w:rPr>
          <w:sz w:val="19"/>
          <w:szCs w:val="19"/>
        </w:rPr>
        <w:t xml:space="preserve"> PbCl2 BELUM </w:t>
      </w:r>
      <w:proofErr w:type="spellStart"/>
      <w:r>
        <w:rPr>
          <w:sz w:val="19"/>
          <w:szCs w:val="19"/>
        </w:rPr>
        <w:t>terbentuk</w:t>
      </w:r>
      <w:proofErr w:type="spellEnd"/>
      <w:r>
        <w:rPr>
          <w:sz w:val="19"/>
          <w:szCs w:val="19"/>
        </w:rPr>
        <w:t xml:space="preserve"> — ion Pb²⁺ </w:t>
      </w:r>
      <w:proofErr w:type="spellStart"/>
      <w:r>
        <w:rPr>
          <w:sz w:val="19"/>
          <w:szCs w:val="19"/>
        </w:rPr>
        <w:t>masih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larut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sempurna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dalam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campuran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C.</w:t>
      </w:r>
    </w:p>
    <w:p w14:paraId="08DDC77A" w14:textId="77777777" w:rsidR="00D11344" w:rsidRDefault="00D11344" w:rsidP="00D11344">
      <w:r>
        <w:br w:type="page"/>
      </w:r>
    </w:p>
    <w:p w14:paraId="3F3A36D6" w14:textId="77777777" w:rsidR="00D11344" w:rsidRDefault="00D11344" w:rsidP="00D11344">
      <w:pPr>
        <w:shd w:val="clear" w:color="auto" w:fill="1E3A5F"/>
        <w:spacing w:after="140"/>
      </w:pPr>
      <w:r>
        <w:rPr>
          <w:b/>
          <w:bCs/>
          <w:color w:val="FFFFFF"/>
          <w:sz w:val="25"/>
          <w:szCs w:val="25"/>
        </w:rPr>
        <w:lastRenderedPageBreak/>
        <w:t xml:space="preserve">  KARTU SOAL NOMOR 16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8140"/>
      </w:tblGrid>
      <w:tr w:rsidR="00D11344" w14:paraId="45454265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68D54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8A456" w14:textId="77777777" w:rsidR="00D11344" w:rsidRDefault="00D11344" w:rsidP="00655302">
            <w:r>
              <w:rPr>
                <w:sz w:val="19"/>
                <w:szCs w:val="19"/>
              </w:rPr>
              <w:t xml:space="preserve">Kimia </w:t>
            </w:r>
            <w:proofErr w:type="spellStart"/>
            <w:r>
              <w:rPr>
                <w:sz w:val="19"/>
                <w:szCs w:val="19"/>
              </w:rPr>
              <w:t>Analitik</w:t>
            </w:r>
            <w:proofErr w:type="spellEnd"/>
          </w:p>
        </w:tc>
      </w:tr>
      <w:tr w:rsidR="00D11344" w14:paraId="21C1D145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10FDA7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Subelemen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FA4CA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Kesetimbangan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Berair</w:t>
            </w:r>
            <w:proofErr w:type="spellEnd"/>
          </w:p>
        </w:tc>
      </w:tr>
      <w:tr w:rsidR="00D11344" w14:paraId="617EE505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60F85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Kompetensi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0E37C8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sifat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penyangga</w:t>
            </w:r>
            <w:proofErr w:type="spellEnd"/>
            <w:r>
              <w:rPr>
                <w:sz w:val="19"/>
                <w:szCs w:val="19"/>
              </w:rPr>
              <w:t xml:space="preserve"> (buffer) </w:t>
            </w:r>
            <w:proofErr w:type="spellStart"/>
            <w:r>
              <w:rPr>
                <w:sz w:val="19"/>
                <w:szCs w:val="19"/>
              </w:rPr>
              <w:t>serta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penerapannya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dalam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kehidupan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sehari-hari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2D79D6C0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4EA33" w14:textId="77777777" w:rsidR="00D11344" w:rsidRDefault="00D11344" w:rsidP="00655302"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Indikator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Soal</w:t>
            </w:r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398A43" w14:textId="77777777" w:rsidR="00D11344" w:rsidRDefault="00D11344" w:rsidP="00655302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pH </w:t>
            </w:r>
            <w:proofErr w:type="spellStart"/>
            <w:r>
              <w:rPr>
                <w:sz w:val="19"/>
                <w:szCs w:val="19"/>
              </w:rPr>
              <w:t>larutan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penyangga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perubahan</w:t>
            </w:r>
            <w:proofErr w:type="spellEnd"/>
            <w:r>
              <w:rPr>
                <w:sz w:val="19"/>
                <w:szCs w:val="19"/>
              </w:rPr>
              <w:t xml:space="preserve"> pH </w:t>
            </w:r>
            <w:proofErr w:type="spellStart"/>
            <w:r>
              <w:rPr>
                <w:sz w:val="19"/>
                <w:szCs w:val="19"/>
              </w:rPr>
              <w:t>akibat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penambahan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asam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kuat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D11344" w14:paraId="269AFA26" w14:textId="77777777" w:rsidTr="00655302">
        <w:tc>
          <w:tcPr>
            <w:tcW w:w="2300" w:type="dxa"/>
            <w:shd w:val="clear" w:color="auto" w:fill="DCEA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0563F" w14:textId="77777777" w:rsidR="00D11344" w:rsidRDefault="00D11344" w:rsidP="00655302">
            <w:r>
              <w:rPr>
                <w:b/>
                <w:bCs/>
                <w:color w:val="1E3A5F"/>
                <w:sz w:val="19"/>
                <w:szCs w:val="19"/>
              </w:rPr>
              <w:t xml:space="preserve">Level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Kognitif</w:t>
            </w:r>
            <w:proofErr w:type="spellEnd"/>
            <w:r>
              <w:rPr>
                <w:b/>
                <w:bCs/>
                <w:color w:val="1E3A5F"/>
                <w:sz w:val="19"/>
                <w:szCs w:val="19"/>
              </w:rPr>
              <w:t xml:space="preserve"> / Tingkat </w:t>
            </w:r>
            <w:proofErr w:type="spellStart"/>
            <w:r>
              <w:rPr>
                <w:b/>
                <w:bCs/>
                <w:color w:val="1E3A5F"/>
                <w:sz w:val="19"/>
                <w:szCs w:val="19"/>
              </w:rPr>
              <w:t>Kesukaran</w:t>
            </w:r>
            <w:proofErr w:type="spellEnd"/>
          </w:p>
        </w:tc>
        <w:tc>
          <w:tcPr>
            <w:tcW w:w="81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98833" w14:textId="77777777" w:rsidR="00D11344" w:rsidRDefault="00D11344" w:rsidP="00655302">
            <w:r>
              <w:rPr>
                <w:sz w:val="19"/>
                <w:szCs w:val="19"/>
              </w:rPr>
              <w:t>L3 (</w:t>
            </w:r>
            <w:proofErr w:type="spellStart"/>
            <w:r>
              <w:rPr>
                <w:sz w:val="19"/>
                <w:szCs w:val="19"/>
              </w:rPr>
              <w:t>Penalaran</w:t>
            </w:r>
            <w:proofErr w:type="spellEnd"/>
            <w:r>
              <w:rPr>
                <w:sz w:val="19"/>
                <w:szCs w:val="19"/>
              </w:rPr>
              <w:t xml:space="preserve">) / C4-C5   |   Tingkat Kesukaran: </w:t>
            </w:r>
            <w:r>
              <w:rPr>
                <w:b/>
                <w:bCs/>
                <w:color w:val="B91C1C"/>
                <w:sz w:val="19"/>
                <w:szCs w:val="19"/>
              </w:rPr>
              <w:t>Sulit</w:t>
            </w:r>
          </w:p>
        </w:tc>
      </w:tr>
    </w:tbl>
    <w:p w14:paraId="227B53C1" w14:textId="77777777" w:rsidR="00D11344" w:rsidRDefault="00D11344" w:rsidP="00D11344">
      <w:pPr>
        <w:spacing w:after="100"/>
      </w:pPr>
    </w:p>
    <w:p w14:paraId="7048E5AE" w14:textId="77777777" w:rsidR="00D11344" w:rsidRDefault="00D11344" w:rsidP="00D11344">
      <w:pPr>
        <w:spacing w:before="180" w:after="90"/>
      </w:pPr>
      <w:r>
        <w:rPr>
          <w:b/>
          <w:bCs/>
          <w:color w:val="1E3A5F"/>
          <w:sz w:val="21"/>
          <w:szCs w:val="21"/>
        </w:rPr>
        <w:t>Soal 16:</w:t>
      </w:r>
    </w:p>
    <w:p w14:paraId="37A04ADC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penyangga</w:t>
      </w:r>
      <w:proofErr w:type="spellEnd"/>
      <w:r>
        <w:rPr>
          <w:sz w:val="20"/>
          <w:szCs w:val="20"/>
        </w:rPr>
        <w:t xml:space="preserve"> (buffer) </w:t>
      </w:r>
      <w:proofErr w:type="spellStart"/>
      <w:r>
        <w:rPr>
          <w:sz w:val="20"/>
          <w:szCs w:val="20"/>
        </w:rPr>
        <w:t>banyak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digunakan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dalam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industri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farmasi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menjaga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kestabilan</w:t>
      </w:r>
      <w:proofErr w:type="spellEnd"/>
      <w:r>
        <w:rPr>
          <w:sz w:val="20"/>
          <w:szCs w:val="20"/>
        </w:rPr>
        <w:t xml:space="preserve"> pH </w:t>
      </w:r>
      <w:proofErr w:type="spellStart"/>
      <w:r>
        <w:rPr>
          <w:sz w:val="20"/>
          <w:szCs w:val="20"/>
        </w:rPr>
        <w:t>obat</w:t>
      </w:r>
      <w:proofErr w:type="spellEnd"/>
      <w:r>
        <w:rPr>
          <w:sz w:val="20"/>
          <w:szCs w:val="20"/>
        </w:rPr>
        <w:t xml:space="preserve"> tetes </w:t>
      </w:r>
      <w:proofErr w:type="spellStart"/>
      <w:r>
        <w:rPr>
          <w:sz w:val="20"/>
          <w:szCs w:val="20"/>
        </w:rPr>
        <w:t>mata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produk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perawatan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kulit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Seorang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apoteker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membuat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penyangga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dari</w:t>
      </w:r>
      <w:proofErr w:type="spellEnd"/>
      <w:r>
        <w:rPr>
          <w:sz w:val="20"/>
          <w:szCs w:val="20"/>
        </w:rPr>
        <w:t xml:space="preserve"> 100 mL CH3COOH 0,2 M dan 100 mL CH3COONa 0,2 M (Ka CH3COOH = 1,8 × 10⁻⁵). Ke </w:t>
      </w:r>
      <w:proofErr w:type="spellStart"/>
      <w:r>
        <w:rPr>
          <w:sz w:val="20"/>
          <w:szCs w:val="20"/>
        </w:rPr>
        <w:t>dalam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kemudian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ditambahkan</w:t>
      </w:r>
      <w:proofErr w:type="spellEnd"/>
      <w:r>
        <w:rPr>
          <w:sz w:val="20"/>
          <w:szCs w:val="20"/>
        </w:rPr>
        <w:t xml:space="preserve"> 10 mL HCl 1 M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menguji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ketahanan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kapasitas</w:t>
      </w:r>
      <w:proofErr w:type="spellEnd"/>
      <w:r>
        <w:rPr>
          <w:sz w:val="20"/>
          <w:szCs w:val="20"/>
        </w:rPr>
        <w:t xml:space="preserve">) buffer </w:t>
      </w:r>
      <w:proofErr w:type="spellStart"/>
      <w:r>
        <w:rPr>
          <w:sz w:val="20"/>
          <w:szCs w:val="20"/>
        </w:rPr>
        <w:t>terhadap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penambahan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kuat</w:t>
      </w:r>
      <w:proofErr w:type="spellEnd"/>
      <w:r>
        <w:rPr>
          <w:sz w:val="20"/>
          <w:szCs w:val="20"/>
        </w:rPr>
        <w:t>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D11344" w14:paraId="0708BD01" w14:textId="77777777" w:rsidTr="00655302">
        <w:trPr>
          <w:tblHeader/>
        </w:trPr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649D23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Komponen</w:t>
            </w:r>
            <w:proofErr w:type="spellEnd"/>
          </w:p>
        </w:tc>
        <w:tc>
          <w:tcPr>
            <w:tcW w:w="5220" w:type="dxa"/>
            <w:shd w:val="clear" w:color="auto" w:fill="1E3A5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ECF891" w14:textId="77777777" w:rsidR="00D11344" w:rsidRDefault="00D11344" w:rsidP="00655302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Jumlah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Awal</w:t>
            </w:r>
          </w:p>
        </w:tc>
      </w:tr>
      <w:tr w:rsidR="00D11344" w14:paraId="64C710D3" w14:textId="77777777" w:rsidTr="00655302"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47793F" w14:textId="77777777" w:rsidR="00D11344" w:rsidRDefault="00D11344" w:rsidP="00655302">
            <w:r>
              <w:rPr>
                <w:sz w:val="19"/>
                <w:szCs w:val="19"/>
              </w:rPr>
              <w:t>CH3COOH 0,2 M</w:t>
            </w:r>
          </w:p>
        </w:tc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035455" w14:textId="77777777" w:rsidR="00D11344" w:rsidRDefault="00D11344" w:rsidP="00655302">
            <w:r>
              <w:rPr>
                <w:sz w:val="19"/>
                <w:szCs w:val="19"/>
              </w:rPr>
              <w:t>100 mL (0,02 mol)</w:t>
            </w:r>
          </w:p>
        </w:tc>
      </w:tr>
      <w:tr w:rsidR="00D11344" w14:paraId="4D3F266E" w14:textId="77777777" w:rsidTr="00655302">
        <w:tc>
          <w:tcPr>
            <w:tcW w:w="522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DD6796" w14:textId="77777777" w:rsidR="00D11344" w:rsidRDefault="00D11344" w:rsidP="00655302">
            <w:r>
              <w:rPr>
                <w:sz w:val="19"/>
                <w:szCs w:val="19"/>
              </w:rPr>
              <w:t>CH3COONa 0,2 M</w:t>
            </w:r>
          </w:p>
        </w:tc>
        <w:tc>
          <w:tcPr>
            <w:tcW w:w="5220" w:type="dxa"/>
            <w:shd w:val="clear" w:color="auto" w:fill="F3F4F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DBC5C7" w14:textId="77777777" w:rsidR="00D11344" w:rsidRDefault="00D11344" w:rsidP="00655302">
            <w:r>
              <w:rPr>
                <w:sz w:val="19"/>
                <w:szCs w:val="19"/>
              </w:rPr>
              <w:t>100 mL (0,02 mol)</w:t>
            </w:r>
          </w:p>
        </w:tc>
      </w:tr>
      <w:tr w:rsidR="00D11344" w14:paraId="53DF0FD3" w14:textId="77777777" w:rsidTr="00655302"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B21A36" w14:textId="77777777" w:rsidR="00D11344" w:rsidRDefault="00D11344" w:rsidP="00655302">
            <w:r>
              <w:rPr>
                <w:sz w:val="19"/>
                <w:szCs w:val="19"/>
              </w:rPr>
              <w:t xml:space="preserve">HCl 1 M </w:t>
            </w:r>
            <w:proofErr w:type="spellStart"/>
            <w:r>
              <w:rPr>
                <w:sz w:val="19"/>
                <w:szCs w:val="19"/>
              </w:rPr>
              <w:t>ditambahkan</w:t>
            </w:r>
            <w:proofErr w:type="spellEnd"/>
          </w:p>
        </w:tc>
        <w:tc>
          <w:tcPr>
            <w:tcW w:w="522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A451B2" w14:textId="77777777" w:rsidR="00D11344" w:rsidRDefault="00D11344" w:rsidP="00655302">
            <w:r>
              <w:rPr>
                <w:sz w:val="19"/>
                <w:szCs w:val="19"/>
              </w:rPr>
              <w:t>10 mL (0,01 mol)</w:t>
            </w:r>
          </w:p>
        </w:tc>
      </w:tr>
    </w:tbl>
    <w:p w14:paraId="2F6EFCBA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1E3A5F"/>
          <w:sz w:val="21"/>
          <w:szCs w:val="21"/>
        </w:rPr>
        <w:t>Pertanyaan</w:t>
      </w:r>
      <w:proofErr w:type="spellEnd"/>
      <w:r>
        <w:rPr>
          <w:b/>
          <w:bCs/>
          <w:color w:val="1E3A5F"/>
          <w:sz w:val="21"/>
          <w:szCs w:val="21"/>
        </w:rPr>
        <w:t>:</w:t>
      </w:r>
    </w:p>
    <w:p w14:paraId="4FE234B3" w14:textId="77777777" w:rsidR="00D11344" w:rsidRDefault="00D11344" w:rsidP="00D11344">
      <w:pPr>
        <w:spacing w:after="150"/>
      </w:pPr>
      <w:proofErr w:type="spellStart"/>
      <w:r>
        <w:rPr>
          <w:sz w:val="20"/>
          <w:szCs w:val="20"/>
        </w:rPr>
        <w:t>Berapakah</w:t>
      </w:r>
      <w:proofErr w:type="spellEnd"/>
      <w:r>
        <w:rPr>
          <w:sz w:val="20"/>
          <w:szCs w:val="20"/>
        </w:rPr>
        <w:t xml:space="preserve"> pH </w:t>
      </w:r>
      <w:proofErr w:type="spellStart"/>
      <w:r>
        <w:rPr>
          <w:sz w:val="20"/>
          <w:szCs w:val="20"/>
        </w:rPr>
        <w:t>larutan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penyangga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tersebut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sebelum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sesudah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penambahan</w:t>
      </w:r>
      <w:proofErr w:type="spellEnd"/>
      <w:r>
        <w:rPr>
          <w:sz w:val="20"/>
          <w:szCs w:val="20"/>
        </w:rPr>
        <w:t xml:space="preserve"> HCl? (log 1 = 0; log 3 = 0,48)</w:t>
      </w:r>
    </w:p>
    <w:p w14:paraId="340C9BA8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A. pH </w:t>
      </w:r>
      <w:proofErr w:type="spellStart"/>
      <w:r>
        <w:rPr>
          <w:sz w:val="20"/>
          <w:szCs w:val="20"/>
        </w:rPr>
        <w:t>awal</w:t>
      </w:r>
      <w:proofErr w:type="spellEnd"/>
      <w:r>
        <w:rPr>
          <w:sz w:val="20"/>
          <w:szCs w:val="20"/>
        </w:rPr>
        <w:t xml:space="preserve"> = 4,74; pH </w:t>
      </w:r>
      <w:proofErr w:type="spellStart"/>
      <w:r>
        <w:rPr>
          <w:sz w:val="20"/>
          <w:szCs w:val="20"/>
        </w:rPr>
        <w:t>akhir</w:t>
      </w:r>
      <w:proofErr w:type="spellEnd"/>
      <w:r>
        <w:rPr>
          <w:sz w:val="20"/>
          <w:szCs w:val="20"/>
        </w:rPr>
        <w:t xml:space="preserve"> = 4,27</w:t>
      </w:r>
    </w:p>
    <w:p w14:paraId="62BC53B2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B. pH </w:t>
      </w:r>
      <w:proofErr w:type="spellStart"/>
      <w:r>
        <w:rPr>
          <w:sz w:val="20"/>
          <w:szCs w:val="20"/>
        </w:rPr>
        <w:t>awal</w:t>
      </w:r>
      <w:proofErr w:type="spellEnd"/>
      <w:r>
        <w:rPr>
          <w:sz w:val="20"/>
          <w:szCs w:val="20"/>
        </w:rPr>
        <w:t xml:space="preserve"> = 4,74; pH </w:t>
      </w:r>
      <w:proofErr w:type="spellStart"/>
      <w:r>
        <w:rPr>
          <w:sz w:val="20"/>
          <w:szCs w:val="20"/>
        </w:rPr>
        <w:t>akhir</w:t>
      </w:r>
      <w:proofErr w:type="spellEnd"/>
      <w:r>
        <w:rPr>
          <w:sz w:val="20"/>
          <w:szCs w:val="20"/>
        </w:rPr>
        <w:t xml:space="preserve"> = 5,20</w:t>
      </w:r>
    </w:p>
    <w:p w14:paraId="6DE3C16E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C. pH </w:t>
      </w:r>
      <w:proofErr w:type="spellStart"/>
      <w:r>
        <w:rPr>
          <w:sz w:val="20"/>
          <w:szCs w:val="20"/>
        </w:rPr>
        <w:t>awal</w:t>
      </w:r>
      <w:proofErr w:type="spellEnd"/>
      <w:r>
        <w:rPr>
          <w:sz w:val="20"/>
          <w:szCs w:val="20"/>
        </w:rPr>
        <w:t xml:space="preserve"> = 5,74; pH </w:t>
      </w:r>
      <w:proofErr w:type="spellStart"/>
      <w:r>
        <w:rPr>
          <w:sz w:val="20"/>
          <w:szCs w:val="20"/>
        </w:rPr>
        <w:t>akhir</w:t>
      </w:r>
      <w:proofErr w:type="spellEnd"/>
      <w:r>
        <w:rPr>
          <w:sz w:val="20"/>
          <w:szCs w:val="20"/>
        </w:rPr>
        <w:t xml:space="preserve"> = 4,27</w:t>
      </w:r>
    </w:p>
    <w:p w14:paraId="55809D22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D. pH </w:t>
      </w:r>
      <w:proofErr w:type="spellStart"/>
      <w:r>
        <w:rPr>
          <w:sz w:val="20"/>
          <w:szCs w:val="20"/>
        </w:rPr>
        <w:t>awal</w:t>
      </w:r>
      <w:proofErr w:type="spellEnd"/>
      <w:r>
        <w:rPr>
          <w:sz w:val="20"/>
          <w:szCs w:val="20"/>
        </w:rPr>
        <w:t xml:space="preserve"> = 4,74; pH </w:t>
      </w:r>
      <w:proofErr w:type="spellStart"/>
      <w:r>
        <w:rPr>
          <w:sz w:val="20"/>
          <w:szCs w:val="20"/>
        </w:rPr>
        <w:t>akhir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tetap</w:t>
      </w:r>
      <w:proofErr w:type="spellEnd"/>
      <w:r>
        <w:rPr>
          <w:sz w:val="20"/>
          <w:szCs w:val="20"/>
        </w:rPr>
        <w:t xml:space="preserve"> 4,74</w:t>
      </w:r>
    </w:p>
    <w:p w14:paraId="42190B13" w14:textId="77777777" w:rsidR="00D11344" w:rsidRDefault="00D11344" w:rsidP="00D11344">
      <w:pPr>
        <w:spacing w:after="70"/>
        <w:ind w:left="260"/>
      </w:pPr>
      <w:r>
        <w:rPr>
          <w:sz w:val="20"/>
          <w:szCs w:val="20"/>
        </w:rPr>
        <w:t xml:space="preserve">E. pH </w:t>
      </w:r>
      <w:proofErr w:type="spellStart"/>
      <w:r>
        <w:rPr>
          <w:sz w:val="20"/>
          <w:szCs w:val="20"/>
        </w:rPr>
        <w:t>awal</w:t>
      </w:r>
      <w:proofErr w:type="spellEnd"/>
      <w:r>
        <w:rPr>
          <w:sz w:val="20"/>
          <w:szCs w:val="20"/>
        </w:rPr>
        <w:t xml:space="preserve"> = 3,74; pH </w:t>
      </w:r>
      <w:proofErr w:type="spellStart"/>
      <w:r>
        <w:rPr>
          <w:sz w:val="20"/>
          <w:szCs w:val="20"/>
        </w:rPr>
        <w:t>akhir</w:t>
      </w:r>
      <w:proofErr w:type="spellEnd"/>
      <w:r>
        <w:rPr>
          <w:sz w:val="20"/>
          <w:szCs w:val="20"/>
        </w:rPr>
        <w:t xml:space="preserve"> = 4,27</w:t>
      </w:r>
    </w:p>
    <w:p w14:paraId="55CABD0E" w14:textId="77777777" w:rsidR="00D11344" w:rsidRDefault="00D11344" w:rsidP="00D11344">
      <w:pPr>
        <w:spacing w:before="180" w:after="90"/>
      </w:pPr>
      <w:proofErr w:type="spellStart"/>
      <w:r>
        <w:rPr>
          <w:b/>
          <w:bCs/>
          <w:color w:val="B7791F"/>
          <w:sz w:val="21"/>
          <w:szCs w:val="21"/>
        </w:rPr>
        <w:t>Kunci</w:t>
      </w:r>
      <w:proofErr w:type="spellEnd"/>
      <w:r>
        <w:rPr>
          <w:b/>
          <w:bCs/>
          <w:color w:val="B7791F"/>
          <w:sz w:val="21"/>
          <w:szCs w:val="21"/>
        </w:rPr>
        <w:t xml:space="preserve"> </w:t>
      </w:r>
      <w:proofErr w:type="spellStart"/>
      <w:r>
        <w:rPr>
          <w:b/>
          <w:bCs/>
          <w:color w:val="B7791F"/>
          <w:sz w:val="21"/>
          <w:szCs w:val="21"/>
        </w:rPr>
        <w:t>Jawaban</w:t>
      </w:r>
      <w:proofErr w:type="spellEnd"/>
      <w:r>
        <w:rPr>
          <w:b/>
          <w:bCs/>
          <w:color w:val="B7791F"/>
          <w:sz w:val="21"/>
          <w:szCs w:val="21"/>
        </w:rPr>
        <w:t xml:space="preserve"> &amp; </w:t>
      </w:r>
      <w:proofErr w:type="spellStart"/>
      <w:r>
        <w:rPr>
          <w:b/>
          <w:bCs/>
          <w:color w:val="B7791F"/>
          <w:sz w:val="21"/>
          <w:szCs w:val="21"/>
        </w:rPr>
        <w:t>Pembahasan</w:t>
      </w:r>
      <w:proofErr w:type="spellEnd"/>
      <w:r>
        <w:rPr>
          <w:b/>
          <w:bCs/>
          <w:color w:val="B7791F"/>
          <w:sz w:val="21"/>
          <w:szCs w:val="21"/>
        </w:rPr>
        <w:t>:</w:t>
      </w:r>
    </w:p>
    <w:p w14:paraId="5DC3A42A" w14:textId="77777777" w:rsidR="00D11344" w:rsidRDefault="00D11344" w:rsidP="00D11344">
      <w:pPr>
        <w:spacing w:after="120"/>
      </w:pP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A</w:t>
      </w:r>
    </w:p>
    <w:p w14:paraId="357DD68B" w14:textId="77777777" w:rsidR="00D11344" w:rsidRDefault="00D11344" w:rsidP="00D11344">
      <w:pPr>
        <w:spacing w:after="120"/>
      </w:pPr>
      <w:r>
        <w:rPr>
          <w:sz w:val="19"/>
          <w:szCs w:val="19"/>
        </w:rPr>
        <w:t xml:space="preserve">pH </w:t>
      </w:r>
      <w:proofErr w:type="spellStart"/>
      <w:r>
        <w:rPr>
          <w:sz w:val="19"/>
          <w:szCs w:val="19"/>
        </w:rPr>
        <w:t>awal</w:t>
      </w:r>
      <w:proofErr w:type="spellEnd"/>
      <w:r>
        <w:rPr>
          <w:sz w:val="19"/>
          <w:szCs w:val="19"/>
        </w:rPr>
        <w:t xml:space="preserve">: </w:t>
      </w:r>
      <w:proofErr w:type="spellStart"/>
      <w:r>
        <w:rPr>
          <w:sz w:val="19"/>
          <w:szCs w:val="19"/>
        </w:rPr>
        <w:t>pKa</w:t>
      </w:r>
      <w:proofErr w:type="spellEnd"/>
      <w:r>
        <w:rPr>
          <w:sz w:val="19"/>
          <w:szCs w:val="19"/>
        </w:rPr>
        <w:t xml:space="preserve"> = −log(1,8×10⁻⁵) = 4,74. Karena mol 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= mol garam (0,02 </w:t>
      </w:r>
      <w:proofErr w:type="gramStart"/>
      <w:r>
        <w:rPr>
          <w:sz w:val="19"/>
          <w:szCs w:val="19"/>
        </w:rPr>
        <w:t>mol :</w:t>
      </w:r>
      <w:proofErr w:type="gramEnd"/>
      <w:r>
        <w:rPr>
          <w:sz w:val="19"/>
          <w:szCs w:val="19"/>
        </w:rPr>
        <w:t xml:space="preserve"> 0,02 mol), </w:t>
      </w:r>
      <w:proofErr w:type="spellStart"/>
      <w:r>
        <w:rPr>
          <w:sz w:val="19"/>
          <w:szCs w:val="19"/>
        </w:rPr>
        <w:t>maka</w:t>
      </w:r>
      <w:proofErr w:type="spellEnd"/>
      <w:r>
        <w:rPr>
          <w:sz w:val="19"/>
          <w:szCs w:val="19"/>
        </w:rPr>
        <w:t xml:space="preserve"> pH = </w:t>
      </w:r>
      <w:proofErr w:type="spellStart"/>
      <w:r>
        <w:rPr>
          <w:sz w:val="19"/>
          <w:szCs w:val="19"/>
        </w:rPr>
        <w:t>pKa</w:t>
      </w:r>
      <w:proofErr w:type="spellEnd"/>
      <w:r>
        <w:rPr>
          <w:sz w:val="19"/>
          <w:szCs w:val="19"/>
        </w:rPr>
        <w:t xml:space="preserve"> + </w:t>
      </w:r>
      <w:proofErr w:type="gramStart"/>
      <w:r>
        <w:rPr>
          <w:sz w:val="19"/>
          <w:szCs w:val="19"/>
        </w:rPr>
        <w:t>log(</w:t>
      </w:r>
      <w:proofErr w:type="gramEnd"/>
      <w:r>
        <w:rPr>
          <w:sz w:val="19"/>
          <w:szCs w:val="19"/>
        </w:rPr>
        <w:t xml:space="preserve">1) = 4,74. </w:t>
      </w:r>
      <w:proofErr w:type="spellStart"/>
      <w:r>
        <w:rPr>
          <w:sz w:val="19"/>
          <w:szCs w:val="19"/>
        </w:rPr>
        <w:t>Setelah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ditambah</w:t>
      </w:r>
      <w:proofErr w:type="spellEnd"/>
      <w:r>
        <w:rPr>
          <w:sz w:val="19"/>
          <w:szCs w:val="19"/>
        </w:rPr>
        <w:t xml:space="preserve"> HCl 0,01 mol: HCl </w:t>
      </w:r>
      <w:proofErr w:type="spellStart"/>
      <w:r>
        <w:rPr>
          <w:sz w:val="19"/>
          <w:szCs w:val="19"/>
        </w:rPr>
        <w:t>bereaksi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dengan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basa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konjugasi</w:t>
      </w:r>
      <w:proofErr w:type="spellEnd"/>
      <w:r>
        <w:rPr>
          <w:sz w:val="19"/>
          <w:szCs w:val="19"/>
        </w:rPr>
        <w:t xml:space="preserve"> CH3COO⁻ </w:t>
      </w:r>
      <w:proofErr w:type="spellStart"/>
      <w:r>
        <w:rPr>
          <w:sz w:val="19"/>
          <w:szCs w:val="19"/>
        </w:rPr>
        <w:t>membentuk</w:t>
      </w:r>
      <w:proofErr w:type="spellEnd"/>
      <w:r>
        <w:rPr>
          <w:sz w:val="19"/>
          <w:szCs w:val="19"/>
        </w:rPr>
        <w:t xml:space="preserve"> CH3COOH </w:t>
      </w:r>
      <w:proofErr w:type="spellStart"/>
      <w:r>
        <w:rPr>
          <w:sz w:val="19"/>
          <w:szCs w:val="19"/>
        </w:rPr>
        <w:t>tambahan</w:t>
      </w:r>
      <w:proofErr w:type="spellEnd"/>
      <w:r>
        <w:rPr>
          <w:sz w:val="19"/>
          <w:szCs w:val="19"/>
        </w:rPr>
        <w:t xml:space="preserve">. mol CH3COO⁻ </w:t>
      </w:r>
      <w:proofErr w:type="spellStart"/>
      <w:r>
        <w:rPr>
          <w:sz w:val="19"/>
          <w:szCs w:val="19"/>
        </w:rPr>
        <w:t>akhir</w:t>
      </w:r>
      <w:proofErr w:type="spellEnd"/>
      <w:r>
        <w:rPr>
          <w:sz w:val="19"/>
          <w:szCs w:val="19"/>
        </w:rPr>
        <w:t xml:space="preserve"> = 0,02 − 0,01 = 0,01 mol. mol CH3COOH </w:t>
      </w:r>
      <w:proofErr w:type="spellStart"/>
      <w:r>
        <w:rPr>
          <w:sz w:val="19"/>
          <w:szCs w:val="19"/>
        </w:rPr>
        <w:t>akhir</w:t>
      </w:r>
      <w:proofErr w:type="spellEnd"/>
      <w:r>
        <w:rPr>
          <w:sz w:val="19"/>
          <w:szCs w:val="19"/>
        </w:rPr>
        <w:t xml:space="preserve"> = 0,02 + 0,01 = 0,03 mol. pH </w:t>
      </w:r>
      <w:proofErr w:type="spellStart"/>
      <w:r>
        <w:rPr>
          <w:sz w:val="19"/>
          <w:szCs w:val="19"/>
        </w:rPr>
        <w:t>akhir</w:t>
      </w:r>
      <w:proofErr w:type="spellEnd"/>
      <w:r>
        <w:rPr>
          <w:sz w:val="19"/>
          <w:szCs w:val="19"/>
        </w:rPr>
        <w:t xml:space="preserve"> = </w:t>
      </w:r>
      <w:proofErr w:type="spellStart"/>
      <w:r>
        <w:rPr>
          <w:sz w:val="19"/>
          <w:szCs w:val="19"/>
        </w:rPr>
        <w:t>pKa</w:t>
      </w:r>
      <w:proofErr w:type="spellEnd"/>
      <w:r>
        <w:rPr>
          <w:sz w:val="19"/>
          <w:szCs w:val="19"/>
        </w:rPr>
        <w:t xml:space="preserve"> + </w:t>
      </w:r>
      <w:proofErr w:type="gramStart"/>
      <w:r>
        <w:rPr>
          <w:sz w:val="19"/>
          <w:szCs w:val="19"/>
        </w:rPr>
        <w:t>log(</w:t>
      </w:r>
      <w:proofErr w:type="gramEnd"/>
      <w:r>
        <w:rPr>
          <w:sz w:val="19"/>
          <w:szCs w:val="19"/>
        </w:rPr>
        <w:t xml:space="preserve">0,01/0,03) = 4,74 + </w:t>
      </w:r>
      <w:proofErr w:type="gramStart"/>
      <w:r>
        <w:rPr>
          <w:sz w:val="19"/>
          <w:szCs w:val="19"/>
        </w:rPr>
        <w:t>log(</w:t>
      </w:r>
      <w:proofErr w:type="gramEnd"/>
      <w:r>
        <w:rPr>
          <w:sz w:val="19"/>
          <w:szCs w:val="19"/>
        </w:rPr>
        <w:t>1/3) = 4,74 − 0,48 = 4,27 (</w:t>
      </w:r>
      <w:proofErr w:type="spellStart"/>
      <w:r>
        <w:rPr>
          <w:sz w:val="19"/>
          <w:szCs w:val="19"/>
        </w:rPr>
        <w:t>turun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sedikit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menunjukkan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sistem</w:t>
      </w:r>
      <w:proofErr w:type="spellEnd"/>
      <w:r>
        <w:rPr>
          <w:sz w:val="19"/>
          <w:szCs w:val="19"/>
        </w:rPr>
        <w:t xml:space="preserve"> buffer </w:t>
      </w:r>
      <w:proofErr w:type="spellStart"/>
      <w:r>
        <w:rPr>
          <w:sz w:val="19"/>
          <w:szCs w:val="19"/>
        </w:rPr>
        <w:t>masih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mampu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menahan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perubahan</w:t>
      </w:r>
      <w:proofErr w:type="spellEnd"/>
      <w:r>
        <w:rPr>
          <w:sz w:val="19"/>
          <w:szCs w:val="19"/>
        </w:rPr>
        <w:t xml:space="preserve"> pH </w:t>
      </w:r>
      <w:proofErr w:type="spellStart"/>
      <w:r>
        <w:rPr>
          <w:sz w:val="19"/>
          <w:szCs w:val="19"/>
        </w:rPr>
        <w:t>drastis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meski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ditambah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asam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kuat</w:t>
      </w:r>
      <w:proofErr w:type="spellEnd"/>
      <w:r>
        <w:rPr>
          <w:sz w:val="19"/>
          <w:szCs w:val="19"/>
        </w:rPr>
        <w:t xml:space="preserve">). </w:t>
      </w:r>
      <w:proofErr w:type="spellStart"/>
      <w:r>
        <w:rPr>
          <w:sz w:val="19"/>
          <w:szCs w:val="19"/>
        </w:rPr>
        <w:t>Jawaban</w:t>
      </w:r>
      <w:proofErr w:type="spellEnd"/>
      <w:r>
        <w:rPr>
          <w:sz w:val="19"/>
          <w:szCs w:val="19"/>
        </w:rPr>
        <w:t>: A.</w:t>
      </w:r>
    </w:p>
    <w:p w14:paraId="2CCB825A" w14:textId="77777777" w:rsidR="003F7A25" w:rsidRDefault="003F7A25" w:rsidP="003F7A25">
      <w:pPr>
        <w:pStyle w:val="Heading2"/>
      </w:pPr>
      <w:r>
        <w:lastRenderedPageBreak/>
        <w:t>SOAL NOMOR 17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1B56C26F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6548227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311C246" w14:textId="77777777" w:rsidR="003F7A25" w:rsidRDefault="003F7A25" w:rsidP="00655302">
            <w:proofErr w:type="spellStart"/>
            <w:r>
              <w:t>Elektrokimia</w:t>
            </w:r>
            <w:proofErr w:type="spellEnd"/>
          </w:p>
        </w:tc>
      </w:tr>
      <w:tr w:rsidR="003F7A25" w14:paraId="5D3631CC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6A6DEF58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1683E6B3" w14:textId="77777777" w:rsidR="003F7A25" w:rsidRDefault="003F7A25" w:rsidP="00655302">
            <w:r>
              <w:t>Sel Volta</w:t>
            </w:r>
          </w:p>
        </w:tc>
      </w:tr>
      <w:tr w:rsidR="003F7A25" w14:paraId="6421E967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032157F9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31389E69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redoks</w:t>
            </w:r>
            <w:proofErr w:type="spellEnd"/>
            <w:r>
              <w:t xml:space="preserve"> pada </w:t>
            </w:r>
            <w:proofErr w:type="spellStart"/>
            <w:r>
              <w:t>sel</w:t>
            </w:r>
            <w:proofErr w:type="spellEnd"/>
            <w:r>
              <w:t xml:space="preserve"> </w:t>
            </w:r>
            <w:proofErr w:type="spellStart"/>
            <w:r>
              <w:t>galvanik</w:t>
            </w:r>
            <w:proofErr w:type="spellEnd"/>
          </w:p>
        </w:tc>
      </w:tr>
      <w:tr w:rsidR="003F7A25" w14:paraId="64EB51AB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0403FB4C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27CC5526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anode, </w:t>
            </w:r>
            <w:proofErr w:type="spellStart"/>
            <w:r>
              <w:t>katode</w:t>
            </w:r>
            <w:proofErr w:type="spellEnd"/>
            <w:r>
              <w:t xml:space="preserve">, dan </w:t>
            </w:r>
            <w:proofErr w:type="spellStart"/>
            <w:r>
              <w:t>arah</w:t>
            </w:r>
            <w:proofErr w:type="spellEnd"/>
            <w:r>
              <w:t xml:space="preserve"> </w:t>
            </w:r>
            <w:proofErr w:type="spellStart"/>
            <w:r>
              <w:t>aliran</w:t>
            </w:r>
            <w:proofErr w:type="spellEnd"/>
            <w:r>
              <w:t xml:space="preserve"> </w:t>
            </w:r>
            <w:proofErr w:type="spellStart"/>
            <w:r>
              <w:t>elektron</w:t>
            </w:r>
            <w:proofErr w:type="spellEnd"/>
            <w:r>
              <w:t xml:space="preserve"> pada </w:t>
            </w:r>
            <w:proofErr w:type="spellStart"/>
            <w:r>
              <w:t>sel</w:t>
            </w:r>
            <w:proofErr w:type="spellEnd"/>
            <w:r>
              <w:t xml:space="preserve"> volta.</w:t>
            </w:r>
          </w:p>
        </w:tc>
      </w:tr>
      <w:tr w:rsidR="003F7A25" w14:paraId="605579D3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32A8F62C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16F8C2CA" w14:textId="77777777" w:rsidR="003F7A25" w:rsidRDefault="003F7A25" w:rsidP="00655302">
            <w:proofErr w:type="spellStart"/>
            <w:r>
              <w:t>Menentukan</w:t>
            </w:r>
            <w:proofErr w:type="spellEnd"/>
            <w:r>
              <w:t xml:space="preserve"> anode, </w:t>
            </w:r>
            <w:proofErr w:type="spellStart"/>
            <w:r>
              <w:t>katode</w:t>
            </w:r>
            <w:proofErr w:type="spellEnd"/>
            <w:r>
              <w:t xml:space="preserve">, dan </w:t>
            </w:r>
            <w:proofErr w:type="spellStart"/>
            <w:r>
              <w:t>arah</w:t>
            </w:r>
            <w:proofErr w:type="spellEnd"/>
            <w:r>
              <w:t xml:space="preserve"> </w:t>
            </w:r>
            <w:proofErr w:type="spellStart"/>
            <w:r>
              <w:t>aliran</w:t>
            </w:r>
            <w:proofErr w:type="spellEnd"/>
            <w:r>
              <w:t xml:space="preserve"> </w:t>
            </w:r>
            <w:proofErr w:type="spellStart"/>
            <w:r>
              <w:t>elektron</w:t>
            </w:r>
            <w:proofErr w:type="spellEnd"/>
            <w:r>
              <w:t>.</w:t>
            </w:r>
          </w:p>
        </w:tc>
      </w:tr>
      <w:tr w:rsidR="003F7A25" w14:paraId="27A17CC2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A2F8791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C709F71" w14:textId="77777777" w:rsidR="003F7A25" w:rsidRDefault="003F7A25" w:rsidP="00655302">
            <w:r>
              <w:t>C4</w:t>
            </w:r>
          </w:p>
        </w:tc>
      </w:tr>
    </w:tbl>
    <w:p w14:paraId="793BD59F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077F28FB" w14:textId="77777777" w:rsidR="003F7A25" w:rsidRDefault="003F7A25" w:rsidP="003F7A25">
      <w:r>
        <w:t xml:space="preserve">Pada </w:t>
      </w:r>
      <w:proofErr w:type="spellStart"/>
      <w:r>
        <w:t>sel</w:t>
      </w:r>
      <w:proofErr w:type="spellEnd"/>
      <w:r>
        <w:t xml:space="preserve"> volta Zn|Zn²⁺||Cu²⁺|Cu,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p w14:paraId="4850A423" w14:textId="3DBE05DC" w:rsidR="0006793B" w:rsidRPr="0006793B" w:rsidRDefault="0006793B" w:rsidP="0006793B">
      <w:r>
        <w:t xml:space="preserve">                                </w:t>
      </w:r>
      <w:r w:rsidRPr="0006793B">
        <w:drawing>
          <wp:inline distT="0" distB="0" distL="0" distR="0" wp14:anchorId="280AFB1F" wp14:editId="0C813822">
            <wp:extent cx="3914775" cy="3600450"/>
            <wp:effectExtent l="0" t="0" r="9525" b="0"/>
            <wp:docPr id="1998583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ADBD" w14:textId="77777777" w:rsidR="0006793B" w:rsidRDefault="0006793B" w:rsidP="003F7A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369E6803" w14:textId="77777777" w:rsidTr="00655302">
        <w:tc>
          <w:tcPr>
            <w:tcW w:w="3346" w:type="dxa"/>
            <w:shd w:val="clear" w:color="auto" w:fill="2F5597"/>
            <w:vAlign w:val="center"/>
          </w:tcPr>
          <w:p w14:paraId="3453CE2C" w14:textId="3D7CC4C9" w:rsidR="003F7A25" w:rsidRDefault="003F7A25" w:rsidP="003F7A25">
            <w:pPr>
              <w:jc w:val="center"/>
            </w:pPr>
          </w:p>
          <w:p w14:paraId="0E192F2D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Elektroda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773385DF" w14:textId="77777777" w:rsidR="003F7A25" w:rsidRDefault="003F7A25" w:rsidP="00655302">
            <w:r>
              <w:rPr>
                <w:b/>
                <w:color w:val="FFFFFF"/>
              </w:rPr>
              <w:t>Proses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0EA3A284" w14:textId="77777777" w:rsidR="003F7A25" w:rsidRDefault="003F7A25" w:rsidP="00655302">
            <w:r>
              <w:rPr>
                <w:b/>
                <w:color w:val="FFFFFF"/>
              </w:rPr>
              <w:t xml:space="preserve">Arah </w:t>
            </w:r>
            <w:proofErr w:type="spellStart"/>
            <w:r>
              <w:rPr>
                <w:b/>
                <w:color w:val="FFFFFF"/>
              </w:rPr>
              <w:t>elektron</w:t>
            </w:r>
            <w:proofErr w:type="spellEnd"/>
          </w:p>
        </w:tc>
      </w:tr>
      <w:tr w:rsidR="003F7A25" w14:paraId="0C8AD2E3" w14:textId="77777777" w:rsidTr="00655302">
        <w:tc>
          <w:tcPr>
            <w:tcW w:w="3346" w:type="dxa"/>
            <w:vAlign w:val="center"/>
          </w:tcPr>
          <w:p w14:paraId="76090E8F" w14:textId="77777777" w:rsidR="003F7A25" w:rsidRDefault="003F7A25" w:rsidP="00655302">
            <w:r>
              <w:t>Zn</w:t>
            </w:r>
          </w:p>
        </w:tc>
        <w:tc>
          <w:tcPr>
            <w:tcW w:w="3346" w:type="dxa"/>
            <w:vAlign w:val="center"/>
          </w:tcPr>
          <w:p w14:paraId="54806B20" w14:textId="77777777" w:rsidR="003F7A25" w:rsidRDefault="003F7A25" w:rsidP="00655302">
            <w:proofErr w:type="spellStart"/>
            <w:r>
              <w:t>oksidasi</w:t>
            </w:r>
            <w:proofErr w:type="spellEnd"/>
            <w:r>
              <w:t xml:space="preserve"> / anode</w:t>
            </w:r>
          </w:p>
        </w:tc>
        <w:tc>
          <w:tcPr>
            <w:tcW w:w="3346" w:type="dxa"/>
            <w:vAlign w:val="center"/>
          </w:tcPr>
          <w:p w14:paraId="5D9A891C" w14:textId="77777777" w:rsidR="003F7A25" w:rsidRDefault="003F7A25" w:rsidP="00655302">
            <w:r>
              <w:t>Zn → Cu</w:t>
            </w:r>
          </w:p>
        </w:tc>
      </w:tr>
      <w:tr w:rsidR="003F7A25" w14:paraId="47562F72" w14:textId="77777777" w:rsidTr="00655302">
        <w:tc>
          <w:tcPr>
            <w:tcW w:w="3346" w:type="dxa"/>
            <w:vAlign w:val="center"/>
          </w:tcPr>
          <w:p w14:paraId="44C90E87" w14:textId="77777777" w:rsidR="003F7A25" w:rsidRDefault="003F7A25" w:rsidP="00655302">
            <w:r>
              <w:t>Cu</w:t>
            </w:r>
          </w:p>
        </w:tc>
        <w:tc>
          <w:tcPr>
            <w:tcW w:w="3346" w:type="dxa"/>
            <w:vAlign w:val="center"/>
          </w:tcPr>
          <w:p w14:paraId="703F367E" w14:textId="77777777" w:rsidR="003F7A25" w:rsidRDefault="003F7A25" w:rsidP="00655302">
            <w:proofErr w:type="spellStart"/>
            <w:r>
              <w:t>reduksi</w:t>
            </w:r>
            <w:proofErr w:type="spellEnd"/>
            <w:r>
              <w:t xml:space="preserve"> / </w:t>
            </w:r>
            <w:proofErr w:type="spellStart"/>
            <w:r>
              <w:t>katode</w:t>
            </w:r>
            <w:proofErr w:type="spellEnd"/>
          </w:p>
        </w:tc>
        <w:tc>
          <w:tcPr>
            <w:tcW w:w="3346" w:type="dxa"/>
            <w:vAlign w:val="center"/>
          </w:tcPr>
          <w:p w14:paraId="441A7DBA" w14:textId="77777777" w:rsidR="003F7A25" w:rsidRDefault="003F7A25" w:rsidP="00655302">
            <w:proofErr w:type="spellStart"/>
            <w:r>
              <w:t>menerima</w:t>
            </w:r>
            <w:proofErr w:type="spellEnd"/>
            <w:r>
              <w:t xml:space="preserve"> e⁻</w:t>
            </w:r>
          </w:p>
        </w:tc>
      </w:tr>
    </w:tbl>
    <w:p w14:paraId="50671150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607107A0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1D100F4B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C2772F0" w14:textId="77777777" w:rsidR="003F7A25" w:rsidRDefault="003F7A25" w:rsidP="00655302">
            <w:r>
              <w:t xml:space="preserve">Zn </w:t>
            </w:r>
            <w:proofErr w:type="spellStart"/>
            <w:r>
              <w:t>katode</w:t>
            </w:r>
            <w:proofErr w:type="spellEnd"/>
            <w:r>
              <w:t xml:space="preserve"> dan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reduksi</w:t>
            </w:r>
            <w:proofErr w:type="spellEnd"/>
          </w:p>
        </w:tc>
      </w:tr>
      <w:tr w:rsidR="003F7A25" w14:paraId="52C6EFB7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6B3E65EE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53D94F60" w14:textId="77777777" w:rsidR="003F7A25" w:rsidRDefault="003F7A25" w:rsidP="00655302">
            <w:r>
              <w:t xml:space="preserve">Cu anode dan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oksidasi</w:t>
            </w:r>
            <w:proofErr w:type="spellEnd"/>
          </w:p>
        </w:tc>
      </w:tr>
      <w:tr w:rsidR="003F7A25" w14:paraId="072BE22E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4E71127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F89DE8F" w14:textId="77777777" w:rsidR="003F7A25" w:rsidRDefault="003F7A25" w:rsidP="00655302">
            <w:proofErr w:type="spellStart"/>
            <w:r>
              <w:t>elektron</w:t>
            </w:r>
            <w:proofErr w:type="spellEnd"/>
            <w:r>
              <w:t xml:space="preserve"> </w:t>
            </w:r>
            <w:proofErr w:type="spellStart"/>
            <w:r>
              <w:t>mengalir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Cu </w:t>
            </w:r>
            <w:proofErr w:type="spellStart"/>
            <w:r>
              <w:t>ke</w:t>
            </w:r>
            <w:proofErr w:type="spellEnd"/>
            <w:r>
              <w:t xml:space="preserve"> Zn</w:t>
            </w:r>
          </w:p>
        </w:tc>
      </w:tr>
      <w:tr w:rsidR="003F7A25" w14:paraId="4218211E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990A41A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CF4456B" w14:textId="77777777" w:rsidR="003F7A25" w:rsidRDefault="003F7A25" w:rsidP="00655302">
            <w:r>
              <w:t xml:space="preserve">Zn anode dan </w:t>
            </w:r>
            <w:proofErr w:type="spellStart"/>
            <w:r>
              <w:t>massanya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</w:p>
        </w:tc>
      </w:tr>
      <w:tr w:rsidR="003F7A25" w14:paraId="7AF972EB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2BB507E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570BCE62" w14:textId="77777777" w:rsidR="003F7A25" w:rsidRDefault="003F7A25" w:rsidP="00655302">
            <w:proofErr w:type="spellStart"/>
            <w:r>
              <w:t>konsentrasi</w:t>
            </w:r>
            <w:proofErr w:type="spellEnd"/>
            <w:r>
              <w:t xml:space="preserve"> Zn²⁺ </w:t>
            </w:r>
            <w:proofErr w:type="spellStart"/>
            <w:r>
              <w:t>berkurang</w:t>
            </w:r>
            <w:proofErr w:type="spellEnd"/>
          </w:p>
        </w:tc>
      </w:tr>
    </w:tbl>
    <w:p w14:paraId="4EBAA219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D</w:t>
      </w:r>
    </w:p>
    <w:p w14:paraId="68E97551" w14:textId="77777777" w:rsidR="003F7A25" w:rsidRDefault="003F7A25" w:rsidP="003F7A25">
      <w:r>
        <w:lastRenderedPageBreak/>
        <w:t xml:space="preserve">PEMBAHASAN: Zn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teroksidasi</w:t>
      </w:r>
      <w:proofErr w:type="spellEnd"/>
      <w:r>
        <w:t xml:space="preserve">. Anode: Zn→Zn²⁺+2e⁻. Katode: Cu²⁺+2e⁻→Cu. Elektron </w:t>
      </w:r>
      <w:proofErr w:type="spellStart"/>
      <w:r>
        <w:t>mengalir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Zn </w:t>
      </w:r>
      <w:proofErr w:type="spellStart"/>
      <w:r>
        <w:t>ke</w:t>
      </w:r>
      <w:proofErr w:type="spellEnd"/>
      <w:r>
        <w:t xml:space="preserve"> Cu,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Zn </w:t>
      </w:r>
      <w:proofErr w:type="spellStart"/>
      <w:r>
        <w:t>berkurang</w:t>
      </w:r>
      <w:proofErr w:type="spellEnd"/>
      <w:r>
        <w:t xml:space="preserve"> dan </w:t>
      </w:r>
      <w:proofErr w:type="spellStart"/>
      <w:r>
        <w:t>konsentrasi</w:t>
      </w:r>
      <w:proofErr w:type="spellEnd"/>
      <w:r>
        <w:t xml:space="preserve"> Zn²⁺ </w:t>
      </w:r>
      <w:proofErr w:type="spellStart"/>
      <w:r>
        <w:t>bertambah</w:t>
      </w:r>
      <w:proofErr w:type="spellEnd"/>
      <w:r>
        <w:t>.</w:t>
      </w:r>
    </w:p>
    <w:p w14:paraId="7956660C" w14:textId="77777777" w:rsidR="003F7A25" w:rsidRDefault="003F7A25" w:rsidP="003F7A25">
      <w:pPr>
        <w:pStyle w:val="Heading3"/>
      </w:pPr>
    </w:p>
    <w:p w14:paraId="5F469544" w14:textId="43BB0909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03110693" w14:textId="77777777" w:rsidTr="00655302">
        <w:tc>
          <w:tcPr>
            <w:tcW w:w="3346" w:type="dxa"/>
            <w:shd w:val="clear" w:color="auto" w:fill="2F5597"/>
            <w:vAlign w:val="center"/>
          </w:tcPr>
          <w:p w14:paraId="31D940AC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7692E0B2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7BC3012D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3A54C0FE" w14:textId="77777777" w:rsidTr="00655302">
        <w:tc>
          <w:tcPr>
            <w:tcW w:w="3346" w:type="dxa"/>
            <w:vAlign w:val="center"/>
          </w:tcPr>
          <w:p w14:paraId="3F35E62E" w14:textId="77777777" w:rsidR="003F7A25" w:rsidRDefault="003F7A25" w:rsidP="00655302">
            <w:r>
              <w:rPr>
                <w:b/>
              </w:rPr>
              <w:t xml:space="preserve">A. Zn </w:t>
            </w:r>
            <w:proofErr w:type="spellStart"/>
            <w:r>
              <w:rPr>
                <w:b/>
              </w:rPr>
              <w:t>katode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mengalami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reduksi</w:t>
            </w:r>
            <w:proofErr w:type="spellEnd"/>
          </w:p>
        </w:tc>
        <w:tc>
          <w:tcPr>
            <w:tcW w:w="3346" w:type="dxa"/>
            <w:vAlign w:val="center"/>
          </w:tcPr>
          <w:p w14:paraId="11CC5612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670EB579" w14:textId="77777777" w:rsidR="003F7A25" w:rsidRDefault="003F7A25" w:rsidP="00655302">
            <w:r>
              <w:t xml:space="preserve">Zn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oksidasi</w:t>
            </w:r>
            <w:proofErr w:type="spellEnd"/>
            <w:r>
              <w:t xml:space="preserve"> di anode,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reduksi</w:t>
            </w:r>
            <w:proofErr w:type="spellEnd"/>
            <w:r>
              <w:t xml:space="preserve"> di </w:t>
            </w:r>
            <w:proofErr w:type="spellStart"/>
            <w:r>
              <w:t>katode</w:t>
            </w:r>
            <w:proofErr w:type="spellEnd"/>
            <w:r>
              <w:t>.</w:t>
            </w:r>
          </w:p>
        </w:tc>
      </w:tr>
      <w:tr w:rsidR="003F7A25" w14:paraId="6A27A1E8" w14:textId="77777777" w:rsidTr="00655302">
        <w:tc>
          <w:tcPr>
            <w:tcW w:w="3346" w:type="dxa"/>
            <w:vAlign w:val="center"/>
          </w:tcPr>
          <w:p w14:paraId="607CA88A" w14:textId="77777777" w:rsidR="003F7A25" w:rsidRDefault="003F7A25" w:rsidP="00655302">
            <w:r>
              <w:rPr>
                <w:b/>
              </w:rPr>
              <w:t xml:space="preserve">B. Cu anode dan </w:t>
            </w:r>
            <w:proofErr w:type="spellStart"/>
            <w:r>
              <w:rPr>
                <w:b/>
              </w:rPr>
              <w:t>mengalami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oksidasi</w:t>
            </w:r>
            <w:proofErr w:type="spellEnd"/>
          </w:p>
        </w:tc>
        <w:tc>
          <w:tcPr>
            <w:tcW w:w="3346" w:type="dxa"/>
            <w:vAlign w:val="center"/>
          </w:tcPr>
          <w:p w14:paraId="295A8EED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1229D6F1" w14:textId="77777777" w:rsidR="003F7A25" w:rsidRDefault="003F7A25" w:rsidP="00655302">
            <w:r>
              <w:t xml:space="preserve">Cu²⁺ </w:t>
            </w:r>
            <w:proofErr w:type="spellStart"/>
            <w:r>
              <w:t>direduksi</w:t>
            </w:r>
            <w:proofErr w:type="spellEnd"/>
            <w:r>
              <w:t xml:space="preserve"> di </w:t>
            </w:r>
            <w:proofErr w:type="spellStart"/>
            <w:r>
              <w:t>katode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Cu </w:t>
            </w:r>
            <w:proofErr w:type="spellStart"/>
            <w:r>
              <w:t>sebagai</w:t>
            </w:r>
            <w:proofErr w:type="spellEnd"/>
            <w:r>
              <w:t xml:space="preserve"> anode.</w:t>
            </w:r>
          </w:p>
        </w:tc>
      </w:tr>
      <w:tr w:rsidR="003F7A25" w14:paraId="47DFE566" w14:textId="77777777" w:rsidTr="00655302">
        <w:tc>
          <w:tcPr>
            <w:tcW w:w="3346" w:type="dxa"/>
            <w:vAlign w:val="center"/>
          </w:tcPr>
          <w:p w14:paraId="0D7B30A1" w14:textId="77777777" w:rsidR="003F7A25" w:rsidRDefault="003F7A25" w:rsidP="00655302">
            <w:r>
              <w:rPr>
                <w:b/>
              </w:rPr>
              <w:t xml:space="preserve">C. </w:t>
            </w:r>
            <w:proofErr w:type="spellStart"/>
            <w:r>
              <w:rPr>
                <w:b/>
              </w:rPr>
              <w:t>elektron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mengalir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dari</w:t>
            </w:r>
            <w:proofErr w:type="spellEnd"/>
            <w:r>
              <w:rPr>
                <w:b/>
              </w:rPr>
              <w:t xml:space="preserve"> Cu </w:t>
            </w:r>
            <w:proofErr w:type="spellStart"/>
            <w:r>
              <w:rPr>
                <w:b/>
              </w:rPr>
              <w:t>ke</w:t>
            </w:r>
            <w:proofErr w:type="spellEnd"/>
            <w:r>
              <w:rPr>
                <w:b/>
              </w:rPr>
              <w:t xml:space="preserve"> Zn</w:t>
            </w:r>
          </w:p>
        </w:tc>
        <w:tc>
          <w:tcPr>
            <w:tcW w:w="3346" w:type="dxa"/>
            <w:vAlign w:val="center"/>
          </w:tcPr>
          <w:p w14:paraId="4A0540D1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469471D5" w14:textId="77777777" w:rsidR="003F7A25" w:rsidRDefault="003F7A25" w:rsidP="00655302">
            <w:r>
              <w:t xml:space="preserve">Elektron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Zn </w:t>
            </w:r>
            <w:proofErr w:type="spellStart"/>
            <w:r>
              <w:t>menuju</w:t>
            </w:r>
            <w:proofErr w:type="spellEnd"/>
            <w:r>
              <w:t xml:space="preserve"> Cu.</w:t>
            </w:r>
          </w:p>
        </w:tc>
      </w:tr>
      <w:tr w:rsidR="003F7A25" w14:paraId="1F7DB4C1" w14:textId="77777777" w:rsidTr="00655302">
        <w:tc>
          <w:tcPr>
            <w:tcW w:w="3346" w:type="dxa"/>
            <w:vAlign w:val="center"/>
          </w:tcPr>
          <w:p w14:paraId="73705EE8" w14:textId="77777777" w:rsidR="003F7A25" w:rsidRDefault="003F7A25" w:rsidP="00655302">
            <w:r>
              <w:rPr>
                <w:b/>
              </w:rPr>
              <w:t xml:space="preserve">D. Zn anode dan </w:t>
            </w:r>
            <w:proofErr w:type="spellStart"/>
            <w:r>
              <w:rPr>
                <w:b/>
              </w:rPr>
              <w:t>massanya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berkurang</w:t>
            </w:r>
            <w:proofErr w:type="spellEnd"/>
          </w:p>
        </w:tc>
        <w:tc>
          <w:tcPr>
            <w:tcW w:w="3346" w:type="dxa"/>
            <w:vAlign w:val="center"/>
          </w:tcPr>
          <w:p w14:paraId="38F5D6DA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4A404AAD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Zn→Zn²⁺+2e⁻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massa</w:t>
            </w:r>
            <w:proofErr w:type="spellEnd"/>
            <w:r>
              <w:t xml:space="preserve"> Zn </w:t>
            </w:r>
            <w:proofErr w:type="spellStart"/>
            <w:r>
              <w:t>berkurang</w:t>
            </w:r>
            <w:proofErr w:type="spellEnd"/>
            <w:r>
              <w:t>.</w:t>
            </w:r>
          </w:p>
        </w:tc>
      </w:tr>
      <w:tr w:rsidR="003F7A25" w14:paraId="7DF148DD" w14:textId="77777777" w:rsidTr="00655302">
        <w:tc>
          <w:tcPr>
            <w:tcW w:w="3346" w:type="dxa"/>
            <w:vAlign w:val="center"/>
          </w:tcPr>
          <w:p w14:paraId="348C04CA" w14:textId="77777777" w:rsidR="003F7A25" w:rsidRDefault="003F7A25" w:rsidP="00655302">
            <w:r>
              <w:rPr>
                <w:b/>
              </w:rPr>
              <w:t xml:space="preserve">E. </w:t>
            </w:r>
            <w:proofErr w:type="spellStart"/>
            <w:r>
              <w:rPr>
                <w:b/>
              </w:rPr>
              <w:t>konsentrasi</w:t>
            </w:r>
            <w:proofErr w:type="spellEnd"/>
            <w:r>
              <w:rPr>
                <w:b/>
              </w:rPr>
              <w:t xml:space="preserve"> Zn²⁺ </w:t>
            </w:r>
            <w:proofErr w:type="spellStart"/>
            <w:r>
              <w:rPr>
                <w:b/>
              </w:rPr>
              <w:t>berkurang</w:t>
            </w:r>
            <w:proofErr w:type="spellEnd"/>
          </w:p>
        </w:tc>
        <w:tc>
          <w:tcPr>
            <w:tcW w:w="3346" w:type="dxa"/>
            <w:vAlign w:val="center"/>
          </w:tcPr>
          <w:p w14:paraId="7AA08774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7B7977AE" w14:textId="77777777" w:rsidR="003F7A25" w:rsidRDefault="003F7A25" w:rsidP="00655302">
            <w:proofErr w:type="spellStart"/>
            <w:r>
              <w:t>Oksidasi</w:t>
            </w:r>
            <w:proofErr w:type="spellEnd"/>
            <w:r>
              <w:t xml:space="preserve"> Zn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menaikkan</w:t>
            </w:r>
            <w:proofErr w:type="spellEnd"/>
            <w:r>
              <w:t xml:space="preserve"> [Zn²⁺].</w:t>
            </w:r>
          </w:p>
        </w:tc>
      </w:tr>
    </w:tbl>
    <w:p w14:paraId="2C8553D4" w14:textId="77777777" w:rsidR="003F7A25" w:rsidRDefault="003F7A25" w:rsidP="003F7A25">
      <w:r>
        <w:br w:type="page"/>
      </w:r>
    </w:p>
    <w:p w14:paraId="11EDA424" w14:textId="77777777" w:rsidR="003F7A25" w:rsidRDefault="003F7A25" w:rsidP="003F7A25">
      <w:pPr>
        <w:pStyle w:val="Heading2"/>
      </w:pPr>
      <w:r>
        <w:lastRenderedPageBreak/>
        <w:t>SOAL NOMOR 18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7DC135A1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64BEAE6D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2367207" w14:textId="77777777" w:rsidR="003F7A25" w:rsidRDefault="003F7A25" w:rsidP="00655302">
            <w:proofErr w:type="spellStart"/>
            <w:r>
              <w:t>Elektrokimia</w:t>
            </w:r>
            <w:proofErr w:type="spellEnd"/>
          </w:p>
        </w:tc>
      </w:tr>
      <w:tr w:rsidR="003F7A25" w14:paraId="148CFD80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8335F71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65E16FDA" w14:textId="77777777" w:rsidR="003F7A25" w:rsidRDefault="003F7A25" w:rsidP="00655302">
            <w:proofErr w:type="spellStart"/>
            <w:r>
              <w:t>Elektrolisis</w:t>
            </w:r>
            <w:proofErr w:type="spellEnd"/>
          </w:p>
        </w:tc>
      </w:tr>
      <w:tr w:rsidR="003F7A25" w14:paraId="322C213C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FE5E246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3126A246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reduksi</w:t>
            </w:r>
            <w:proofErr w:type="spellEnd"/>
            <w:r>
              <w:t xml:space="preserve"> dan </w:t>
            </w:r>
            <w:proofErr w:type="spellStart"/>
            <w:r>
              <w:t>oksidasi</w:t>
            </w:r>
            <w:proofErr w:type="spellEnd"/>
          </w:p>
        </w:tc>
      </w:tr>
      <w:tr w:rsidR="003F7A25" w14:paraId="6D9C0E8E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6203D16A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785A873" w14:textId="77777777" w:rsidR="003F7A25" w:rsidRDefault="003F7A25" w:rsidP="00655302"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reduksi</w:t>
            </w:r>
            <w:proofErr w:type="spellEnd"/>
            <w:r>
              <w:t xml:space="preserve"> di </w:t>
            </w:r>
            <w:proofErr w:type="spellStart"/>
            <w:r>
              <w:t>katode</w:t>
            </w:r>
            <w:proofErr w:type="spellEnd"/>
            <w:r>
              <w:t xml:space="preserve"> pada </w:t>
            </w:r>
            <w:proofErr w:type="spellStart"/>
            <w:r>
              <w:t>elektrolisis</w:t>
            </w:r>
            <w:proofErr w:type="spellEnd"/>
            <w:r>
              <w:t xml:space="preserve"> </w:t>
            </w:r>
            <w:proofErr w:type="spellStart"/>
            <w:r>
              <w:t>larutan</w:t>
            </w:r>
            <w:proofErr w:type="spellEnd"/>
            <w:r>
              <w:t xml:space="preserve"> garam.</w:t>
            </w:r>
          </w:p>
        </w:tc>
      </w:tr>
      <w:tr w:rsidR="003F7A25" w14:paraId="2BAF26CD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6E74211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0DE4FFB" w14:textId="77777777" w:rsidR="003F7A25" w:rsidRDefault="003F7A25" w:rsidP="00655302"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katode</w:t>
            </w:r>
            <w:proofErr w:type="spellEnd"/>
            <w:r>
              <w:t xml:space="preserve"> pada </w:t>
            </w:r>
            <w:proofErr w:type="spellStart"/>
            <w:r>
              <w:t>elektrolisis</w:t>
            </w:r>
            <w:proofErr w:type="spellEnd"/>
            <w:r>
              <w:t xml:space="preserve"> </w:t>
            </w:r>
            <w:proofErr w:type="spellStart"/>
            <w:r>
              <w:t>larutan</w:t>
            </w:r>
            <w:proofErr w:type="spellEnd"/>
            <w:r>
              <w:t>.</w:t>
            </w:r>
          </w:p>
        </w:tc>
      </w:tr>
      <w:tr w:rsidR="003F7A25" w14:paraId="668E4525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9705F69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67093049" w14:textId="77777777" w:rsidR="003F7A25" w:rsidRDefault="003F7A25" w:rsidP="00655302">
            <w:r>
              <w:t>C4</w:t>
            </w:r>
          </w:p>
        </w:tc>
      </w:tr>
    </w:tbl>
    <w:p w14:paraId="7AFF9A78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3AD5DB5D" w14:textId="77777777" w:rsidR="003F7A25" w:rsidRDefault="003F7A25" w:rsidP="003F7A25">
      <w:r>
        <w:t xml:space="preserve">Pada </w:t>
      </w:r>
      <w:proofErr w:type="spellStart"/>
      <w:r>
        <w:t>elektrolisis</w:t>
      </w:r>
      <w:proofErr w:type="spellEnd"/>
      <w:r>
        <w:t xml:space="preserve"> </w:t>
      </w:r>
      <w:proofErr w:type="spellStart"/>
      <w:r>
        <w:t>larutan</w:t>
      </w:r>
      <w:proofErr w:type="spellEnd"/>
      <w:r>
        <w:t xml:space="preserve"> </w:t>
      </w:r>
      <w:proofErr w:type="spellStart"/>
      <w:r>
        <w:t>CuSO</w:t>
      </w:r>
      <w:proofErr w:type="spellEnd"/>
      <w:r>
        <w:t xml:space="preserve">₄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elektroda</w:t>
      </w:r>
      <w:proofErr w:type="spellEnd"/>
      <w:r>
        <w:t xml:space="preserve"> inert, </w:t>
      </w:r>
      <w:proofErr w:type="spellStart"/>
      <w:r>
        <w:t>reaksi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katode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p w14:paraId="394D5CAC" w14:textId="77777777" w:rsidR="003F7A25" w:rsidRDefault="003F7A25" w:rsidP="003F7A25">
      <w:pPr>
        <w:jc w:val="center"/>
      </w:pPr>
      <w:r>
        <w:rPr>
          <w:noProof/>
        </w:rPr>
        <w:drawing>
          <wp:inline distT="0" distB="0" distL="0" distR="0" wp14:anchorId="0B9AFFC9" wp14:editId="5453841B">
            <wp:extent cx="4754880" cy="3566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_baru_sel_elektrolisis_1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FCD0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510F7766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70379898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FE5E1AD" w14:textId="77777777" w:rsidR="003F7A25" w:rsidRDefault="003F7A25" w:rsidP="00655302">
            <w:r>
              <w:t>Cu→Cu²⁺+2e⁻</w:t>
            </w:r>
          </w:p>
        </w:tc>
      </w:tr>
      <w:tr w:rsidR="003F7A25" w14:paraId="3788ECC9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9645DD1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A700BFD" w14:textId="77777777" w:rsidR="003F7A25" w:rsidRDefault="003F7A25" w:rsidP="00655302">
            <w:r>
              <w:t>Cu²⁺+2e⁻→Cu</w:t>
            </w:r>
          </w:p>
        </w:tc>
      </w:tr>
      <w:tr w:rsidR="003F7A25" w14:paraId="027ACB1B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1AF0A8DF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D8B424A" w14:textId="77777777" w:rsidR="003F7A25" w:rsidRDefault="003F7A25" w:rsidP="00655302">
            <w:r>
              <w:t>2H₂O→O₂+4H⁺+4e⁻</w:t>
            </w:r>
          </w:p>
        </w:tc>
      </w:tr>
      <w:tr w:rsidR="003F7A25" w14:paraId="1CA33AA7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BCE8374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C95DF44" w14:textId="77777777" w:rsidR="003F7A25" w:rsidRDefault="003F7A25" w:rsidP="00655302">
            <w:r>
              <w:t>SO₄²⁻→SO₂</w:t>
            </w:r>
          </w:p>
        </w:tc>
      </w:tr>
      <w:tr w:rsidR="003F7A25" w14:paraId="253D1B46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D0DD164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5626B00F" w14:textId="77777777" w:rsidR="003F7A25" w:rsidRDefault="003F7A25" w:rsidP="00655302">
            <w:proofErr w:type="spellStart"/>
            <w:r>
              <w:t>H₂O+e</w:t>
            </w:r>
            <w:proofErr w:type="spellEnd"/>
            <w:r>
              <w:t>⁻→OH⁻</w:t>
            </w:r>
          </w:p>
        </w:tc>
      </w:tr>
    </w:tbl>
    <w:p w14:paraId="344C0E84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B</w:t>
      </w:r>
    </w:p>
    <w:p w14:paraId="64D5BFBC" w14:textId="77777777" w:rsidR="003F7A25" w:rsidRDefault="003F7A25" w:rsidP="003F7A25">
      <w:r>
        <w:t xml:space="preserve">PEMBAHASAN: Katode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reduksi</w:t>
      </w:r>
      <w:proofErr w:type="spellEnd"/>
      <w:r>
        <w:t xml:space="preserve">. Ion Cu²⁺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elektron</w:t>
      </w:r>
      <w:proofErr w:type="spellEnd"/>
      <w:r>
        <w:t xml:space="preserve">: Cu²⁺+2e⁻→Cu. Air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teroksidasi</w:t>
      </w:r>
      <w:proofErr w:type="spellEnd"/>
      <w:r>
        <w:t xml:space="preserve"> di anode, </w:t>
      </w:r>
      <w:proofErr w:type="spellStart"/>
      <w:r>
        <w:t>sedangkan</w:t>
      </w:r>
      <w:proofErr w:type="spellEnd"/>
      <w:r>
        <w:t xml:space="preserve"> SO₄²⁻ </w:t>
      </w:r>
      <w:proofErr w:type="spellStart"/>
      <w:r>
        <w:t>menjadi</w:t>
      </w:r>
      <w:proofErr w:type="spellEnd"/>
      <w:r>
        <w:t xml:space="preserve"> ion </w:t>
      </w:r>
      <w:proofErr w:type="spellStart"/>
      <w:r>
        <w:t>pendamping</w:t>
      </w:r>
      <w:proofErr w:type="spellEnd"/>
      <w:r>
        <w:t>.</w:t>
      </w:r>
    </w:p>
    <w:p w14:paraId="77296AB5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09C84DEA" w14:textId="77777777" w:rsidTr="00655302">
        <w:tc>
          <w:tcPr>
            <w:tcW w:w="3346" w:type="dxa"/>
            <w:shd w:val="clear" w:color="auto" w:fill="2F5597"/>
            <w:vAlign w:val="center"/>
          </w:tcPr>
          <w:p w14:paraId="0AEF92AD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23DAA023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153E156A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14AA0559" w14:textId="77777777" w:rsidTr="00655302">
        <w:tc>
          <w:tcPr>
            <w:tcW w:w="3346" w:type="dxa"/>
            <w:vAlign w:val="center"/>
          </w:tcPr>
          <w:p w14:paraId="6461CBA5" w14:textId="77777777" w:rsidR="003F7A25" w:rsidRDefault="003F7A25" w:rsidP="00655302">
            <w:r>
              <w:rPr>
                <w:b/>
              </w:rPr>
              <w:t>A. Cu→Cu²⁺+2e⁻</w:t>
            </w:r>
          </w:p>
        </w:tc>
        <w:tc>
          <w:tcPr>
            <w:tcW w:w="3346" w:type="dxa"/>
            <w:vAlign w:val="center"/>
          </w:tcPr>
          <w:p w14:paraId="16CE5747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04F70C93" w14:textId="77777777" w:rsidR="003F7A25" w:rsidRDefault="003F7A25" w:rsidP="00655302">
            <w:r>
              <w:t xml:space="preserve">Itu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oksidasi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katode</w:t>
            </w:r>
            <w:proofErr w:type="spellEnd"/>
            <w:r>
              <w:t>.</w:t>
            </w:r>
          </w:p>
        </w:tc>
      </w:tr>
      <w:tr w:rsidR="003F7A25" w14:paraId="4400A70B" w14:textId="77777777" w:rsidTr="00655302">
        <w:tc>
          <w:tcPr>
            <w:tcW w:w="3346" w:type="dxa"/>
            <w:vAlign w:val="center"/>
          </w:tcPr>
          <w:p w14:paraId="599BE5AC" w14:textId="77777777" w:rsidR="003F7A25" w:rsidRDefault="003F7A25" w:rsidP="00655302">
            <w:r>
              <w:rPr>
                <w:b/>
              </w:rPr>
              <w:t>B. Cu²⁺+2e⁻→Cu</w:t>
            </w:r>
          </w:p>
        </w:tc>
        <w:tc>
          <w:tcPr>
            <w:tcW w:w="3346" w:type="dxa"/>
            <w:vAlign w:val="center"/>
          </w:tcPr>
          <w:p w14:paraId="4CC6D61E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0311268D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</w:t>
            </w:r>
            <w:proofErr w:type="spellStart"/>
            <w:r>
              <w:t>katode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lastRenderedPageBreak/>
              <w:t>reduksi</w:t>
            </w:r>
            <w:proofErr w:type="spellEnd"/>
            <w:r>
              <w:t xml:space="preserve"> Cu²⁺ </w:t>
            </w:r>
            <w:proofErr w:type="spellStart"/>
            <w:r>
              <w:t>menjadi</w:t>
            </w:r>
            <w:proofErr w:type="spellEnd"/>
            <w:r>
              <w:t xml:space="preserve"> Cu.</w:t>
            </w:r>
          </w:p>
        </w:tc>
      </w:tr>
      <w:tr w:rsidR="003F7A25" w14:paraId="1D10EFAC" w14:textId="77777777" w:rsidTr="00655302">
        <w:tc>
          <w:tcPr>
            <w:tcW w:w="3346" w:type="dxa"/>
            <w:vAlign w:val="center"/>
          </w:tcPr>
          <w:p w14:paraId="68153733" w14:textId="77777777" w:rsidR="003F7A25" w:rsidRDefault="003F7A25" w:rsidP="00655302">
            <w:r>
              <w:rPr>
                <w:b/>
              </w:rPr>
              <w:lastRenderedPageBreak/>
              <w:t>C. 2H₂O→O₂+4H⁺+4e⁻</w:t>
            </w:r>
          </w:p>
        </w:tc>
        <w:tc>
          <w:tcPr>
            <w:tcW w:w="3346" w:type="dxa"/>
            <w:vAlign w:val="center"/>
          </w:tcPr>
          <w:p w14:paraId="10F38715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6991E527" w14:textId="77777777" w:rsidR="003F7A25" w:rsidRDefault="003F7A25" w:rsidP="00655302">
            <w:proofErr w:type="spellStart"/>
            <w:r>
              <w:t>Pelepasan</w:t>
            </w:r>
            <w:proofErr w:type="spellEnd"/>
            <w:r>
              <w:t xml:space="preserve"> O₂ </w:t>
            </w:r>
            <w:proofErr w:type="spellStart"/>
            <w:r>
              <w:t>merupakan</w:t>
            </w:r>
            <w:proofErr w:type="spellEnd"/>
            <w:r>
              <w:t xml:space="preserve"> proses anode.</w:t>
            </w:r>
          </w:p>
        </w:tc>
      </w:tr>
      <w:tr w:rsidR="003F7A25" w14:paraId="17E19EB2" w14:textId="77777777" w:rsidTr="00655302">
        <w:tc>
          <w:tcPr>
            <w:tcW w:w="3346" w:type="dxa"/>
            <w:vAlign w:val="center"/>
          </w:tcPr>
          <w:p w14:paraId="2DC75F8B" w14:textId="77777777" w:rsidR="003F7A25" w:rsidRDefault="003F7A25" w:rsidP="00655302">
            <w:r>
              <w:rPr>
                <w:b/>
              </w:rPr>
              <w:t>D. SO₄²⁻→SO₂</w:t>
            </w:r>
          </w:p>
        </w:tc>
        <w:tc>
          <w:tcPr>
            <w:tcW w:w="3346" w:type="dxa"/>
            <w:vAlign w:val="center"/>
          </w:tcPr>
          <w:p w14:paraId="54A92AF7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78E22CE7" w14:textId="77777777" w:rsidR="003F7A25" w:rsidRDefault="003F7A25" w:rsidP="00655302">
            <w:r>
              <w:t xml:space="preserve">SO₄²⁻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direduksi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SO₂ pada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</w:tc>
      </w:tr>
      <w:tr w:rsidR="003F7A25" w14:paraId="3438EC84" w14:textId="77777777" w:rsidTr="00655302">
        <w:tc>
          <w:tcPr>
            <w:tcW w:w="3346" w:type="dxa"/>
            <w:vAlign w:val="center"/>
          </w:tcPr>
          <w:p w14:paraId="4591C10B" w14:textId="77777777" w:rsidR="003F7A25" w:rsidRDefault="003F7A25" w:rsidP="00655302">
            <w:r>
              <w:rPr>
                <w:b/>
              </w:rPr>
              <w:t xml:space="preserve">E. </w:t>
            </w:r>
            <w:proofErr w:type="spellStart"/>
            <w:r>
              <w:rPr>
                <w:b/>
              </w:rPr>
              <w:t>H₂O+e</w:t>
            </w:r>
            <w:proofErr w:type="spellEnd"/>
            <w:r>
              <w:rPr>
                <w:b/>
              </w:rPr>
              <w:t>⁻→OH⁻</w:t>
            </w:r>
          </w:p>
        </w:tc>
        <w:tc>
          <w:tcPr>
            <w:tcW w:w="3346" w:type="dxa"/>
            <w:vAlign w:val="center"/>
          </w:tcPr>
          <w:p w14:paraId="03A7AD8C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2B99293" w14:textId="77777777" w:rsidR="003F7A25" w:rsidRDefault="003F7A25" w:rsidP="00655302"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reduksi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larutan</w:t>
            </w:r>
            <w:proofErr w:type="spellEnd"/>
            <w:r>
              <w:t xml:space="preserve"> </w:t>
            </w:r>
            <w:proofErr w:type="spellStart"/>
            <w:r>
              <w:t>CuSO</w:t>
            </w:r>
            <w:proofErr w:type="spellEnd"/>
            <w:r>
              <w:t>₄.</w:t>
            </w:r>
          </w:p>
        </w:tc>
      </w:tr>
    </w:tbl>
    <w:p w14:paraId="06D65900" w14:textId="77777777" w:rsidR="003F7A25" w:rsidRDefault="003F7A25" w:rsidP="003F7A25">
      <w:r>
        <w:br w:type="page"/>
      </w:r>
    </w:p>
    <w:p w14:paraId="68210EB1" w14:textId="77777777" w:rsidR="003F7A25" w:rsidRDefault="003F7A25" w:rsidP="003F7A25">
      <w:pPr>
        <w:pStyle w:val="Heading2"/>
      </w:pPr>
      <w:r>
        <w:lastRenderedPageBreak/>
        <w:t>SOAL NOMOR 19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73BDB6CF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73D9742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70E09B96" w14:textId="77777777" w:rsidR="003F7A25" w:rsidRDefault="003F7A25" w:rsidP="00655302">
            <w:r>
              <w:t xml:space="preserve">Kimia </w:t>
            </w:r>
            <w:proofErr w:type="spellStart"/>
            <w:r>
              <w:t>Fisik</w:t>
            </w:r>
            <w:proofErr w:type="spellEnd"/>
          </w:p>
        </w:tc>
      </w:tr>
      <w:tr w:rsidR="003F7A25" w14:paraId="235592BE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01B2400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3C40F721" w14:textId="77777777" w:rsidR="003F7A25" w:rsidRDefault="003F7A25" w:rsidP="00655302">
            <w:proofErr w:type="spellStart"/>
            <w:r>
              <w:t>Kesetimbangan</w:t>
            </w:r>
            <w:proofErr w:type="spellEnd"/>
          </w:p>
        </w:tc>
      </w:tr>
      <w:tr w:rsidR="003F7A25" w14:paraId="75504DFA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24EB5020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726DB1F1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dan </w:t>
            </w:r>
            <w:proofErr w:type="spellStart"/>
            <w:r>
              <w:t>tekanan</w:t>
            </w:r>
            <w:proofErr w:type="spellEnd"/>
          </w:p>
        </w:tc>
      </w:tr>
      <w:tr w:rsidR="003F7A25" w14:paraId="790A1544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24CC7186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522BE557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dan </w:t>
            </w:r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kesetimbangan</w:t>
            </w:r>
            <w:proofErr w:type="spellEnd"/>
            <w:r>
              <w:t xml:space="preserve"> </w:t>
            </w:r>
            <w:proofErr w:type="spellStart"/>
            <w:r>
              <w:t>eksoterm</w:t>
            </w:r>
            <w:proofErr w:type="spellEnd"/>
            <w:r>
              <w:t>.</w:t>
            </w:r>
          </w:p>
        </w:tc>
      </w:tr>
      <w:tr w:rsidR="003F7A25" w14:paraId="699903ED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2DEC9AB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7EB5142" w14:textId="77777777" w:rsidR="003F7A25" w:rsidRDefault="003F7A25" w:rsidP="00655302"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yang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eksoterm</w:t>
            </w:r>
            <w:proofErr w:type="spellEnd"/>
            <w:r>
              <w:t>.</w:t>
            </w:r>
          </w:p>
        </w:tc>
      </w:tr>
      <w:tr w:rsidR="003F7A25" w14:paraId="762AC072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2E3888B8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49E1CAB8" w14:textId="77777777" w:rsidR="003F7A25" w:rsidRDefault="003F7A25" w:rsidP="00655302">
            <w:r>
              <w:t>C4–C5</w:t>
            </w:r>
          </w:p>
        </w:tc>
      </w:tr>
    </w:tbl>
    <w:p w14:paraId="6125B9D1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7F56700C" w14:textId="77777777" w:rsidR="003F7A25" w:rsidRDefault="003F7A25" w:rsidP="003F7A25">
      <w:proofErr w:type="spellStart"/>
      <w:r>
        <w:t>Reaksi</w:t>
      </w:r>
      <w:proofErr w:type="spellEnd"/>
      <w:r>
        <w:t xml:space="preserve"> 2SO₂(g)+O₂(g)⇌2SO₃(g) </w:t>
      </w:r>
      <w:proofErr w:type="spellStart"/>
      <w:r>
        <w:t>memiliki</w:t>
      </w:r>
      <w:proofErr w:type="spellEnd"/>
      <w:r>
        <w:t xml:space="preserve"> ΔH&lt;0. </w:t>
      </w:r>
      <w:proofErr w:type="spellStart"/>
      <w:r>
        <w:t>Perlakuan</w:t>
      </w:r>
      <w:proofErr w:type="spellEnd"/>
      <w:r>
        <w:t xml:space="preserve"> yang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SO₃ </w:t>
      </w:r>
      <w:proofErr w:type="spellStart"/>
      <w:r>
        <w:t>adalah</w:t>
      </w:r>
      <w:proofErr w:type="spellEnd"/>
      <w:r>
        <w:t xml:space="preserve"> …</w:t>
      </w:r>
    </w:p>
    <w:p w14:paraId="3215767E" w14:textId="77777777" w:rsidR="003F7A25" w:rsidRDefault="003F7A25" w:rsidP="003F7A25">
      <w:pPr>
        <w:jc w:val="center"/>
      </w:pPr>
      <w:r>
        <w:rPr>
          <w:noProof/>
        </w:rPr>
        <w:drawing>
          <wp:inline distT="0" distB="0" distL="0" distR="0" wp14:anchorId="22FFE198" wp14:editId="4D7E3944">
            <wp:extent cx="4754880" cy="21396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ual_kesetimbanga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13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F9C9B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70B72B84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60D7E888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56009DEB" w14:textId="77777777" w:rsidR="003F7A25" w:rsidRDefault="003F7A25" w:rsidP="00655302">
            <w:proofErr w:type="spellStart"/>
            <w:r>
              <w:t>menaikkan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dan </w:t>
            </w:r>
            <w:proofErr w:type="spellStart"/>
            <w:r>
              <w:t>menurunkan</w:t>
            </w:r>
            <w:proofErr w:type="spellEnd"/>
            <w:r>
              <w:t xml:space="preserve"> </w:t>
            </w:r>
            <w:proofErr w:type="spellStart"/>
            <w:r>
              <w:t>tekanan</w:t>
            </w:r>
            <w:proofErr w:type="spellEnd"/>
          </w:p>
        </w:tc>
      </w:tr>
      <w:tr w:rsidR="003F7A25" w14:paraId="329C2D5E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E0D5D6A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1C58C18" w14:textId="77777777" w:rsidR="003F7A25" w:rsidRDefault="003F7A25" w:rsidP="00655302">
            <w:proofErr w:type="spellStart"/>
            <w:r>
              <w:t>menurunkan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dan </w:t>
            </w:r>
            <w:proofErr w:type="spellStart"/>
            <w:r>
              <w:t>menaikkan</w:t>
            </w:r>
            <w:proofErr w:type="spellEnd"/>
            <w:r>
              <w:t xml:space="preserve"> </w:t>
            </w:r>
            <w:proofErr w:type="spellStart"/>
            <w:r>
              <w:t>tekanan</w:t>
            </w:r>
            <w:proofErr w:type="spellEnd"/>
          </w:p>
        </w:tc>
      </w:tr>
      <w:tr w:rsidR="003F7A25" w14:paraId="2F68B292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2C852EEA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C659097" w14:textId="77777777" w:rsidR="003F7A25" w:rsidRDefault="003F7A25" w:rsidP="00655302">
            <w:proofErr w:type="spellStart"/>
            <w:r>
              <w:t>menambah</w:t>
            </w:r>
            <w:proofErr w:type="spellEnd"/>
            <w:r>
              <w:t xml:space="preserve"> </w:t>
            </w:r>
            <w:proofErr w:type="spellStart"/>
            <w:r>
              <w:t>katalis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</w:p>
        </w:tc>
      </w:tr>
      <w:tr w:rsidR="003F7A25" w14:paraId="644D5FC9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E9749FA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6CFDEBD6" w14:textId="77777777" w:rsidR="003F7A25" w:rsidRDefault="003F7A25" w:rsidP="00655302">
            <w:proofErr w:type="spellStart"/>
            <w:r>
              <w:t>menurunkan</w:t>
            </w:r>
            <w:proofErr w:type="spellEnd"/>
            <w:r>
              <w:t xml:space="preserve"> </w:t>
            </w:r>
            <w:proofErr w:type="spellStart"/>
            <w:r>
              <w:t>tekanan</w:t>
            </w:r>
            <w:proofErr w:type="spellEnd"/>
            <w:r>
              <w:t xml:space="preserve"> dan </w:t>
            </w:r>
            <w:proofErr w:type="spellStart"/>
            <w:r>
              <w:t>menambah</w:t>
            </w:r>
            <w:proofErr w:type="spellEnd"/>
            <w:r>
              <w:t xml:space="preserve"> O₂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</w:p>
        </w:tc>
      </w:tr>
      <w:tr w:rsidR="003F7A25" w14:paraId="24AC95AD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0760835B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C9BEBAA" w14:textId="77777777" w:rsidR="003F7A25" w:rsidRDefault="003F7A25" w:rsidP="00655302">
            <w:proofErr w:type="spellStart"/>
            <w:r>
              <w:t>menaikkan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lain</w:t>
            </w:r>
          </w:p>
        </w:tc>
      </w:tr>
    </w:tbl>
    <w:p w14:paraId="0BF6DB2D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B</w:t>
      </w:r>
    </w:p>
    <w:p w14:paraId="18431236" w14:textId="77777777" w:rsidR="003F7A25" w:rsidRDefault="003F7A25" w:rsidP="003F7A25">
      <w:r>
        <w:t xml:space="preserve">PEMBAHASAN: </w:t>
      </w:r>
      <w:proofErr w:type="spellStart"/>
      <w:r>
        <w:t>Reaksi</w:t>
      </w:r>
      <w:proofErr w:type="spellEnd"/>
      <w:r>
        <w:t xml:space="preserve"> </w:t>
      </w:r>
      <w:proofErr w:type="spellStart"/>
      <w:r>
        <w:t>eksoterm</w:t>
      </w:r>
      <w:proofErr w:type="spellEnd"/>
      <w:r>
        <w:t xml:space="preserve"> </w:t>
      </w:r>
      <w:proofErr w:type="spellStart"/>
      <w:r>
        <w:t>melepaskan</w:t>
      </w:r>
      <w:proofErr w:type="spellEnd"/>
      <w:r>
        <w:t xml:space="preserve"> </w:t>
      </w:r>
      <w:proofErr w:type="spellStart"/>
      <w:r>
        <w:t>panas</w:t>
      </w:r>
      <w:proofErr w:type="spellEnd"/>
      <w:r>
        <w:t xml:space="preserve">.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kanan</w:t>
      </w:r>
      <w:proofErr w:type="spellEnd"/>
      <w:r>
        <w:t xml:space="preserve">. Mol gas kiri=3 dan </w:t>
      </w:r>
      <w:proofErr w:type="spellStart"/>
      <w:r>
        <w:t>kanan</w:t>
      </w:r>
      <w:proofErr w:type="spellEnd"/>
      <w:r>
        <w:t xml:space="preserve">=2,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juga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kanan</w:t>
      </w:r>
      <w:proofErr w:type="spellEnd"/>
      <w:r>
        <w:t xml:space="preserve">. </w:t>
      </w:r>
      <w:proofErr w:type="spellStart"/>
      <w:r>
        <w:t>Katalis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tercapainya</w:t>
      </w:r>
      <w:proofErr w:type="spellEnd"/>
      <w:r>
        <w:t xml:space="preserve"> </w:t>
      </w:r>
      <w:proofErr w:type="spellStart"/>
      <w:r>
        <w:t>setimbang</w:t>
      </w:r>
      <w:proofErr w:type="spellEnd"/>
      <w:r>
        <w:t>.</w:t>
      </w:r>
    </w:p>
    <w:p w14:paraId="601E5252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4698"/>
        <w:gridCol w:w="990"/>
        <w:gridCol w:w="5040"/>
      </w:tblGrid>
      <w:tr w:rsidR="003F7A25" w14:paraId="47154EA3" w14:textId="77777777" w:rsidTr="003F7A25">
        <w:tc>
          <w:tcPr>
            <w:tcW w:w="4698" w:type="dxa"/>
            <w:shd w:val="clear" w:color="auto" w:fill="2F5597"/>
            <w:vAlign w:val="center"/>
          </w:tcPr>
          <w:p w14:paraId="0648F02E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990" w:type="dxa"/>
            <w:shd w:val="clear" w:color="auto" w:fill="2F5597"/>
            <w:vAlign w:val="center"/>
          </w:tcPr>
          <w:p w14:paraId="3732C6C4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5040" w:type="dxa"/>
            <w:shd w:val="clear" w:color="auto" w:fill="2F5597"/>
            <w:vAlign w:val="center"/>
          </w:tcPr>
          <w:p w14:paraId="32000D91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70D551FF" w14:textId="77777777" w:rsidTr="003F7A25">
        <w:tc>
          <w:tcPr>
            <w:tcW w:w="4698" w:type="dxa"/>
            <w:vAlign w:val="center"/>
          </w:tcPr>
          <w:p w14:paraId="1776B0B0" w14:textId="77777777" w:rsidR="003F7A25" w:rsidRDefault="003F7A25" w:rsidP="00655302">
            <w:r>
              <w:rPr>
                <w:b/>
              </w:rPr>
              <w:t xml:space="preserve">A. </w:t>
            </w:r>
            <w:proofErr w:type="spellStart"/>
            <w:r>
              <w:rPr>
                <w:b/>
              </w:rPr>
              <w:t>menaikkan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suhu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menurunkan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tekanan</w:t>
            </w:r>
            <w:proofErr w:type="spellEnd"/>
          </w:p>
        </w:tc>
        <w:tc>
          <w:tcPr>
            <w:tcW w:w="990" w:type="dxa"/>
            <w:vAlign w:val="center"/>
          </w:tcPr>
          <w:p w14:paraId="3F6511E0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5040" w:type="dxa"/>
            <w:vAlign w:val="center"/>
          </w:tcPr>
          <w:p w14:paraId="236B9239" w14:textId="77777777" w:rsidR="003F7A25" w:rsidRDefault="003F7A25" w:rsidP="00655302"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menurunkan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pada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eksoterm</w:t>
            </w:r>
            <w:proofErr w:type="spellEnd"/>
            <w:r>
              <w:t>.</w:t>
            </w:r>
          </w:p>
        </w:tc>
      </w:tr>
      <w:tr w:rsidR="003F7A25" w14:paraId="6673C54C" w14:textId="77777777" w:rsidTr="003F7A25">
        <w:tc>
          <w:tcPr>
            <w:tcW w:w="4698" w:type="dxa"/>
            <w:vAlign w:val="center"/>
          </w:tcPr>
          <w:p w14:paraId="42B793CE" w14:textId="77777777" w:rsidR="003F7A25" w:rsidRDefault="003F7A25" w:rsidP="00655302">
            <w:r>
              <w:rPr>
                <w:b/>
              </w:rPr>
              <w:t xml:space="preserve">B. </w:t>
            </w:r>
            <w:proofErr w:type="spellStart"/>
            <w:r>
              <w:rPr>
                <w:b/>
              </w:rPr>
              <w:t>menurunkan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suhu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menaikkan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tekanan</w:t>
            </w:r>
            <w:proofErr w:type="spellEnd"/>
          </w:p>
        </w:tc>
        <w:tc>
          <w:tcPr>
            <w:tcW w:w="990" w:type="dxa"/>
            <w:vAlign w:val="center"/>
          </w:tcPr>
          <w:p w14:paraId="17AE1C88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5040" w:type="dxa"/>
            <w:vAlign w:val="center"/>
          </w:tcPr>
          <w:p w14:paraId="0D8946F4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 xml:space="preserve"> dan </w:t>
            </w:r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menggeser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kanan</w:t>
            </w:r>
            <w:proofErr w:type="spellEnd"/>
            <w:r>
              <w:t>.</w:t>
            </w:r>
          </w:p>
        </w:tc>
      </w:tr>
      <w:tr w:rsidR="003F7A25" w14:paraId="150A40BC" w14:textId="77777777" w:rsidTr="003F7A25">
        <w:tc>
          <w:tcPr>
            <w:tcW w:w="4698" w:type="dxa"/>
            <w:vAlign w:val="center"/>
          </w:tcPr>
          <w:p w14:paraId="0264D978" w14:textId="77777777" w:rsidR="003F7A25" w:rsidRDefault="003F7A25" w:rsidP="00655302">
            <w:r>
              <w:rPr>
                <w:b/>
              </w:rPr>
              <w:t xml:space="preserve">C. </w:t>
            </w:r>
            <w:proofErr w:type="spellStart"/>
            <w:r>
              <w:rPr>
                <w:b/>
              </w:rPr>
              <w:t>menambah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katalis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saja</w:t>
            </w:r>
            <w:proofErr w:type="spellEnd"/>
          </w:p>
        </w:tc>
        <w:tc>
          <w:tcPr>
            <w:tcW w:w="990" w:type="dxa"/>
            <w:vAlign w:val="center"/>
          </w:tcPr>
          <w:p w14:paraId="71F77070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5040" w:type="dxa"/>
            <w:vAlign w:val="center"/>
          </w:tcPr>
          <w:p w14:paraId="3CA15A19" w14:textId="77777777" w:rsidR="003F7A25" w:rsidRDefault="003F7A25" w:rsidP="00655302">
            <w:proofErr w:type="spellStart"/>
            <w:r>
              <w:t>Katalis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komposisi</w:t>
            </w:r>
            <w:proofErr w:type="spellEnd"/>
            <w:r>
              <w:t xml:space="preserve"> </w:t>
            </w:r>
            <w:proofErr w:type="spellStart"/>
            <w:r>
              <w:t>kesetimbangan</w:t>
            </w:r>
            <w:proofErr w:type="spellEnd"/>
            <w:r>
              <w:t>.</w:t>
            </w:r>
          </w:p>
        </w:tc>
      </w:tr>
      <w:tr w:rsidR="003F7A25" w14:paraId="5FEE032F" w14:textId="77777777" w:rsidTr="003F7A25">
        <w:tc>
          <w:tcPr>
            <w:tcW w:w="4698" w:type="dxa"/>
            <w:vAlign w:val="center"/>
          </w:tcPr>
          <w:p w14:paraId="456222FF" w14:textId="77777777" w:rsidR="003F7A25" w:rsidRDefault="003F7A25" w:rsidP="00655302">
            <w:r>
              <w:rPr>
                <w:b/>
              </w:rPr>
              <w:t xml:space="preserve">D. </w:t>
            </w:r>
            <w:proofErr w:type="spellStart"/>
            <w:r>
              <w:rPr>
                <w:b/>
              </w:rPr>
              <w:t>menurunkan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tekanan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menambah</w:t>
            </w:r>
            <w:proofErr w:type="spellEnd"/>
            <w:r>
              <w:rPr>
                <w:b/>
              </w:rPr>
              <w:t xml:space="preserve"> O₂ </w:t>
            </w:r>
            <w:proofErr w:type="spellStart"/>
            <w:r>
              <w:rPr>
                <w:b/>
              </w:rPr>
              <w:t>lebih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sedikit</w:t>
            </w:r>
            <w:proofErr w:type="spellEnd"/>
          </w:p>
        </w:tc>
        <w:tc>
          <w:tcPr>
            <w:tcW w:w="990" w:type="dxa"/>
            <w:vAlign w:val="center"/>
          </w:tcPr>
          <w:p w14:paraId="60E55B0A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5040" w:type="dxa"/>
            <w:vAlign w:val="center"/>
          </w:tcPr>
          <w:p w14:paraId="59E276A2" w14:textId="77777777" w:rsidR="003F7A25" w:rsidRDefault="003F7A25" w:rsidP="00655302"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 xml:space="preserve"> </w:t>
            </w:r>
            <w:proofErr w:type="spellStart"/>
            <w:r>
              <w:t>menggeser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kiri.</w:t>
            </w:r>
          </w:p>
        </w:tc>
      </w:tr>
      <w:tr w:rsidR="003F7A25" w14:paraId="076CEE58" w14:textId="77777777" w:rsidTr="003F7A25">
        <w:tc>
          <w:tcPr>
            <w:tcW w:w="4698" w:type="dxa"/>
            <w:vAlign w:val="center"/>
          </w:tcPr>
          <w:p w14:paraId="48FD1636" w14:textId="77777777" w:rsidR="003F7A25" w:rsidRDefault="003F7A25" w:rsidP="00655302">
            <w:r>
              <w:rPr>
                <w:b/>
              </w:rPr>
              <w:t xml:space="preserve">E. </w:t>
            </w:r>
            <w:proofErr w:type="spellStart"/>
            <w:r>
              <w:rPr>
                <w:b/>
              </w:rPr>
              <w:t>menaikkan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suhu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tanpa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perubahan</w:t>
            </w:r>
            <w:proofErr w:type="spellEnd"/>
            <w:r>
              <w:rPr>
                <w:b/>
              </w:rPr>
              <w:t xml:space="preserve"> lain</w:t>
            </w:r>
          </w:p>
        </w:tc>
        <w:tc>
          <w:tcPr>
            <w:tcW w:w="990" w:type="dxa"/>
            <w:vAlign w:val="center"/>
          </w:tcPr>
          <w:p w14:paraId="304A044A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5040" w:type="dxa"/>
            <w:vAlign w:val="center"/>
          </w:tcPr>
          <w:p w14:paraId="2293493A" w14:textId="77777777" w:rsidR="003F7A25" w:rsidRDefault="003F7A25" w:rsidP="00655302"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menguntungkan</w:t>
            </w:r>
            <w:proofErr w:type="spellEnd"/>
            <w:r>
              <w:t xml:space="preserve"> </w:t>
            </w:r>
            <w:proofErr w:type="spellStart"/>
            <w:r>
              <w:t>pembentukan</w:t>
            </w:r>
            <w:proofErr w:type="spellEnd"/>
            <w:r>
              <w:t xml:space="preserve"> SO₃.</w:t>
            </w:r>
          </w:p>
        </w:tc>
      </w:tr>
    </w:tbl>
    <w:p w14:paraId="1FD2C0CD" w14:textId="200C3821" w:rsidR="003F7A25" w:rsidRDefault="003F7A25" w:rsidP="003F7A25">
      <w:r>
        <w:br w:type="page"/>
      </w:r>
      <w:r>
        <w:lastRenderedPageBreak/>
        <w:t>SOAL NOMOR 20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09B21F85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33B3862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1EF057B" w14:textId="77777777" w:rsidR="003F7A25" w:rsidRDefault="003F7A25" w:rsidP="00655302">
            <w:r>
              <w:t xml:space="preserve">Kimia </w:t>
            </w:r>
            <w:proofErr w:type="spellStart"/>
            <w:r>
              <w:t>Analitik</w:t>
            </w:r>
            <w:proofErr w:type="spellEnd"/>
          </w:p>
        </w:tc>
      </w:tr>
      <w:tr w:rsidR="003F7A25" w14:paraId="03E37B71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16FF102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E7D9C57" w14:textId="77777777" w:rsidR="003F7A25" w:rsidRDefault="003F7A25" w:rsidP="00655302">
            <w:r>
              <w:t xml:space="preserve">Sifat </w:t>
            </w:r>
            <w:proofErr w:type="spellStart"/>
            <w:r>
              <w:t>Koligatif</w:t>
            </w:r>
            <w:proofErr w:type="spellEnd"/>
          </w:p>
        </w:tc>
      </w:tr>
      <w:tr w:rsidR="003F7A25" w14:paraId="540E72B0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9035C9E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2104E694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partikel</w:t>
            </w:r>
            <w:proofErr w:type="spellEnd"/>
            <w:r>
              <w:t xml:space="preserve"> </w:t>
            </w:r>
            <w:proofErr w:type="spellStart"/>
            <w:r>
              <w:t>zat</w:t>
            </w:r>
            <w:proofErr w:type="spellEnd"/>
            <w:r>
              <w:t xml:space="preserve"> </w:t>
            </w:r>
            <w:proofErr w:type="spellStart"/>
            <w:r>
              <w:t>terlarut</w:t>
            </w:r>
            <w:proofErr w:type="spellEnd"/>
          </w:p>
        </w:tc>
      </w:tr>
      <w:tr w:rsidR="003F7A25" w14:paraId="712E4123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952A93F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333B187" w14:textId="77777777" w:rsidR="003F7A25" w:rsidRDefault="003F7A25" w:rsidP="00655302"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partikel</w:t>
            </w:r>
            <w:proofErr w:type="spellEnd"/>
            <w:r>
              <w:t xml:space="preserve"> </w:t>
            </w:r>
            <w:proofErr w:type="spellStart"/>
            <w:r>
              <w:t>zat</w:t>
            </w:r>
            <w:proofErr w:type="spellEnd"/>
            <w:r>
              <w:t xml:space="preserve"> </w:t>
            </w:r>
            <w:proofErr w:type="spellStart"/>
            <w:r>
              <w:t>terlarut</w:t>
            </w:r>
            <w:proofErr w:type="spellEnd"/>
            <w:r>
              <w:t xml:space="preserve"> </w:t>
            </w:r>
            <w:proofErr w:type="spellStart"/>
            <w:r>
              <w:t>elektrolit</w:t>
            </w:r>
            <w:proofErr w:type="spellEnd"/>
            <w:r>
              <w:t xml:space="preserve"> dan </w:t>
            </w:r>
            <w:proofErr w:type="spellStart"/>
            <w:r>
              <w:t>nonelektrolit</w:t>
            </w:r>
            <w:proofErr w:type="spellEnd"/>
            <w:r>
              <w:t>.</w:t>
            </w:r>
          </w:p>
        </w:tc>
      </w:tr>
      <w:tr w:rsidR="003F7A25" w14:paraId="700144B3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685C54B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24EE961B" w14:textId="77777777" w:rsidR="003F7A25" w:rsidRDefault="003F7A25" w:rsidP="00655302"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kontribusi</w:t>
            </w:r>
            <w:proofErr w:type="spellEnd"/>
            <w:r>
              <w:t xml:space="preserve"> </w:t>
            </w:r>
            <w:proofErr w:type="spellStart"/>
            <w:r>
              <w:t>elektrolit</w:t>
            </w:r>
            <w:proofErr w:type="spellEnd"/>
            <w:r>
              <w:t xml:space="preserve"> dan </w:t>
            </w:r>
            <w:proofErr w:type="spellStart"/>
            <w:r>
              <w:t>nonelektrolit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koligatif</w:t>
            </w:r>
            <w:proofErr w:type="spellEnd"/>
            <w:r>
              <w:t>.</w:t>
            </w:r>
          </w:p>
        </w:tc>
      </w:tr>
      <w:tr w:rsidR="003F7A25" w14:paraId="33C55A0C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BB57E63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CBE8370" w14:textId="77777777" w:rsidR="003F7A25" w:rsidRDefault="003F7A25" w:rsidP="00655302">
            <w:r>
              <w:t>C4</w:t>
            </w:r>
          </w:p>
        </w:tc>
      </w:tr>
    </w:tbl>
    <w:p w14:paraId="351C49AA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1942C74B" w14:textId="77777777" w:rsidR="003F7A25" w:rsidRDefault="003F7A25" w:rsidP="003F7A25">
      <w:proofErr w:type="spellStart"/>
      <w:r>
        <w:t>Suatu</w:t>
      </w:r>
      <w:proofErr w:type="spellEnd"/>
      <w:r>
        <w:t xml:space="preserve"> </w:t>
      </w:r>
      <w:proofErr w:type="spellStart"/>
      <w:r>
        <w:t>larutan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0,20 mol NaCl dan 0,10 mol </w:t>
      </w:r>
      <w:proofErr w:type="spellStart"/>
      <w:r>
        <w:t>sukrosa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1,00 kg air. </w:t>
      </w:r>
      <w:proofErr w:type="spellStart"/>
      <w:r>
        <w:t>Pernyataan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koligatifnya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2509"/>
        <w:gridCol w:w="2509"/>
        <w:gridCol w:w="2509"/>
      </w:tblGrid>
      <w:tr w:rsidR="003F7A25" w14:paraId="14067744" w14:textId="77777777" w:rsidTr="00655302">
        <w:tc>
          <w:tcPr>
            <w:tcW w:w="2509" w:type="dxa"/>
            <w:shd w:val="clear" w:color="auto" w:fill="2F5597"/>
            <w:vAlign w:val="center"/>
          </w:tcPr>
          <w:p w14:paraId="31E43521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Zat</w:t>
            </w:r>
            <w:proofErr w:type="spellEnd"/>
          </w:p>
        </w:tc>
        <w:tc>
          <w:tcPr>
            <w:tcW w:w="2509" w:type="dxa"/>
            <w:shd w:val="clear" w:color="auto" w:fill="2F5597"/>
            <w:vAlign w:val="center"/>
          </w:tcPr>
          <w:p w14:paraId="1AD70543" w14:textId="77777777" w:rsidR="003F7A25" w:rsidRDefault="003F7A25" w:rsidP="00655302">
            <w:r>
              <w:rPr>
                <w:b/>
                <w:color w:val="FFFFFF"/>
              </w:rPr>
              <w:t>Mol</w:t>
            </w:r>
          </w:p>
        </w:tc>
        <w:tc>
          <w:tcPr>
            <w:tcW w:w="2509" w:type="dxa"/>
            <w:shd w:val="clear" w:color="auto" w:fill="2F5597"/>
            <w:vAlign w:val="center"/>
          </w:tcPr>
          <w:p w14:paraId="45F19FC0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i</w:t>
            </w:r>
            <w:proofErr w:type="spellEnd"/>
          </w:p>
        </w:tc>
        <w:tc>
          <w:tcPr>
            <w:tcW w:w="2509" w:type="dxa"/>
            <w:shd w:val="clear" w:color="auto" w:fill="2F5597"/>
            <w:vAlign w:val="center"/>
          </w:tcPr>
          <w:p w14:paraId="618A5C5E" w14:textId="77777777" w:rsidR="003F7A25" w:rsidRDefault="003F7A25" w:rsidP="00655302">
            <w:r>
              <w:rPr>
                <w:b/>
                <w:color w:val="FFFFFF"/>
              </w:rPr>
              <w:t xml:space="preserve">Mol </w:t>
            </w:r>
            <w:proofErr w:type="spellStart"/>
            <w:r>
              <w:rPr>
                <w:b/>
                <w:color w:val="FFFFFF"/>
              </w:rPr>
              <w:t>partikel</w:t>
            </w:r>
            <w:proofErr w:type="spellEnd"/>
          </w:p>
        </w:tc>
      </w:tr>
      <w:tr w:rsidR="003F7A25" w14:paraId="472A0C2C" w14:textId="77777777" w:rsidTr="00655302">
        <w:tc>
          <w:tcPr>
            <w:tcW w:w="2509" w:type="dxa"/>
            <w:vAlign w:val="center"/>
          </w:tcPr>
          <w:p w14:paraId="571A1B82" w14:textId="77777777" w:rsidR="003F7A25" w:rsidRDefault="003F7A25" w:rsidP="00655302">
            <w:r>
              <w:t>NaCl</w:t>
            </w:r>
          </w:p>
        </w:tc>
        <w:tc>
          <w:tcPr>
            <w:tcW w:w="2509" w:type="dxa"/>
            <w:vAlign w:val="center"/>
          </w:tcPr>
          <w:p w14:paraId="1F9E1FB9" w14:textId="77777777" w:rsidR="003F7A25" w:rsidRDefault="003F7A25" w:rsidP="00655302">
            <w:r>
              <w:t>0,20</w:t>
            </w:r>
          </w:p>
        </w:tc>
        <w:tc>
          <w:tcPr>
            <w:tcW w:w="2509" w:type="dxa"/>
            <w:vAlign w:val="center"/>
          </w:tcPr>
          <w:p w14:paraId="1033B95A" w14:textId="77777777" w:rsidR="003F7A25" w:rsidRDefault="003F7A25" w:rsidP="00655302">
            <w:r>
              <w:t>2</w:t>
            </w:r>
          </w:p>
        </w:tc>
        <w:tc>
          <w:tcPr>
            <w:tcW w:w="2509" w:type="dxa"/>
            <w:vAlign w:val="center"/>
          </w:tcPr>
          <w:p w14:paraId="2B5A6D91" w14:textId="77777777" w:rsidR="003F7A25" w:rsidRDefault="003F7A25" w:rsidP="00655302">
            <w:r>
              <w:t>0,40</w:t>
            </w:r>
          </w:p>
        </w:tc>
      </w:tr>
      <w:tr w:rsidR="003F7A25" w14:paraId="52CABAD7" w14:textId="77777777" w:rsidTr="00655302">
        <w:tc>
          <w:tcPr>
            <w:tcW w:w="2509" w:type="dxa"/>
            <w:vAlign w:val="center"/>
          </w:tcPr>
          <w:p w14:paraId="3321CC2D" w14:textId="77777777" w:rsidR="003F7A25" w:rsidRDefault="003F7A25" w:rsidP="00655302">
            <w:proofErr w:type="spellStart"/>
            <w:r>
              <w:t>Sukrosa</w:t>
            </w:r>
            <w:proofErr w:type="spellEnd"/>
          </w:p>
        </w:tc>
        <w:tc>
          <w:tcPr>
            <w:tcW w:w="2509" w:type="dxa"/>
            <w:vAlign w:val="center"/>
          </w:tcPr>
          <w:p w14:paraId="32A2AC2C" w14:textId="77777777" w:rsidR="003F7A25" w:rsidRDefault="003F7A25" w:rsidP="00655302">
            <w:r>
              <w:t>0,10</w:t>
            </w:r>
          </w:p>
        </w:tc>
        <w:tc>
          <w:tcPr>
            <w:tcW w:w="2509" w:type="dxa"/>
            <w:vAlign w:val="center"/>
          </w:tcPr>
          <w:p w14:paraId="25B3D4F3" w14:textId="77777777" w:rsidR="003F7A25" w:rsidRDefault="003F7A25" w:rsidP="00655302">
            <w:r>
              <w:t>1</w:t>
            </w:r>
          </w:p>
        </w:tc>
        <w:tc>
          <w:tcPr>
            <w:tcW w:w="2509" w:type="dxa"/>
            <w:vAlign w:val="center"/>
          </w:tcPr>
          <w:p w14:paraId="7EFD3442" w14:textId="77777777" w:rsidR="003F7A25" w:rsidRDefault="003F7A25" w:rsidP="00655302">
            <w:r>
              <w:t>0,10</w:t>
            </w:r>
          </w:p>
        </w:tc>
      </w:tr>
    </w:tbl>
    <w:p w14:paraId="466EB57A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22A2CEC7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2034EE53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9A7BA4C" w14:textId="77777777" w:rsidR="003F7A25" w:rsidRDefault="003F7A25" w:rsidP="00655302">
            <w:r>
              <w:t xml:space="preserve">NaCl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=1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terionisasi</w:t>
            </w:r>
            <w:proofErr w:type="spellEnd"/>
          </w:p>
        </w:tc>
      </w:tr>
      <w:tr w:rsidR="003F7A25" w14:paraId="77874F05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AE3619D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60249C26" w14:textId="77777777" w:rsidR="003F7A25" w:rsidRDefault="003F7A25" w:rsidP="00655302">
            <w:proofErr w:type="spellStart"/>
            <w:r>
              <w:t>sukrosa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partikel</w:t>
            </w:r>
            <w:proofErr w:type="spellEnd"/>
            <w:r>
              <w:t xml:space="preserve"> </w:t>
            </w:r>
            <w:proofErr w:type="spellStart"/>
            <w:r>
              <w:t>daripada</w:t>
            </w:r>
            <w:proofErr w:type="spellEnd"/>
            <w:r>
              <w:t xml:space="preserve"> NaCl</w:t>
            </w:r>
          </w:p>
        </w:tc>
      </w:tr>
      <w:tr w:rsidR="003F7A25" w14:paraId="6D50B8D3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1CEF5E44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6001C77" w14:textId="77777777" w:rsidR="003F7A25" w:rsidRDefault="003F7A25" w:rsidP="00655302">
            <w:r>
              <w:t xml:space="preserve">NaCl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kontribusi</w:t>
            </w:r>
            <w:proofErr w:type="spellEnd"/>
            <w:r>
              <w:t xml:space="preserve"> </w:t>
            </w:r>
            <w:proofErr w:type="spellStart"/>
            <w:r>
              <w:t>partikel</w:t>
            </w:r>
            <w:proofErr w:type="spellEnd"/>
            <w:r>
              <w:t xml:space="preserve"> </w:t>
            </w:r>
            <w:proofErr w:type="spellStart"/>
            <w:r>
              <w:t>kira-kira</w:t>
            </w:r>
            <w:proofErr w:type="spellEnd"/>
            <w:r>
              <w:t xml:space="preserve"> </w:t>
            </w:r>
            <w:proofErr w:type="spellStart"/>
            <w:r>
              <w:t>empat</w:t>
            </w:r>
            <w:proofErr w:type="spellEnd"/>
            <w:r>
              <w:t xml:space="preserve"> kali </w:t>
            </w:r>
            <w:proofErr w:type="spellStart"/>
            <w:r>
              <w:t>sukrosa</w:t>
            </w:r>
            <w:proofErr w:type="spellEnd"/>
          </w:p>
        </w:tc>
      </w:tr>
      <w:tr w:rsidR="003F7A25" w14:paraId="28854629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4CCF6E50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4CC7D00C" w14:textId="77777777" w:rsidR="003F7A25" w:rsidRDefault="003F7A25" w:rsidP="00655302">
            <w:proofErr w:type="spellStart"/>
            <w:r>
              <w:t>keduanya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titik</w:t>
            </w:r>
            <w:proofErr w:type="spellEnd"/>
            <w:r>
              <w:t xml:space="preserve"> </w:t>
            </w:r>
            <w:proofErr w:type="spellStart"/>
            <w:r>
              <w:t>beku</w:t>
            </w:r>
            <w:proofErr w:type="spellEnd"/>
          </w:p>
        </w:tc>
      </w:tr>
      <w:tr w:rsidR="003F7A25" w14:paraId="01A6DDCA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1BE158A8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F12DCA1" w14:textId="77777777" w:rsidR="003F7A25" w:rsidRDefault="003F7A25" w:rsidP="00655302">
            <w:proofErr w:type="spellStart"/>
            <w:r>
              <w:t>sukrosa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uap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</w:p>
        </w:tc>
      </w:tr>
    </w:tbl>
    <w:p w14:paraId="799744ED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C</w:t>
      </w:r>
    </w:p>
    <w:p w14:paraId="3B3C414B" w14:textId="77777777" w:rsidR="003F7A25" w:rsidRDefault="003F7A25" w:rsidP="003F7A25">
      <w:r>
        <w:t xml:space="preserve">PEMBAHASAN: NaCl </w:t>
      </w:r>
      <w:proofErr w:type="spellStart"/>
      <w:r>
        <w:t>terionisasi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dua ion: 0,20×2=0,40 mol </w:t>
      </w:r>
      <w:proofErr w:type="spellStart"/>
      <w:r>
        <w:t>partikel</w:t>
      </w:r>
      <w:proofErr w:type="spellEnd"/>
      <w:r>
        <w:t xml:space="preserve">. </w:t>
      </w:r>
      <w:proofErr w:type="spellStart"/>
      <w:r>
        <w:t>Sukrosa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terionisasi</w:t>
      </w:r>
      <w:proofErr w:type="spellEnd"/>
      <w:r>
        <w:t xml:space="preserve">: 0,10×1=0,10 mol </w:t>
      </w:r>
      <w:proofErr w:type="spellStart"/>
      <w:r>
        <w:t>partikel</w:t>
      </w:r>
      <w:proofErr w:type="spellEnd"/>
      <w:r>
        <w:t xml:space="preserve">.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partikel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4:1.</w:t>
      </w:r>
    </w:p>
    <w:p w14:paraId="11A1AFBE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321C7A43" w14:textId="77777777" w:rsidTr="00655302">
        <w:tc>
          <w:tcPr>
            <w:tcW w:w="3346" w:type="dxa"/>
            <w:shd w:val="clear" w:color="auto" w:fill="2F5597"/>
            <w:vAlign w:val="center"/>
          </w:tcPr>
          <w:p w14:paraId="02DFC92B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5E35327D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39DEC446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282BCC45" w14:textId="77777777" w:rsidTr="00655302">
        <w:tc>
          <w:tcPr>
            <w:tcW w:w="3346" w:type="dxa"/>
            <w:vAlign w:val="center"/>
          </w:tcPr>
          <w:p w14:paraId="098B2519" w14:textId="77777777" w:rsidR="003F7A25" w:rsidRDefault="003F7A25" w:rsidP="00655302">
            <w:r>
              <w:rPr>
                <w:b/>
              </w:rPr>
              <w:t xml:space="preserve">A. NaCl </w:t>
            </w:r>
            <w:proofErr w:type="spellStart"/>
            <w:r>
              <w:rPr>
                <w:b/>
              </w:rPr>
              <w:t>memberi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=1 </w:t>
            </w:r>
            <w:proofErr w:type="spellStart"/>
            <w:r>
              <w:rPr>
                <w:b/>
              </w:rPr>
              <w:t>karena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tidak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terionisasi</w:t>
            </w:r>
            <w:proofErr w:type="spellEnd"/>
          </w:p>
        </w:tc>
        <w:tc>
          <w:tcPr>
            <w:tcW w:w="3346" w:type="dxa"/>
            <w:vAlign w:val="center"/>
          </w:tcPr>
          <w:p w14:paraId="3A1AF1DF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36BDBDEC" w14:textId="77777777" w:rsidR="003F7A25" w:rsidRDefault="003F7A25" w:rsidP="00655302">
            <w:r>
              <w:t xml:space="preserve">NaCl </w:t>
            </w:r>
            <w:proofErr w:type="spellStart"/>
            <w:r>
              <w:t>elektrolit</w:t>
            </w:r>
            <w:proofErr w:type="spellEnd"/>
            <w:r>
              <w:t xml:space="preserve"> </w:t>
            </w:r>
            <w:proofErr w:type="spellStart"/>
            <w:r>
              <w:t>kuat</w:t>
            </w:r>
            <w:proofErr w:type="spellEnd"/>
            <w:r>
              <w:t xml:space="preserve"> dan i≈2.</w:t>
            </w:r>
          </w:p>
        </w:tc>
      </w:tr>
      <w:tr w:rsidR="003F7A25" w14:paraId="331DCECA" w14:textId="77777777" w:rsidTr="00655302">
        <w:tc>
          <w:tcPr>
            <w:tcW w:w="3346" w:type="dxa"/>
            <w:vAlign w:val="center"/>
          </w:tcPr>
          <w:p w14:paraId="33483C1F" w14:textId="77777777" w:rsidR="003F7A25" w:rsidRDefault="003F7A25" w:rsidP="00655302">
            <w:r>
              <w:rPr>
                <w:b/>
              </w:rPr>
              <w:t xml:space="preserve">B. </w:t>
            </w:r>
            <w:proofErr w:type="spellStart"/>
            <w:r>
              <w:rPr>
                <w:b/>
              </w:rPr>
              <w:t>sukrosa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memberi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lebih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banyak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partikel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daripada</w:t>
            </w:r>
            <w:proofErr w:type="spellEnd"/>
            <w:r>
              <w:rPr>
                <w:b/>
              </w:rPr>
              <w:t xml:space="preserve"> NaCl</w:t>
            </w:r>
          </w:p>
        </w:tc>
        <w:tc>
          <w:tcPr>
            <w:tcW w:w="3346" w:type="dxa"/>
            <w:vAlign w:val="center"/>
          </w:tcPr>
          <w:p w14:paraId="75374EEB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65DB8F85" w14:textId="77777777" w:rsidR="003F7A25" w:rsidRDefault="003F7A25" w:rsidP="00655302">
            <w:proofErr w:type="spellStart"/>
            <w:r>
              <w:t>Sukrosa</w:t>
            </w:r>
            <w:proofErr w:type="spellEnd"/>
            <w:r>
              <w:t xml:space="preserve">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partikel</w:t>
            </w:r>
            <w:proofErr w:type="spellEnd"/>
            <w:r>
              <w:t>.</w:t>
            </w:r>
          </w:p>
        </w:tc>
      </w:tr>
      <w:tr w:rsidR="003F7A25" w14:paraId="53839D08" w14:textId="77777777" w:rsidTr="00655302">
        <w:tc>
          <w:tcPr>
            <w:tcW w:w="3346" w:type="dxa"/>
            <w:vAlign w:val="center"/>
          </w:tcPr>
          <w:p w14:paraId="1992DD53" w14:textId="77777777" w:rsidR="003F7A25" w:rsidRDefault="003F7A25" w:rsidP="00655302">
            <w:r>
              <w:rPr>
                <w:b/>
              </w:rPr>
              <w:t xml:space="preserve">C. NaCl </w:t>
            </w:r>
            <w:proofErr w:type="spellStart"/>
            <w:r>
              <w:rPr>
                <w:b/>
              </w:rPr>
              <w:t>memberi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kontribusi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partikel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kira-kira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empat</w:t>
            </w:r>
            <w:proofErr w:type="spellEnd"/>
            <w:r>
              <w:rPr>
                <w:b/>
              </w:rPr>
              <w:t xml:space="preserve"> kali </w:t>
            </w:r>
            <w:proofErr w:type="spellStart"/>
            <w:r>
              <w:rPr>
                <w:b/>
              </w:rPr>
              <w:t>sukrosa</w:t>
            </w:r>
            <w:proofErr w:type="spellEnd"/>
          </w:p>
        </w:tc>
        <w:tc>
          <w:tcPr>
            <w:tcW w:w="3346" w:type="dxa"/>
            <w:vAlign w:val="center"/>
          </w:tcPr>
          <w:p w14:paraId="324166A3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120B3882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0,40 mol </w:t>
            </w:r>
            <w:proofErr w:type="spellStart"/>
            <w:r>
              <w:t>partikel</w:t>
            </w:r>
            <w:proofErr w:type="spellEnd"/>
            <w:r>
              <w:t xml:space="preserve"> </w:t>
            </w:r>
            <w:proofErr w:type="spellStart"/>
            <w:r>
              <w:t>dibanding</w:t>
            </w:r>
            <w:proofErr w:type="spellEnd"/>
            <w:r>
              <w:t xml:space="preserve"> 0,10 mol, </w:t>
            </w:r>
            <w:proofErr w:type="spellStart"/>
            <w:r>
              <w:t>atau</w:t>
            </w:r>
            <w:proofErr w:type="spellEnd"/>
            <w:r>
              <w:t xml:space="preserve"> 4:1.</w:t>
            </w:r>
          </w:p>
        </w:tc>
      </w:tr>
      <w:tr w:rsidR="003F7A25" w14:paraId="01A5477D" w14:textId="77777777" w:rsidTr="00655302">
        <w:tc>
          <w:tcPr>
            <w:tcW w:w="3346" w:type="dxa"/>
            <w:vAlign w:val="center"/>
          </w:tcPr>
          <w:p w14:paraId="7B2C1285" w14:textId="77777777" w:rsidR="003F7A25" w:rsidRDefault="003F7A25" w:rsidP="00655302">
            <w:r>
              <w:rPr>
                <w:b/>
              </w:rPr>
              <w:t xml:space="preserve">D. </w:t>
            </w:r>
            <w:proofErr w:type="spellStart"/>
            <w:r>
              <w:rPr>
                <w:b/>
              </w:rPr>
              <w:t>keduanya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tidak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memengaruhi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titik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beku</w:t>
            </w:r>
            <w:proofErr w:type="spellEnd"/>
          </w:p>
        </w:tc>
        <w:tc>
          <w:tcPr>
            <w:tcW w:w="3346" w:type="dxa"/>
            <w:vAlign w:val="center"/>
          </w:tcPr>
          <w:p w14:paraId="64CF779E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062CD99E" w14:textId="77777777" w:rsidR="003F7A25" w:rsidRDefault="003F7A25" w:rsidP="00655302">
            <w:proofErr w:type="spellStart"/>
            <w:r>
              <w:t>Keduanya</w:t>
            </w:r>
            <w:proofErr w:type="spellEnd"/>
            <w:r>
              <w:t xml:space="preserve">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koligatif</w:t>
            </w:r>
            <w:proofErr w:type="spellEnd"/>
            <w:r>
              <w:t>.</w:t>
            </w:r>
          </w:p>
        </w:tc>
      </w:tr>
      <w:tr w:rsidR="003F7A25" w14:paraId="343FEA80" w14:textId="77777777" w:rsidTr="00655302">
        <w:tc>
          <w:tcPr>
            <w:tcW w:w="3346" w:type="dxa"/>
            <w:vAlign w:val="center"/>
          </w:tcPr>
          <w:p w14:paraId="3CB425A8" w14:textId="77777777" w:rsidR="003F7A25" w:rsidRDefault="003F7A25" w:rsidP="00655302">
            <w:r>
              <w:rPr>
                <w:b/>
              </w:rPr>
              <w:t xml:space="preserve">E. </w:t>
            </w:r>
            <w:proofErr w:type="spellStart"/>
            <w:r>
              <w:rPr>
                <w:b/>
              </w:rPr>
              <w:t>sukrosa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selalu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menyebabkan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tekanan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uap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lebih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tinggi</w:t>
            </w:r>
            <w:proofErr w:type="spellEnd"/>
          </w:p>
        </w:tc>
        <w:tc>
          <w:tcPr>
            <w:tcW w:w="3346" w:type="dxa"/>
            <w:vAlign w:val="center"/>
          </w:tcPr>
          <w:p w14:paraId="66156E0E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F2BF416" w14:textId="77777777" w:rsidR="003F7A25" w:rsidRDefault="003F7A25" w:rsidP="00655302"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uap</w:t>
            </w:r>
            <w:proofErr w:type="spellEnd"/>
            <w:r>
              <w:t xml:space="preserve"> </w:t>
            </w:r>
            <w:proofErr w:type="spellStart"/>
            <w:r>
              <w:t>ditentukan</w:t>
            </w:r>
            <w:proofErr w:type="spellEnd"/>
            <w:r>
              <w:t xml:space="preserve"> </w:t>
            </w:r>
            <w:proofErr w:type="spellStart"/>
            <w:r>
              <w:t>fraksi</w:t>
            </w:r>
            <w:proofErr w:type="spellEnd"/>
            <w:r>
              <w:t xml:space="preserve"> mol,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klaim</w:t>
            </w:r>
            <w:proofErr w:type="spellEnd"/>
            <w:r>
              <w:t xml:space="preserve"> “</w:t>
            </w:r>
            <w:proofErr w:type="spellStart"/>
            <w:r>
              <w:t>selalu</w:t>
            </w:r>
            <w:proofErr w:type="spellEnd"/>
            <w:r>
              <w:t xml:space="preserve">”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>.</w:t>
            </w:r>
          </w:p>
        </w:tc>
      </w:tr>
    </w:tbl>
    <w:p w14:paraId="131409AB" w14:textId="77777777" w:rsidR="003F7A25" w:rsidRDefault="003F7A25" w:rsidP="003F7A25">
      <w:r>
        <w:br w:type="page"/>
      </w:r>
    </w:p>
    <w:p w14:paraId="02C39E72" w14:textId="77777777" w:rsidR="003F7A25" w:rsidRDefault="003F7A25" w:rsidP="003F7A25">
      <w:pPr>
        <w:pStyle w:val="Heading2"/>
      </w:pPr>
      <w:r>
        <w:lastRenderedPageBreak/>
        <w:t>SOAL NOMOR 21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26924569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25A22D2B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59AB957A" w14:textId="77777777" w:rsidR="003F7A25" w:rsidRDefault="003F7A25" w:rsidP="00655302">
            <w:r>
              <w:t xml:space="preserve">Kimia </w:t>
            </w:r>
            <w:proofErr w:type="spellStart"/>
            <w:r>
              <w:t>Analitik</w:t>
            </w:r>
            <w:proofErr w:type="spellEnd"/>
          </w:p>
        </w:tc>
      </w:tr>
      <w:tr w:rsidR="003F7A25" w14:paraId="053CF97D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47D89B0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6F17F5C8" w14:textId="77777777" w:rsidR="003F7A25" w:rsidRDefault="003F7A25" w:rsidP="00655302">
            <w:r>
              <w:t xml:space="preserve">Sifat </w:t>
            </w:r>
            <w:proofErr w:type="spellStart"/>
            <w:r>
              <w:t>Koligatif</w:t>
            </w:r>
            <w:proofErr w:type="spellEnd"/>
          </w:p>
        </w:tc>
      </w:tr>
      <w:tr w:rsidR="003F7A25" w14:paraId="1FF53FAB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0F3BDF65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6F5D4E6" w14:textId="77777777" w:rsidR="003F7A25" w:rsidRDefault="003F7A25" w:rsidP="00655302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penurunan</w:t>
            </w:r>
            <w:proofErr w:type="spellEnd"/>
            <w:r>
              <w:t xml:space="preserve"> </w:t>
            </w:r>
            <w:proofErr w:type="spellStart"/>
            <w:r>
              <w:t>titik</w:t>
            </w:r>
            <w:proofErr w:type="spellEnd"/>
            <w:r>
              <w:t xml:space="preserve"> </w:t>
            </w:r>
            <w:proofErr w:type="spellStart"/>
            <w:r>
              <w:t>beku</w:t>
            </w:r>
            <w:proofErr w:type="spellEnd"/>
          </w:p>
        </w:tc>
      </w:tr>
      <w:tr w:rsidR="003F7A25" w14:paraId="027AF3C6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E983ADF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511735E2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kelayakan</w:t>
            </w:r>
            <w:proofErr w:type="spellEnd"/>
            <w:r>
              <w:t xml:space="preserve"> </w:t>
            </w:r>
            <w:proofErr w:type="spellStart"/>
            <w:r>
              <w:t>formulasi</w:t>
            </w:r>
            <w:proofErr w:type="spellEnd"/>
            <w:r>
              <w:t xml:space="preserve"> </w:t>
            </w:r>
            <w:proofErr w:type="spellStart"/>
            <w:r>
              <w:t>larutan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penurunan</w:t>
            </w:r>
            <w:proofErr w:type="spellEnd"/>
            <w:r>
              <w:t xml:space="preserve"> </w:t>
            </w:r>
            <w:proofErr w:type="spellStart"/>
            <w:r>
              <w:t>titik</w:t>
            </w:r>
            <w:proofErr w:type="spellEnd"/>
            <w:r>
              <w:t xml:space="preserve"> </w:t>
            </w:r>
            <w:proofErr w:type="spellStart"/>
            <w:r>
              <w:t>beku</w:t>
            </w:r>
            <w:proofErr w:type="spellEnd"/>
            <w:r>
              <w:t>.</w:t>
            </w:r>
          </w:p>
        </w:tc>
      </w:tr>
      <w:tr w:rsidR="003F7A25" w14:paraId="0C21D953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1E6B025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A0064A5" w14:textId="77777777" w:rsidR="003F7A25" w:rsidRDefault="003F7A25" w:rsidP="00655302"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titik</w:t>
            </w:r>
            <w:proofErr w:type="spellEnd"/>
            <w:r>
              <w:t xml:space="preserve"> </w:t>
            </w:r>
            <w:proofErr w:type="spellStart"/>
            <w:r>
              <w:t>beku</w:t>
            </w:r>
            <w:proofErr w:type="spellEnd"/>
            <w:r>
              <w:t xml:space="preserve"> </w:t>
            </w:r>
            <w:proofErr w:type="spellStart"/>
            <w:r>
              <w:t>larutan</w:t>
            </w:r>
            <w:proofErr w:type="spellEnd"/>
            <w:r>
              <w:t xml:space="preserve"> dan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kelayakan</w:t>
            </w:r>
            <w:proofErr w:type="spellEnd"/>
            <w:r>
              <w:t xml:space="preserve"> </w:t>
            </w:r>
            <w:proofErr w:type="spellStart"/>
            <w:r>
              <w:t>penggunaannya</w:t>
            </w:r>
            <w:proofErr w:type="spellEnd"/>
            <w:r>
              <w:t>.</w:t>
            </w:r>
          </w:p>
        </w:tc>
      </w:tr>
      <w:tr w:rsidR="003F7A25" w14:paraId="7D3A8B5E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099AEE4B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7B45C03" w14:textId="77777777" w:rsidR="003F7A25" w:rsidRDefault="003F7A25" w:rsidP="00655302">
            <w:r>
              <w:t>C4</w:t>
            </w:r>
          </w:p>
        </w:tc>
      </w:tr>
    </w:tbl>
    <w:p w14:paraId="4A01A2C3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3BCDF85E" w14:textId="77777777" w:rsidR="003F7A25" w:rsidRDefault="003F7A25" w:rsidP="003F7A25">
      <w:proofErr w:type="spellStart"/>
      <w:r>
        <w:t>Sebuah</w:t>
      </w:r>
      <w:proofErr w:type="spellEnd"/>
      <w:r>
        <w:t xml:space="preserve"> </w:t>
      </w:r>
      <w:proofErr w:type="spellStart"/>
      <w:r>
        <w:t>larutan</w:t>
      </w:r>
      <w:proofErr w:type="spellEnd"/>
      <w:r>
        <w:t xml:space="preserve"> </w:t>
      </w:r>
      <w:proofErr w:type="spellStart"/>
      <w:r>
        <w:t>propilen</w:t>
      </w:r>
      <w:proofErr w:type="spellEnd"/>
      <w:r>
        <w:t xml:space="preserve"> </w:t>
      </w:r>
      <w:proofErr w:type="spellStart"/>
      <w:r>
        <w:t>glikol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cairan</w:t>
      </w:r>
      <w:proofErr w:type="spellEnd"/>
      <w:r>
        <w:t xml:space="preserve"> anti-icing. </w:t>
      </w:r>
      <w:proofErr w:type="spellStart"/>
      <w:r>
        <w:t>Sebanyak</w:t>
      </w:r>
      <w:proofErr w:type="spellEnd"/>
      <w:r>
        <w:t xml:space="preserve"> 114 g </w:t>
      </w:r>
      <w:proofErr w:type="spellStart"/>
      <w:r>
        <w:t>propilen</w:t>
      </w:r>
      <w:proofErr w:type="spellEnd"/>
      <w:r>
        <w:t xml:space="preserve"> </w:t>
      </w:r>
      <w:proofErr w:type="spellStart"/>
      <w:r>
        <w:t>glikol</w:t>
      </w:r>
      <w:proofErr w:type="spellEnd"/>
      <w:r>
        <w:t xml:space="preserve"> (</w:t>
      </w:r>
      <w:proofErr w:type="spellStart"/>
      <w:r>
        <w:t>Mr</w:t>
      </w:r>
      <w:proofErr w:type="spellEnd"/>
      <w:r>
        <w:t xml:space="preserve">=76) </w:t>
      </w:r>
      <w:proofErr w:type="spellStart"/>
      <w:r>
        <w:t>dilarutkan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1 kg air. Jika </w:t>
      </w:r>
      <w:proofErr w:type="spellStart"/>
      <w:r>
        <w:t>Kf</w:t>
      </w:r>
      <w:proofErr w:type="spellEnd"/>
      <w:r>
        <w:t xml:space="preserve"> air=1,86 °C kg mol⁻¹,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beku</w:t>
      </w:r>
      <w:proofErr w:type="spellEnd"/>
      <w:r>
        <w:t xml:space="preserve"> </w:t>
      </w:r>
      <w:proofErr w:type="spellStart"/>
      <w:r>
        <w:t>larutan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2005AAA2" w14:textId="77777777" w:rsidTr="00655302">
        <w:tc>
          <w:tcPr>
            <w:tcW w:w="5018" w:type="dxa"/>
            <w:shd w:val="clear" w:color="auto" w:fill="2F5597"/>
            <w:vAlign w:val="center"/>
          </w:tcPr>
          <w:p w14:paraId="67BE0CB5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Besaran</w:t>
            </w:r>
            <w:proofErr w:type="spellEnd"/>
          </w:p>
        </w:tc>
        <w:tc>
          <w:tcPr>
            <w:tcW w:w="5018" w:type="dxa"/>
            <w:shd w:val="clear" w:color="auto" w:fill="2F5597"/>
            <w:vAlign w:val="center"/>
          </w:tcPr>
          <w:p w14:paraId="00FA5E70" w14:textId="77777777" w:rsidR="003F7A25" w:rsidRDefault="003F7A25" w:rsidP="00655302">
            <w:r>
              <w:rPr>
                <w:b/>
                <w:color w:val="FFFFFF"/>
              </w:rPr>
              <w:t>Nilai</w:t>
            </w:r>
          </w:p>
        </w:tc>
      </w:tr>
      <w:tr w:rsidR="003F7A25" w14:paraId="7400D97B" w14:textId="77777777" w:rsidTr="00655302">
        <w:tc>
          <w:tcPr>
            <w:tcW w:w="5018" w:type="dxa"/>
            <w:vAlign w:val="center"/>
          </w:tcPr>
          <w:p w14:paraId="146FC852" w14:textId="77777777" w:rsidR="003F7A25" w:rsidRDefault="003F7A25" w:rsidP="00655302">
            <w:r>
              <w:t xml:space="preserve">Massa </w:t>
            </w:r>
            <w:proofErr w:type="spellStart"/>
            <w:r>
              <w:t>zat</w:t>
            </w:r>
            <w:proofErr w:type="spellEnd"/>
          </w:p>
        </w:tc>
        <w:tc>
          <w:tcPr>
            <w:tcW w:w="5018" w:type="dxa"/>
            <w:vAlign w:val="center"/>
          </w:tcPr>
          <w:p w14:paraId="1F64AB00" w14:textId="77777777" w:rsidR="003F7A25" w:rsidRDefault="003F7A25" w:rsidP="00655302">
            <w:r>
              <w:t>114 g</w:t>
            </w:r>
          </w:p>
        </w:tc>
      </w:tr>
      <w:tr w:rsidR="003F7A25" w14:paraId="658F62E0" w14:textId="77777777" w:rsidTr="00655302">
        <w:tc>
          <w:tcPr>
            <w:tcW w:w="5018" w:type="dxa"/>
            <w:vAlign w:val="center"/>
          </w:tcPr>
          <w:p w14:paraId="5FA427E6" w14:textId="77777777" w:rsidR="003F7A25" w:rsidRDefault="003F7A25" w:rsidP="00655302">
            <w:proofErr w:type="spellStart"/>
            <w:r>
              <w:t>Mr</w:t>
            </w:r>
            <w:proofErr w:type="spellEnd"/>
          </w:p>
        </w:tc>
        <w:tc>
          <w:tcPr>
            <w:tcW w:w="5018" w:type="dxa"/>
            <w:vAlign w:val="center"/>
          </w:tcPr>
          <w:p w14:paraId="379B8D7A" w14:textId="77777777" w:rsidR="003F7A25" w:rsidRDefault="003F7A25" w:rsidP="00655302">
            <w:r>
              <w:t>76</w:t>
            </w:r>
          </w:p>
        </w:tc>
      </w:tr>
      <w:tr w:rsidR="003F7A25" w14:paraId="33B15049" w14:textId="77777777" w:rsidTr="00655302">
        <w:tc>
          <w:tcPr>
            <w:tcW w:w="5018" w:type="dxa"/>
            <w:vAlign w:val="center"/>
          </w:tcPr>
          <w:p w14:paraId="48D1183F" w14:textId="77777777" w:rsidR="003F7A25" w:rsidRDefault="003F7A25" w:rsidP="00655302">
            <w:r>
              <w:t>Massa air</w:t>
            </w:r>
          </w:p>
        </w:tc>
        <w:tc>
          <w:tcPr>
            <w:tcW w:w="5018" w:type="dxa"/>
            <w:vAlign w:val="center"/>
          </w:tcPr>
          <w:p w14:paraId="189BFFCE" w14:textId="77777777" w:rsidR="003F7A25" w:rsidRDefault="003F7A25" w:rsidP="00655302">
            <w:r>
              <w:t>1 kg</w:t>
            </w:r>
          </w:p>
        </w:tc>
      </w:tr>
      <w:tr w:rsidR="003F7A25" w14:paraId="1E8A8F29" w14:textId="77777777" w:rsidTr="00655302">
        <w:tc>
          <w:tcPr>
            <w:tcW w:w="5018" w:type="dxa"/>
            <w:vAlign w:val="center"/>
          </w:tcPr>
          <w:p w14:paraId="3461E12E" w14:textId="77777777" w:rsidR="003F7A25" w:rsidRDefault="003F7A25" w:rsidP="00655302">
            <w:proofErr w:type="spellStart"/>
            <w:r>
              <w:t>Kf</w:t>
            </w:r>
            <w:proofErr w:type="spellEnd"/>
          </w:p>
        </w:tc>
        <w:tc>
          <w:tcPr>
            <w:tcW w:w="5018" w:type="dxa"/>
            <w:vAlign w:val="center"/>
          </w:tcPr>
          <w:p w14:paraId="2A086154" w14:textId="77777777" w:rsidR="003F7A25" w:rsidRDefault="003F7A25" w:rsidP="00655302">
            <w:r>
              <w:t>1,86 °C kg mol⁻¹</w:t>
            </w:r>
          </w:p>
        </w:tc>
      </w:tr>
    </w:tbl>
    <w:p w14:paraId="44A2E1D9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4CF86949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7BF2663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3B3074AA" w14:textId="77777777" w:rsidR="003F7A25" w:rsidRDefault="003F7A25" w:rsidP="00655302">
            <w:r>
              <w:t>−1,86 °C</w:t>
            </w:r>
          </w:p>
        </w:tc>
      </w:tr>
      <w:tr w:rsidR="003F7A25" w14:paraId="3DA24303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70EBF2F4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6D467E3" w14:textId="77777777" w:rsidR="003F7A25" w:rsidRDefault="003F7A25" w:rsidP="00655302">
            <w:r>
              <w:t>−2,79 °C</w:t>
            </w:r>
          </w:p>
        </w:tc>
      </w:tr>
      <w:tr w:rsidR="003F7A25" w14:paraId="51DD4917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14F191E0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275F24E" w14:textId="77777777" w:rsidR="003F7A25" w:rsidRDefault="003F7A25" w:rsidP="00655302">
            <w:r>
              <w:t>−3,72 °C</w:t>
            </w:r>
          </w:p>
        </w:tc>
      </w:tr>
      <w:tr w:rsidR="003F7A25" w14:paraId="66F283E3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149DE62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9E52612" w14:textId="77777777" w:rsidR="003F7A25" w:rsidRDefault="003F7A25" w:rsidP="00655302">
            <w:r>
              <w:t>−4,65 °C</w:t>
            </w:r>
          </w:p>
        </w:tc>
      </w:tr>
      <w:tr w:rsidR="003F7A25" w14:paraId="4AE3C1B8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00BA8558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E9A2756" w14:textId="77777777" w:rsidR="003F7A25" w:rsidRDefault="003F7A25" w:rsidP="00655302">
            <w:r>
              <w:t>−5,58 °C</w:t>
            </w:r>
          </w:p>
        </w:tc>
      </w:tr>
    </w:tbl>
    <w:p w14:paraId="1E8B8D05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B</w:t>
      </w:r>
    </w:p>
    <w:p w14:paraId="6AADBA74" w14:textId="77777777" w:rsidR="003F7A25" w:rsidRDefault="003F7A25" w:rsidP="003F7A25">
      <w:r>
        <w:t xml:space="preserve">PEMBAHASAN: n </w:t>
      </w:r>
      <w:proofErr w:type="spellStart"/>
      <w:r>
        <w:t>propilen</w:t>
      </w:r>
      <w:proofErr w:type="spellEnd"/>
      <w:r>
        <w:t xml:space="preserve"> </w:t>
      </w:r>
      <w:proofErr w:type="spellStart"/>
      <w:r>
        <w:t>glikol</w:t>
      </w:r>
      <w:proofErr w:type="spellEnd"/>
      <w:r>
        <w:t xml:space="preserve">=114/76=1,5 mol. </w:t>
      </w:r>
      <w:proofErr w:type="spellStart"/>
      <w:r>
        <w:t>Dengan</w:t>
      </w:r>
      <w:proofErr w:type="spellEnd"/>
      <w:r>
        <w:t xml:space="preserve"> 1 kg air, m=1,5 m. </w:t>
      </w:r>
      <w:proofErr w:type="spellStart"/>
      <w:r>
        <w:t>ΔTf</w:t>
      </w:r>
      <w:proofErr w:type="spellEnd"/>
      <w:r>
        <w:t>=</w:t>
      </w:r>
      <w:proofErr w:type="spellStart"/>
      <w:r>
        <w:t>iKf</w:t>
      </w:r>
      <w:proofErr w:type="spellEnd"/>
      <w:r>
        <w:t xml:space="preserve"> m=1×1,86×1,5=2,79°C.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beku</w:t>
      </w:r>
      <w:proofErr w:type="spellEnd"/>
      <w:r>
        <w:t>=0−2,79=−2,79°C.</w:t>
      </w:r>
    </w:p>
    <w:p w14:paraId="25D6D27A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4424EFC1" w14:textId="77777777" w:rsidTr="00655302">
        <w:tc>
          <w:tcPr>
            <w:tcW w:w="3346" w:type="dxa"/>
            <w:shd w:val="clear" w:color="auto" w:fill="2F5597"/>
            <w:vAlign w:val="center"/>
          </w:tcPr>
          <w:p w14:paraId="3D556019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0F546764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340F25AB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2EF6F327" w14:textId="77777777" w:rsidTr="00655302">
        <w:tc>
          <w:tcPr>
            <w:tcW w:w="3346" w:type="dxa"/>
            <w:vAlign w:val="center"/>
          </w:tcPr>
          <w:p w14:paraId="580EA8C3" w14:textId="77777777" w:rsidR="003F7A25" w:rsidRDefault="003F7A25" w:rsidP="00655302">
            <w:r>
              <w:rPr>
                <w:b/>
              </w:rPr>
              <w:t>A. −1,86 °C</w:t>
            </w:r>
          </w:p>
        </w:tc>
        <w:tc>
          <w:tcPr>
            <w:tcW w:w="3346" w:type="dxa"/>
            <w:vAlign w:val="center"/>
          </w:tcPr>
          <w:p w14:paraId="456D1F06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064C0F63" w14:textId="77777777" w:rsidR="003F7A25" w:rsidRDefault="003F7A25" w:rsidP="00655302">
            <w:r>
              <w:t xml:space="preserve">Itu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molalitas</w:t>
            </w:r>
            <w:proofErr w:type="spellEnd"/>
            <w:r>
              <w:t xml:space="preserve"> 1 m, </w:t>
            </w:r>
            <w:proofErr w:type="spellStart"/>
            <w:r>
              <w:t>bukan</w:t>
            </w:r>
            <w:proofErr w:type="spellEnd"/>
            <w:r>
              <w:t xml:space="preserve"> 1,5 m.</w:t>
            </w:r>
          </w:p>
        </w:tc>
      </w:tr>
      <w:tr w:rsidR="003F7A25" w14:paraId="00418C33" w14:textId="77777777" w:rsidTr="00655302">
        <w:tc>
          <w:tcPr>
            <w:tcW w:w="3346" w:type="dxa"/>
            <w:vAlign w:val="center"/>
          </w:tcPr>
          <w:p w14:paraId="52DADCC2" w14:textId="77777777" w:rsidR="003F7A25" w:rsidRDefault="003F7A25" w:rsidP="00655302">
            <w:r>
              <w:rPr>
                <w:b/>
              </w:rPr>
              <w:t>B. −2,79 °C</w:t>
            </w:r>
          </w:p>
        </w:tc>
        <w:tc>
          <w:tcPr>
            <w:tcW w:w="3346" w:type="dxa"/>
            <w:vAlign w:val="center"/>
          </w:tcPr>
          <w:p w14:paraId="3153E428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7A6498A9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</w:t>
            </w:r>
            <w:proofErr w:type="spellStart"/>
            <w:r>
              <w:t>ΔTf</w:t>
            </w:r>
            <w:proofErr w:type="spellEnd"/>
            <w:r>
              <w:t xml:space="preserve">=1×1,86×1,5=2,79°C, </w:t>
            </w:r>
            <w:proofErr w:type="spellStart"/>
            <w:r>
              <w:t>jadi</w:t>
            </w:r>
            <w:proofErr w:type="spellEnd"/>
            <w:r>
              <w:t xml:space="preserve"> </w:t>
            </w:r>
            <w:proofErr w:type="spellStart"/>
            <w:r>
              <w:t>Tf</w:t>
            </w:r>
            <w:proofErr w:type="spellEnd"/>
            <w:r>
              <w:t>=−2,79°C.</w:t>
            </w:r>
          </w:p>
        </w:tc>
      </w:tr>
      <w:tr w:rsidR="003F7A25" w14:paraId="071CC7F0" w14:textId="77777777" w:rsidTr="00655302">
        <w:tc>
          <w:tcPr>
            <w:tcW w:w="3346" w:type="dxa"/>
            <w:vAlign w:val="center"/>
          </w:tcPr>
          <w:p w14:paraId="6DAC3D4B" w14:textId="77777777" w:rsidR="003F7A25" w:rsidRDefault="003F7A25" w:rsidP="00655302">
            <w:r>
              <w:rPr>
                <w:b/>
              </w:rPr>
              <w:t>C. −3,72 °C</w:t>
            </w:r>
          </w:p>
        </w:tc>
        <w:tc>
          <w:tcPr>
            <w:tcW w:w="3346" w:type="dxa"/>
            <w:vAlign w:val="center"/>
          </w:tcPr>
          <w:p w14:paraId="03B84C01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048777D" w14:textId="77777777" w:rsidR="003F7A25" w:rsidRDefault="003F7A25" w:rsidP="00655302">
            <w:proofErr w:type="spellStart"/>
            <w:r>
              <w:t>Perkalian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molalitas</w:t>
            </w:r>
            <w:proofErr w:type="spellEnd"/>
            <w:r>
              <w:t>.</w:t>
            </w:r>
          </w:p>
        </w:tc>
      </w:tr>
      <w:tr w:rsidR="003F7A25" w14:paraId="4EEC70BB" w14:textId="77777777" w:rsidTr="00655302">
        <w:tc>
          <w:tcPr>
            <w:tcW w:w="3346" w:type="dxa"/>
            <w:vAlign w:val="center"/>
          </w:tcPr>
          <w:p w14:paraId="762EE746" w14:textId="77777777" w:rsidR="003F7A25" w:rsidRDefault="003F7A25" w:rsidP="00655302">
            <w:r>
              <w:rPr>
                <w:b/>
              </w:rPr>
              <w:t>D. −4,65 °C</w:t>
            </w:r>
          </w:p>
        </w:tc>
        <w:tc>
          <w:tcPr>
            <w:tcW w:w="3346" w:type="dxa"/>
            <w:vAlign w:val="center"/>
          </w:tcPr>
          <w:p w14:paraId="006B6544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3318867E" w14:textId="77777777" w:rsidR="003F7A25" w:rsidRDefault="003F7A25" w:rsidP="00655302">
            <w:r>
              <w:t xml:space="preserve">Nilai </w:t>
            </w:r>
            <w:proofErr w:type="spellStart"/>
            <w:r>
              <w:t>terlalu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>.</w:t>
            </w:r>
          </w:p>
        </w:tc>
      </w:tr>
      <w:tr w:rsidR="003F7A25" w14:paraId="4F09EAFF" w14:textId="77777777" w:rsidTr="00655302">
        <w:tc>
          <w:tcPr>
            <w:tcW w:w="3346" w:type="dxa"/>
            <w:vAlign w:val="center"/>
          </w:tcPr>
          <w:p w14:paraId="5FAD9CEC" w14:textId="77777777" w:rsidR="003F7A25" w:rsidRDefault="003F7A25" w:rsidP="00655302">
            <w:r>
              <w:rPr>
                <w:b/>
              </w:rPr>
              <w:t>E. −5,58 °C</w:t>
            </w:r>
          </w:p>
        </w:tc>
        <w:tc>
          <w:tcPr>
            <w:tcW w:w="3346" w:type="dxa"/>
            <w:vAlign w:val="center"/>
          </w:tcPr>
          <w:p w14:paraId="2269E9F2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440A515" w14:textId="77777777" w:rsidR="003F7A25" w:rsidRDefault="003F7A25" w:rsidP="00655302">
            <w:r>
              <w:t xml:space="preserve">Tidak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ionisasi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propilen</w:t>
            </w:r>
            <w:proofErr w:type="spellEnd"/>
            <w:r>
              <w:t xml:space="preserve"> </w:t>
            </w:r>
            <w:proofErr w:type="spellStart"/>
            <w:r>
              <w:t>glikol</w:t>
            </w:r>
            <w:proofErr w:type="spellEnd"/>
            <w:r>
              <w:t xml:space="preserve"> </w:t>
            </w:r>
            <w:proofErr w:type="spellStart"/>
            <w:r>
              <w:t>nonelektrolit</w:t>
            </w:r>
            <w:proofErr w:type="spellEnd"/>
            <w:r>
              <w:t>.</w:t>
            </w:r>
          </w:p>
        </w:tc>
      </w:tr>
    </w:tbl>
    <w:p w14:paraId="4A8926B5" w14:textId="77777777" w:rsidR="003F7A25" w:rsidRDefault="003F7A25" w:rsidP="003F7A25">
      <w:r>
        <w:br w:type="page"/>
      </w:r>
    </w:p>
    <w:p w14:paraId="0A9EC114" w14:textId="77777777" w:rsidR="003F7A25" w:rsidRDefault="003F7A25" w:rsidP="003F7A25">
      <w:pPr>
        <w:pStyle w:val="Heading2"/>
      </w:pPr>
      <w:r>
        <w:lastRenderedPageBreak/>
        <w:t>SOAL NOMOR 22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1A8E9FEE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0761CF25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E547EBB" w14:textId="77777777" w:rsidR="003F7A25" w:rsidRDefault="003F7A25" w:rsidP="00655302">
            <w:r>
              <w:t xml:space="preserve">Kimia </w:t>
            </w:r>
            <w:proofErr w:type="spellStart"/>
            <w:r>
              <w:t>Fisik</w:t>
            </w:r>
            <w:proofErr w:type="spellEnd"/>
          </w:p>
        </w:tc>
      </w:tr>
      <w:tr w:rsidR="003F7A25" w14:paraId="356AB8BA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6C9A38B0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737D9FDC" w14:textId="77777777" w:rsidR="003F7A25" w:rsidRDefault="003F7A25" w:rsidP="00655302">
            <w:r>
              <w:t xml:space="preserve">Laju </w:t>
            </w:r>
            <w:proofErr w:type="spellStart"/>
            <w:r>
              <w:t>Reaksi</w:t>
            </w:r>
            <w:proofErr w:type="spellEnd"/>
          </w:p>
        </w:tc>
      </w:tr>
      <w:tr w:rsidR="003F7A25" w14:paraId="039046A2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A3D9082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6DDBC5F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grafik</w:t>
            </w:r>
            <w:proofErr w:type="spellEnd"/>
            <w:r>
              <w:t xml:space="preserve"> </w:t>
            </w:r>
            <w:proofErr w:type="spellStart"/>
            <w:r>
              <w:t>konsentrasi</w:t>
            </w:r>
            <w:proofErr w:type="spellEnd"/>
            <w:r>
              <w:t>–</w:t>
            </w:r>
            <w:proofErr w:type="spellStart"/>
            <w:r>
              <w:t>waktu</w:t>
            </w:r>
            <w:proofErr w:type="spellEnd"/>
          </w:p>
        </w:tc>
      </w:tr>
      <w:tr w:rsidR="003F7A25" w14:paraId="38B78C56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0F25838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7C2F2BFD" w14:textId="77777777" w:rsidR="003F7A25" w:rsidRDefault="003F7A25" w:rsidP="00655302">
            <w:proofErr w:type="spellStart"/>
            <w:r>
              <w:t>Menginterpretasi</w:t>
            </w:r>
            <w:proofErr w:type="spellEnd"/>
            <w:r>
              <w:t xml:space="preserve"> </w:t>
            </w:r>
            <w:proofErr w:type="spellStart"/>
            <w:r>
              <w:t>grafik</w:t>
            </w:r>
            <w:proofErr w:type="spellEnd"/>
            <w:r>
              <w:t xml:space="preserve"> </w:t>
            </w:r>
            <w:proofErr w:type="spellStart"/>
            <w:r>
              <w:t>konsentrasi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pada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kimia</w:t>
            </w:r>
            <w:proofErr w:type="spellEnd"/>
            <w:r>
              <w:t>.</w:t>
            </w:r>
          </w:p>
        </w:tc>
      </w:tr>
      <w:tr w:rsidR="003F7A25" w14:paraId="1E26DDD2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48F89CB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1A626AF" w14:textId="77777777" w:rsidR="003F7A25" w:rsidRDefault="003F7A25" w:rsidP="00655302"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reaktan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arah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grafik</w:t>
            </w:r>
            <w:proofErr w:type="spellEnd"/>
            <w:r>
              <w:t>.</w:t>
            </w:r>
          </w:p>
        </w:tc>
      </w:tr>
      <w:tr w:rsidR="003F7A25" w14:paraId="711968EF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4187763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49A8F059" w14:textId="77777777" w:rsidR="003F7A25" w:rsidRDefault="003F7A25" w:rsidP="00655302">
            <w:r>
              <w:t>C4</w:t>
            </w:r>
          </w:p>
        </w:tc>
      </w:tr>
    </w:tbl>
    <w:p w14:paraId="76DB9A86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61C3F0B4" w14:textId="77777777" w:rsidR="003F7A25" w:rsidRDefault="003F7A25" w:rsidP="003F7A25">
      <w:proofErr w:type="spellStart"/>
      <w:r>
        <w:t>Perhatikan</w:t>
      </w:r>
      <w:proofErr w:type="spellEnd"/>
      <w:r>
        <w:t xml:space="preserve"> </w:t>
      </w:r>
      <w:proofErr w:type="spellStart"/>
      <w:r>
        <w:t>grafik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konsentrasi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</w:t>
      </w:r>
      <w:proofErr w:type="spellStart"/>
      <w:r>
        <w:t>Zat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reaktan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p w14:paraId="34F60421" w14:textId="77777777" w:rsidR="003F7A25" w:rsidRDefault="003F7A25" w:rsidP="003F7A25">
      <w:pPr>
        <w:jc w:val="center"/>
      </w:pPr>
      <w:r>
        <w:rPr>
          <w:noProof/>
        </w:rPr>
        <w:drawing>
          <wp:inline distT="0" distB="0" distL="0" distR="0" wp14:anchorId="7E67D69E" wp14:editId="70A16155">
            <wp:extent cx="4754880" cy="36883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_konsentrasi_penggun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6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93E8D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34E3C74B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46B19BE3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6B62630" w14:textId="77777777" w:rsidR="003F7A25" w:rsidRDefault="003F7A25" w:rsidP="00655302">
            <w:r>
              <w:t xml:space="preserve">A </w:t>
            </w:r>
            <w:proofErr w:type="spellStart"/>
            <w:r>
              <w:t>saja</w:t>
            </w:r>
            <w:proofErr w:type="spellEnd"/>
          </w:p>
        </w:tc>
      </w:tr>
      <w:tr w:rsidR="003F7A25" w14:paraId="3259C153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21616981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31194ADD" w14:textId="77777777" w:rsidR="003F7A25" w:rsidRDefault="003F7A25" w:rsidP="00655302">
            <w:r>
              <w:t xml:space="preserve">B </w:t>
            </w:r>
            <w:proofErr w:type="spellStart"/>
            <w:r>
              <w:t>saja</w:t>
            </w:r>
            <w:proofErr w:type="spellEnd"/>
          </w:p>
        </w:tc>
      </w:tr>
      <w:tr w:rsidR="003F7A25" w14:paraId="090BCB1D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85A5A1B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D3F8630" w14:textId="77777777" w:rsidR="003F7A25" w:rsidRDefault="003F7A25" w:rsidP="00655302">
            <w:r>
              <w:t xml:space="preserve">C </w:t>
            </w:r>
            <w:proofErr w:type="spellStart"/>
            <w:r>
              <w:t>saja</w:t>
            </w:r>
            <w:proofErr w:type="spellEnd"/>
          </w:p>
        </w:tc>
      </w:tr>
      <w:tr w:rsidR="003F7A25" w14:paraId="34E54C23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247BCBC3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3C44C278" w14:textId="77777777" w:rsidR="003F7A25" w:rsidRDefault="003F7A25" w:rsidP="00655302">
            <w:r>
              <w:t>A dan B</w:t>
            </w:r>
          </w:p>
        </w:tc>
      </w:tr>
      <w:tr w:rsidR="003F7A25" w14:paraId="2015B7D9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BA6ACAF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43BAAD7" w14:textId="77777777" w:rsidR="003F7A25" w:rsidRDefault="003F7A25" w:rsidP="00655302">
            <w:r>
              <w:t>B dan C</w:t>
            </w:r>
          </w:p>
        </w:tc>
      </w:tr>
    </w:tbl>
    <w:p w14:paraId="7C3ACD14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D</w:t>
      </w:r>
    </w:p>
    <w:p w14:paraId="76DA82E1" w14:textId="77777777" w:rsidR="003F7A25" w:rsidRDefault="003F7A25" w:rsidP="003F7A25">
      <w:r>
        <w:t xml:space="preserve">PEMBAHASAN: Pada </w:t>
      </w:r>
      <w:proofErr w:type="spellStart"/>
      <w:r>
        <w:t>grafik</w:t>
      </w:r>
      <w:proofErr w:type="spellEnd"/>
      <w:r>
        <w:t xml:space="preserve">, [A] dan [B]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sedangkan</w:t>
      </w:r>
      <w:proofErr w:type="spellEnd"/>
      <w:r>
        <w:t xml:space="preserve"> [C] </w:t>
      </w:r>
      <w:proofErr w:type="spellStart"/>
      <w:r>
        <w:t>meningkat</w:t>
      </w:r>
      <w:proofErr w:type="spellEnd"/>
      <w:r>
        <w:t xml:space="preserve">. A dan B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reaktan</w:t>
      </w:r>
      <w:proofErr w:type="spellEnd"/>
      <w:r>
        <w:t xml:space="preserve">, C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produk</w:t>
      </w:r>
      <w:proofErr w:type="spellEnd"/>
      <w:r>
        <w:t>.</w:t>
      </w:r>
    </w:p>
    <w:p w14:paraId="37DBF371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0FB9EF0A" w14:textId="77777777" w:rsidTr="00655302">
        <w:tc>
          <w:tcPr>
            <w:tcW w:w="3346" w:type="dxa"/>
            <w:shd w:val="clear" w:color="auto" w:fill="2F5597"/>
            <w:vAlign w:val="center"/>
          </w:tcPr>
          <w:p w14:paraId="0C16F9B7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687695C7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285CEB41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21A1A5B0" w14:textId="77777777" w:rsidTr="00655302">
        <w:tc>
          <w:tcPr>
            <w:tcW w:w="3346" w:type="dxa"/>
            <w:vAlign w:val="center"/>
          </w:tcPr>
          <w:p w14:paraId="6B13FE9D" w14:textId="77777777" w:rsidR="003F7A25" w:rsidRDefault="003F7A25" w:rsidP="00655302">
            <w:r>
              <w:rPr>
                <w:b/>
              </w:rPr>
              <w:t xml:space="preserve">A. A </w:t>
            </w:r>
            <w:proofErr w:type="spellStart"/>
            <w:r>
              <w:rPr>
                <w:b/>
              </w:rPr>
              <w:t>saja</w:t>
            </w:r>
            <w:proofErr w:type="spellEnd"/>
          </w:p>
        </w:tc>
        <w:tc>
          <w:tcPr>
            <w:tcW w:w="3346" w:type="dxa"/>
            <w:vAlign w:val="center"/>
          </w:tcPr>
          <w:p w14:paraId="791BBEC6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3872A7F1" w14:textId="77777777" w:rsidR="003F7A25" w:rsidRDefault="003F7A25" w:rsidP="00655302">
            <w:r>
              <w:t xml:space="preserve">A dan B </w:t>
            </w:r>
            <w:proofErr w:type="spellStart"/>
            <w:r>
              <w:t>sama-sama</w:t>
            </w:r>
            <w:proofErr w:type="spellEnd"/>
            <w:r>
              <w:t xml:space="preserve"> </w:t>
            </w:r>
            <w:proofErr w:type="spellStart"/>
            <w:r>
              <w:t>menurun</w:t>
            </w:r>
            <w:proofErr w:type="spellEnd"/>
            <w:r>
              <w:t>.</w:t>
            </w:r>
          </w:p>
        </w:tc>
      </w:tr>
      <w:tr w:rsidR="003F7A25" w14:paraId="1FC52294" w14:textId="77777777" w:rsidTr="00655302">
        <w:tc>
          <w:tcPr>
            <w:tcW w:w="3346" w:type="dxa"/>
            <w:vAlign w:val="center"/>
          </w:tcPr>
          <w:p w14:paraId="515E224F" w14:textId="77777777" w:rsidR="003F7A25" w:rsidRDefault="003F7A25" w:rsidP="00655302">
            <w:r>
              <w:rPr>
                <w:b/>
              </w:rPr>
              <w:t xml:space="preserve">B. B </w:t>
            </w:r>
            <w:proofErr w:type="spellStart"/>
            <w:r>
              <w:rPr>
                <w:b/>
              </w:rPr>
              <w:t>saja</w:t>
            </w:r>
            <w:proofErr w:type="spellEnd"/>
          </w:p>
        </w:tc>
        <w:tc>
          <w:tcPr>
            <w:tcW w:w="3346" w:type="dxa"/>
            <w:vAlign w:val="center"/>
          </w:tcPr>
          <w:p w14:paraId="23571495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EBD5079" w14:textId="77777777" w:rsidR="003F7A25" w:rsidRDefault="003F7A25" w:rsidP="00655302">
            <w:r>
              <w:t xml:space="preserve">A juga </w:t>
            </w:r>
            <w:proofErr w:type="spellStart"/>
            <w:r>
              <w:t>menurun</w:t>
            </w:r>
            <w:proofErr w:type="spellEnd"/>
            <w:r>
              <w:t>.</w:t>
            </w:r>
          </w:p>
        </w:tc>
      </w:tr>
      <w:tr w:rsidR="003F7A25" w14:paraId="3671C46C" w14:textId="77777777" w:rsidTr="00655302">
        <w:tc>
          <w:tcPr>
            <w:tcW w:w="3346" w:type="dxa"/>
            <w:vAlign w:val="center"/>
          </w:tcPr>
          <w:p w14:paraId="68CC3B77" w14:textId="77777777" w:rsidR="003F7A25" w:rsidRDefault="003F7A25" w:rsidP="00655302">
            <w:r>
              <w:rPr>
                <w:b/>
              </w:rPr>
              <w:lastRenderedPageBreak/>
              <w:t xml:space="preserve">C. C </w:t>
            </w:r>
            <w:proofErr w:type="spellStart"/>
            <w:r>
              <w:rPr>
                <w:b/>
              </w:rPr>
              <w:t>saja</w:t>
            </w:r>
            <w:proofErr w:type="spellEnd"/>
          </w:p>
        </w:tc>
        <w:tc>
          <w:tcPr>
            <w:tcW w:w="3346" w:type="dxa"/>
            <w:vAlign w:val="center"/>
          </w:tcPr>
          <w:p w14:paraId="7E122ACE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1A01143A" w14:textId="77777777" w:rsidR="003F7A25" w:rsidRDefault="003F7A25" w:rsidP="00655302">
            <w:r>
              <w:t xml:space="preserve">C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>.</w:t>
            </w:r>
          </w:p>
        </w:tc>
      </w:tr>
      <w:tr w:rsidR="003F7A25" w14:paraId="67283242" w14:textId="77777777" w:rsidTr="00655302">
        <w:tc>
          <w:tcPr>
            <w:tcW w:w="3346" w:type="dxa"/>
            <w:vAlign w:val="center"/>
          </w:tcPr>
          <w:p w14:paraId="4589246C" w14:textId="77777777" w:rsidR="003F7A25" w:rsidRDefault="003F7A25" w:rsidP="00655302">
            <w:r>
              <w:rPr>
                <w:b/>
              </w:rPr>
              <w:t>D. A dan B</w:t>
            </w:r>
          </w:p>
        </w:tc>
        <w:tc>
          <w:tcPr>
            <w:tcW w:w="3346" w:type="dxa"/>
            <w:vAlign w:val="center"/>
          </w:tcPr>
          <w:p w14:paraId="39471E20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785B71C3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</w:t>
            </w:r>
            <w:proofErr w:type="spellStart"/>
            <w:r>
              <w:t>reaktan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spesies</w:t>
            </w:r>
            <w:proofErr w:type="spellEnd"/>
            <w:r>
              <w:t xml:space="preserve"> yang </w:t>
            </w:r>
            <w:proofErr w:type="spellStart"/>
            <w:r>
              <w:t>konsentrasinya</w:t>
            </w:r>
            <w:proofErr w:type="spellEnd"/>
            <w:r>
              <w:t xml:space="preserve"> </w:t>
            </w:r>
            <w:proofErr w:type="spellStart"/>
            <w:r>
              <w:t>menurun</w:t>
            </w:r>
            <w:proofErr w:type="spellEnd"/>
            <w:r>
              <w:t>.</w:t>
            </w:r>
          </w:p>
        </w:tc>
      </w:tr>
      <w:tr w:rsidR="003F7A25" w14:paraId="08B22178" w14:textId="77777777" w:rsidTr="00655302">
        <w:tc>
          <w:tcPr>
            <w:tcW w:w="3346" w:type="dxa"/>
            <w:vAlign w:val="center"/>
          </w:tcPr>
          <w:p w14:paraId="0C1D07E3" w14:textId="77777777" w:rsidR="003F7A25" w:rsidRDefault="003F7A25" w:rsidP="00655302">
            <w:r>
              <w:rPr>
                <w:b/>
              </w:rPr>
              <w:t>E. B dan C</w:t>
            </w:r>
          </w:p>
        </w:tc>
        <w:tc>
          <w:tcPr>
            <w:tcW w:w="3346" w:type="dxa"/>
            <w:vAlign w:val="center"/>
          </w:tcPr>
          <w:p w14:paraId="50C4573F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1753E62E" w14:textId="77777777" w:rsidR="003F7A25" w:rsidRDefault="003F7A25" w:rsidP="00655302">
            <w:r>
              <w:t xml:space="preserve">C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reaktan</w:t>
            </w:r>
            <w:proofErr w:type="spellEnd"/>
            <w:r>
              <w:t xml:space="preserve"> pada </w:t>
            </w:r>
            <w:proofErr w:type="spellStart"/>
            <w:r>
              <w:t>grafik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</w:tbl>
    <w:p w14:paraId="34BAB942" w14:textId="77777777" w:rsidR="003F7A25" w:rsidRDefault="003F7A25" w:rsidP="003F7A25">
      <w:r>
        <w:br w:type="page"/>
      </w:r>
    </w:p>
    <w:p w14:paraId="7A61E972" w14:textId="77777777" w:rsidR="003F7A25" w:rsidRDefault="003F7A25" w:rsidP="003F7A25">
      <w:pPr>
        <w:pStyle w:val="Heading2"/>
      </w:pPr>
      <w:r>
        <w:lastRenderedPageBreak/>
        <w:t>SOAL NOMOR 23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11CCF836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945BDC4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238DCBB7" w14:textId="77777777" w:rsidR="003F7A25" w:rsidRDefault="003F7A25" w:rsidP="00655302">
            <w:r>
              <w:t xml:space="preserve">Kimia </w:t>
            </w:r>
            <w:proofErr w:type="spellStart"/>
            <w:r>
              <w:t>Organik</w:t>
            </w:r>
            <w:proofErr w:type="spellEnd"/>
          </w:p>
        </w:tc>
      </w:tr>
      <w:tr w:rsidR="003F7A25" w14:paraId="54C192DE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F5AE317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5CC6E164" w14:textId="77777777" w:rsidR="003F7A25" w:rsidRDefault="003F7A25" w:rsidP="00655302">
            <w:proofErr w:type="spellStart"/>
            <w:r>
              <w:t>Elektrokimia</w:t>
            </w:r>
            <w:proofErr w:type="spellEnd"/>
          </w:p>
        </w:tc>
      </w:tr>
      <w:tr w:rsidR="003F7A25" w14:paraId="7C2E72A0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212C2AD0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36733113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entalpi</w:t>
            </w:r>
            <w:proofErr w:type="spellEnd"/>
            <w:r>
              <w:t xml:space="preserve"> </w:t>
            </w:r>
            <w:proofErr w:type="spellStart"/>
            <w:r>
              <w:t>pembakaran</w:t>
            </w:r>
            <w:proofErr w:type="spellEnd"/>
            <w:r>
              <w:t xml:space="preserve"> </w:t>
            </w:r>
            <w:proofErr w:type="spellStart"/>
            <w:r>
              <w:t>hidrokarbon</w:t>
            </w:r>
            <w:proofErr w:type="spellEnd"/>
          </w:p>
        </w:tc>
      </w:tr>
      <w:tr w:rsidR="003F7A25" w14:paraId="075436B4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CF06454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4D45BC43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data </w:t>
            </w:r>
            <w:proofErr w:type="spellStart"/>
            <w:r>
              <w:t>entalpi</w:t>
            </w:r>
            <w:proofErr w:type="spellEnd"/>
            <w:r>
              <w:t xml:space="preserve"> </w:t>
            </w:r>
            <w:proofErr w:type="spellStart"/>
            <w:r>
              <w:t>pembakaran</w:t>
            </w:r>
            <w:proofErr w:type="spellEnd"/>
            <w:r>
              <w:t xml:space="preserve"> </w:t>
            </w:r>
            <w:proofErr w:type="spellStart"/>
            <w:r>
              <w:t>hidrokarbon</w:t>
            </w:r>
            <w:proofErr w:type="spellEnd"/>
            <w:r>
              <w:t>.</w:t>
            </w:r>
          </w:p>
        </w:tc>
      </w:tr>
      <w:tr w:rsidR="003F7A25" w14:paraId="3D4F5E24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4C33B22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10C0537B" w14:textId="77777777" w:rsidR="003F7A25" w:rsidRDefault="003F7A25" w:rsidP="00655302"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 xml:space="preserve"> </w:t>
            </w:r>
            <w:proofErr w:type="spellStart"/>
            <w:r>
              <w:t>bakar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energi</w:t>
            </w:r>
            <w:proofErr w:type="spellEnd"/>
            <w:r>
              <w:t xml:space="preserve"> </w:t>
            </w:r>
            <w:proofErr w:type="spellStart"/>
            <w:r>
              <w:t>pembakaran</w:t>
            </w:r>
            <w:proofErr w:type="spellEnd"/>
            <w:r>
              <w:t xml:space="preserve"> paling </w:t>
            </w:r>
            <w:proofErr w:type="spellStart"/>
            <w:r>
              <w:t>besar</w:t>
            </w:r>
            <w:proofErr w:type="spellEnd"/>
            <w:r>
              <w:t>.</w:t>
            </w:r>
          </w:p>
        </w:tc>
      </w:tr>
      <w:tr w:rsidR="003F7A25" w14:paraId="4E246A2D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28DB575B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1B31474" w14:textId="77777777" w:rsidR="003F7A25" w:rsidRDefault="003F7A25" w:rsidP="00655302">
            <w:r>
              <w:t>C4</w:t>
            </w:r>
          </w:p>
        </w:tc>
      </w:tr>
    </w:tbl>
    <w:p w14:paraId="660A177D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2C3410C5" w14:textId="77777777" w:rsidR="003F7A25" w:rsidRDefault="003F7A25" w:rsidP="003F7A25">
      <w:proofErr w:type="spellStart"/>
      <w:r>
        <w:t>Perhatikan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hidrokarbon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Bahan </w:t>
      </w:r>
      <w:proofErr w:type="spellStart"/>
      <w:r>
        <w:t>bakar</w:t>
      </w:r>
      <w:proofErr w:type="spellEnd"/>
      <w:r>
        <w:t xml:space="preserve"> yang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energi</w:t>
      </w:r>
      <w:proofErr w:type="spellEnd"/>
      <w:r>
        <w:t xml:space="preserve"> paling </w:t>
      </w:r>
      <w:proofErr w:type="spellStart"/>
      <w:r>
        <w:t>besar</w:t>
      </w:r>
      <w:proofErr w:type="spellEnd"/>
      <w:r>
        <w:t xml:space="preserve"> per mol </w:t>
      </w:r>
      <w:proofErr w:type="spellStart"/>
      <w:r>
        <w:t>pembakaran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01125119" w14:textId="77777777" w:rsidTr="00655302">
        <w:tc>
          <w:tcPr>
            <w:tcW w:w="3346" w:type="dxa"/>
            <w:shd w:val="clear" w:color="auto" w:fill="2F5597"/>
            <w:vAlign w:val="center"/>
          </w:tcPr>
          <w:p w14:paraId="647420CB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Hidrokarbon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561AF3AC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Jumlah</w:t>
            </w:r>
            <w:proofErr w:type="spellEnd"/>
            <w:r>
              <w:rPr>
                <w:b/>
                <w:color w:val="FFFFFF"/>
              </w:rPr>
              <w:t xml:space="preserve"> atom C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6302E4D9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ΔH°c</w:t>
            </w:r>
            <w:proofErr w:type="spellEnd"/>
            <w:r>
              <w:rPr>
                <w:b/>
                <w:color w:val="FFFFFF"/>
              </w:rPr>
              <w:t xml:space="preserve"> (kJ/mol)</w:t>
            </w:r>
          </w:p>
        </w:tc>
      </w:tr>
      <w:tr w:rsidR="003F7A25" w14:paraId="22E03D26" w14:textId="77777777" w:rsidTr="00655302">
        <w:tc>
          <w:tcPr>
            <w:tcW w:w="3346" w:type="dxa"/>
            <w:vAlign w:val="center"/>
          </w:tcPr>
          <w:p w14:paraId="36BDCDA7" w14:textId="77777777" w:rsidR="003F7A25" w:rsidRDefault="003F7A25" w:rsidP="00655302">
            <w:r>
              <w:t>n-</w:t>
            </w:r>
            <w:proofErr w:type="spellStart"/>
            <w:r>
              <w:t>pentana</w:t>
            </w:r>
            <w:proofErr w:type="spellEnd"/>
          </w:p>
        </w:tc>
        <w:tc>
          <w:tcPr>
            <w:tcW w:w="3346" w:type="dxa"/>
            <w:vAlign w:val="center"/>
          </w:tcPr>
          <w:p w14:paraId="2A874188" w14:textId="77777777" w:rsidR="003F7A25" w:rsidRDefault="003F7A25" w:rsidP="00655302">
            <w:r>
              <w:t>5</w:t>
            </w:r>
          </w:p>
        </w:tc>
        <w:tc>
          <w:tcPr>
            <w:tcW w:w="3346" w:type="dxa"/>
            <w:vAlign w:val="center"/>
          </w:tcPr>
          <w:p w14:paraId="21E9D6C0" w14:textId="77777777" w:rsidR="003F7A25" w:rsidRDefault="003F7A25" w:rsidP="00655302">
            <w:r>
              <w:t>−3509</w:t>
            </w:r>
          </w:p>
        </w:tc>
      </w:tr>
      <w:tr w:rsidR="003F7A25" w14:paraId="4F7C3133" w14:textId="77777777" w:rsidTr="00655302">
        <w:tc>
          <w:tcPr>
            <w:tcW w:w="3346" w:type="dxa"/>
            <w:vAlign w:val="center"/>
          </w:tcPr>
          <w:p w14:paraId="0F969387" w14:textId="77777777" w:rsidR="003F7A25" w:rsidRDefault="003F7A25" w:rsidP="00655302">
            <w:r>
              <w:t>1-pentena</w:t>
            </w:r>
          </w:p>
        </w:tc>
        <w:tc>
          <w:tcPr>
            <w:tcW w:w="3346" w:type="dxa"/>
            <w:vAlign w:val="center"/>
          </w:tcPr>
          <w:p w14:paraId="1EA668C7" w14:textId="77777777" w:rsidR="003F7A25" w:rsidRDefault="003F7A25" w:rsidP="00655302">
            <w:r>
              <w:t>5</w:t>
            </w:r>
          </w:p>
        </w:tc>
        <w:tc>
          <w:tcPr>
            <w:tcW w:w="3346" w:type="dxa"/>
            <w:vAlign w:val="center"/>
          </w:tcPr>
          <w:p w14:paraId="710E5FC0" w14:textId="77777777" w:rsidR="003F7A25" w:rsidRDefault="003F7A25" w:rsidP="00655302">
            <w:r>
              <w:t>−3349</w:t>
            </w:r>
          </w:p>
        </w:tc>
      </w:tr>
      <w:tr w:rsidR="003F7A25" w14:paraId="5013FA56" w14:textId="77777777" w:rsidTr="00655302">
        <w:tc>
          <w:tcPr>
            <w:tcW w:w="3346" w:type="dxa"/>
            <w:vAlign w:val="center"/>
          </w:tcPr>
          <w:p w14:paraId="6A785375" w14:textId="77777777" w:rsidR="003F7A25" w:rsidRDefault="003F7A25" w:rsidP="00655302">
            <w:proofErr w:type="spellStart"/>
            <w:r>
              <w:t>siklopentana</w:t>
            </w:r>
            <w:proofErr w:type="spellEnd"/>
          </w:p>
        </w:tc>
        <w:tc>
          <w:tcPr>
            <w:tcW w:w="3346" w:type="dxa"/>
            <w:vAlign w:val="center"/>
          </w:tcPr>
          <w:p w14:paraId="252698DB" w14:textId="77777777" w:rsidR="003F7A25" w:rsidRDefault="003F7A25" w:rsidP="00655302">
            <w:r>
              <w:t>5</w:t>
            </w:r>
          </w:p>
        </w:tc>
        <w:tc>
          <w:tcPr>
            <w:tcW w:w="3346" w:type="dxa"/>
            <w:vAlign w:val="center"/>
          </w:tcPr>
          <w:p w14:paraId="54C2CBDF" w14:textId="77777777" w:rsidR="003F7A25" w:rsidRDefault="003F7A25" w:rsidP="00655302">
            <w:r>
              <w:t>−3291</w:t>
            </w:r>
          </w:p>
        </w:tc>
      </w:tr>
    </w:tbl>
    <w:p w14:paraId="2977844B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1CAD51D0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691AFCEC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4B65D51B" w14:textId="77777777" w:rsidR="003F7A25" w:rsidRDefault="003F7A25" w:rsidP="00655302">
            <w:r>
              <w:t>n-</w:t>
            </w:r>
            <w:proofErr w:type="spellStart"/>
            <w:r>
              <w:t>pentana</w:t>
            </w:r>
            <w:proofErr w:type="spellEnd"/>
            <w:r>
              <w:t xml:space="preserve">, </w:t>
            </w:r>
            <w:proofErr w:type="spellStart"/>
            <w:r>
              <w:t>ΔHc</w:t>
            </w:r>
            <w:proofErr w:type="spellEnd"/>
            <w:r>
              <w:t>=−3509 kJ/mol</w:t>
            </w:r>
          </w:p>
        </w:tc>
      </w:tr>
      <w:tr w:rsidR="003F7A25" w14:paraId="32FDFB0E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40286CB5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69DF34EB" w14:textId="77777777" w:rsidR="003F7A25" w:rsidRDefault="003F7A25" w:rsidP="00655302">
            <w:r>
              <w:t xml:space="preserve">1-pentena, </w:t>
            </w:r>
            <w:proofErr w:type="spellStart"/>
            <w:r>
              <w:t>ΔHc</w:t>
            </w:r>
            <w:proofErr w:type="spellEnd"/>
            <w:r>
              <w:t>=−3349 kJ/mol</w:t>
            </w:r>
          </w:p>
        </w:tc>
      </w:tr>
      <w:tr w:rsidR="003F7A25" w14:paraId="6177A578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4952033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80135BE" w14:textId="77777777" w:rsidR="003F7A25" w:rsidRDefault="003F7A25" w:rsidP="00655302">
            <w:proofErr w:type="spellStart"/>
            <w:r>
              <w:t>siklopentana</w:t>
            </w:r>
            <w:proofErr w:type="spellEnd"/>
            <w:r>
              <w:t xml:space="preserve">, </w:t>
            </w:r>
            <w:proofErr w:type="spellStart"/>
            <w:r>
              <w:t>ΔHc</w:t>
            </w:r>
            <w:proofErr w:type="spellEnd"/>
            <w:r>
              <w:t>=−3291 kJ/mol</w:t>
            </w:r>
          </w:p>
        </w:tc>
      </w:tr>
      <w:tr w:rsidR="003F7A25" w14:paraId="47C93A59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4613D8B7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26DC272" w14:textId="77777777" w:rsidR="003F7A25" w:rsidRDefault="003F7A25" w:rsidP="00655302">
            <w:proofErr w:type="spellStart"/>
            <w:r>
              <w:t>ketiganya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</w:p>
        </w:tc>
      </w:tr>
      <w:tr w:rsidR="003F7A25" w14:paraId="56C06B3C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0DD04540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9FD555C" w14:textId="77777777" w:rsidR="003F7A25" w:rsidRDefault="003F7A25" w:rsidP="00655302"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ditentukan</w:t>
            </w:r>
            <w:proofErr w:type="spellEnd"/>
          </w:p>
        </w:tc>
      </w:tr>
    </w:tbl>
    <w:p w14:paraId="2EDEBB35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A</w:t>
      </w:r>
    </w:p>
    <w:p w14:paraId="31C0B500" w14:textId="77777777" w:rsidR="003F7A25" w:rsidRDefault="003F7A25" w:rsidP="003F7A25">
      <w:r>
        <w:t xml:space="preserve">PEMBAHASAN: Nilai </w:t>
      </w:r>
      <w:proofErr w:type="spellStart"/>
      <w:r>
        <w:t>ΔH°c</w:t>
      </w:r>
      <w:proofErr w:type="spellEnd"/>
      <w:r>
        <w:t xml:space="preserve"> paling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energi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paling </w:t>
      </w:r>
      <w:proofErr w:type="spellStart"/>
      <w:r>
        <w:t>besar</w:t>
      </w:r>
      <w:proofErr w:type="spellEnd"/>
      <w:r>
        <w:t xml:space="preserve">. Nilai −3509 kJ/mol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milik</w:t>
      </w:r>
      <w:proofErr w:type="spellEnd"/>
      <w:r>
        <w:t xml:space="preserve"> n-</w:t>
      </w:r>
      <w:proofErr w:type="spellStart"/>
      <w:r>
        <w:t>pentana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n-</w:t>
      </w:r>
      <w:proofErr w:type="spellStart"/>
      <w:r>
        <w:t>pentana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pilihan</w:t>
      </w:r>
      <w:proofErr w:type="spellEnd"/>
      <w:r>
        <w:t>.</w:t>
      </w:r>
    </w:p>
    <w:p w14:paraId="48EC852F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4E981796" w14:textId="77777777" w:rsidTr="00655302">
        <w:tc>
          <w:tcPr>
            <w:tcW w:w="3346" w:type="dxa"/>
            <w:shd w:val="clear" w:color="auto" w:fill="2F5597"/>
            <w:vAlign w:val="center"/>
          </w:tcPr>
          <w:p w14:paraId="34BE4127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01D65049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15D2AF34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3EE15051" w14:textId="77777777" w:rsidTr="00655302">
        <w:tc>
          <w:tcPr>
            <w:tcW w:w="3346" w:type="dxa"/>
            <w:vAlign w:val="center"/>
          </w:tcPr>
          <w:p w14:paraId="3BCDC117" w14:textId="77777777" w:rsidR="003F7A25" w:rsidRDefault="003F7A25" w:rsidP="00655302">
            <w:r>
              <w:rPr>
                <w:b/>
              </w:rPr>
              <w:t>A. n-</w:t>
            </w:r>
            <w:proofErr w:type="spellStart"/>
            <w:r>
              <w:rPr>
                <w:b/>
              </w:rPr>
              <w:t>pentana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ΔHc</w:t>
            </w:r>
            <w:proofErr w:type="spellEnd"/>
            <w:r>
              <w:rPr>
                <w:b/>
              </w:rPr>
              <w:t>=−3509 kJ/mol</w:t>
            </w:r>
          </w:p>
        </w:tc>
        <w:tc>
          <w:tcPr>
            <w:tcW w:w="3346" w:type="dxa"/>
            <w:vAlign w:val="center"/>
          </w:tcPr>
          <w:p w14:paraId="5F7562E6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355FFFB3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−3509 kJ/mol paling </w:t>
            </w:r>
            <w:proofErr w:type="spellStart"/>
            <w:r>
              <w:t>negatif</w:t>
            </w:r>
            <w:proofErr w:type="spellEnd"/>
            <w:r>
              <w:t xml:space="preserve"> dan </w:t>
            </w:r>
            <w:proofErr w:type="spellStart"/>
            <w:r>
              <w:t>energi</w:t>
            </w:r>
            <w:proofErr w:type="spellEnd"/>
            <w:r>
              <w:t xml:space="preserve"> </w:t>
            </w:r>
            <w:proofErr w:type="spellStart"/>
            <w:r>
              <w:t>dilepaskan</w:t>
            </w:r>
            <w:proofErr w:type="spellEnd"/>
            <w:r>
              <w:t xml:space="preserve"> paling </w:t>
            </w:r>
            <w:proofErr w:type="spellStart"/>
            <w:r>
              <w:t>besar</w:t>
            </w:r>
            <w:proofErr w:type="spellEnd"/>
            <w:r>
              <w:t>.</w:t>
            </w:r>
          </w:p>
        </w:tc>
      </w:tr>
      <w:tr w:rsidR="003F7A25" w14:paraId="7FEDE127" w14:textId="77777777" w:rsidTr="00655302">
        <w:tc>
          <w:tcPr>
            <w:tcW w:w="3346" w:type="dxa"/>
            <w:vAlign w:val="center"/>
          </w:tcPr>
          <w:p w14:paraId="64D3088B" w14:textId="77777777" w:rsidR="003F7A25" w:rsidRDefault="003F7A25" w:rsidP="00655302">
            <w:r>
              <w:rPr>
                <w:b/>
              </w:rPr>
              <w:t xml:space="preserve">B. 1-pentena, </w:t>
            </w:r>
            <w:proofErr w:type="spellStart"/>
            <w:r>
              <w:rPr>
                <w:b/>
              </w:rPr>
              <w:t>ΔHc</w:t>
            </w:r>
            <w:proofErr w:type="spellEnd"/>
            <w:r>
              <w:rPr>
                <w:b/>
              </w:rPr>
              <w:t>=−3349 kJ/mol</w:t>
            </w:r>
          </w:p>
        </w:tc>
        <w:tc>
          <w:tcPr>
            <w:tcW w:w="3346" w:type="dxa"/>
            <w:vAlign w:val="center"/>
          </w:tcPr>
          <w:p w14:paraId="0EFBA387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66BD1C27" w14:textId="77777777" w:rsidR="003F7A25" w:rsidRDefault="003F7A25" w:rsidP="00655302">
            <w:proofErr w:type="spellStart"/>
            <w:r>
              <w:t>Nilainya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>.</w:t>
            </w:r>
          </w:p>
        </w:tc>
      </w:tr>
      <w:tr w:rsidR="003F7A25" w14:paraId="4D7CB1D4" w14:textId="77777777" w:rsidTr="00655302">
        <w:tc>
          <w:tcPr>
            <w:tcW w:w="3346" w:type="dxa"/>
            <w:vAlign w:val="center"/>
          </w:tcPr>
          <w:p w14:paraId="63E37EF7" w14:textId="77777777" w:rsidR="003F7A25" w:rsidRDefault="003F7A25" w:rsidP="00655302">
            <w:r>
              <w:rPr>
                <w:b/>
              </w:rPr>
              <w:t xml:space="preserve">C. </w:t>
            </w:r>
            <w:proofErr w:type="spellStart"/>
            <w:r>
              <w:rPr>
                <w:b/>
              </w:rPr>
              <w:t>siklopentana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ΔHc</w:t>
            </w:r>
            <w:proofErr w:type="spellEnd"/>
            <w:r>
              <w:rPr>
                <w:b/>
              </w:rPr>
              <w:t>=−3291 kJ/mol</w:t>
            </w:r>
          </w:p>
        </w:tc>
        <w:tc>
          <w:tcPr>
            <w:tcW w:w="3346" w:type="dxa"/>
            <w:vAlign w:val="center"/>
          </w:tcPr>
          <w:p w14:paraId="298AB5DB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496F4A28" w14:textId="77777777" w:rsidR="003F7A25" w:rsidRDefault="003F7A25" w:rsidP="00655302">
            <w:proofErr w:type="spellStart"/>
            <w:r>
              <w:t>Nilainya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>.</w:t>
            </w:r>
          </w:p>
        </w:tc>
      </w:tr>
      <w:tr w:rsidR="003F7A25" w14:paraId="01E4C732" w14:textId="77777777" w:rsidTr="00655302">
        <w:tc>
          <w:tcPr>
            <w:tcW w:w="3346" w:type="dxa"/>
            <w:vAlign w:val="center"/>
          </w:tcPr>
          <w:p w14:paraId="43BEEEED" w14:textId="77777777" w:rsidR="003F7A25" w:rsidRDefault="003F7A25" w:rsidP="00655302">
            <w:r>
              <w:rPr>
                <w:b/>
              </w:rPr>
              <w:t xml:space="preserve">D. </w:t>
            </w:r>
            <w:proofErr w:type="spellStart"/>
            <w:r>
              <w:rPr>
                <w:b/>
              </w:rPr>
              <w:t>ketiganya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sama</w:t>
            </w:r>
            <w:proofErr w:type="spellEnd"/>
          </w:p>
        </w:tc>
        <w:tc>
          <w:tcPr>
            <w:tcW w:w="3346" w:type="dxa"/>
            <w:vAlign w:val="center"/>
          </w:tcPr>
          <w:p w14:paraId="0EE0DCEE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63886057" w14:textId="77777777" w:rsidR="003F7A25" w:rsidRDefault="003F7A25" w:rsidP="00655302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nilainya</w:t>
            </w:r>
            <w:proofErr w:type="spellEnd"/>
            <w:r>
              <w:t xml:space="preserve"> </w:t>
            </w:r>
            <w:proofErr w:type="spellStart"/>
            <w:r>
              <w:t>berbeda</w:t>
            </w:r>
            <w:proofErr w:type="spellEnd"/>
            <w:r>
              <w:t>.</w:t>
            </w:r>
          </w:p>
        </w:tc>
      </w:tr>
      <w:tr w:rsidR="003F7A25" w14:paraId="5CD74583" w14:textId="77777777" w:rsidTr="00655302">
        <w:tc>
          <w:tcPr>
            <w:tcW w:w="3346" w:type="dxa"/>
            <w:vAlign w:val="center"/>
          </w:tcPr>
          <w:p w14:paraId="40BA779F" w14:textId="77777777" w:rsidR="003F7A25" w:rsidRDefault="003F7A25" w:rsidP="00655302">
            <w:r>
              <w:rPr>
                <w:b/>
              </w:rPr>
              <w:t xml:space="preserve">E. </w:t>
            </w:r>
            <w:proofErr w:type="spellStart"/>
            <w:r>
              <w:rPr>
                <w:b/>
              </w:rPr>
              <w:t>tidak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dapat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ditentukan</w:t>
            </w:r>
            <w:proofErr w:type="spellEnd"/>
          </w:p>
        </w:tc>
        <w:tc>
          <w:tcPr>
            <w:tcW w:w="3346" w:type="dxa"/>
            <w:vAlign w:val="center"/>
          </w:tcPr>
          <w:p w14:paraId="4C8BD9EB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2C33DDF8" w14:textId="77777777" w:rsidR="003F7A25" w:rsidRDefault="003F7A25" w:rsidP="00655302">
            <w:r>
              <w:t xml:space="preserve">Data </w:t>
            </w:r>
            <w:proofErr w:type="spellStart"/>
            <w:r>
              <w:t>entalpi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>.</w:t>
            </w:r>
          </w:p>
        </w:tc>
      </w:tr>
    </w:tbl>
    <w:p w14:paraId="4992AB4D" w14:textId="77777777" w:rsidR="003F7A25" w:rsidRDefault="003F7A25" w:rsidP="003F7A25">
      <w:r>
        <w:br w:type="page"/>
      </w:r>
    </w:p>
    <w:p w14:paraId="1AC2745A" w14:textId="77777777" w:rsidR="003F7A25" w:rsidRDefault="003F7A25" w:rsidP="003F7A25">
      <w:pPr>
        <w:pStyle w:val="Heading2"/>
      </w:pPr>
      <w:r>
        <w:lastRenderedPageBreak/>
        <w:t>SOAL NOMOR 24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6713D287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30F67032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793AFD49" w14:textId="77777777" w:rsidR="003F7A25" w:rsidRDefault="003F7A25" w:rsidP="00655302">
            <w:r>
              <w:t xml:space="preserve">Kimia </w:t>
            </w:r>
            <w:proofErr w:type="spellStart"/>
            <w:r>
              <w:t>Fisik</w:t>
            </w:r>
            <w:proofErr w:type="spellEnd"/>
          </w:p>
        </w:tc>
      </w:tr>
      <w:tr w:rsidR="003F7A25" w14:paraId="2CCC5ACA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E806C5E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1FCA3E7F" w14:textId="77777777" w:rsidR="003F7A25" w:rsidRDefault="003F7A25" w:rsidP="00655302">
            <w:proofErr w:type="spellStart"/>
            <w:r>
              <w:t>Kesetimbangan</w:t>
            </w:r>
            <w:proofErr w:type="spellEnd"/>
          </w:p>
        </w:tc>
      </w:tr>
      <w:tr w:rsidR="003F7A25" w14:paraId="0DFD6FCD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36C3CA41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1032F569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Kc</w:t>
            </w:r>
          </w:p>
        </w:tc>
      </w:tr>
      <w:tr w:rsidR="003F7A25" w14:paraId="3EE2347A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EB6B6DB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5291CFEA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Kc pada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eksoterm</w:t>
            </w:r>
            <w:proofErr w:type="spellEnd"/>
            <w:r>
              <w:t>.</w:t>
            </w:r>
          </w:p>
        </w:tc>
      </w:tr>
      <w:tr w:rsidR="003F7A25" w14:paraId="61CAF612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0703F874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3E5F1C3C" w14:textId="77777777" w:rsidR="003F7A25" w:rsidRDefault="003F7A25" w:rsidP="00655302"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Kc dan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pada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eksoterm</w:t>
            </w:r>
            <w:proofErr w:type="spellEnd"/>
            <w:r>
              <w:t>.</w:t>
            </w:r>
          </w:p>
        </w:tc>
      </w:tr>
      <w:tr w:rsidR="003F7A25" w14:paraId="285FF116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24F0D4B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6DBDE0A4" w14:textId="77777777" w:rsidR="003F7A25" w:rsidRDefault="003F7A25" w:rsidP="00655302">
            <w:r>
              <w:t>C4–C5</w:t>
            </w:r>
          </w:p>
        </w:tc>
      </w:tr>
    </w:tbl>
    <w:p w14:paraId="03B09610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287998B7" w14:textId="77777777" w:rsidR="003F7A25" w:rsidRDefault="003F7A25" w:rsidP="003F7A25">
      <w:r>
        <w:t xml:space="preserve">Pada </w:t>
      </w:r>
      <w:proofErr w:type="spellStart"/>
      <w:r>
        <w:t>kesetimbangan</w:t>
      </w:r>
      <w:proofErr w:type="spellEnd"/>
      <w:r>
        <w:t xml:space="preserve"> C₂H₄(g)+H₂O(g)⇌C₂H₅OH(g), </w:t>
      </w:r>
      <w:proofErr w:type="spellStart"/>
      <w:r>
        <w:t>reaksi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kanan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eksoterm</w:t>
      </w:r>
      <w:proofErr w:type="spellEnd"/>
      <w:r>
        <w:t xml:space="preserve">. Jika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diturunkan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…</w:t>
      </w:r>
    </w:p>
    <w:p w14:paraId="5BE46119" w14:textId="77777777" w:rsidR="003F7A25" w:rsidRDefault="003F7A25" w:rsidP="003F7A25">
      <w:pPr>
        <w:jc w:val="center"/>
      </w:pPr>
      <w:r>
        <w:rPr>
          <w:noProof/>
        </w:rPr>
        <w:drawing>
          <wp:inline distT="0" distB="0" distL="0" distR="0" wp14:anchorId="7A1FF67B" wp14:editId="373FCF96">
            <wp:extent cx="4754880" cy="2139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ual_kc_suhu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13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D3E5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1EEA53BD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0766F3E7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13A79420" w14:textId="77777777" w:rsidR="003F7A25" w:rsidRDefault="003F7A25" w:rsidP="00655302">
            <w:r>
              <w:t xml:space="preserve">Kc </w:t>
            </w:r>
            <w:proofErr w:type="spellStart"/>
            <w:r>
              <w:t>berkurang</w:t>
            </w:r>
            <w:proofErr w:type="spellEnd"/>
            <w:r>
              <w:t xml:space="preserve"> dan </w:t>
            </w:r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</w:p>
        </w:tc>
      </w:tr>
      <w:tr w:rsidR="003F7A25" w14:paraId="57C8681F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1E9B3169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42C34204" w14:textId="77777777" w:rsidR="003F7A25" w:rsidRDefault="003F7A25" w:rsidP="00655302">
            <w:r>
              <w:t xml:space="preserve">Kc </w:t>
            </w:r>
            <w:proofErr w:type="spellStart"/>
            <w:r>
              <w:t>bertambah</w:t>
            </w:r>
            <w:proofErr w:type="spellEnd"/>
            <w:r>
              <w:t xml:space="preserve"> dan </w:t>
            </w:r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bertambah</w:t>
            </w:r>
            <w:proofErr w:type="spellEnd"/>
          </w:p>
        </w:tc>
      </w:tr>
      <w:tr w:rsidR="003F7A25" w14:paraId="57B95813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3E4F50D8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03DD314F" w14:textId="77777777" w:rsidR="003F7A25" w:rsidRDefault="003F7A25" w:rsidP="00655302">
            <w:r>
              <w:t xml:space="preserve">Kc </w:t>
            </w:r>
            <w:proofErr w:type="spellStart"/>
            <w:r>
              <w:t>tetap</w:t>
            </w:r>
            <w:proofErr w:type="spellEnd"/>
            <w:r>
              <w:t xml:space="preserve"> dan </w:t>
            </w:r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bertambah</w:t>
            </w:r>
            <w:proofErr w:type="spellEnd"/>
          </w:p>
        </w:tc>
      </w:tr>
      <w:tr w:rsidR="003F7A25" w14:paraId="7691D9FC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7C74A977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2962EE5" w14:textId="77777777" w:rsidR="003F7A25" w:rsidRDefault="003F7A25" w:rsidP="00655302">
            <w:r>
              <w:t xml:space="preserve">Kc </w:t>
            </w:r>
            <w:proofErr w:type="spellStart"/>
            <w:r>
              <w:t>bertambah</w:t>
            </w:r>
            <w:proofErr w:type="spellEnd"/>
            <w:r>
              <w:t xml:space="preserve"> dan </w:t>
            </w:r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</w:p>
        </w:tc>
      </w:tr>
      <w:tr w:rsidR="003F7A25" w14:paraId="42676DB2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4648DBC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309E426F" w14:textId="77777777" w:rsidR="003F7A25" w:rsidRDefault="003F7A25" w:rsidP="00655302">
            <w:r>
              <w:t xml:space="preserve">Kc </w:t>
            </w:r>
            <w:proofErr w:type="spellStart"/>
            <w:r>
              <w:t>tetap</w:t>
            </w:r>
            <w:proofErr w:type="spellEnd"/>
            <w:r>
              <w:t xml:space="preserve"> dan </w:t>
            </w:r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</w:p>
        </w:tc>
      </w:tr>
    </w:tbl>
    <w:p w14:paraId="14E8298C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B</w:t>
      </w:r>
    </w:p>
    <w:p w14:paraId="298E9835" w14:textId="77777777" w:rsidR="003F7A25" w:rsidRDefault="003F7A25" w:rsidP="003F7A25">
      <w:r>
        <w:t xml:space="preserve">PEMBAHASAN: Karena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kanan</w:t>
      </w:r>
      <w:proofErr w:type="spellEnd"/>
      <w:r>
        <w:t xml:space="preserve"> </w:t>
      </w:r>
      <w:proofErr w:type="spellStart"/>
      <w:r>
        <w:t>eksoterm</w:t>
      </w:r>
      <w:proofErr w:type="spellEnd"/>
      <w:r>
        <w:t xml:space="preserve">,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kesetimbangan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kanan</w:t>
      </w:r>
      <w:proofErr w:type="spellEnd"/>
      <w:r>
        <w:t xml:space="preserve">. Kc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suhu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etanol</w:t>
      </w:r>
      <w:proofErr w:type="spellEnd"/>
      <w:r>
        <w:t xml:space="preserve"> </w:t>
      </w:r>
      <w:proofErr w:type="spellStart"/>
      <w:r>
        <w:t>bertambah</w:t>
      </w:r>
      <w:proofErr w:type="spellEnd"/>
      <w:r>
        <w:t>.</w:t>
      </w:r>
    </w:p>
    <w:p w14:paraId="5E71F382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66F8808A" w14:textId="77777777" w:rsidTr="00655302">
        <w:tc>
          <w:tcPr>
            <w:tcW w:w="3346" w:type="dxa"/>
            <w:shd w:val="clear" w:color="auto" w:fill="2F5597"/>
            <w:vAlign w:val="center"/>
          </w:tcPr>
          <w:p w14:paraId="54979C4A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5753A975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3F98E0E5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36384092" w14:textId="77777777" w:rsidTr="00655302">
        <w:tc>
          <w:tcPr>
            <w:tcW w:w="3346" w:type="dxa"/>
            <w:vAlign w:val="center"/>
          </w:tcPr>
          <w:p w14:paraId="666815AF" w14:textId="77777777" w:rsidR="003F7A25" w:rsidRDefault="003F7A25" w:rsidP="00655302">
            <w:r>
              <w:rPr>
                <w:b/>
              </w:rPr>
              <w:t xml:space="preserve">A. Kc </w:t>
            </w:r>
            <w:proofErr w:type="spellStart"/>
            <w:r>
              <w:rPr>
                <w:b/>
              </w:rPr>
              <w:t>berkurang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etanol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berkurang</w:t>
            </w:r>
            <w:proofErr w:type="spellEnd"/>
          </w:p>
        </w:tc>
        <w:tc>
          <w:tcPr>
            <w:tcW w:w="3346" w:type="dxa"/>
            <w:vAlign w:val="center"/>
          </w:tcPr>
          <w:p w14:paraId="4214B576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2F82565F" w14:textId="77777777" w:rsidR="003F7A25" w:rsidRDefault="003F7A25" w:rsidP="00655302"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eksoterm</w:t>
            </w:r>
            <w:proofErr w:type="spellEnd"/>
            <w:r>
              <w:t xml:space="preserve">, </w:t>
            </w:r>
            <w:proofErr w:type="spellStart"/>
            <w:r>
              <w:t>penurunan</w:t>
            </w:r>
            <w:proofErr w:type="spellEnd"/>
            <w:r>
              <w:t xml:space="preserve"> </w:t>
            </w:r>
            <w:proofErr w:type="spellStart"/>
            <w:r>
              <w:t>suhu</w:t>
            </w:r>
            <w:proofErr w:type="spellEnd"/>
            <w:r>
              <w:t xml:space="preserve"> </w:t>
            </w:r>
            <w:proofErr w:type="spellStart"/>
            <w:r>
              <w:t>menaikkan</w:t>
            </w:r>
            <w:proofErr w:type="spellEnd"/>
            <w:r>
              <w:t xml:space="preserve"> Kc.</w:t>
            </w:r>
          </w:p>
        </w:tc>
      </w:tr>
      <w:tr w:rsidR="003F7A25" w14:paraId="60A348C2" w14:textId="77777777" w:rsidTr="00655302">
        <w:tc>
          <w:tcPr>
            <w:tcW w:w="3346" w:type="dxa"/>
            <w:vAlign w:val="center"/>
          </w:tcPr>
          <w:p w14:paraId="2711F483" w14:textId="77777777" w:rsidR="003F7A25" w:rsidRDefault="003F7A25" w:rsidP="00655302">
            <w:r>
              <w:rPr>
                <w:b/>
              </w:rPr>
              <w:t xml:space="preserve">B. Kc </w:t>
            </w:r>
            <w:proofErr w:type="spellStart"/>
            <w:r>
              <w:rPr>
                <w:b/>
              </w:rPr>
              <w:t>bertambah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etanol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bertambah</w:t>
            </w:r>
            <w:proofErr w:type="spellEnd"/>
          </w:p>
        </w:tc>
        <w:tc>
          <w:tcPr>
            <w:tcW w:w="3346" w:type="dxa"/>
            <w:vAlign w:val="center"/>
          </w:tcPr>
          <w:p w14:paraId="76DE0666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3EA87BD4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Kc </w:t>
            </w:r>
            <w:proofErr w:type="spellStart"/>
            <w:r>
              <w:t>meningkat</w:t>
            </w:r>
            <w:proofErr w:type="spellEnd"/>
            <w:r>
              <w:t xml:space="preserve"> dan </w:t>
            </w:r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bertambah</w:t>
            </w:r>
            <w:proofErr w:type="spellEnd"/>
            <w:r>
              <w:t>.</w:t>
            </w:r>
          </w:p>
        </w:tc>
      </w:tr>
      <w:tr w:rsidR="003F7A25" w14:paraId="2823A646" w14:textId="77777777" w:rsidTr="00655302">
        <w:tc>
          <w:tcPr>
            <w:tcW w:w="3346" w:type="dxa"/>
            <w:vAlign w:val="center"/>
          </w:tcPr>
          <w:p w14:paraId="732B2506" w14:textId="77777777" w:rsidR="003F7A25" w:rsidRDefault="003F7A25" w:rsidP="00655302">
            <w:r>
              <w:rPr>
                <w:b/>
              </w:rPr>
              <w:t xml:space="preserve">C. Kc </w:t>
            </w:r>
            <w:proofErr w:type="spellStart"/>
            <w:r>
              <w:rPr>
                <w:b/>
              </w:rPr>
              <w:t>tetap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etanol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bertambah</w:t>
            </w:r>
            <w:proofErr w:type="spellEnd"/>
          </w:p>
        </w:tc>
        <w:tc>
          <w:tcPr>
            <w:tcW w:w="3346" w:type="dxa"/>
            <w:vAlign w:val="center"/>
          </w:tcPr>
          <w:p w14:paraId="59383C42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D6C8B2A" w14:textId="77777777" w:rsidR="003F7A25" w:rsidRDefault="003F7A25" w:rsidP="00655302">
            <w:r>
              <w:t xml:space="preserve">Kc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t>suhu</w:t>
            </w:r>
            <w:proofErr w:type="spellEnd"/>
            <w:r>
              <w:t>.</w:t>
            </w:r>
          </w:p>
        </w:tc>
      </w:tr>
      <w:tr w:rsidR="003F7A25" w14:paraId="64517B8C" w14:textId="77777777" w:rsidTr="00655302">
        <w:tc>
          <w:tcPr>
            <w:tcW w:w="3346" w:type="dxa"/>
            <w:vAlign w:val="center"/>
          </w:tcPr>
          <w:p w14:paraId="7AAE8100" w14:textId="77777777" w:rsidR="003F7A25" w:rsidRDefault="003F7A25" w:rsidP="00655302">
            <w:r>
              <w:rPr>
                <w:b/>
              </w:rPr>
              <w:t xml:space="preserve">D. Kc </w:t>
            </w:r>
            <w:proofErr w:type="spellStart"/>
            <w:r>
              <w:rPr>
                <w:b/>
              </w:rPr>
              <w:t>bertambah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etanol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berkurang</w:t>
            </w:r>
            <w:proofErr w:type="spellEnd"/>
          </w:p>
        </w:tc>
        <w:tc>
          <w:tcPr>
            <w:tcW w:w="3346" w:type="dxa"/>
            <w:vAlign w:val="center"/>
          </w:tcPr>
          <w:p w14:paraId="1397D856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43530E1E" w14:textId="77777777" w:rsidR="003F7A25" w:rsidRDefault="003F7A25" w:rsidP="00655302">
            <w:r>
              <w:t xml:space="preserve">Arah dan </w:t>
            </w:r>
            <w:proofErr w:type="spellStart"/>
            <w:r>
              <w:t>perubahan</w:t>
            </w:r>
            <w:proofErr w:type="spellEnd"/>
            <w:r>
              <w:t xml:space="preserve"> Kc </w:t>
            </w:r>
            <w:proofErr w:type="spellStart"/>
            <w:r>
              <w:t>terbalik</w:t>
            </w:r>
            <w:proofErr w:type="spellEnd"/>
            <w:r>
              <w:t>.</w:t>
            </w:r>
          </w:p>
        </w:tc>
      </w:tr>
      <w:tr w:rsidR="003F7A25" w14:paraId="25ED9E19" w14:textId="77777777" w:rsidTr="00655302">
        <w:tc>
          <w:tcPr>
            <w:tcW w:w="3346" w:type="dxa"/>
            <w:vAlign w:val="center"/>
          </w:tcPr>
          <w:p w14:paraId="24FDA438" w14:textId="77777777" w:rsidR="003F7A25" w:rsidRDefault="003F7A25" w:rsidP="00655302">
            <w:r>
              <w:rPr>
                <w:b/>
              </w:rPr>
              <w:t xml:space="preserve">E. Kc </w:t>
            </w:r>
            <w:proofErr w:type="spellStart"/>
            <w:r>
              <w:rPr>
                <w:b/>
              </w:rPr>
              <w:t>tetap</w:t>
            </w:r>
            <w:proofErr w:type="spellEnd"/>
            <w:r>
              <w:rPr>
                <w:b/>
              </w:rPr>
              <w:t xml:space="preserve"> dan </w:t>
            </w:r>
            <w:proofErr w:type="spellStart"/>
            <w:r>
              <w:rPr>
                <w:b/>
              </w:rPr>
              <w:t>etanol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berkurang</w:t>
            </w:r>
            <w:proofErr w:type="spellEnd"/>
          </w:p>
        </w:tc>
        <w:tc>
          <w:tcPr>
            <w:tcW w:w="3346" w:type="dxa"/>
            <w:vAlign w:val="center"/>
          </w:tcPr>
          <w:p w14:paraId="3191C393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40089FF7" w14:textId="77777777" w:rsidR="003F7A25" w:rsidRDefault="003F7A25" w:rsidP="00655302">
            <w:proofErr w:type="spellStart"/>
            <w:r>
              <w:t>Etanol</w:t>
            </w:r>
            <w:proofErr w:type="spellEnd"/>
            <w:r>
              <w:t xml:space="preserve"> </w:t>
            </w:r>
            <w:proofErr w:type="spellStart"/>
            <w:r>
              <w:t>bertambah</w:t>
            </w:r>
            <w:proofErr w:type="spellEnd"/>
            <w:r>
              <w:t xml:space="preserve">, </w:t>
            </w:r>
            <w:proofErr w:type="spellStart"/>
            <w:r>
              <w:t>bukan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  <w:r>
              <w:t>.</w:t>
            </w:r>
          </w:p>
        </w:tc>
      </w:tr>
    </w:tbl>
    <w:p w14:paraId="7CCDC31D" w14:textId="0FD1FAEB" w:rsidR="003F7A25" w:rsidRDefault="003F7A25" w:rsidP="003F7A25">
      <w:r>
        <w:br w:type="page"/>
      </w:r>
      <w:r>
        <w:lastRenderedPageBreak/>
        <w:t>SOAL NOMOR 25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5C551433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CC317C2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637360CA" w14:textId="77777777" w:rsidR="003F7A25" w:rsidRDefault="003F7A25" w:rsidP="00655302">
            <w:proofErr w:type="spellStart"/>
            <w:r>
              <w:t>Elektrokimia</w:t>
            </w:r>
            <w:proofErr w:type="spellEnd"/>
          </w:p>
        </w:tc>
      </w:tr>
      <w:tr w:rsidR="003F7A25" w14:paraId="2EAD787D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6F4DB2B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Subelemen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3A88D704" w14:textId="77777777" w:rsidR="003F7A25" w:rsidRDefault="003F7A25" w:rsidP="00655302">
            <w:proofErr w:type="spellStart"/>
            <w:r>
              <w:t>Elektrolisis</w:t>
            </w:r>
            <w:proofErr w:type="spellEnd"/>
          </w:p>
        </w:tc>
      </w:tr>
      <w:tr w:rsidR="003F7A25" w14:paraId="62CD700F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4FF42A8D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Kompetensi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65114693" w14:textId="77777777" w:rsidR="003F7A25" w:rsidRDefault="003F7A25" w:rsidP="00655302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Faraday pada data </w:t>
            </w:r>
            <w:proofErr w:type="spellStart"/>
            <w:r>
              <w:t>eksperimen</w:t>
            </w:r>
            <w:proofErr w:type="spellEnd"/>
          </w:p>
        </w:tc>
      </w:tr>
      <w:tr w:rsidR="003F7A25" w14:paraId="06C370B4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7E50D68C" w14:textId="77777777" w:rsidR="003F7A25" w:rsidRDefault="003F7A25" w:rsidP="00655302">
            <w:proofErr w:type="spellStart"/>
            <w:r>
              <w:rPr>
                <w:b/>
                <w:color w:val="17365D"/>
              </w:rPr>
              <w:t>Indikator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7E43B6A9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data </w:t>
            </w:r>
            <w:proofErr w:type="spellStart"/>
            <w:r>
              <w:t>eksperimen</w:t>
            </w:r>
            <w:proofErr w:type="spellEnd"/>
            <w:r>
              <w:t xml:space="preserve"> </w:t>
            </w:r>
            <w:proofErr w:type="spellStart"/>
            <w:r>
              <w:t>elektrolisis</w:t>
            </w:r>
            <w:proofErr w:type="spellEnd"/>
            <w:r>
              <w:t xml:space="preserve"> dan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Faraday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>.</w:t>
            </w:r>
          </w:p>
        </w:tc>
      </w:tr>
      <w:tr w:rsidR="003F7A25" w14:paraId="3C8BA30C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12C74DE2" w14:textId="77777777" w:rsidR="003F7A25" w:rsidRDefault="003F7A25" w:rsidP="00655302">
            <w:r>
              <w:rPr>
                <w:b/>
                <w:color w:val="17365D"/>
              </w:rPr>
              <w:t xml:space="preserve">Tujuan </w:t>
            </w:r>
            <w:proofErr w:type="spellStart"/>
            <w:r>
              <w:rPr>
                <w:b/>
                <w:color w:val="17365D"/>
              </w:rPr>
              <w:t>Pembelajaran</w:t>
            </w:r>
            <w:proofErr w:type="spellEnd"/>
          </w:p>
        </w:tc>
        <w:tc>
          <w:tcPr>
            <w:tcW w:w="5018" w:type="dxa"/>
            <w:shd w:val="clear" w:color="auto" w:fill="FFFFFF"/>
            <w:vAlign w:val="center"/>
          </w:tcPr>
          <w:p w14:paraId="03039C31" w14:textId="77777777" w:rsidR="003F7A25" w:rsidRDefault="003F7A25" w:rsidP="00655302">
            <w:proofErr w:type="spellStart"/>
            <w:r>
              <w:t>Menganalisis</w:t>
            </w:r>
            <w:proofErr w:type="spellEnd"/>
            <w:r>
              <w:t xml:space="preserve"> data </w:t>
            </w:r>
            <w:proofErr w:type="spellStart"/>
            <w:r>
              <w:t>arus</w:t>
            </w:r>
            <w:proofErr w:type="spellEnd"/>
            <w:r>
              <w:t xml:space="preserve">, </w:t>
            </w:r>
            <w:proofErr w:type="spellStart"/>
            <w:r>
              <w:t>waktu</w:t>
            </w:r>
            <w:proofErr w:type="spellEnd"/>
            <w:r>
              <w:t xml:space="preserve">, </w:t>
            </w:r>
            <w:proofErr w:type="spellStart"/>
            <w:r>
              <w:t>reaksi</w:t>
            </w:r>
            <w:proofErr w:type="spellEnd"/>
            <w:r>
              <w:t xml:space="preserve"> ion, dan </w:t>
            </w:r>
            <w:proofErr w:type="spellStart"/>
            <w:r>
              <w:t>efisiensi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massa</w:t>
            </w:r>
            <w:proofErr w:type="spellEnd"/>
            <w:r>
              <w:t xml:space="preserve"> </w:t>
            </w:r>
            <w:proofErr w:type="spellStart"/>
            <w:r>
              <w:t>endapan</w:t>
            </w:r>
            <w:proofErr w:type="spellEnd"/>
            <w:r>
              <w:t>.</w:t>
            </w:r>
          </w:p>
        </w:tc>
      </w:tr>
      <w:tr w:rsidR="003F7A25" w14:paraId="1892298A" w14:textId="77777777" w:rsidTr="00655302">
        <w:trPr>
          <w:jc w:val="center"/>
        </w:trPr>
        <w:tc>
          <w:tcPr>
            <w:tcW w:w="5018" w:type="dxa"/>
            <w:shd w:val="clear" w:color="auto" w:fill="D9EAF7"/>
            <w:vAlign w:val="center"/>
          </w:tcPr>
          <w:p w14:paraId="53FAD362" w14:textId="77777777" w:rsidR="003F7A25" w:rsidRDefault="003F7A25" w:rsidP="00655302">
            <w:r>
              <w:rPr>
                <w:b/>
                <w:color w:val="17365D"/>
              </w:rPr>
              <w:t>Level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588C4725" w14:textId="77777777" w:rsidR="003F7A25" w:rsidRDefault="003F7A25" w:rsidP="00655302">
            <w:r>
              <w:t>C4–C5</w:t>
            </w:r>
          </w:p>
        </w:tc>
      </w:tr>
    </w:tbl>
    <w:p w14:paraId="3A505778" w14:textId="77777777" w:rsidR="003F7A25" w:rsidRDefault="003F7A25" w:rsidP="003F7A25">
      <w:proofErr w:type="spellStart"/>
      <w:r>
        <w:rPr>
          <w:b/>
          <w:color w:val="C65911"/>
        </w:rPr>
        <w:t>Bentuk</w:t>
      </w:r>
      <w:proofErr w:type="spellEnd"/>
      <w:r>
        <w:rPr>
          <w:b/>
          <w:color w:val="C65911"/>
        </w:rPr>
        <w:t xml:space="preserve"> Soal: </w:t>
      </w:r>
      <w:proofErr w:type="spellStart"/>
      <w:r>
        <w:rPr>
          <w:b/>
          <w:color w:val="C65911"/>
        </w:rPr>
        <w:t>Pilihan</w:t>
      </w:r>
      <w:proofErr w:type="spellEnd"/>
      <w:r>
        <w:rPr>
          <w:b/>
          <w:color w:val="C65911"/>
        </w:rPr>
        <w:t xml:space="preserve"> Ganda</w:t>
      </w:r>
    </w:p>
    <w:p w14:paraId="3738633F" w14:textId="77777777" w:rsidR="003F7A25" w:rsidRDefault="003F7A25" w:rsidP="003F7A25">
      <w:proofErr w:type="spellStart"/>
      <w:r>
        <w:t>Perhatikan</w:t>
      </w:r>
      <w:proofErr w:type="spellEnd"/>
      <w:r>
        <w:t xml:space="preserve"> data </w:t>
      </w:r>
      <w:proofErr w:type="spellStart"/>
      <w:r>
        <w:t>elektrolisis</w:t>
      </w:r>
      <w:proofErr w:type="spellEnd"/>
      <w:r>
        <w:t xml:space="preserve"> </w:t>
      </w:r>
      <w:proofErr w:type="spellStart"/>
      <w:r>
        <w:t>larutan</w:t>
      </w:r>
      <w:proofErr w:type="spellEnd"/>
      <w:r>
        <w:t xml:space="preserve"> </w:t>
      </w:r>
      <w:proofErr w:type="spellStart"/>
      <w:r>
        <w:t>AgNO</w:t>
      </w:r>
      <w:proofErr w:type="spellEnd"/>
      <w:r>
        <w:t xml:space="preserve">₃ </w:t>
      </w:r>
      <w:proofErr w:type="spellStart"/>
      <w:r>
        <w:t>berikut</w:t>
      </w:r>
      <w:proofErr w:type="spellEnd"/>
      <w:r>
        <w:t xml:space="preserve">. </w:t>
      </w:r>
      <w:proofErr w:type="spellStart"/>
      <w:r>
        <w:t>Arus</w:t>
      </w:r>
      <w:proofErr w:type="spellEnd"/>
      <w:r>
        <w:t xml:space="preserve"> 1,93 A </w:t>
      </w:r>
      <w:proofErr w:type="spellStart"/>
      <w:r>
        <w:t>dialirkan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1.000 s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90%. </w:t>
      </w:r>
      <w:proofErr w:type="spellStart"/>
      <w:r>
        <w:t>Reaksi</w:t>
      </w:r>
      <w:proofErr w:type="spellEnd"/>
      <w:r>
        <w:t xml:space="preserve"> pada </w:t>
      </w:r>
      <w:proofErr w:type="spellStart"/>
      <w:r>
        <w:t>katode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Ag⁺ + e⁻ → Ag. Jika </w:t>
      </w:r>
      <w:proofErr w:type="spellStart"/>
      <w:r>
        <w:t>Ar</w:t>
      </w:r>
      <w:proofErr w:type="spellEnd"/>
      <w:r>
        <w:t xml:space="preserve"> Ag=108 dan 1 F=96.500 C mol⁻¹, </w:t>
      </w:r>
      <w:proofErr w:type="spellStart"/>
      <w:r>
        <w:t>massa</w:t>
      </w:r>
      <w:proofErr w:type="spellEnd"/>
      <w:r>
        <w:t xml:space="preserve"> Ag yang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mengendap</w:t>
      </w:r>
      <w:proofErr w:type="spellEnd"/>
      <w:r>
        <w:t xml:space="preserve"> di </w:t>
      </w:r>
      <w:proofErr w:type="spellStart"/>
      <w:r>
        <w:t>katode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…</w:t>
      </w:r>
    </w:p>
    <w:p w14:paraId="09443AC3" w14:textId="77777777" w:rsidR="003F7A25" w:rsidRDefault="003F7A25" w:rsidP="003F7A25">
      <w:pPr>
        <w:jc w:val="center"/>
      </w:pPr>
      <w:r>
        <w:rPr>
          <w:noProof/>
        </w:rPr>
        <w:drawing>
          <wp:inline distT="0" distB="0" distL="0" distR="0" wp14:anchorId="260B6D8F" wp14:editId="1F76C60B">
            <wp:extent cx="4754880" cy="29712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_elektrolisi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7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0970B161" w14:textId="77777777" w:rsidTr="00655302">
        <w:tc>
          <w:tcPr>
            <w:tcW w:w="5018" w:type="dxa"/>
            <w:shd w:val="clear" w:color="auto" w:fill="2F5597"/>
            <w:vAlign w:val="center"/>
          </w:tcPr>
          <w:p w14:paraId="198EFA46" w14:textId="77777777" w:rsidR="003F7A25" w:rsidRDefault="003F7A25" w:rsidP="00655302">
            <w:r>
              <w:rPr>
                <w:b/>
                <w:color w:val="FFFFFF"/>
              </w:rPr>
              <w:t xml:space="preserve">Data </w:t>
            </w:r>
            <w:proofErr w:type="spellStart"/>
            <w:r>
              <w:rPr>
                <w:b/>
                <w:color w:val="FFFFFF"/>
              </w:rPr>
              <w:t>eksperimen</w:t>
            </w:r>
            <w:proofErr w:type="spellEnd"/>
          </w:p>
        </w:tc>
        <w:tc>
          <w:tcPr>
            <w:tcW w:w="5018" w:type="dxa"/>
            <w:shd w:val="clear" w:color="auto" w:fill="2F5597"/>
            <w:vAlign w:val="center"/>
          </w:tcPr>
          <w:p w14:paraId="1D240215" w14:textId="77777777" w:rsidR="003F7A25" w:rsidRDefault="003F7A25" w:rsidP="00655302">
            <w:r>
              <w:rPr>
                <w:b/>
                <w:color w:val="FFFFFF"/>
              </w:rPr>
              <w:t>Nilai</w:t>
            </w:r>
          </w:p>
        </w:tc>
      </w:tr>
      <w:tr w:rsidR="003F7A25" w14:paraId="2FFCC50C" w14:textId="77777777" w:rsidTr="00655302">
        <w:tc>
          <w:tcPr>
            <w:tcW w:w="5018" w:type="dxa"/>
            <w:vAlign w:val="center"/>
          </w:tcPr>
          <w:p w14:paraId="4351903C" w14:textId="77777777" w:rsidR="003F7A25" w:rsidRDefault="003F7A25" w:rsidP="00655302"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listrik</w:t>
            </w:r>
            <w:proofErr w:type="spellEnd"/>
            <w:r>
              <w:t xml:space="preserve"> (I)</w:t>
            </w:r>
          </w:p>
        </w:tc>
        <w:tc>
          <w:tcPr>
            <w:tcW w:w="5018" w:type="dxa"/>
            <w:vAlign w:val="center"/>
          </w:tcPr>
          <w:p w14:paraId="2B1717E7" w14:textId="77777777" w:rsidR="003F7A25" w:rsidRDefault="003F7A25" w:rsidP="00655302">
            <w:r>
              <w:t>1,93 A</w:t>
            </w:r>
          </w:p>
        </w:tc>
      </w:tr>
      <w:tr w:rsidR="003F7A25" w14:paraId="3D1D9449" w14:textId="77777777" w:rsidTr="00655302">
        <w:tc>
          <w:tcPr>
            <w:tcW w:w="5018" w:type="dxa"/>
            <w:vAlign w:val="center"/>
          </w:tcPr>
          <w:p w14:paraId="0F2025D1" w14:textId="77777777" w:rsidR="003F7A25" w:rsidRDefault="003F7A25" w:rsidP="00655302">
            <w:r>
              <w:t>Waktu (t)</w:t>
            </w:r>
          </w:p>
        </w:tc>
        <w:tc>
          <w:tcPr>
            <w:tcW w:w="5018" w:type="dxa"/>
            <w:vAlign w:val="center"/>
          </w:tcPr>
          <w:p w14:paraId="5F578F34" w14:textId="77777777" w:rsidR="003F7A25" w:rsidRDefault="003F7A25" w:rsidP="00655302">
            <w:r>
              <w:t>1.000 s</w:t>
            </w:r>
          </w:p>
        </w:tc>
      </w:tr>
      <w:tr w:rsidR="003F7A25" w14:paraId="61B5E0EC" w14:textId="77777777" w:rsidTr="00655302">
        <w:tc>
          <w:tcPr>
            <w:tcW w:w="5018" w:type="dxa"/>
            <w:vAlign w:val="center"/>
          </w:tcPr>
          <w:p w14:paraId="32CE788E" w14:textId="77777777" w:rsidR="003F7A25" w:rsidRDefault="003F7A25" w:rsidP="00655302">
            <w:proofErr w:type="spellStart"/>
            <w:r>
              <w:t>Efisiensi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</w:p>
        </w:tc>
        <w:tc>
          <w:tcPr>
            <w:tcW w:w="5018" w:type="dxa"/>
            <w:vAlign w:val="center"/>
          </w:tcPr>
          <w:p w14:paraId="35F3B6BA" w14:textId="77777777" w:rsidR="003F7A25" w:rsidRDefault="003F7A25" w:rsidP="00655302">
            <w:r>
              <w:t>90%</w:t>
            </w:r>
          </w:p>
        </w:tc>
      </w:tr>
      <w:tr w:rsidR="003F7A25" w14:paraId="696B4266" w14:textId="77777777" w:rsidTr="00655302">
        <w:tc>
          <w:tcPr>
            <w:tcW w:w="5018" w:type="dxa"/>
            <w:vAlign w:val="center"/>
          </w:tcPr>
          <w:p w14:paraId="1982B865" w14:textId="77777777" w:rsidR="003F7A25" w:rsidRDefault="003F7A25" w:rsidP="00655302">
            <w:proofErr w:type="spellStart"/>
            <w:r>
              <w:t>Konstanta</w:t>
            </w:r>
            <w:proofErr w:type="spellEnd"/>
            <w:r>
              <w:t xml:space="preserve"> Faraday (F)</w:t>
            </w:r>
          </w:p>
        </w:tc>
        <w:tc>
          <w:tcPr>
            <w:tcW w:w="5018" w:type="dxa"/>
            <w:vAlign w:val="center"/>
          </w:tcPr>
          <w:p w14:paraId="46E8BB6E" w14:textId="77777777" w:rsidR="003F7A25" w:rsidRDefault="003F7A25" w:rsidP="00655302">
            <w:r>
              <w:t>96.500 C mol⁻¹</w:t>
            </w:r>
          </w:p>
        </w:tc>
      </w:tr>
      <w:tr w:rsidR="003F7A25" w14:paraId="1A72B51E" w14:textId="77777777" w:rsidTr="00655302">
        <w:tc>
          <w:tcPr>
            <w:tcW w:w="5018" w:type="dxa"/>
            <w:vAlign w:val="center"/>
          </w:tcPr>
          <w:p w14:paraId="52DF4248" w14:textId="77777777" w:rsidR="003F7A25" w:rsidRDefault="003F7A25" w:rsidP="00655302">
            <w:proofErr w:type="spellStart"/>
            <w:r>
              <w:t>Ar</w:t>
            </w:r>
            <w:proofErr w:type="spellEnd"/>
            <w:r>
              <w:t xml:space="preserve"> (Ag)</w:t>
            </w:r>
          </w:p>
        </w:tc>
        <w:tc>
          <w:tcPr>
            <w:tcW w:w="5018" w:type="dxa"/>
            <w:vAlign w:val="center"/>
          </w:tcPr>
          <w:p w14:paraId="59FEAE54" w14:textId="77777777" w:rsidR="003F7A25" w:rsidRDefault="003F7A25" w:rsidP="00655302">
            <w:r>
              <w:t>108</w:t>
            </w:r>
          </w:p>
        </w:tc>
      </w:tr>
    </w:tbl>
    <w:p w14:paraId="3D9B0941" w14:textId="77777777" w:rsidR="003F7A25" w:rsidRDefault="003F7A25" w:rsidP="003F7A25">
      <w:pPr>
        <w:spacing w:before="160" w:after="60"/>
      </w:pPr>
      <w:r>
        <w:rPr>
          <w:b/>
          <w:color w:val="C65911"/>
        </w:rPr>
        <w:t>PILIHAN JAWABAN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8"/>
        <w:gridCol w:w="5018"/>
      </w:tblGrid>
      <w:tr w:rsidR="003F7A25" w14:paraId="738277C1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7FBED5C8" w14:textId="77777777" w:rsidR="003F7A25" w:rsidRDefault="003F7A25" w:rsidP="00655302">
            <w:r>
              <w:rPr>
                <w:b/>
                <w:color w:val="17365D"/>
              </w:rPr>
              <w:t>A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571C4B52" w14:textId="77777777" w:rsidR="003F7A25" w:rsidRDefault="003F7A25" w:rsidP="00655302">
            <w:r>
              <w:t>0,97 g</w:t>
            </w:r>
          </w:p>
        </w:tc>
      </w:tr>
      <w:tr w:rsidR="003F7A25" w14:paraId="6D8A49FF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6F3927B0" w14:textId="77777777" w:rsidR="003F7A25" w:rsidRDefault="003F7A25" w:rsidP="00655302">
            <w:r>
              <w:rPr>
                <w:b/>
                <w:color w:val="17365D"/>
              </w:rPr>
              <w:t>B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EB47F73" w14:textId="77777777" w:rsidR="003F7A25" w:rsidRDefault="003F7A25" w:rsidP="00655302">
            <w:r>
              <w:t>1,73 g</w:t>
            </w:r>
          </w:p>
        </w:tc>
      </w:tr>
      <w:tr w:rsidR="003F7A25" w14:paraId="73C7BF90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6D45B924" w14:textId="77777777" w:rsidR="003F7A25" w:rsidRDefault="003F7A25" w:rsidP="00655302">
            <w:r>
              <w:rPr>
                <w:b/>
                <w:color w:val="17365D"/>
              </w:rPr>
              <w:t>C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26DC7D83" w14:textId="77777777" w:rsidR="003F7A25" w:rsidRDefault="003F7A25" w:rsidP="00655302">
            <w:r>
              <w:t>1,94 g</w:t>
            </w:r>
          </w:p>
        </w:tc>
      </w:tr>
      <w:tr w:rsidR="003F7A25" w14:paraId="5B903DBA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510CE143" w14:textId="77777777" w:rsidR="003F7A25" w:rsidRDefault="003F7A25" w:rsidP="00655302">
            <w:r>
              <w:rPr>
                <w:b/>
                <w:color w:val="17365D"/>
              </w:rPr>
              <w:t>D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762A9B2E" w14:textId="77777777" w:rsidR="003F7A25" w:rsidRDefault="003F7A25" w:rsidP="00655302">
            <w:r>
              <w:t>2,16 g</w:t>
            </w:r>
          </w:p>
        </w:tc>
      </w:tr>
      <w:tr w:rsidR="003F7A25" w14:paraId="1704ED84" w14:textId="77777777" w:rsidTr="00655302">
        <w:trPr>
          <w:jc w:val="center"/>
        </w:trPr>
        <w:tc>
          <w:tcPr>
            <w:tcW w:w="5018" w:type="dxa"/>
            <w:shd w:val="clear" w:color="auto" w:fill="EAF2F8"/>
            <w:vAlign w:val="center"/>
          </w:tcPr>
          <w:p w14:paraId="479CF8E3" w14:textId="77777777" w:rsidR="003F7A25" w:rsidRDefault="003F7A25" w:rsidP="00655302">
            <w:r>
              <w:rPr>
                <w:b/>
                <w:color w:val="17365D"/>
              </w:rPr>
              <w:t>E</w:t>
            </w:r>
          </w:p>
        </w:tc>
        <w:tc>
          <w:tcPr>
            <w:tcW w:w="5018" w:type="dxa"/>
            <w:shd w:val="clear" w:color="auto" w:fill="FFFFFF"/>
            <w:vAlign w:val="center"/>
          </w:tcPr>
          <w:p w14:paraId="6C050104" w14:textId="77777777" w:rsidR="003F7A25" w:rsidRDefault="003F7A25" w:rsidP="00655302">
            <w:r>
              <w:t>2,40 g</w:t>
            </w:r>
          </w:p>
        </w:tc>
      </w:tr>
    </w:tbl>
    <w:p w14:paraId="3318AC8F" w14:textId="77777777" w:rsidR="003F7A25" w:rsidRDefault="003F7A25" w:rsidP="003F7A25">
      <w:pPr>
        <w:spacing w:before="100"/>
      </w:pPr>
      <w:r>
        <w:rPr>
          <w:b/>
          <w:color w:val="1F4E79"/>
        </w:rPr>
        <w:t>KUNCI JAWABAN: C</w:t>
      </w:r>
    </w:p>
    <w:p w14:paraId="54A0A7FD" w14:textId="77777777" w:rsidR="003F7A25" w:rsidRDefault="003F7A25" w:rsidP="003F7A25">
      <w:r>
        <w:lastRenderedPageBreak/>
        <w:t>PEMBAHASAN: Langkah 1: Q=It=1,93×1.000=1.930 C. Langkah 2: n(e</w:t>
      </w:r>
      <w:proofErr w:type="gramStart"/>
      <w:r>
        <w:t>⁻)=</w:t>
      </w:r>
      <w:proofErr w:type="gramEnd"/>
      <w:r>
        <w:t xml:space="preserve">Q/F=1.930/96.500=0,020 mol. Langkah 3: </w:t>
      </w:r>
      <w:proofErr w:type="spellStart"/>
      <w:r>
        <w:t>karena</w:t>
      </w:r>
      <w:proofErr w:type="spellEnd"/>
      <w:r>
        <w:t xml:space="preserve"> Ag⁺+e⁻→Ag, n(Ag)=0,020 mol. Massa </w:t>
      </w:r>
      <w:proofErr w:type="spellStart"/>
      <w:r>
        <w:t>teoritis</w:t>
      </w:r>
      <w:proofErr w:type="spellEnd"/>
      <w:r>
        <w:t xml:space="preserve">=0,020×108=2,16 g. Langkah 4: </w:t>
      </w:r>
      <w:proofErr w:type="spellStart"/>
      <w:r>
        <w:t>efisiensi</w:t>
      </w:r>
      <w:proofErr w:type="spellEnd"/>
      <w:r>
        <w:t xml:space="preserve"> 90%,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aktual</w:t>
      </w:r>
      <w:proofErr w:type="spellEnd"/>
      <w:r>
        <w:t>=0,90×2,16=1,944 g≈1,94 g.</w:t>
      </w:r>
    </w:p>
    <w:p w14:paraId="32597E09" w14:textId="77777777" w:rsidR="003F7A25" w:rsidRDefault="003F7A25" w:rsidP="003F7A25">
      <w:pPr>
        <w:pStyle w:val="Heading3"/>
      </w:pPr>
      <w:r>
        <w:t>ANALISIS SETIAP OPSI: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46"/>
        <w:gridCol w:w="3346"/>
      </w:tblGrid>
      <w:tr w:rsidR="003F7A25" w14:paraId="371298B9" w14:textId="77777777" w:rsidTr="00655302">
        <w:tc>
          <w:tcPr>
            <w:tcW w:w="3346" w:type="dxa"/>
            <w:shd w:val="clear" w:color="auto" w:fill="2F5597"/>
            <w:vAlign w:val="center"/>
          </w:tcPr>
          <w:p w14:paraId="2E44F30A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Opsi</w:t>
            </w:r>
            <w:proofErr w:type="spellEnd"/>
          </w:p>
        </w:tc>
        <w:tc>
          <w:tcPr>
            <w:tcW w:w="3346" w:type="dxa"/>
            <w:shd w:val="clear" w:color="auto" w:fill="2F5597"/>
            <w:vAlign w:val="center"/>
          </w:tcPr>
          <w:p w14:paraId="262CA352" w14:textId="77777777" w:rsidR="003F7A25" w:rsidRDefault="003F7A25" w:rsidP="00655302">
            <w:r>
              <w:rPr>
                <w:b/>
                <w:color w:val="FFFFFF"/>
              </w:rPr>
              <w:t>Status</w:t>
            </w:r>
          </w:p>
        </w:tc>
        <w:tc>
          <w:tcPr>
            <w:tcW w:w="3346" w:type="dxa"/>
            <w:shd w:val="clear" w:color="auto" w:fill="2F5597"/>
            <w:vAlign w:val="center"/>
          </w:tcPr>
          <w:p w14:paraId="19824EB8" w14:textId="77777777" w:rsidR="003F7A25" w:rsidRDefault="003F7A25" w:rsidP="00655302">
            <w:proofErr w:type="spellStart"/>
            <w:r>
              <w:rPr>
                <w:b/>
                <w:color w:val="FFFFFF"/>
              </w:rPr>
              <w:t>Analisis</w:t>
            </w:r>
            <w:proofErr w:type="spellEnd"/>
          </w:p>
        </w:tc>
      </w:tr>
      <w:tr w:rsidR="003F7A25" w14:paraId="388289EF" w14:textId="77777777" w:rsidTr="00655302">
        <w:tc>
          <w:tcPr>
            <w:tcW w:w="3346" w:type="dxa"/>
            <w:vAlign w:val="center"/>
          </w:tcPr>
          <w:p w14:paraId="5F79CDAB" w14:textId="77777777" w:rsidR="003F7A25" w:rsidRDefault="003F7A25" w:rsidP="00655302">
            <w:r>
              <w:rPr>
                <w:b/>
              </w:rPr>
              <w:t>A. 0,97 g</w:t>
            </w:r>
          </w:p>
        </w:tc>
        <w:tc>
          <w:tcPr>
            <w:tcW w:w="3346" w:type="dxa"/>
            <w:vAlign w:val="center"/>
          </w:tcPr>
          <w:p w14:paraId="5ED3F881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04F14F79" w14:textId="77777777" w:rsidR="003F7A25" w:rsidRDefault="003F7A25" w:rsidP="00655302">
            <w:r>
              <w:t xml:space="preserve">Salah;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terlalu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90% </w:t>
            </w:r>
            <w:proofErr w:type="spellStart"/>
            <w:r>
              <w:t>massa</w:t>
            </w:r>
            <w:proofErr w:type="spellEnd"/>
            <w:r>
              <w:t xml:space="preserve"> </w:t>
            </w:r>
            <w:proofErr w:type="spellStart"/>
            <w:r>
              <w:t>teoritis</w:t>
            </w:r>
            <w:proofErr w:type="spellEnd"/>
            <w:r>
              <w:t>.</w:t>
            </w:r>
          </w:p>
        </w:tc>
      </w:tr>
      <w:tr w:rsidR="003F7A25" w14:paraId="79BB44B3" w14:textId="77777777" w:rsidTr="00655302">
        <w:tc>
          <w:tcPr>
            <w:tcW w:w="3346" w:type="dxa"/>
            <w:vAlign w:val="center"/>
          </w:tcPr>
          <w:p w14:paraId="02F2596A" w14:textId="77777777" w:rsidR="003F7A25" w:rsidRDefault="003F7A25" w:rsidP="00655302">
            <w:r>
              <w:rPr>
                <w:b/>
              </w:rPr>
              <w:t>B. 1,73 g</w:t>
            </w:r>
          </w:p>
        </w:tc>
        <w:tc>
          <w:tcPr>
            <w:tcW w:w="3346" w:type="dxa"/>
            <w:vAlign w:val="center"/>
          </w:tcPr>
          <w:p w14:paraId="265CE4D7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4C3E1D3" w14:textId="77777777" w:rsidR="003F7A25" w:rsidRDefault="003F7A25" w:rsidP="00655302">
            <w:r>
              <w:t xml:space="preserve">Salah;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dan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elektron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diterapkan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>.</w:t>
            </w:r>
          </w:p>
        </w:tc>
      </w:tr>
      <w:tr w:rsidR="003F7A25" w14:paraId="4341DE5D" w14:textId="77777777" w:rsidTr="00655302">
        <w:tc>
          <w:tcPr>
            <w:tcW w:w="3346" w:type="dxa"/>
            <w:vAlign w:val="center"/>
          </w:tcPr>
          <w:p w14:paraId="20477A32" w14:textId="77777777" w:rsidR="003F7A25" w:rsidRDefault="003F7A25" w:rsidP="00655302">
            <w:r>
              <w:rPr>
                <w:b/>
              </w:rPr>
              <w:t>C. 1,94 g</w:t>
            </w:r>
          </w:p>
        </w:tc>
        <w:tc>
          <w:tcPr>
            <w:tcW w:w="3346" w:type="dxa"/>
            <w:vAlign w:val="center"/>
          </w:tcPr>
          <w:p w14:paraId="71278AAE" w14:textId="77777777" w:rsidR="003F7A25" w:rsidRDefault="003F7A25" w:rsidP="00655302">
            <w:r>
              <w:rPr>
                <w:b/>
                <w:color w:val="008000"/>
              </w:rPr>
              <w:t>BENAR</w:t>
            </w:r>
          </w:p>
        </w:tc>
        <w:tc>
          <w:tcPr>
            <w:tcW w:w="3346" w:type="dxa"/>
            <w:vAlign w:val="center"/>
          </w:tcPr>
          <w:p w14:paraId="15003019" w14:textId="77777777" w:rsidR="003F7A25" w:rsidRDefault="003F7A25" w:rsidP="00655302">
            <w:proofErr w:type="spellStart"/>
            <w:r>
              <w:t>Benar</w:t>
            </w:r>
            <w:proofErr w:type="spellEnd"/>
            <w:r>
              <w:t xml:space="preserve">; </w:t>
            </w:r>
            <w:proofErr w:type="spellStart"/>
            <w:r>
              <w:t>massa</w:t>
            </w:r>
            <w:proofErr w:type="spellEnd"/>
            <w:r>
              <w:t xml:space="preserve"> </w:t>
            </w:r>
            <w:proofErr w:type="spellStart"/>
            <w:r>
              <w:t>teoritis</w:t>
            </w:r>
            <w:proofErr w:type="spellEnd"/>
            <w:r>
              <w:t xml:space="preserve"> 2,16 g </w:t>
            </w:r>
            <w:proofErr w:type="spellStart"/>
            <w:r>
              <w:t>dikalikan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90% </w:t>
            </w:r>
            <w:proofErr w:type="spellStart"/>
            <w:r>
              <w:t>menghasilkan</w:t>
            </w:r>
            <w:proofErr w:type="spellEnd"/>
            <w:r>
              <w:t xml:space="preserve"> 1,944 g≈1,94 g.</w:t>
            </w:r>
          </w:p>
        </w:tc>
      </w:tr>
      <w:tr w:rsidR="003F7A25" w14:paraId="1976B1C8" w14:textId="77777777" w:rsidTr="00655302">
        <w:tc>
          <w:tcPr>
            <w:tcW w:w="3346" w:type="dxa"/>
            <w:vAlign w:val="center"/>
          </w:tcPr>
          <w:p w14:paraId="50FC60DD" w14:textId="77777777" w:rsidR="003F7A25" w:rsidRDefault="003F7A25" w:rsidP="00655302">
            <w:r>
              <w:rPr>
                <w:b/>
              </w:rPr>
              <w:t>D. 2,16 g</w:t>
            </w:r>
          </w:p>
        </w:tc>
        <w:tc>
          <w:tcPr>
            <w:tcW w:w="3346" w:type="dxa"/>
            <w:vAlign w:val="center"/>
          </w:tcPr>
          <w:p w14:paraId="7D1CD845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56A1D50A" w14:textId="77777777" w:rsidR="003F7A25" w:rsidRDefault="003F7A25" w:rsidP="00655302">
            <w:r>
              <w:t xml:space="preserve">Salah; 2,16 g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massa</w:t>
            </w:r>
            <w:proofErr w:type="spellEnd"/>
            <w:r>
              <w:t xml:space="preserve"> </w:t>
            </w:r>
            <w:proofErr w:type="spellStart"/>
            <w:r>
              <w:t>teoritis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memperhitungkan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>.</w:t>
            </w:r>
          </w:p>
        </w:tc>
      </w:tr>
      <w:tr w:rsidR="003F7A25" w14:paraId="120A838E" w14:textId="77777777" w:rsidTr="00655302">
        <w:tc>
          <w:tcPr>
            <w:tcW w:w="3346" w:type="dxa"/>
            <w:vAlign w:val="center"/>
          </w:tcPr>
          <w:p w14:paraId="798F14A1" w14:textId="77777777" w:rsidR="003F7A25" w:rsidRDefault="003F7A25" w:rsidP="00655302">
            <w:r>
              <w:rPr>
                <w:b/>
              </w:rPr>
              <w:t>E. 2,40 g</w:t>
            </w:r>
          </w:p>
        </w:tc>
        <w:tc>
          <w:tcPr>
            <w:tcW w:w="3346" w:type="dxa"/>
            <w:vAlign w:val="center"/>
          </w:tcPr>
          <w:p w14:paraId="01174F91" w14:textId="77777777" w:rsidR="003F7A25" w:rsidRDefault="003F7A25" w:rsidP="00655302">
            <w:r>
              <w:rPr>
                <w:b/>
                <w:color w:val="C00000"/>
              </w:rPr>
              <w:t>SALAH</w:t>
            </w:r>
          </w:p>
        </w:tc>
        <w:tc>
          <w:tcPr>
            <w:tcW w:w="3346" w:type="dxa"/>
            <w:vAlign w:val="center"/>
          </w:tcPr>
          <w:p w14:paraId="76541084" w14:textId="77777777" w:rsidR="003F7A25" w:rsidRDefault="003F7A25" w:rsidP="00655302">
            <w:r>
              <w:t xml:space="preserve">Salah; </w:t>
            </w:r>
            <w:proofErr w:type="spellStart"/>
            <w:r>
              <w:t>nilainya</w:t>
            </w:r>
            <w:proofErr w:type="spellEnd"/>
            <w:r>
              <w:t xml:space="preserve"> </w:t>
            </w:r>
            <w:proofErr w:type="spellStart"/>
            <w:r>
              <w:t>melebihi</w:t>
            </w:r>
            <w:proofErr w:type="spellEnd"/>
            <w:r>
              <w:t xml:space="preserve"> </w:t>
            </w:r>
            <w:proofErr w:type="spellStart"/>
            <w:r>
              <w:t>massa</w:t>
            </w:r>
            <w:proofErr w:type="spellEnd"/>
            <w:r>
              <w:t xml:space="preserve"> </w:t>
            </w:r>
            <w:proofErr w:type="spellStart"/>
            <w:r>
              <w:t>teoritis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90%.</w:t>
            </w:r>
          </w:p>
        </w:tc>
      </w:tr>
    </w:tbl>
    <w:p w14:paraId="293C7303" w14:textId="13445A07" w:rsidR="00D64AEA" w:rsidRDefault="00D64AEA" w:rsidP="003F7A25"/>
    <w:sectPr w:rsidR="00D64AEA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C78F9" w14:textId="77777777" w:rsidR="00F47564" w:rsidRDefault="00F47564" w:rsidP="00854231">
      <w:pPr>
        <w:spacing w:after="0" w:line="240" w:lineRule="auto"/>
      </w:pPr>
      <w:r>
        <w:separator/>
      </w:r>
    </w:p>
  </w:endnote>
  <w:endnote w:type="continuationSeparator" w:id="0">
    <w:p w14:paraId="6C7EB685" w14:textId="77777777" w:rsidR="00F47564" w:rsidRDefault="00F47564" w:rsidP="0085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935B" w14:textId="77777777" w:rsidR="00F47564" w:rsidRDefault="00F47564" w:rsidP="00854231">
      <w:pPr>
        <w:spacing w:after="0" w:line="240" w:lineRule="auto"/>
      </w:pPr>
      <w:r>
        <w:separator/>
      </w:r>
    </w:p>
  </w:footnote>
  <w:footnote w:type="continuationSeparator" w:id="0">
    <w:p w14:paraId="4B4F588A" w14:textId="77777777" w:rsidR="00F47564" w:rsidRDefault="00F47564" w:rsidP="00854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892177">
    <w:abstractNumId w:val="8"/>
  </w:num>
  <w:num w:numId="2" w16cid:durableId="894127423">
    <w:abstractNumId w:val="6"/>
  </w:num>
  <w:num w:numId="3" w16cid:durableId="155341506">
    <w:abstractNumId w:val="5"/>
  </w:num>
  <w:num w:numId="4" w16cid:durableId="386925453">
    <w:abstractNumId w:val="4"/>
  </w:num>
  <w:num w:numId="5" w16cid:durableId="510412707">
    <w:abstractNumId w:val="7"/>
  </w:num>
  <w:num w:numId="6" w16cid:durableId="1476218151">
    <w:abstractNumId w:val="3"/>
  </w:num>
  <w:num w:numId="7" w16cid:durableId="570427990">
    <w:abstractNumId w:val="2"/>
  </w:num>
  <w:num w:numId="8" w16cid:durableId="1785617253">
    <w:abstractNumId w:val="1"/>
  </w:num>
  <w:num w:numId="9" w16cid:durableId="180342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93B"/>
    <w:rsid w:val="0015074B"/>
    <w:rsid w:val="0016444E"/>
    <w:rsid w:val="0029639D"/>
    <w:rsid w:val="00326F90"/>
    <w:rsid w:val="003F7A25"/>
    <w:rsid w:val="005528CD"/>
    <w:rsid w:val="00580A3E"/>
    <w:rsid w:val="00854231"/>
    <w:rsid w:val="00A15CA9"/>
    <w:rsid w:val="00AA1D8D"/>
    <w:rsid w:val="00B47730"/>
    <w:rsid w:val="00CB0664"/>
    <w:rsid w:val="00D11344"/>
    <w:rsid w:val="00D64AEA"/>
    <w:rsid w:val="00DA52F8"/>
    <w:rsid w:val="00F475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1424C4"/>
  <w14:defaultImageDpi w14:val="300"/>
  <w15:docId w15:val="{1F2084D2-CA98-4F54-BF6C-5F543B30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5369</Words>
  <Characters>30609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wahyu adhipratama</cp:lastModifiedBy>
  <cp:revision>5</cp:revision>
  <dcterms:created xsi:type="dcterms:W3CDTF">2013-12-23T23:15:00Z</dcterms:created>
  <dcterms:modified xsi:type="dcterms:W3CDTF">2026-08-27T05:45:00Z</dcterms:modified>
  <cp:category/>
</cp:coreProperties>
</file>