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382F1" w14:textId="77777777" w:rsidR="00B17907" w:rsidRDefault="00706E50">
      <w:pPr>
        <w:pStyle w:val="Heading1"/>
      </w:pPr>
      <w:r>
        <w:t>SOAL LATIHAN LENGKAP MATERI SIKLUS AKUNTANSI</w:t>
      </w:r>
    </w:p>
    <w:p w14:paraId="4A832E3E" w14:textId="77777777" w:rsidR="00B17907" w:rsidRDefault="00706E50">
      <w:r>
        <w:t>Mata Pelajaran: Ekonomi / Akuntansi</w:t>
      </w:r>
    </w:p>
    <w:p w14:paraId="2591E06F" w14:textId="77777777" w:rsidR="00B17907" w:rsidRDefault="00706E50">
      <w:r>
        <w:t>Kelas / Semester: XII / Genap</w:t>
      </w:r>
    </w:p>
    <w:p w14:paraId="685BC8FB" w14:textId="3B3E789F" w:rsidR="00B17907" w:rsidRDefault="00706E50">
      <w:r>
        <w:t xml:space="preserve">Jumlah Soal: 30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Ganda</w:t>
      </w:r>
    </w:p>
    <w:p w14:paraId="243A2A0A" w14:textId="77777777" w:rsidR="00B17907" w:rsidRDefault="00706E50">
      <w:pPr>
        <w:pStyle w:val="Heading2"/>
      </w:pPr>
      <w:r>
        <w:t>A. Soal Pilihan Ganda (1 - 30)</w:t>
      </w:r>
    </w:p>
    <w:p w14:paraId="666B87D7" w14:textId="77777777" w:rsidR="00B17907" w:rsidRDefault="00706E50">
      <w:r>
        <w:t xml:space="preserve">1. Tahap pencatatan dalam siklus akuntansi </w:t>
      </w:r>
      <w:r>
        <w:t>perusahaan jasa dimulai dari...</w:t>
      </w:r>
    </w:p>
    <w:p w14:paraId="46472483" w14:textId="77777777" w:rsidR="00B17907" w:rsidRDefault="00706E50">
      <w:r>
        <w:t>A. Pembuatan neraca saldo</w:t>
      </w:r>
    </w:p>
    <w:p w14:paraId="32509486" w14:textId="77777777" w:rsidR="00B17907" w:rsidRDefault="00706E50">
      <w:r>
        <w:t>B. Penyusunan laporan keuangan</w:t>
      </w:r>
    </w:p>
    <w:p w14:paraId="585EB7D6" w14:textId="77777777" w:rsidR="00B17907" w:rsidRDefault="00706E50">
      <w:r>
        <w:t>C. Pencatatan transaksi dalam jurnal</w:t>
      </w:r>
    </w:p>
    <w:p w14:paraId="44BF80CE" w14:textId="77777777" w:rsidR="00B17907" w:rsidRDefault="00706E50">
      <w:r>
        <w:t>D. Pembuatan buku besar</w:t>
      </w:r>
    </w:p>
    <w:p w14:paraId="01BD468A" w14:textId="77777777" w:rsidR="00B17907" w:rsidRDefault="00706E50">
      <w:r>
        <w:t>E. Penyusunan jurnal penutup</w:t>
      </w:r>
    </w:p>
    <w:p w14:paraId="5547DE98" w14:textId="77777777" w:rsidR="00B17907" w:rsidRDefault="00706E50">
      <w:r>
        <w:t>Kunci Jawaban: C</w:t>
      </w:r>
      <w:r>
        <w:br/>
      </w:r>
    </w:p>
    <w:p w14:paraId="41334B7B" w14:textId="77777777" w:rsidR="00B17907" w:rsidRDefault="00706E50">
      <w:r>
        <w:t>2. Bukti transaksi yang dibuat oleh perusahaan untuk mencat</w:t>
      </w:r>
      <w:r>
        <w:t>at penerimaan uang tunai (bukan dari penjualan tunai) disebut...</w:t>
      </w:r>
    </w:p>
    <w:p w14:paraId="67E38B7E" w14:textId="77777777" w:rsidR="00B17907" w:rsidRDefault="00706E50">
      <w:r>
        <w:t>A. Faktur</w:t>
      </w:r>
    </w:p>
    <w:p w14:paraId="1F6B4A80" w14:textId="77777777" w:rsidR="00B17907" w:rsidRDefault="00706E50">
      <w:r>
        <w:t>B. Kuitansi</w:t>
      </w:r>
    </w:p>
    <w:p w14:paraId="7215CF4A" w14:textId="77777777" w:rsidR="00B17907" w:rsidRDefault="00706E50">
      <w:r>
        <w:t>C. Nota kontan</w:t>
      </w:r>
    </w:p>
    <w:p w14:paraId="49BE2BF7" w14:textId="77777777" w:rsidR="00B17907" w:rsidRDefault="00706E50">
      <w:r>
        <w:t>D. Nota debet</w:t>
      </w:r>
    </w:p>
    <w:p w14:paraId="1FA973BB" w14:textId="77777777" w:rsidR="00B17907" w:rsidRDefault="00706E50">
      <w:r>
        <w:t>E. Memo</w:t>
      </w:r>
    </w:p>
    <w:p w14:paraId="42C98DF9" w14:textId="77777777" w:rsidR="00B17907" w:rsidRDefault="00706E50">
      <w:r>
        <w:t>Kunci Jawaban: B</w:t>
      </w:r>
      <w:r>
        <w:br/>
      </w:r>
    </w:p>
    <w:p w14:paraId="49585668" w14:textId="77777777" w:rsidR="00B17907" w:rsidRDefault="00706E50">
      <w:r>
        <w:t>3. Transaksi pembelian perlengkapan secara kredit akan dicatat dalam jurnal umum dengan pengaruh...</w:t>
      </w:r>
    </w:p>
    <w:p w14:paraId="5CF7C286" w14:textId="77777777" w:rsidR="00B17907" w:rsidRDefault="00706E50">
      <w:r>
        <w:t>A. Perlengkapa</w:t>
      </w:r>
      <w:r>
        <w:t>n (Debet), Kas (Kredit)</w:t>
      </w:r>
    </w:p>
    <w:p w14:paraId="27EE7A5A" w14:textId="77777777" w:rsidR="00B17907" w:rsidRDefault="00706E50">
      <w:r>
        <w:t>B. Perlengkapan (Debet), Utang Usaha (Kredit)</w:t>
      </w:r>
    </w:p>
    <w:p w14:paraId="02D8A936" w14:textId="77777777" w:rsidR="00B17907" w:rsidRDefault="00706E50">
      <w:r>
        <w:t>C. Kas (Debet), Perlengkapan (Kredit)</w:t>
      </w:r>
    </w:p>
    <w:p w14:paraId="4CE04047" w14:textId="77777777" w:rsidR="00B17907" w:rsidRDefault="00706E50">
      <w:r>
        <w:lastRenderedPageBreak/>
        <w:t>D. Utang Usaha (Debet), Perlengkapan (Kredit)</w:t>
      </w:r>
    </w:p>
    <w:p w14:paraId="520EBE75" w14:textId="77777777" w:rsidR="00B17907" w:rsidRDefault="00706E50">
      <w:r>
        <w:t>E. Peralatan (Debet), Utang Usaha (Kredit)</w:t>
      </w:r>
    </w:p>
    <w:p w14:paraId="1AAD771B" w14:textId="77777777" w:rsidR="00B17907" w:rsidRDefault="00706E50">
      <w:r>
        <w:t>Kunci Jawaban: B</w:t>
      </w:r>
      <w:r>
        <w:br/>
      </w:r>
    </w:p>
    <w:p w14:paraId="0BBF102B" w14:textId="77777777" w:rsidR="00B17907" w:rsidRDefault="00706E50">
      <w:r>
        <w:t>4. Buku besar (ledger) adalah...</w:t>
      </w:r>
    </w:p>
    <w:p w14:paraId="3BDBEE6E" w14:textId="77777777" w:rsidR="00B17907" w:rsidRDefault="00706E50">
      <w:r>
        <w:t xml:space="preserve">A. Buku </w:t>
      </w:r>
      <w:r>
        <w:t>harian tempat mencatat transaksi pertama kali</w:t>
      </w:r>
    </w:p>
    <w:p w14:paraId="7F56BD43" w14:textId="77777777" w:rsidR="00B17907" w:rsidRDefault="00706E50">
      <w:r>
        <w:t>B. Kumpulan perkiraan (akun) yang saling berhubungan</w:t>
      </w:r>
    </w:p>
    <w:p w14:paraId="3DA7A23C" w14:textId="77777777" w:rsidR="00B17907" w:rsidRDefault="00706E50">
      <w:r>
        <w:t>C. Daftar saldo akun-akun pada akhir periode</w:t>
      </w:r>
    </w:p>
    <w:p w14:paraId="6307AB0A" w14:textId="77777777" w:rsidR="00B17907" w:rsidRDefault="00706E50">
      <w:r>
        <w:t>D. Laporan yang menunjukkan posisi keuangan</w:t>
      </w:r>
    </w:p>
    <w:p w14:paraId="38399745" w14:textId="77777777" w:rsidR="00B17907" w:rsidRDefault="00706E50">
      <w:r>
        <w:t>E. Bukti sah terjadinya transaksi keuangan</w:t>
      </w:r>
    </w:p>
    <w:p w14:paraId="146CF67B" w14:textId="77777777" w:rsidR="00B17907" w:rsidRDefault="00706E50">
      <w:r>
        <w:t>Kunci Jawaban: B</w:t>
      </w:r>
      <w:r>
        <w:br/>
      </w:r>
    </w:p>
    <w:p w14:paraId="333879F1" w14:textId="77777777" w:rsidR="00B17907" w:rsidRDefault="00706E50">
      <w:r>
        <w:t xml:space="preserve">5. </w:t>
      </w:r>
      <w:r>
        <w:t>Pada akhir periode, akun pendapatan jasa bersaldo normal di sebelah kredit. Untuk menutup akun tersebut, jurnal penutup yang dibuat adalah...</w:t>
      </w:r>
    </w:p>
    <w:p w14:paraId="18AAE14E" w14:textId="77777777" w:rsidR="00B17907" w:rsidRDefault="00706E50">
      <w:r>
        <w:t>A. Ikhtisar L/R (Debet), Pendapatan Jasa (Kredit)</w:t>
      </w:r>
    </w:p>
    <w:p w14:paraId="6E921D23" w14:textId="77777777" w:rsidR="00B17907" w:rsidRDefault="00706E50">
      <w:r>
        <w:t>B. Pendapatan Jasa (Debet), Ikhtisar L/R (Kredit)</w:t>
      </w:r>
    </w:p>
    <w:p w14:paraId="7674C391" w14:textId="77777777" w:rsidR="00B17907" w:rsidRDefault="00706E50">
      <w:r>
        <w:t>C. Kas (Debet)</w:t>
      </w:r>
      <w:r>
        <w:t>, Pendapatan Jasa (Kredit)</w:t>
      </w:r>
    </w:p>
    <w:p w14:paraId="787F9B9E" w14:textId="77777777" w:rsidR="00B17907" w:rsidRDefault="00706E50">
      <w:r>
        <w:t>D. Modal (Debet), Pendapatan Jasa (Kredit)</w:t>
      </w:r>
    </w:p>
    <w:p w14:paraId="5281E5AC" w14:textId="77777777" w:rsidR="00B17907" w:rsidRDefault="00706E50">
      <w:r>
        <w:t>E. Pendapatan Jasa (Debet), Modal (Kredit)</w:t>
      </w:r>
    </w:p>
    <w:p w14:paraId="5C54D944" w14:textId="77777777" w:rsidR="00B17907" w:rsidRDefault="00706E50">
      <w:r>
        <w:t>Kunci Jawaban: B</w:t>
      </w:r>
      <w:r>
        <w:br/>
      </w:r>
    </w:p>
    <w:p w14:paraId="3E1FE11E" w14:textId="77777777" w:rsidR="00B17907" w:rsidRDefault="00706E50">
      <w:r>
        <w:t>6. Sumber pencatatan untuk menyusun kertas kerja (neraca lajur) berasal dari...</w:t>
      </w:r>
    </w:p>
    <w:p w14:paraId="680C0673" w14:textId="77777777" w:rsidR="00B17907" w:rsidRDefault="00706E50">
      <w:r>
        <w:t>A. Bukti transaksi</w:t>
      </w:r>
    </w:p>
    <w:p w14:paraId="30605FB7" w14:textId="77777777" w:rsidR="00B17907" w:rsidRDefault="00706E50">
      <w:r>
        <w:t>B. Jurnal umum dan buku be</w:t>
      </w:r>
      <w:r>
        <w:t>sar</w:t>
      </w:r>
    </w:p>
    <w:p w14:paraId="7C44C592" w14:textId="77777777" w:rsidR="00B17907" w:rsidRDefault="00706E50">
      <w:r>
        <w:t>C. Neraca saldo, jurnal penyesuaian, dan neraca saldo disesuaikan</w:t>
      </w:r>
    </w:p>
    <w:p w14:paraId="755C66ED" w14:textId="77777777" w:rsidR="00B17907" w:rsidRDefault="00706E50">
      <w:r>
        <w:t>D. Laporan laba rugi dan neraca</w:t>
      </w:r>
    </w:p>
    <w:p w14:paraId="74E579B8" w14:textId="77777777" w:rsidR="00B17907" w:rsidRDefault="00706E50">
      <w:r>
        <w:t>E. Jurnal penutup dan pembalik</w:t>
      </w:r>
    </w:p>
    <w:p w14:paraId="227B9024" w14:textId="77777777" w:rsidR="00B17907" w:rsidRDefault="00706E50">
      <w:r>
        <w:lastRenderedPageBreak/>
        <w:t>Kunci Jawaban: C</w:t>
      </w:r>
      <w:r>
        <w:br/>
      </w:r>
    </w:p>
    <w:p w14:paraId="79557823" w14:textId="77777777" w:rsidR="00B17907" w:rsidRDefault="00706E50">
      <w:r>
        <w:t>7. Jika dalam suatu periode perusahaan memperoleh laba, maka pengaruhnya terhadap akun modal dan ikhtisar</w:t>
      </w:r>
      <w:r>
        <w:t xml:space="preserve"> laba rugi pada jurnal penutup adalah...</w:t>
      </w:r>
    </w:p>
    <w:p w14:paraId="5EEEC65B" w14:textId="77777777" w:rsidR="00B17907" w:rsidRDefault="00706E50">
      <w:r>
        <w:t>A. Ikhtisar L/R di Debet, Modal di Kredit</w:t>
      </w:r>
    </w:p>
    <w:p w14:paraId="093C83C7" w14:textId="77777777" w:rsidR="00B17907" w:rsidRDefault="00706E50">
      <w:r>
        <w:t>B. Modal di Debet, Ikhtisar L/R di Kredit</w:t>
      </w:r>
    </w:p>
    <w:p w14:paraId="7198204A" w14:textId="77777777" w:rsidR="00B17907" w:rsidRDefault="00706E50">
      <w:r>
        <w:t>C. Prive di Debet, Modal di Kredit</w:t>
      </w:r>
    </w:p>
    <w:p w14:paraId="741B9D28" w14:textId="77777777" w:rsidR="00B17907" w:rsidRDefault="00706E50">
      <w:r>
        <w:t>D. Pendapatan di Debet, Modal di Kredit</w:t>
      </w:r>
    </w:p>
    <w:p w14:paraId="6269057C" w14:textId="77777777" w:rsidR="00B17907" w:rsidRDefault="00706E50">
      <w:r>
        <w:t>E. Beban di Debet, Ikhtisar L/R di Kredit</w:t>
      </w:r>
    </w:p>
    <w:p w14:paraId="72044CEC" w14:textId="77777777" w:rsidR="00B17907" w:rsidRDefault="00706E50">
      <w:r>
        <w:t xml:space="preserve">Kunci </w:t>
      </w:r>
      <w:r>
        <w:t>Jawaban: A</w:t>
      </w:r>
      <w:r>
        <w:br/>
      </w:r>
    </w:p>
    <w:p w14:paraId="2A07E2A3" w14:textId="77777777" w:rsidR="00B17907" w:rsidRDefault="00706E50">
      <w:r>
        <w:t>8. Suatu perusahaan jasa membayar beban sewa kantor untuk 1 tahun sebesar Rp12.000.000 dicatat sebagai beban saat pembayaran. Pada akhir periode, penyesuaian yang diperlukan adalah...</w:t>
      </w:r>
    </w:p>
    <w:p w14:paraId="0B8E4615" w14:textId="77777777" w:rsidR="00B17907" w:rsidRDefault="00706E50">
      <w:r>
        <w:t>A. Beban sewa bertambah, Kas berkurang</w:t>
      </w:r>
    </w:p>
    <w:p w14:paraId="6C235650" w14:textId="77777777" w:rsidR="00B17907" w:rsidRDefault="00706E50">
      <w:r>
        <w:t>B. Sewa dibayar dimuk</w:t>
      </w:r>
      <w:r>
        <w:t>a (Debet), Beban sewa (Kredit)</w:t>
      </w:r>
    </w:p>
    <w:p w14:paraId="22B32E3B" w14:textId="77777777" w:rsidR="00B17907" w:rsidRDefault="00706E50">
      <w:r>
        <w:t>C. Beban sewa (Debet), Sewa dibayar dimuka (Kredit)</w:t>
      </w:r>
    </w:p>
    <w:p w14:paraId="4F0147F4" w14:textId="77777777" w:rsidR="00B17907" w:rsidRDefault="00706E50">
      <w:r>
        <w:t>D. Tidak perlu penyesuaian</w:t>
      </w:r>
    </w:p>
    <w:p w14:paraId="7F323028" w14:textId="77777777" w:rsidR="00B17907" w:rsidRDefault="00706E50">
      <w:r>
        <w:t>E. Kas (Debet), Beban sewa (Kredit)</w:t>
      </w:r>
    </w:p>
    <w:p w14:paraId="436E6A8A" w14:textId="77777777" w:rsidR="00B17907" w:rsidRDefault="00706E50">
      <w:r>
        <w:t>Kunci Jawaban: B</w:t>
      </w:r>
      <w:r>
        <w:br/>
      </w:r>
    </w:p>
    <w:p w14:paraId="7DF9FB48" w14:textId="77777777" w:rsidR="00B17907" w:rsidRDefault="00706E50">
      <w:r>
        <w:t xml:space="preserve">9. Kolom-kolom yang terdapat dalam neraca lajur (worksheet) 10 kolom standar </w:t>
      </w:r>
      <w:r>
        <w:t>adalah...</w:t>
      </w:r>
    </w:p>
    <w:p w14:paraId="7A2A0079" w14:textId="77777777" w:rsidR="00B17907" w:rsidRDefault="00706E50">
      <w:r>
        <w:t>A. Neraca Saldo, Jurnal Penyesuaian, Laba Rugi, Neraca</w:t>
      </w:r>
    </w:p>
    <w:p w14:paraId="386123F5" w14:textId="77777777" w:rsidR="00B17907" w:rsidRDefault="00706E50">
      <w:r>
        <w:t>B. Neraca Saldo, Penyesuaian, Neraca Saldo Disesuaikan, Laba Rugi, Neraca</w:t>
      </w:r>
    </w:p>
    <w:p w14:paraId="01AD4D8B" w14:textId="77777777" w:rsidR="00B17907" w:rsidRDefault="00706E50">
      <w:r>
        <w:t>C. Jurnal, Buku Besar, Neraca Saldo, Laporan Keuangan</w:t>
      </w:r>
    </w:p>
    <w:p w14:paraId="7084714F" w14:textId="77777777" w:rsidR="00B17907" w:rsidRDefault="00706E50">
      <w:r>
        <w:t>D. Saldo Awal, Mutasi, Saldo Akhir</w:t>
      </w:r>
    </w:p>
    <w:p w14:paraId="23FBDD2A" w14:textId="77777777" w:rsidR="00B17907" w:rsidRDefault="00706E50">
      <w:r>
        <w:t>E. Neraca Saldo, Perubahan M</w:t>
      </w:r>
      <w:r>
        <w:t>odal, Neraca</w:t>
      </w:r>
    </w:p>
    <w:p w14:paraId="1060493C" w14:textId="77777777" w:rsidR="00B17907" w:rsidRDefault="00706E50">
      <w:r>
        <w:t>Kunci Jawaban: B</w:t>
      </w:r>
      <w:r>
        <w:br/>
      </w:r>
    </w:p>
    <w:p w14:paraId="58E64662" w14:textId="77777777" w:rsidR="00B17907" w:rsidRDefault="00706E50">
      <w:r>
        <w:lastRenderedPageBreak/>
        <w:t>10. Urutan yang benar dalam tahapan siklus akuntansi tahap pengikhtisaran adalah...</w:t>
      </w:r>
    </w:p>
    <w:p w14:paraId="1526F14D" w14:textId="77777777" w:rsidR="00B17907" w:rsidRDefault="00706E50">
      <w:r>
        <w:t>A. Jurnal Umum -&gt; Buku Besar -&gt; Neraca Saldo</w:t>
      </w:r>
    </w:p>
    <w:p w14:paraId="1203C655" w14:textId="77777777" w:rsidR="00B17907" w:rsidRDefault="00706E50">
      <w:r>
        <w:t>B. Neraca Saldo -&gt; Jurnal Penyesuaian -&gt; Neraca Saldo Disesuaikan -&gt; Kertas Kerja</w:t>
      </w:r>
    </w:p>
    <w:p w14:paraId="35DC5690" w14:textId="77777777" w:rsidR="00B17907" w:rsidRDefault="00706E50">
      <w:r>
        <w:t>C. Laporan Lab</w:t>
      </w:r>
      <w:r>
        <w:t>a Rugi -&gt; Neraca -&gt; Laporan Perubahan Modal</w:t>
      </w:r>
    </w:p>
    <w:p w14:paraId="60F1A82E" w14:textId="77777777" w:rsidR="00B17907" w:rsidRDefault="00706E50">
      <w:r>
        <w:t>D. Jurnal Penutup -&gt; Neraca Saldo Setelah Penutupan -&gt; Jurnal Pembalik</w:t>
      </w:r>
    </w:p>
    <w:p w14:paraId="31CDCCB2" w14:textId="77777777" w:rsidR="00B17907" w:rsidRDefault="00706E50">
      <w:r>
        <w:t>E. Buku Besar -&gt; Neraca Saldo -&gt; Jurnal Penutup</w:t>
      </w:r>
    </w:p>
    <w:p w14:paraId="3F32964A" w14:textId="77777777" w:rsidR="00B17907" w:rsidRDefault="00706E50">
      <w:r>
        <w:t>Kunci Jawaban: B</w:t>
      </w:r>
      <w:r>
        <w:br/>
      </w:r>
    </w:p>
    <w:p w14:paraId="12BC759E" w14:textId="77777777" w:rsidR="00B17907" w:rsidRDefault="00706E50">
      <w:r>
        <w:t xml:space="preserve">11. Akun-akun berikut yang termasuk ke dalam akun nominal (sementara) yang </w:t>
      </w:r>
      <w:r>
        <w:t>harus ditutup pada akhir periode adalah...</w:t>
      </w:r>
    </w:p>
    <w:p w14:paraId="62F8F4FB" w14:textId="77777777" w:rsidR="00B17907" w:rsidRDefault="00706E50">
      <w:r>
        <w:t>A. Kas, Piutang, dan Utang</w:t>
      </w:r>
    </w:p>
    <w:p w14:paraId="03DB1F13" w14:textId="77777777" w:rsidR="00B17907" w:rsidRDefault="00706E50">
      <w:r>
        <w:t>B. Pendapatan dan Beban</w:t>
      </w:r>
    </w:p>
    <w:p w14:paraId="0843BFDF" w14:textId="77777777" w:rsidR="00B17907" w:rsidRDefault="00706E50">
      <w:r>
        <w:t>C. Modal dan Prive</w:t>
      </w:r>
    </w:p>
    <w:p w14:paraId="2A2488AF" w14:textId="77777777" w:rsidR="00B17907" w:rsidRDefault="00706E50">
      <w:r>
        <w:t>D. Perlengkapan dan Peralatan</w:t>
      </w:r>
    </w:p>
    <w:p w14:paraId="569C5DAA" w14:textId="77777777" w:rsidR="00B17907" w:rsidRDefault="00706E50">
      <w:r>
        <w:t>E. Sewa dibayar dimuka dan Pendapatan diterima dimuka</w:t>
      </w:r>
    </w:p>
    <w:p w14:paraId="47C23686" w14:textId="77777777" w:rsidR="00B17907" w:rsidRDefault="00706E50">
      <w:r>
        <w:t>Kunci Jawaban: B</w:t>
      </w:r>
      <w:r>
        <w:br/>
      </w:r>
    </w:p>
    <w:p w14:paraId="00B27E83" w14:textId="77777777" w:rsidR="00B17907" w:rsidRDefault="00706E50">
      <w:r>
        <w:t>12. Suatu transaksi pembelian peralatan s</w:t>
      </w:r>
      <w:r>
        <w:t>ecara tunai akan dicatat dalam jurnal umum dengan cara...</w:t>
      </w:r>
    </w:p>
    <w:p w14:paraId="5AAC142C" w14:textId="77777777" w:rsidR="00B17907" w:rsidRDefault="00706E50">
      <w:r>
        <w:t>A. Peralatan (Debet), Kas (Kredit)</w:t>
      </w:r>
    </w:p>
    <w:p w14:paraId="168EB8C0" w14:textId="77777777" w:rsidR="00B17907" w:rsidRDefault="00706E50">
      <w:r>
        <w:t>B. Kas (Debet), Peralatan (Kredit)</w:t>
      </w:r>
    </w:p>
    <w:p w14:paraId="7C5257BE" w14:textId="77777777" w:rsidR="00B17907" w:rsidRDefault="00706E50">
      <w:r>
        <w:t>C. Peralatan (Debet), Utang Usaha (Kredit)</w:t>
      </w:r>
    </w:p>
    <w:p w14:paraId="7DFD047D" w14:textId="77777777" w:rsidR="00B17907" w:rsidRDefault="00706E50">
      <w:r>
        <w:t>D. Utang Usaha (Debet), Peralatan (Kredit)</w:t>
      </w:r>
    </w:p>
    <w:p w14:paraId="6EA221F9" w14:textId="77777777" w:rsidR="00B17907" w:rsidRDefault="00706E50">
      <w:r>
        <w:t xml:space="preserve">E. Perlengkapan (Debet), Kas </w:t>
      </w:r>
      <w:r>
        <w:t>(Kredit)</w:t>
      </w:r>
    </w:p>
    <w:p w14:paraId="5CFE4351" w14:textId="77777777" w:rsidR="00B17907" w:rsidRDefault="00706E50">
      <w:r>
        <w:t>Kunci Jawaban: A</w:t>
      </w:r>
      <w:r>
        <w:br/>
      </w:r>
    </w:p>
    <w:p w14:paraId="21696FFE" w14:textId="77777777" w:rsidR="00B17907" w:rsidRDefault="00706E50">
      <w:r>
        <w:t>13. Bukti transaksi berupa nota yang dikeluarkan oleh penjual kepada pembeli untuk penjualan secara tunai disebut...</w:t>
      </w:r>
    </w:p>
    <w:p w14:paraId="64FA1686" w14:textId="77777777" w:rsidR="00B17907" w:rsidRDefault="00706E50">
      <w:r>
        <w:lastRenderedPageBreak/>
        <w:t>A. Faktur</w:t>
      </w:r>
    </w:p>
    <w:p w14:paraId="693EF5CF" w14:textId="77777777" w:rsidR="00B17907" w:rsidRDefault="00706E50">
      <w:r>
        <w:t>B. Nota kontan</w:t>
      </w:r>
    </w:p>
    <w:p w14:paraId="2F68EBF4" w14:textId="77777777" w:rsidR="00B17907" w:rsidRDefault="00706E50">
      <w:r>
        <w:t>C. Kuitansi</w:t>
      </w:r>
    </w:p>
    <w:p w14:paraId="6730BCBD" w14:textId="77777777" w:rsidR="00B17907" w:rsidRDefault="00706E50">
      <w:r>
        <w:t>D. Nota kredit</w:t>
      </w:r>
    </w:p>
    <w:p w14:paraId="53C59B57" w14:textId="77777777" w:rsidR="00B17907" w:rsidRDefault="00706E50">
      <w:r>
        <w:t>E. Nota debet</w:t>
      </w:r>
    </w:p>
    <w:p w14:paraId="5EE53C09" w14:textId="77777777" w:rsidR="00B17907" w:rsidRDefault="00706E50">
      <w:r>
        <w:t>Kunci Jawaban: B</w:t>
      </w:r>
      <w:r>
        <w:br/>
      </w:r>
    </w:p>
    <w:p w14:paraId="1B3D0089" w14:textId="77777777" w:rsidR="00B17907" w:rsidRDefault="00706E50">
      <w:r>
        <w:t xml:space="preserve">14. Saldo normal untuk akun </w:t>
      </w:r>
      <w:r>
        <w:t>Utang Usaha (Accounts Payable) adalah di sebelah...</w:t>
      </w:r>
    </w:p>
    <w:p w14:paraId="0E4A4464" w14:textId="77777777" w:rsidR="00B17907" w:rsidRDefault="00706E50">
      <w:r>
        <w:t>A. Debet</w:t>
      </w:r>
    </w:p>
    <w:p w14:paraId="522E61C8" w14:textId="77777777" w:rsidR="00B17907" w:rsidRDefault="00706E50">
      <w:r>
        <w:t>B. Kredit</w:t>
      </w:r>
    </w:p>
    <w:p w14:paraId="586A0B00" w14:textId="77777777" w:rsidR="00B17907" w:rsidRDefault="00706E50">
      <w:r>
        <w:t>C. Debet dan Kredit</w:t>
      </w:r>
    </w:p>
    <w:p w14:paraId="7734D491" w14:textId="77777777" w:rsidR="00B17907" w:rsidRDefault="00706E50">
      <w:r>
        <w:t>D. Bergantung pada transaksi</w:t>
      </w:r>
    </w:p>
    <w:p w14:paraId="40CBA926" w14:textId="77777777" w:rsidR="00B17907" w:rsidRDefault="00706E50">
      <w:r>
        <w:t>E. Tidak tentu</w:t>
      </w:r>
    </w:p>
    <w:p w14:paraId="6024F4FD" w14:textId="77777777" w:rsidR="00B17907" w:rsidRDefault="00706E50">
      <w:r>
        <w:t>Kunci Jawaban: B</w:t>
      </w:r>
      <w:r>
        <w:br/>
      </w:r>
    </w:p>
    <w:p w14:paraId="04D7741E" w14:textId="77777777" w:rsidR="00B17907" w:rsidRDefault="00706E50">
      <w:r>
        <w:t xml:space="preserve">15. Jurnal pembalik biasanya dibuat pada awal periode berikutnya untuk akun-akun tertentu. Tujuan </w:t>
      </w:r>
      <w:r>
        <w:t>utama pembuatan jurnal pembalik adalah...</w:t>
      </w:r>
    </w:p>
    <w:p w14:paraId="588E4D15" w14:textId="77777777" w:rsidR="00B17907" w:rsidRDefault="00706E50">
      <w:r>
        <w:t>A. Memperbaiki kesalahan pencatatan jurnal umum</w:t>
      </w:r>
    </w:p>
    <w:p w14:paraId="66300295" w14:textId="77777777" w:rsidR="00B17907" w:rsidRDefault="00706E50">
      <w:r>
        <w:t>B. Menyederhanakan pencatatan transaksi pada periode berikutnya</w:t>
      </w:r>
    </w:p>
    <w:p w14:paraId="5ADFF3CE" w14:textId="77777777" w:rsidR="00B17907" w:rsidRDefault="00706E50">
      <w:r>
        <w:t>C. Menghitung besarnya laba bersih perusahaan</w:t>
      </w:r>
    </w:p>
    <w:p w14:paraId="5C991255" w14:textId="77777777" w:rsidR="00B17907" w:rsidRDefault="00706E50">
      <w:r>
        <w:t>D. Menutup buku besar secara permanen</w:t>
      </w:r>
    </w:p>
    <w:p w14:paraId="77612150" w14:textId="77777777" w:rsidR="00B17907" w:rsidRDefault="00706E50">
      <w:r>
        <w:t>E. Menyusun lapora</w:t>
      </w:r>
      <w:r>
        <w:t>n arus kas</w:t>
      </w:r>
    </w:p>
    <w:p w14:paraId="6448037B" w14:textId="77777777" w:rsidR="00B17907" w:rsidRDefault="00706E50">
      <w:r>
        <w:t>Kunci Jawaban: B</w:t>
      </w:r>
      <w:r>
        <w:br/>
      </w:r>
    </w:p>
    <w:p w14:paraId="39BA649E" w14:textId="77777777" w:rsidR="00B17907" w:rsidRDefault="00706E50">
      <w:r>
        <w:t>16. Akun berikut yang memerlukan jurnal pembalik pada awal periode adalah...</w:t>
      </w:r>
    </w:p>
    <w:p w14:paraId="3EB2E08F" w14:textId="77777777" w:rsidR="00B17907" w:rsidRDefault="00706E50">
      <w:r>
        <w:t>A. Pembelian aset tetap secara tunai</w:t>
      </w:r>
    </w:p>
    <w:p w14:paraId="6F5D9BA6" w14:textId="77777777" w:rsidR="00B17907" w:rsidRDefault="00706E50">
      <w:r>
        <w:t>B. Beban yang masih harus dibayar dan Pendapatan diterima dimuka (jika dicatat sebagai utang/pendapatan)</w:t>
      </w:r>
    </w:p>
    <w:p w14:paraId="75291701" w14:textId="77777777" w:rsidR="00B17907" w:rsidRDefault="00706E50">
      <w:r>
        <w:lastRenderedPageBreak/>
        <w:t>C. Penyu</w:t>
      </w:r>
      <w:r>
        <w:t>sutan peralatan kantor</w:t>
      </w:r>
    </w:p>
    <w:p w14:paraId="44646A30" w14:textId="77777777" w:rsidR="00B17907" w:rsidRDefault="00706E50">
      <w:r>
        <w:t>D. Pembelian perlengkapan kantor</w:t>
      </w:r>
    </w:p>
    <w:p w14:paraId="5B4A91C5" w14:textId="77777777" w:rsidR="00B17907" w:rsidRDefault="00706E50">
      <w:r>
        <w:t>E. Pendapatan jasa tunai</w:t>
      </w:r>
    </w:p>
    <w:p w14:paraId="56C726B4" w14:textId="77777777" w:rsidR="00B17907" w:rsidRDefault="00706E50">
      <w:r>
        <w:t>Kunci Jawaban: B</w:t>
      </w:r>
      <w:r>
        <w:br/>
      </w:r>
    </w:p>
    <w:p w14:paraId="3124B610" w14:textId="77777777" w:rsidR="00B17907" w:rsidRDefault="00706E50">
      <w:r>
        <w:t xml:space="preserve">17. Jika suatu perusahaan memiliki total Pendapatan Rp15.000.000 dan total Beban Rp9.000.000, serta pengambilan prive pemilik Rp1.000.000, maka </w:t>
      </w:r>
      <w:r>
        <w:t>perusahaan tersebut mengalami...</w:t>
      </w:r>
    </w:p>
    <w:p w14:paraId="68694227" w14:textId="77777777" w:rsidR="00B17907" w:rsidRDefault="00706E50">
      <w:r>
        <w:t>A. Laba bersih Rp6.000.000</w:t>
      </w:r>
    </w:p>
    <w:p w14:paraId="291BB0CE" w14:textId="77777777" w:rsidR="00B17907" w:rsidRDefault="00706E50">
      <w:r>
        <w:t>B. Rugi bersih Rp6.000.000</w:t>
      </w:r>
    </w:p>
    <w:p w14:paraId="265A9220" w14:textId="77777777" w:rsidR="00B17907" w:rsidRDefault="00706E50">
      <w:r>
        <w:t>C. Laba bersih Rp5.000.000</w:t>
      </w:r>
    </w:p>
    <w:p w14:paraId="7BA48D71" w14:textId="77777777" w:rsidR="00B17907" w:rsidRDefault="00706E50">
      <w:r>
        <w:t>D. Rugi bersih Rp5.000.000</w:t>
      </w:r>
    </w:p>
    <w:p w14:paraId="72D3349D" w14:textId="77777777" w:rsidR="00B17907" w:rsidRDefault="00706E50">
      <w:r>
        <w:t>E. Laba bersih Rp15.000.000</w:t>
      </w:r>
    </w:p>
    <w:p w14:paraId="2B9661F3" w14:textId="77777777" w:rsidR="00B17907" w:rsidRDefault="00706E50">
      <w:r>
        <w:t>Kunci Jawaban: A</w:t>
      </w:r>
      <w:r>
        <w:br/>
      </w:r>
    </w:p>
    <w:p w14:paraId="433864F2" w14:textId="77777777" w:rsidR="00B17907" w:rsidRDefault="00706E50">
      <w:r>
        <w:t>18. Fungsi dari Neraca Saldo Setelah Penutupan adalah...</w:t>
      </w:r>
    </w:p>
    <w:p w14:paraId="65855E32" w14:textId="77777777" w:rsidR="00B17907" w:rsidRDefault="00706E50">
      <w:r>
        <w:t>A. Memeriksa</w:t>
      </w:r>
      <w:r>
        <w:t xml:space="preserve"> kesimbangan buku besar setelah akun nominal ditutup</w:t>
      </w:r>
    </w:p>
    <w:p w14:paraId="487B8C8A" w14:textId="77777777" w:rsidR="00B17907" w:rsidRDefault="00706E50">
      <w:r>
        <w:t>B. Menghitung besarnya pajak penghasilan</w:t>
      </w:r>
    </w:p>
    <w:p w14:paraId="46CB64F2" w14:textId="77777777" w:rsidR="00B17907" w:rsidRDefault="00706E50">
      <w:r>
        <w:t>C. Mengetahui jumlah transaksi selama satu tahun</w:t>
      </w:r>
    </w:p>
    <w:p w14:paraId="03EC7774" w14:textId="77777777" w:rsidR="00B17907" w:rsidRDefault="00706E50">
      <w:r>
        <w:t>D. Menilai kinerja manajemen perusahaan</w:t>
      </w:r>
    </w:p>
    <w:p w14:paraId="21AF40F5" w14:textId="77777777" w:rsidR="00B17907" w:rsidRDefault="00706E50">
      <w:r>
        <w:t>E. Mengetahui mutasi kas selama periode berjalan</w:t>
      </w:r>
    </w:p>
    <w:p w14:paraId="5B5BCA19" w14:textId="77777777" w:rsidR="00B17907" w:rsidRDefault="00706E50">
      <w:r>
        <w:t>Kunci Jawaban: A</w:t>
      </w:r>
      <w:r>
        <w:br/>
      </w:r>
    </w:p>
    <w:p w14:paraId="6B650BC7" w14:textId="77777777" w:rsidR="00B17907" w:rsidRDefault="00706E50">
      <w:r>
        <w:t>19. Do</w:t>
      </w:r>
      <w:r>
        <w:t>kumen sumber yang digunakan untuk mencatat pengembalian barang yang telah dibeli karena rusak adalah...</w:t>
      </w:r>
    </w:p>
    <w:p w14:paraId="1E81C44F" w14:textId="77777777" w:rsidR="00B17907" w:rsidRDefault="00706E50">
      <w:r>
        <w:t>A. Nota kontan</w:t>
      </w:r>
    </w:p>
    <w:p w14:paraId="7354DDA4" w14:textId="77777777" w:rsidR="00B17907" w:rsidRDefault="00706E50">
      <w:r>
        <w:t>B. Nota debet</w:t>
      </w:r>
    </w:p>
    <w:p w14:paraId="19C7DFB5" w14:textId="77777777" w:rsidR="00B17907" w:rsidRDefault="00706E50">
      <w:r>
        <w:t>C. Nota kredit</w:t>
      </w:r>
    </w:p>
    <w:p w14:paraId="23DDD170" w14:textId="77777777" w:rsidR="00B17907" w:rsidRDefault="00706E50">
      <w:r>
        <w:lastRenderedPageBreak/>
        <w:t>D. Faktur</w:t>
      </w:r>
    </w:p>
    <w:p w14:paraId="0FB86F63" w14:textId="77777777" w:rsidR="00B17907" w:rsidRDefault="00706E50">
      <w:r>
        <w:t>E. Bukti kas keluar</w:t>
      </w:r>
    </w:p>
    <w:p w14:paraId="3195D732" w14:textId="77777777" w:rsidR="00B17907" w:rsidRDefault="00706E50">
      <w:r>
        <w:t>Kunci Jawaban: B</w:t>
      </w:r>
      <w:r>
        <w:br/>
      </w:r>
    </w:p>
    <w:p w14:paraId="5C6D75C6" w14:textId="77777777" w:rsidR="00B17907" w:rsidRDefault="00706E50">
      <w:r>
        <w:t>20. Apabila pada akhir periode terdapat gaji karyawan yang b</w:t>
      </w:r>
      <w:r>
        <w:t>elum dibayar oleh perusahaan, maka jurnal penyesuaian yang harus dibuat adalah...</w:t>
      </w:r>
    </w:p>
    <w:p w14:paraId="6E4C1A3F" w14:textId="77777777" w:rsidR="00B17907" w:rsidRDefault="00706E50">
      <w:r>
        <w:t>A. Beban Gaji (Debet), Kas (Kredit)</w:t>
      </w:r>
    </w:p>
    <w:p w14:paraId="7897E39C" w14:textId="77777777" w:rsidR="00B17907" w:rsidRDefault="00706E50">
      <w:r>
        <w:t>B. Kas (Debet), Utang Gaji (Kredit)</w:t>
      </w:r>
    </w:p>
    <w:p w14:paraId="7603DA45" w14:textId="77777777" w:rsidR="00B17907" w:rsidRDefault="00706E50">
      <w:r>
        <w:t>C. Beban Gaji (Debet), Utang Gaji (Kredit)</w:t>
      </w:r>
    </w:p>
    <w:p w14:paraId="0CD979FD" w14:textId="77777777" w:rsidR="00B17907" w:rsidRDefault="00706E50">
      <w:r>
        <w:t>D. Utang Gaji (Debet), Beban Gaji (Kredit)</w:t>
      </w:r>
    </w:p>
    <w:p w14:paraId="0E298833" w14:textId="77777777" w:rsidR="00B17907" w:rsidRDefault="00706E50">
      <w:r>
        <w:t xml:space="preserve">E. Gaji Dibayar </w:t>
      </w:r>
      <w:r>
        <w:t>Dimuka (Debet), Kas (Kredit)</w:t>
      </w:r>
    </w:p>
    <w:p w14:paraId="6A5AC339" w14:textId="77777777" w:rsidR="00B17907" w:rsidRDefault="00706E50">
      <w:r>
        <w:t>Kunci Jawaban: C</w:t>
      </w:r>
      <w:r>
        <w:br/>
      </w:r>
    </w:p>
    <w:p w14:paraId="3700527A" w14:textId="77777777" w:rsidR="00B17907" w:rsidRDefault="00706E50">
      <w:r>
        <w:t>21. Akun riil (tetap) yang terbawa saldonya ke periode akuntansi berikutnya terdiri atas...</w:t>
      </w:r>
    </w:p>
    <w:p w14:paraId="2268D3F6" w14:textId="77777777" w:rsidR="00B17907" w:rsidRDefault="00706E50">
      <w:r>
        <w:t>A. Pendapatan, beban, dan prive</w:t>
      </w:r>
    </w:p>
    <w:p w14:paraId="2A983C57" w14:textId="77777777" w:rsidR="00B17907" w:rsidRDefault="00706E50">
      <w:r>
        <w:t>B. Harta, utang, dan modal</w:t>
      </w:r>
    </w:p>
    <w:p w14:paraId="2D4FA362" w14:textId="77777777" w:rsidR="00B17907" w:rsidRDefault="00706E50">
      <w:r>
        <w:t>C. Pendapatan, utang, dan modal</w:t>
      </w:r>
    </w:p>
    <w:p w14:paraId="633BAEE8" w14:textId="77777777" w:rsidR="00B17907" w:rsidRDefault="00706E50">
      <w:r>
        <w:t xml:space="preserve">D. Beban, harta, dan </w:t>
      </w:r>
      <w:r>
        <w:t>prive</w:t>
      </w:r>
    </w:p>
    <w:p w14:paraId="03B1DEFD" w14:textId="77777777" w:rsidR="00B17907" w:rsidRDefault="00706E50">
      <w:r>
        <w:t>E. Pendapatan, beban, dan ikhtisar laba rugi</w:t>
      </w:r>
    </w:p>
    <w:p w14:paraId="59C4482E" w14:textId="77777777" w:rsidR="00B17907" w:rsidRDefault="00706E50">
      <w:r>
        <w:t>Kunci Jawaban: B</w:t>
      </w:r>
      <w:r>
        <w:br/>
      </w:r>
    </w:p>
    <w:p w14:paraId="5A11F65C" w14:textId="77777777" w:rsidR="00B17907" w:rsidRDefault="00706E50">
      <w:r>
        <w:t xml:space="preserve">22. Perhatikan urutan siklus akuntansi berikut: (1) Jurnal Umum, (2) Neraca Saldo, (3) Jurnal Penyesuaian, (4) Buku Besar. Urutan siklus tahap pencatatan dan pengikhtisaran yang </w:t>
      </w:r>
      <w:r>
        <w:t>tepat adalah...</w:t>
      </w:r>
    </w:p>
    <w:p w14:paraId="7E25059A" w14:textId="77777777" w:rsidR="00B17907" w:rsidRDefault="00706E50">
      <w:r>
        <w:t>A. (1) - (4) - (2) - (3)</w:t>
      </w:r>
    </w:p>
    <w:p w14:paraId="6D54F182" w14:textId="77777777" w:rsidR="00B17907" w:rsidRDefault="00706E50">
      <w:r>
        <w:t>B. (1) - (2) - (3) - (4)</w:t>
      </w:r>
    </w:p>
    <w:p w14:paraId="6EC1FF23" w14:textId="77777777" w:rsidR="00B17907" w:rsidRDefault="00706E50">
      <w:r>
        <w:t>C. (4) - (1) - (2) - (3)</w:t>
      </w:r>
    </w:p>
    <w:p w14:paraId="2365C5BF" w14:textId="77777777" w:rsidR="00B17907" w:rsidRDefault="00706E50">
      <w:r>
        <w:t>D. (2) - (1) - (4) - (3)</w:t>
      </w:r>
    </w:p>
    <w:p w14:paraId="125FF6BF" w14:textId="77777777" w:rsidR="00B17907" w:rsidRDefault="00706E50">
      <w:r>
        <w:lastRenderedPageBreak/>
        <w:t>E. (3) - (2) - (1) - (4)</w:t>
      </w:r>
    </w:p>
    <w:p w14:paraId="0689C65F" w14:textId="77777777" w:rsidR="00B17907" w:rsidRDefault="00706E50">
      <w:r>
        <w:t>Kunci Jawaban: A</w:t>
      </w:r>
      <w:r>
        <w:br/>
      </w:r>
    </w:p>
    <w:p w14:paraId="6E8BDAD7" w14:textId="77777777" w:rsidR="00B17907" w:rsidRDefault="00706E50">
      <w:r>
        <w:t>23. Di dalam kertas kerja, saldo akun 'Sewa Dibayar Dimuka' pada neraca saldo disesuaikan sebesar</w:t>
      </w:r>
      <w:r>
        <w:t xml:space="preserve"> Rp3.000.000 akan dipindahkan ke kolom...</w:t>
      </w:r>
    </w:p>
    <w:p w14:paraId="06574A04" w14:textId="77777777" w:rsidR="00B17907" w:rsidRDefault="00706E50">
      <w:r>
        <w:t>A. Laba Rugi (Debet)</w:t>
      </w:r>
    </w:p>
    <w:p w14:paraId="5DBF421C" w14:textId="77777777" w:rsidR="00B17907" w:rsidRDefault="00706E50">
      <w:r>
        <w:t>B. Laba Rugi (Kredit)</w:t>
      </w:r>
    </w:p>
    <w:p w14:paraId="0D581107" w14:textId="77777777" w:rsidR="00B17907" w:rsidRDefault="00706E50">
      <w:r>
        <w:t>C. Neraca (Debet)</w:t>
      </w:r>
    </w:p>
    <w:p w14:paraId="0691FFC1" w14:textId="77777777" w:rsidR="00B17907" w:rsidRDefault="00706E50">
      <w:r>
        <w:t>D. Neraca (Kredit)</w:t>
      </w:r>
    </w:p>
    <w:p w14:paraId="2A0D4A29" w14:textId="77777777" w:rsidR="00B17907" w:rsidRDefault="00706E50">
      <w:r>
        <w:t>E. Penyesuaian (Kredit)</w:t>
      </w:r>
    </w:p>
    <w:p w14:paraId="5AE2BF77" w14:textId="77777777" w:rsidR="00B17907" w:rsidRDefault="00706E50">
      <w:r>
        <w:t>Kunci Jawaban: C</w:t>
      </w:r>
      <w:r>
        <w:br/>
      </w:r>
    </w:p>
    <w:p w14:paraId="47D81764" w14:textId="77777777" w:rsidR="00B17907" w:rsidRDefault="00706E50">
      <w:r>
        <w:t>24. Suatu perusahaan menerima pendapatan sewa untuk 2 tahun sebesar Rp10.000.000 dicatat seb</w:t>
      </w:r>
      <w:r>
        <w:t>agai Pendapatan Sewa. Pada akhir tahun, jurnal penyesuaian jika dicatat sebagai utang (pendapatan diterima dimuka) adalah...</w:t>
      </w:r>
    </w:p>
    <w:p w14:paraId="48062507" w14:textId="77777777" w:rsidR="00B17907" w:rsidRDefault="00706E50">
      <w:r>
        <w:t>A. Pendapatan Sewa (Debet), Pendapatan Diterima Dimuka (Kredit) Rp5.000.000</w:t>
      </w:r>
    </w:p>
    <w:p w14:paraId="2EC7653F" w14:textId="77777777" w:rsidR="00B17907" w:rsidRDefault="00706E50">
      <w:r>
        <w:t xml:space="preserve">B. Pendapatan Diterima Dimuka (Debet), Pendapatan Sewa </w:t>
      </w:r>
      <w:r>
        <w:t>(Kredit) Rp5.000.000</w:t>
      </w:r>
    </w:p>
    <w:p w14:paraId="3283E459" w14:textId="77777777" w:rsidR="00B17907" w:rsidRDefault="00706E50">
      <w:r>
        <w:t>C. Kas (Debet), Pendapatan Sewa (Kredit)</w:t>
      </w:r>
    </w:p>
    <w:p w14:paraId="08DC0898" w14:textId="77777777" w:rsidR="00B17907" w:rsidRDefault="00706E50">
      <w:r>
        <w:t>D. Pendapatan Sewa (Debet), Kas (Kredit)</w:t>
      </w:r>
    </w:p>
    <w:p w14:paraId="7C427606" w14:textId="77777777" w:rsidR="00B17907" w:rsidRDefault="00706E50">
      <w:r>
        <w:t>E. Tidak perlu jurnal penyesuaian</w:t>
      </w:r>
    </w:p>
    <w:p w14:paraId="1CB6B6F9" w14:textId="77777777" w:rsidR="00B17907" w:rsidRDefault="00706E50">
      <w:r>
        <w:t>Kunci Jawaban: A</w:t>
      </w:r>
      <w:r>
        <w:br/>
      </w:r>
    </w:p>
    <w:p w14:paraId="28962C6D" w14:textId="77777777" w:rsidR="00B17907" w:rsidRDefault="00706E50">
      <w:r>
        <w:t>25. Laporan yang menyajikan informasi mengenai perubahan modal suatu perusahaan selama satu periode a</w:t>
      </w:r>
      <w:r>
        <w:t>kuntansi disebut...</w:t>
      </w:r>
    </w:p>
    <w:p w14:paraId="24330D64" w14:textId="77777777" w:rsidR="00B17907" w:rsidRDefault="00706E50">
      <w:r>
        <w:t>A. Laporan Laba Rugi</w:t>
      </w:r>
    </w:p>
    <w:p w14:paraId="55958D38" w14:textId="77777777" w:rsidR="00B17907" w:rsidRDefault="00706E50">
      <w:r>
        <w:t>B. Laporan Perubahan Modal</w:t>
      </w:r>
    </w:p>
    <w:p w14:paraId="655779A7" w14:textId="77777777" w:rsidR="00B17907" w:rsidRDefault="00706E50">
      <w:r>
        <w:t>C. Neraca</w:t>
      </w:r>
    </w:p>
    <w:p w14:paraId="67E2F37A" w14:textId="77777777" w:rsidR="00B17907" w:rsidRDefault="00706E50">
      <w:r>
        <w:t>D. Laporan Arus Kas</w:t>
      </w:r>
    </w:p>
    <w:p w14:paraId="08A37A2C" w14:textId="77777777" w:rsidR="00B17907" w:rsidRDefault="00706E50">
      <w:r>
        <w:t>E. Neraca Saldo</w:t>
      </w:r>
    </w:p>
    <w:p w14:paraId="02929E37" w14:textId="77777777" w:rsidR="00B17907" w:rsidRDefault="00706E50">
      <w:r>
        <w:lastRenderedPageBreak/>
        <w:t>Kunci Jawaban: B</w:t>
      </w:r>
      <w:r>
        <w:br/>
      </w:r>
    </w:p>
    <w:p w14:paraId="4DCC483F" w14:textId="77777777" w:rsidR="00B17907" w:rsidRDefault="00706E50">
      <w:r>
        <w:t>26. Apa yang dimaksud dengan saldo normal suatu akun?</w:t>
      </w:r>
    </w:p>
    <w:p w14:paraId="30FC6F6F" w14:textId="77777777" w:rsidR="00B17907" w:rsidRDefault="00706E50">
      <w:r>
        <w:t>A. Sisi penambahan dari suatu akun jika terjadi transaksi</w:t>
      </w:r>
    </w:p>
    <w:p w14:paraId="5F4BB7EF" w14:textId="77777777" w:rsidR="00B17907" w:rsidRDefault="00706E50">
      <w:r>
        <w:t xml:space="preserve">B. Sisi </w:t>
      </w:r>
      <w:r>
        <w:t>pengurangan dari suatu akun</w:t>
      </w:r>
    </w:p>
    <w:p w14:paraId="76DC3805" w14:textId="77777777" w:rsidR="00B17907" w:rsidRDefault="00706E50">
      <w:r>
        <w:t>C. Sisa saldo akhir di buku besar</w:t>
      </w:r>
    </w:p>
    <w:p w14:paraId="795DFCBE" w14:textId="77777777" w:rsidR="00B17907" w:rsidRDefault="00706E50">
      <w:r>
        <w:t>D. Total mutasi debet dan kredit dalam satu periode</w:t>
      </w:r>
    </w:p>
    <w:p w14:paraId="25B5F8A4" w14:textId="77777777" w:rsidR="00B17907" w:rsidRDefault="00706E50">
      <w:r>
        <w:t>E. Jumlah kekayaan bersih perusahaan</w:t>
      </w:r>
    </w:p>
    <w:p w14:paraId="5110698B" w14:textId="77777777" w:rsidR="00B17907" w:rsidRDefault="00706E50">
      <w:r>
        <w:t>Kunci Jawaban: A</w:t>
      </w:r>
      <w:r>
        <w:br/>
      </w:r>
    </w:p>
    <w:p w14:paraId="7DADDBA6" w14:textId="77777777" w:rsidR="00B17907" w:rsidRDefault="00706E50">
      <w:r>
        <w:t>27. Apabila akun Prive memiliki saldo akhir, maka pada jurnal penutup akun tersebut dit</w:t>
      </w:r>
      <w:r>
        <w:t>utup dengan cara...</w:t>
      </w:r>
    </w:p>
    <w:p w14:paraId="11D06D90" w14:textId="77777777" w:rsidR="00B17907" w:rsidRDefault="00706E50">
      <w:r>
        <w:t>A. Modal (Debet), Prive (Kredit)</w:t>
      </w:r>
    </w:p>
    <w:p w14:paraId="0407E357" w14:textId="77777777" w:rsidR="00B17907" w:rsidRDefault="00706E50">
      <w:r>
        <w:t>B. Prive (Debet), Modal (Kredit)</w:t>
      </w:r>
    </w:p>
    <w:p w14:paraId="3DA932A8" w14:textId="77777777" w:rsidR="00B17907" w:rsidRDefault="00706E50">
      <w:r>
        <w:t>C. Ikhtisar L/R (Debet), Prive (Kredit)</w:t>
      </w:r>
    </w:p>
    <w:p w14:paraId="1F093DC3" w14:textId="77777777" w:rsidR="00B17907" w:rsidRDefault="00706E50">
      <w:r>
        <w:t>D. Prive (Debet), Ikhtisar L/R (Kredit)</w:t>
      </w:r>
    </w:p>
    <w:p w14:paraId="40931671" w14:textId="77777777" w:rsidR="00B17907" w:rsidRDefault="00706E50">
      <w:r>
        <w:t>E. Kas (Debet), Prive (Kredit)</w:t>
      </w:r>
    </w:p>
    <w:p w14:paraId="65D0B428" w14:textId="77777777" w:rsidR="00B17907" w:rsidRDefault="00706E50">
      <w:r>
        <w:t>Kunci Jawaban: A</w:t>
      </w:r>
      <w:r>
        <w:br/>
      </w:r>
    </w:p>
    <w:p w14:paraId="129C4AD6" w14:textId="77777777" w:rsidR="00B17907" w:rsidRDefault="00706E50">
      <w:r>
        <w:t>28. Manakah dokumen yang menjadi dasar pe</w:t>
      </w:r>
      <w:r>
        <w:t>ncatatan utama dalam jurnal penjualan jasa secara kredit?</w:t>
      </w:r>
    </w:p>
    <w:p w14:paraId="10EFA13A" w14:textId="77777777" w:rsidR="00B17907" w:rsidRDefault="00706E50">
      <w:r>
        <w:t>A. Kuitansi</w:t>
      </w:r>
    </w:p>
    <w:p w14:paraId="5408EB5C" w14:textId="77777777" w:rsidR="00B17907" w:rsidRDefault="00706E50">
      <w:r>
        <w:t>B. Nota kontan</w:t>
      </w:r>
    </w:p>
    <w:p w14:paraId="753A1896" w14:textId="77777777" w:rsidR="00B17907" w:rsidRDefault="00706E50">
      <w:r>
        <w:t>C. Faktur penjualan</w:t>
      </w:r>
    </w:p>
    <w:p w14:paraId="50CE2F79" w14:textId="77777777" w:rsidR="00B17907" w:rsidRDefault="00706E50">
      <w:r>
        <w:t>D. Bukti kas masuk</w:t>
      </w:r>
    </w:p>
    <w:p w14:paraId="11000DE6" w14:textId="77777777" w:rsidR="00B17907" w:rsidRDefault="00706E50">
      <w:r>
        <w:t>E. Nota debet</w:t>
      </w:r>
    </w:p>
    <w:p w14:paraId="4A21FB55" w14:textId="77777777" w:rsidR="00B17907" w:rsidRDefault="00706E50">
      <w:r>
        <w:t>Kunci Jawaban: C</w:t>
      </w:r>
      <w:r>
        <w:br/>
      </w:r>
    </w:p>
    <w:p w14:paraId="14B3D05C" w14:textId="77777777" w:rsidR="00B17907" w:rsidRDefault="00706E50">
      <w:r>
        <w:lastRenderedPageBreak/>
        <w:t xml:space="preserve">29. Suatu perusahaan jasa pada akhir periode memiliki data akun Beban Penyusutan Peralatan </w:t>
      </w:r>
      <w:r>
        <w:t>sebesar Rp2.000.000. Jurnal penutup untuk akun tersebut adalah...</w:t>
      </w:r>
    </w:p>
    <w:p w14:paraId="514D2327" w14:textId="77777777" w:rsidR="00B17907" w:rsidRDefault="00706E50">
      <w:r>
        <w:t>A. Beban Penyusutan Peralatan (Debet), Ikhtisar L/R (Kredit)</w:t>
      </w:r>
    </w:p>
    <w:p w14:paraId="174A5ED2" w14:textId="77777777" w:rsidR="00B17907" w:rsidRDefault="00706E50">
      <w:r>
        <w:t>B. Ikhtisar L/R (Debet), Beban Penyusutan Peralatan (Kredit)</w:t>
      </w:r>
    </w:p>
    <w:p w14:paraId="1B2454FD" w14:textId="77777777" w:rsidR="00B17907" w:rsidRDefault="00706E50">
      <w:r>
        <w:t>C. Akumulasi Penyusutan (Debet), Ikhtisar L/R (Kredit)</w:t>
      </w:r>
    </w:p>
    <w:p w14:paraId="5BDD3850" w14:textId="77777777" w:rsidR="00B17907" w:rsidRDefault="00706E50">
      <w:r>
        <w:t xml:space="preserve">D. Modal </w:t>
      </w:r>
      <w:r>
        <w:t>(Debet), Beban Penyusutan Peralatan (Kredit)</w:t>
      </w:r>
    </w:p>
    <w:p w14:paraId="50C63D10" w14:textId="77777777" w:rsidR="00B17907" w:rsidRDefault="00706E50">
      <w:r>
        <w:t>E. Ikhtisar L/R (Debet), Akumulasi Penyusutan (Kredit)</w:t>
      </w:r>
    </w:p>
    <w:p w14:paraId="60216D25" w14:textId="77777777" w:rsidR="00B17907" w:rsidRDefault="00706E50">
      <w:r>
        <w:t>Kunci Jawaban: B</w:t>
      </w:r>
      <w:r>
        <w:br/>
      </w:r>
    </w:p>
    <w:p w14:paraId="7D651894" w14:textId="77777777" w:rsidR="00B17907" w:rsidRDefault="00706E50">
      <w:r>
        <w:t>30. Tahap akhir dalam keseluruhan siklus akuntansi perusahaan pada suatu periode adalah...</w:t>
      </w:r>
    </w:p>
    <w:p w14:paraId="2A6CD470" w14:textId="77777777" w:rsidR="00B17907" w:rsidRDefault="00706E50">
      <w:r>
        <w:t>A. Penyusunan laporan keuangan</w:t>
      </w:r>
    </w:p>
    <w:p w14:paraId="2C1E8B1B" w14:textId="77777777" w:rsidR="00B17907" w:rsidRDefault="00706E50">
      <w:r>
        <w:t>B. Pembuatan ner</w:t>
      </w:r>
      <w:r>
        <w:t>aca saldo</w:t>
      </w:r>
    </w:p>
    <w:p w14:paraId="2ACB4A0D" w14:textId="77777777" w:rsidR="00B17907" w:rsidRDefault="00706E50">
      <w:r>
        <w:t>C. Pembuatan jurnal pembalik pada awal periode berikutnya</w:t>
      </w:r>
    </w:p>
    <w:p w14:paraId="53E493E3" w14:textId="77777777" w:rsidR="00B17907" w:rsidRDefault="00706E50">
      <w:r>
        <w:t>D. Penyusunan kertas kerja</w:t>
      </w:r>
    </w:p>
    <w:p w14:paraId="030A4A07" w14:textId="77777777" w:rsidR="00B17907" w:rsidRDefault="00706E50">
      <w:r>
        <w:t>E. Pencatatan jurnal penutup</w:t>
      </w:r>
    </w:p>
    <w:p w14:paraId="3CC6AADC" w14:textId="77777777" w:rsidR="00B17907" w:rsidRDefault="00706E50">
      <w:r>
        <w:t>Kunci Jawaban: C</w:t>
      </w:r>
      <w:r>
        <w:br/>
      </w:r>
    </w:p>
    <w:p w14:paraId="279864FD" w14:textId="66A632F1" w:rsidR="00B17907" w:rsidRDefault="00B17907"/>
    <w:sectPr w:rsidR="00B179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6E50"/>
    <w:rsid w:val="00AA1D8D"/>
    <w:rsid w:val="00B1790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81270"/>
  <w14:defaultImageDpi w14:val="300"/>
  <w15:docId w15:val="{F168BEEA-2FE1-4D5C-9492-FDEC9BCC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2026-10-02T01:52:00Z</dcterms:modified>
  <cp:category/>
</cp:coreProperties>
</file>