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8139B" w14:textId="77777777" w:rsidR="00821C9E" w:rsidRDefault="00000000">
      <w:pPr>
        <w:jc w:val="center"/>
      </w:pPr>
      <w:r>
        <w:rPr>
          <w:b/>
          <w:sz w:val="36"/>
        </w:rPr>
        <w:t>MUSYAWARAH GURU MATA PELAJARAN (MGMP)</w:t>
      </w:r>
    </w:p>
    <w:p w14:paraId="5C44FCF2" w14:textId="77777777" w:rsidR="00821C9E" w:rsidRDefault="00000000">
      <w:pPr>
        <w:jc w:val="center"/>
      </w:pPr>
      <w:r>
        <w:rPr>
          <w:b/>
          <w:sz w:val="36"/>
        </w:rPr>
        <w:t>SEJARAH SMA/SMK</w:t>
      </w:r>
    </w:p>
    <w:p w14:paraId="5DA8AF5F" w14:textId="77777777" w:rsidR="00821C9E" w:rsidRDefault="00000000">
      <w:pPr>
        <w:jc w:val="center"/>
      </w:pPr>
      <w:r>
        <w:rPr>
          <w:b/>
          <w:sz w:val="44"/>
        </w:rPr>
        <w:br/>
        <w:t>LAPORAN KEGIATAN DARING</w:t>
      </w:r>
    </w:p>
    <w:p w14:paraId="2B5CB916" w14:textId="77777777" w:rsidR="00821C9E" w:rsidRDefault="00000000">
      <w:pPr>
        <w:jc w:val="center"/>
      </w:pPr>
      <w:r>
        <w:rPr>
          <w:b/>
          <w:sz w:val="40"/>
        </w:rPr>
        <w:br/>
        <w:t>PEMBAHASAN SOAL-SOAL</w:t>
      </w:r>
      <w:r>
        <w:rPr>
          <w:b/>
          <w:sz w:val="40"/>
        </w:rPr>
        <w:br/>
        <w:t>TES KEMAMPUAN AKADEMIK (TKA)</w:t>
      </w:r>
      <w:r>
        <w:rPr>
          <w:b/>
          <w:sz w:val="40"/>
        </w:rPr>
        <w:br/>
        <w:t>MATA PELAJARAN SEJARAH</w:t>
      </w:r>
    </w:p>
    <w:p w14:paraId="1F355836" w14:textId="77777777" w:rsidR="00821C9E" w:rsidRDefault="00000000">
      <w:pPr>
        <w:jc w:val="center"/>
      </w:pPr>
      <w:r>
        <w:rPr>
          <w:sz w:val="40"/>
        </w:rPr>
        <w:br/>
      </w:r>
      <w:r>
        <w:rPr>
          <w:i/>
          <w:sz w:val="26"/>
        </w:rPr>
        <w:t>Tema: “Penguatan Kompetensi Guru dalam Menganalisis dan Membahas Soal TKA Sejarah”</w:t>
      </w:r>
    </w:p>
    <w:p w14:paraId="5C85D393" w14:textId="619FE707" w:rsidR="00821C9E" w:rsidRDefault="00000000">
      <w:pPr>
        <w:jc w:val="center"/>
      </w:pPr>
      <w:r>
        <w:rPr>
          <w:b/>
        </w:rPr>
        <w:br/>
      </w:r>
      <w:r>
        <w:rPr>
          <w:b/>
        </w:rPr>
        <w:br/>
        <w:t>Diselenggarakan oleh:</w:t>
      </w:r>
      <w:r>
        <w:rPr>
          <w:b/>
        </w:rPr>
        <w:br/>
      </w:r>
      <w:r>
        <w:t>MGMP SEJARAH SMA/SMK</w:t>
      </w:r>
      <w:r>
        <w:br/>
        <w:t>Wilayah/</w:t>
      </w:r>
      <w:proofErr w:type="spellStart"/>
      <w:r>
        <w:t>Kabupaten</w:t>
      </w:r>
      <w:proofErr w:type="spellEnd"/>
      <w:r>
        <w:t xml:space="preserve">: </w:t>
      </w:r>
      <w:r w:rsidR="008C538A">
        <w:t>Pidie Jaya</w:t>
      </w:r>
      <w:r>
        <w:br/>
      </w:r>
      <w:proofErr w:type="spellStart"/>
      <w:r>
        <w:t>Tahun</w:t>
      </w:r>
      <w:proofErr w:type="spellEnd"/>
      <w:r>
        <w:t xml:space="preserve"> 2026</w:t>
      </w:r>
    </w:p>
    <w:p w14:paraId="1512A4F1" w14:textId="7B69EF00" w:rsidR="00821C9E" w:rsidRDefault="00000000">
      <w:pPr>
        <w:jc w:val="center"/>
      </w:pPr>
      <w:r>
        <w:br/>
      </w:r>
      <w:r>
        <w:br/>
        <w:t>Tempat/Platform: Zoom Meeting / Google Meet</w:t>
      </w:r>
      <w:r>
        <w:br/>
        <w:t>Hari/</w:t>
      </w:r>
      <w:proofErr w:type="spellStart"/>
      <w:r>
        <w:t>Tanggal</w:t>
      </w:r>
      <w:proofErr w:type="spellEnd"/>
      <w:r>
        <w:t xml:space="preserve">: </w:t>
      </w:r>
      <w:r w:rsidR="008C538A">
        <w:t>Senin,21 September 2026</w:t>
      </w:r>
    </w:p>
    <w:p w14:paraId="074E72AB" w14:textId="77777777" w:rsidR="00821C9E" w:rsidRDefault="00000000">
      <w:r>
        <w:br w:type="page"/>
      </w:r>
    </w:p>
    <w:p w14:paraId="6791B7AD" w14:textId="77777777" w:rsidR="00821C9E" w:rsidRDefault="00000000">
      <w:pPr>
        <w:pStyle w:val="Heading1"/>
      </w:pPr>
      <w:r>
        <w:lastRenderedPageBreak/>
        <w:t>A. IDENTITAS KEGIATAN</w:t>
      </w:r>
    </w:p>
    <w:tbl>
      <w:tblPr>
        <w:tblStyle w:val="TableGrid"/>
        <w:tblW w:w="0" w:type="auto"/>
        <w:jc w:val="center"/>
        <w:tblLook w:val="04A0" w:firstRow="1" w:lastRow="0" w:firstColumn="1" w:lastColumn="0" w:noHBand="0" w:noVBand="1"/>
      </w:tblPr>
      <w:tblGrid>
        <w:gridCol w:w="1933"/>
        <w:gridCol w:w="7972"/>
      </w:tblGrid>
      <w:tr w:rsidR="00821C9E" w14:paraId="24B3B792" w14:textId="77777777">
        <w:trPr>
          <w:jc w:val="center"/>
        </w:trPr>
        <w:tc>
          <w:tcPr>
            <w:tcW w:w="4844" w:type="dxa"/>
            <w:vAlign w:val="center"/>
          </w:tcPr>
          <w:p w14:paraId="5C405278" w14:textId="77777777" w:rsidR="00821C9E" w:rsidRDefault="00000000">
            <w:r>
              <w:rPr>
                <w:b/>
                <w:sz w:val="20"/>
              </w:rPr>
              <w:t>Nama Kegiatan</w:t>
            </w:r>
          </w:p>
        </w:tc>
        <w:tc>
          <w:tcPr>
            <w:tcW w:w="4844" w:type="dxa"/>
            <w:vAlign w:val="center"/>
          </w:tcPr>
          <w:p w14:paraId="2AA8B1A4" w14:textId="77777777" w:rsidR="00821C9E" w:rsidRDefault="00000000">
            <w:r>
              <w:rPr>
                <w:sz w:val="20"/>
              </w:rPr>
              <w:t>Kegiatan Daring MGMP Sejarah SMA/SMK</w:t>
            </w:r>
          </w:p>
        </w:tc>
      </w:tr>
      <w:tr w:rsidR="00821C9E" w14:paraId="24308FFD" w14:textId="77777777">
        <w:trPr>
          <w:jc w:val="center"/>
        </w:trPr>
        <w:tc>
          <w:tcPr>
            <w:tcW w:w="4844" w:type="dxa"/>
            <w:vAlign w:val="center"/>
          </w:tcPr>
          <w:p w14:paraId="1D963176" w14:textId="77777777" w:rsidR="00821C9E" w:rsidRDefault="00000000">
            <w:r>
              <w:rPr>
                <w:b/>
                <w:sz w:val="20"/>
              </w:rPr>
              <w:t>Tema</w:t>
            </w:r>
          </w:p>
        </w:tc>
        <w:tc>
          <w:tcPr>
            <w:tcW w:w="4844" w:type="dxa"/>
            <w:vAlign w:val="center"/>
          </w:tcPr>
          <w:p w14:paraId="25F4320B" w14:textId="77777777" w:rsidR="00821C9E" w:rsidRDefault="00000000">
            <w:r>
              <w:rPr>
                <w:sz w:val="20"/>
              </w:rPr>
              <w:t>Pembahasan Soal-Soal Tes Kemampuan Akademik (TKA) Mata Pelajaran Sejarah</w:t>
            </w:r>
          </w:p>
        </w:tc>
      </w:tr>
      <w:tr w:rsidR="00821C9E" w14:paraId="2159A6D4" w14:textId="77777777">
        <w:trPr>
          <w:jc w:val="center"/>
        </w:trPr>
        <w:tc>
          <w:tcPr>
            <w:tcW w:w="4844" w:type="dxa"/>
            <w:vAlign w:val="center"/>
          </w:tcPr>
          <w:p w14:paraId="76109507" w14:textId="77777777" w:rsidR="00821C9E" w:rsidRDefault="00000000">
            <w:r>
              <w:rPr>
                <w:b/>
                <w:sz w:val="20"/>
              </w:rPr>
              <w:t>Bentuk Kegiatan</w:t>
            </w:r>
          </w:p>
        </w:tc>
        <w:tc>
          <w:tcPr>
            <w:tcW w:w="4844" w:type="dxa"/>
            <w:vAlign w:val="center"/>
          </w:tcPr>
          <w:p w14:paraId="75322F9E" w14:textId="77777777" w:rsidR="00821C9E" w:rsidRDefault="00000000">
            <w:r>
              <w:rPr>
                <w:sz w:val="20"/>
              </w:rPr>
              <w:t>Daring/Online</w:t>
            </w:r>
          </w:p>
        </w:tc>
      </w:tr>
      <w:tr w:rsidR="00821C9E" w14:paraId="120EF2C0" w14:textId="77777777">
        <w:trPr>
          <w:jc w:val="center"/>
        </w:trPr>
        <w:tc>
          <w:tcPr>
            <w:tcW w:w="4844" w:type="dxa"/>
            <w:vAlign w:val="center"/>
          </w:tcPr>
          <w:p w14:paraId="0761D22F" w14:textId="77777777" w:rsidR="00821C9E" w:rsidRDefault="00000000">
            <w:r>
              <w:rPr>
                <w:b/>
                <w:sz w:val="20"/>
              </w:rPr>
              <w:t>Hari/Tanggal</w:t>
            </w:r>
          </w:p>
        </w:tc>
        <w:tc>
          <w:tcPr>
            <w:tcW w:w="4844" w:type="dxa"/>
            <w:vAlign w:val="center"/>
          </w:tcPr>
          <w:p w14:paraId="4EC90D45" w14:textId="499FE1A9" w:rsidR="00821C9E" w:rsidRDefault="006C0AAF">
            <w:r>
              <w:t>Senin,21 September 2026</w:t>
            </w:r>
          </w:p>
        </w:tc>
      </w:tr>
      <w:tr w:rsidR="00821C9E" w14:paraId="069A0510" w14:textId="77777777">
        <w:trPr>
          <w:jc w:val="center"/>
        </w:trPr>
        <w:tc>
          <w:tcPr>
            <w:tcW w:w="4844" w:type="dxa"/>
            <w:vAlign w:val="center"/>
          </w:tcPr>
          <w:p w14:paraId="62836BB1" w14:textId="77777777" w:rsidR="00821C9E" w:rsidRDefault="00000000">
            <w:r>
              <w:rPr>
                <w:b/>
                <w:sz w:val="20"/>
              </w:rPr>
              <w:t>Waktu</w:t>
            </w:r>
          </w:p>
        </w:tc>
        <w:tc>
          <w:tcPr>
            <w:tcW w:w="4844" w:type="dxa"/>
            <w:vAlign w:val="center"/>
          </w:tcPr>
          <w:p w14:paraId="66C74B20" w14:textId="67DDF3A5" w:rsidR="00821C9E" w:rsidRDefault="006C0AAF">
            <w:r>
              <w:t xml:space="preserve">08.30 </w:t>
            </w:r>
            <w:proofErr w:type="spellStart"/>
            <w:proofErr w:type="gramStart"/>
            <w:r>
              <w:t>s.d</w:t>
            </w:r>
            <w:proofErr w:type="spellEnd"/>
            <w:proofErr w:type="gramEnd"/>
            <w:r>
              <w:t xml:space="preserve"> 12.00 </w:t>
            </w:r>
            <w:proofErr w:type="spellStart"/>
            <w:r>
              <w:t>wib</w:t>
            </w:r>
            <w:proofErr w:type="spellEnd"/>
          </w:p>
        </w:tc>
      </w:tr>
      <w:tr w:rsidR="00821C9E" w14:paraId="2E6CF221" w14:textId="77777777">
        <w:trPr>
          <w:jc w:val="center"/>
        </w:trPr>
        <w:tc>
          <w:tcPr>
            <w:tcW w:w="4844" w:type="dxa"/>
            <w:vAlign w:val="center"/>
          </w:tcPr>
          <w:p w14:paraId="5DC0E2A5" w14:textId="77777777" w:rsidR="00821C9E" w:rsidRDefault="00000000">
            <w:r>
              <w:rPr>
                <w:b/>
                <w:sz w:val="20"/>
              </w:rPr>
              <w:t>Platform</w:t>
            </w:r>
          </w:p>
        </w:tc>
        <w:tc>
          <w:tcPr>
            <w:tcW w:w="4844" w:type="dxa"/>
            <w:vAlign w:val="center"/>
          </w:tcPr>
          <w:p w14:paraId="4BC3B7BF" w14:textId="77777777" w:rsidR="00821C9E" w:rsidRDefault="00000000">
            <w:r>
              <w:rPr>
                <w:sz w:val="20"/>
              </w:rPr>
              <w:t>Zoom Meeting / Google Meet</w:t>
            </w:r>
          </w:p>
        </w:tc>
      </w:tr>
      <w:tr w:rsidR="006C0AAF" w14:paraId="24F133E1" w14:textId="77777777">
        <w:trPr>
          <w:jc w:val="center"/>
        </w:trPr>
        <w:tc>
          <w:tcPr>
            <w:tcW w:w="4844" w:type="dxa"/>
            <w:vAlign w:val="center"/>
          </w:tcPr>
          <w:p w14:paraId="3AE1861B" w14:textId="3CA7D1F7" w:rsidR="006C0AAF" w:rsidRDefault="006C0AAF">
            <w:pPr>
              <w:rPr>
                <w:b/>
                <w:sz w:val="20"/>
              </w:rPr>
            </w:pPr>
            <w:r>
              <w:rPr>
                <w:b/>
                <w:sz w:val="20"/>
              </w:rPr>
              <w:t>Link zoom</w:t>
            </w:r>
          </w:p>
        </w:tc>
        <w:tc>
          <w:tcPr>
            <w:tcW w:w="4844" w:type="dxa"/>
            <w:vAlign w:val="center"/>
          </w:tcPr>
          <w:p w14:paraId="78E2840F" w14:textId="7E2446D4" w:rsidR="006C0AAF" w:rsidRPr="006C0AAF" w:rsidRDefault="006C0AAF">
            <w:pPr>
              <w:rPr>
                <w:color w:val="0070C0"/>
                <w:sz w:val="20"/>
              </w:rPr>
            </w:pPr>
            <w:r w:rsidRPr="006C0AAF">
              <w:rPr>
                <w:color w:val="0070C0"/>
                <w:sz w:val="20"/>
              </w:rPr>
              <w:t>https://us04web.zoom.us/j/78480847476?pwd=h2re88k89JYbbZg16gWaioMyEapA5e.1</w:t>
            </w:r>
          </w:p>
        </w:tc>
      </w:tr>
      <w:tr w:rsidR="00821C9E" w14:paraId="04908B0F" w14:textId="77777777">
        <w:trPr>
          <w:jc w:val="center"/>
        </w:trPr>
        <w:tc>
          <w:tcPr>
            <w:tcW w:w="4844" w:type="dxa"/>
            <w:vAlign w:val="center"/>
          </w:tcPr>
          <w:p w14:paraId="2491AA5E" w14:textId="77777777" w:rsidR="00821C9E" w:rsidRDefault="00000000">
            <w:proofErr w:type="spellStart"/>
            <w:r>
              <w:rPr>
                <w:b/>
                <w:sz w:val="20"/>
              </w:rPr>
              <w:t>Penyelenggara</w:t>
            </w:r>
            <w:proofErr w:type="spellEnd"/>
          </w:p>
        </w:tc>
        <w:tc>
          <w:tcPr>
            <w:tcW w:w="4844" w:type="dxa"/>
            <w:vAlign w:val="center"/>
          </w:tcPr>
          <w:p w14:paraId="03418B7A" w14:textId="77777777" w:rsidR="00821C9E" w:rsidRDefault="00000000">
            <w:r>
              <w:rPr>
                <w:sz w:val="20"/>
              </w:rPr>
              <w:t>MGMP Sejarah SMA/SMK</w:t>
            </w:r>
          </w:p>
        </w:tc>
      </w:tr>
      <w:tr w:rsidR="00821C9E" w14:paraId="623519DE" w14:textId="77777777">
        <w:trPr>
          <w:jc w:val="center"/>
        </w:trPr>
        <w:tc>
          <w:tcPr>
            <w:tcW w:w="4844" w:type="dxa"/>
            <w:vAlign w:val="center"/>
          </w:tcPr>
          <w:p w14:paraId="383379B8" w14:textId="77777777" w:rsidR="00821C9E" w:rsidRDefault="00000000">
            <w:r>
              <w:rPr>
                <w:b/>
                <w:sz w:val="20"/>
              </w:rPr>
              <w:t>Wilayah</w:t>
            </w:r>
          </w:p>
        </w:tc>
        <w:tc>
          <w:tcPr>
            <w:tcW w:w="4844" w:type="dxa"/>
            <w:vAlign w:val="center"/>
          </w:tcPr>
          <w:p w14:paraId="29D16C51" w14:textId="6B8252D7" w:rsidR="00821C9E" w:rsidRDefault="006C0AAF">
            <w:r>
              <w:t>Pidie Jaya</w:t>
            </w:r>
          </w:p>
        </w:tc>
      </w:tr>
      <w:tr w:rsidR="00821C9E" w14:paraId="531934F8" w14:textId="77777777" w:rsidTr="006C0AAF">
        <w:trPr>
          <w:trHeight w:val="70"/>
          <w:jc w:val="center"/>
        </w:trPr>
        <w:tc>
          <w:tcPr>
            <w:tcW w:w="4844" w:type="dxa"/>
            <w:vAlign w:val="center"/>
          </w:tcPr>
          <w:p w14:paraId="2A2E4D90" w14:textId="77777777" w:rsidR="00821C9E" w:rsidRDefault="00000000">
            <w:r>
              <w:rPr>
                <w:b/>
                <w:sz w:val="20"/>
              </w:rPr>
              <w:t>Ketua MGMP</w:t>
            </w:r>
          </w:p>
        </w:tc>
        <w:tc>
          <w:tcPr>
            <w:tcW w:w="4844" w:type="dxa"/>
            <w:vAlign w:val="center"/>
          </w:tcPr>
          <w:p w14:paraId="4D626713" w14:textId="41741616" w:rsidR="00821C9E" w:rsidRDefault="006C0AAF">
            <w:r>
              <w:t xml:space="preserve">Ikbal </w:t>
            </w:r>
            <w:proofErr w:type="spellStart"/>
            <w:proofErr w:type="gramStart"/>
            <w:r>
              <w:t>Farid,S</w:t>
            </w:r>
            <w:proofErr w:type="gramEnd"/>
            <w:r>
              <w:t>.Pd</w:t>
            </w:r>
            <w:proofErr w:type="spellEnd"/>
          </w:p>
        </w:tc>
      </w:tr>
      <w:tr w:rsidR="00821C9E" w14:paraId="7EEA5F2A" w14:textId="77777777">
        <w:trPr>
          <w:jc w:val="center"/>
        </w:trPr>
        <w:tc>
          <w:tcPr>
            <w:tcW w:w="4844" w:type="dxa"/>
            <w:vAlign w:val="center"/>
          </w:tcPr>
          <w:p w14:paraId="0911EB9C" w14:textId="77777777" w:rsidR="00821C9E" w:rsidRDefault="00000000">
            <w:proofErr w:type="spellStart"/>
            <w:r>
              <w:rPr>
                <w:b/>
                <w:sz w:val="20"/>
              </w:rPr>
              <w:t>Narasumber</w:t>
            </w:r>
            <w:proofErr w:type="spellEnd"/>
          </w:p>
        </w:tc>
        <w:tc>
          <w:tcPr>
            <w:tcW w:w="4844" w:type="dxa"/>
            <w:vAlign w:val="center"/>
          </w:tcPr>
          <w:p w14:paraId="0F88672A" w14:textId="1E9AE82E" w:rsidR="00821C9E" w:rsidRDefault="006C0AAF">
            <w:r>
              <w:t xml:space="preserve">Emilia Novita </w:t>
            </w:r>
            <w:proofErr w:type="spellStart"/>
            <w:proofErr w:type="gramStart"/>
            <w:r>
              <w:t>Sari,S</w:t>
            </w:r>
            <w:proofErr w:type="gramEnd"/>
            <w:r>
              <w:t>.Pd</w:t>
            </w:r>
            <w:proofErr w:type="spellEnd"/>
          </w:p>
        </w:tc>
      </w:tr>
      <w:tr w:rsidR="00821C9E" w14:paraId="184ADF8F" w14:textId="77777777">
        <w:trPr>
          <w:jc w:val="center"/>
        </w:trPr>
        <w:tc>
          <w:tcPr>
            <w:tcW w:w="4844" w:type="dxa"/>
            <w:vAlign w:val="center"/>
          </w:tcPr>
          <w:p w14:paraId="0051D535" w14:textId="77777777" w:rsidR="00821C9E" w:rsidRDefault="00000000">
            <w:r>
              <w:rPr>
                <w:b/>
                <w:sz w:val="20"/>
              </w:rPr>
              <w:t>Moderator</w:t>
            </w:r>
          </w:p>
        </w:tc>
        <w:tc>
          <w:tcPr>
            <w:tcW w:w="4844" w:type="dxa"/>
            <w:vAlign w:val="center"/>
          </w:tcPr>
          <w:p w14:paraId="5E6D0AF9" w14:textId="01EEC1D9" w:rsidR="00821C9E" w:rsidRDefault="006C0AAF">
            <w:proofErr w:type="spellStart"/>
            <w:proofErr w:type="gramStart"/>
            <w:r>
              <w:t>Armiadi,S</w:t>
            </w:r>
            <w:proofErr w:type="gramEnd"/>
            <w:r>
              <w:t>.Pd</w:t>
            </w:r>
            <w:proofErr w:type="spellEnd"/>
          </w:p>
        </w:tc>
      </w:tr>
      <w:tr w:rsidR="00821C9E" w14:paraId="364E8834" w14:textId="77777777">
        <w:trPr>
          <w:jc w:val="center"/>
        </w:trPr>
        <w:tc>
          <w:tcPr>
            <w:tcW w:w="4844" w:type="dxa"/>
            <w:vAlign w:val="center"/>
          </w:tcPr>
          <w:p w14:paraId="0B6F1E6F" w14:textId="77777777" w:rsidR="00821C9E" w:rsidRDefault="00000000">
            <w:r>
              <w:rPr>
                <w:b/>
                <w:sz w:val="20"/>
              </w:rPr>
              <w:t>Jumlah Peserta</w:t>
            </w:r>
          </w:p>
        </w:tc>
        <w:tc>
          <w:tcPr>
            <w:tcW w:w="4844" w:type="dxa"/>
            <w:vAlign w:val="center"/>
          </w:tcPr>
          <w:p w14:paraId="40EF459E" w14:textId="77777777" w:rsidR="00821C9E" w:rsidRDefault="00000000">
            <w:r>
              <w:rPr>
                <w:sz w:val="20"/>
              </w:rPr>
              <w:t>23 Guru</w:t>
            </w:r>
          </w:p>
        </w:tc>
      </w:tr>
    </w:tbl>
    <w:p w14:paraId="7DCC0981" w14:textId="77777777" w:rsidR="00821C9E" w:rsidRDefault="00000000">
      <w:pPr>
        <w:pStyle w:val="Heading1"/>
      </w:pPr>
      <w:r>
        <w:t>B. LATAR BELAKANG</w:t>
      </w:r>
    </w:p>
    <w:p w14:paraId="1795992B" w14:textId="77777777" w:rsidR="00821C9E" w:rsidRDefault="00000000">
      <w:pPr>
        <w:spacing w:after="120"/>
      </w:pPr>
      <w:r>
        <w:t>Tes Kemampuan Akademik (TKA) menjadi bagian penting dalam penguatan kemampuan akademik peserta didik. Guru perlu memahami karakteristik asesmen, bentuk stimulus, tuntutan kognitif, dan strategi pembahasan soal agar pembelajaran di kelas dapat memberi pengalaman yang relevan.</w:t>
      </w:r>
    </w:p>
    <w:p w14:paraId="6121D179" w14:textId="77777777" w:rsidR="00821C9E" w:rsidRDefault="00000000">
      <w:pPr>
        <w:spacing w:after="120"/>
      </w:pPr>
      <w:r>
        <w:t>Pembelajaran Sejarah tidak hanya berorientasi pada hafalan fakta dan kronologi. Peserta didik juga perlu dilatih memahami informasi, menganalisis sumber sejarah, menginterpretasikan data, membandingkan peristiwa, mengevaluasi informasi, menggunakan bukti, serta menarik kesimpulan.</w:t>
      </w:r>
    </w:p>
    <w:p w14:paraId="696DFA67" w14:textId="77777777" w:rsidR="00821C9E" w:rsidRDefault="00000000">
      <w:pPr>
        <w:spacing w:after="120"/>
      </w:pPr>
      <w:r>
        <w:t>Atas dasar kebutuhan tersebut, MGMP Sejarah SMA/SMK melaksanakan kegiatan daring dengan tema “Pembahasan Soal-Soal TKA Mata Pelajaran Sejarah” sebagai wadah peningkatan kompetensi profesional, berbagi praktik baik, dan penyusunan strategi pembelajaran serta latihan soal.</w:t>
      </w:r>
    </w:p>
    <w:p w14:paraId="3B2C2D64" w14:textId="77777777" w:rsidR="00821C9E" w:rsidRDefault="00000000">
      <w:pPr>
        <w:pStyle w:val="Heading1"/>
      </w:pPr>
      <w:r>
        <w:t>C. DASAR KEGIATAN</w:t>
      </w:r>
    </w:p>
    <w:p w14:paraId="28D6255A" w14:textId="77777777" w:rsidR="00821C9E" w:rsidRDefault="00000000">
      <w:pPr>
        <w:spacing w:after="120"/>
      </w:pPr>
      <w:r>
        <w:t>• Program kerja MGMP Sejarah SMA/SMK.</w:t>
      </w:r>
    </w:p>
    <w:p w14:paraId="3A63C73C" w14:textId="77777777" w:rsidR="00821C9E" w:rsidRDefault="00000000">
      <w:pPr>
        <w:spacing w:after="120"/>
      </w:pPr>
      <w:r>
        <w:t>• Kebutuhan peningkatan kompetensi profesional guru Sejarah.</w:t>
      </w:r>
    </w:p>
    <w:p w14:paraId="20DF24F6" w14:textId="77777777" w:rsidR="00821C9E" w:rsidRDefault="00000000">
      <w:pPr>
        <w:spacing w:after="120"/>
      </w:pPr>
      <w:r>
        <w:t>• Kebutuhan pemahaman terhadap karakteristik asesmen akademik.</w:t>
      </w:r>
    </w:p>
    <w:p w14:paraId="2B99B4E1" w14:textId="77777777" w:rsidR="00821C9E" w:rsidRDefault="00000000">
      <w:pPr>
        <w:spacing w:after="120"/>
      </w:pPr>
      <w:r>
        <w:t>• Upaya pengembangan soal Sejarah yang kontekstual, berbasis stimulus, dan mendorong penalaran.</w:t>
      </w:r>
    </w:p>
    <w:p w14:paraId="42BCE877" w14:textId="77777777" w:rsidR="00821C9E" w:rsidRDefault="00000000">
      <w:pPr>
        <w:spacing w:after="120"/>
      </w:pPr>
      <w:r>
        <w:t>• Upaya meningkatkan kesiapan peserta didik menghadapi asesmen akademik.</w:t>
      </w:r>
    </w:p>
    <w:p w14:paraId="642EF711" w14:textId="77777777" w:rsidR="00821C9E" w:rsidRDefault="00000000">
      <w:pPr>
        <w:pStyle w:val="Heading1"/>
      </w:pPr>
      <w:r>
        <w:t>D. TUJUAN KEGIATAN</w:t>
      </w:r>
    </w:p>
    <w:p w14:paraId="78C93F35" w14:textId="77777777" w:rsidR="00821C9E" w:rsidRDefault="00000000">
      <w:pPr>
        <w:spacing w:after="120"/>
      </w:pPr>
      <w:r>
        <w:t>• Meningkatkan pemahaman guru Sejarah mengenai karakteristik soal TKA.</w:t>
      </w:r>
    </w:p>
    <w:p w14:paraId="5B8AD401" w14:textId="77777777" w:rsidR="00821C9E" w:rsidRDefault="00000000">
      <w:pPr>
        <w:spacing w:after="120"/>
      </w:pPr>
      <w:r>
        <w:t>• Menganalisis stimulus dan tuntutan kemampuan berpikir pada soal Sejarah.</w:t>
      </w:r>
    </w:p>
    <w:p w14:paraId="77F41F06" w14:textId="77777777" w:rsidR="00821C9E" w:rsidRDefault="00000000">
      <w:pPr>
        <w:spacing w:after="120"/>
      </w:pPr>
      <w:r>
        <w:t>• Meningkatkan kemampuan guru dalam membahas soal secara sistematis.</w:t>
      </w:r>
    </w:p>
    <w:p w14:paraId="6B572243" w14:textId="77777777" w:rsidR="00821C9E" w:rsidRDefault="00000000">
      <w:pPr>
        <w:spacing w:after="120"/>
      </w:pPr>
      <w:r>
        <w:t>• Mengembangkan kemampuan guru menyusun soal berbasis stimulus dan HOTS.</w:t>
      </w:r>
    </w:p>
    <w:p w14:paraId="08CA5290" w14:textId="77777777" w:rsidR="00821C9E" w:rsidRDefault="00000000">
      <w:pPr>
        <w:spacing w:after="120"/>
      </w:pPr>
      <w:r>
        <w:t>• Membangun budaya kolaborasi dan berbagi praktik baik antaranggota MGMP.</w:t>
      </w:r>
    </w:p>
    <w:p w14:paraId="54CE1948" w14:textId="77777777" w:rsidR="00821C9E" w:rsidRDefault="00000000">
      <w:pPr>
        <w:spacing w:after="120"/>
      </w:pPr>
      <w:r>
        <w:t>• Menyiapkan strategi pembelajaran yang membantu siswa menghadapi soal berbasis penalaran.</w:t>
      </w:r>
    </w:p>
    <w:p w14:paraId="01ACB720" w14:textId="77777777" w:rsidR="00821C9E" w:rsidRDefault="00000000">
      <w:pPr>
        <w:pStyle w:val="Heading1"/>
      </w:pPr>
      <w:r>
        <w:t>E. PESERTA KEGIATAN</w:t>
      </w:r>
    </w:p>
    <w:p w14:paraId="59FA038A" w14:textId="77777777" w:rsidR="00821C9E" w:rsidRDefault="00000000">
      <w:pPr>
        <w:spacing w:after="120"/>
      </w:pPr>
      <w:r>
        <w:t>Peserta kegiatan adalah guru mata pelajaran Sejarah tingkat SMA/SMK yang tergabung dalam MGMP Sejarah. Jumlah peserta yang disiapkan dalam daftar hadir adalah 23 orang.</w:t>
      </w:r>
    </w:p>
    <w:p w14:paraId="6766B8D3" w14:textId="77777777" w:rsidR="00821C9E" w:rsidRDefault="00000000">
      <w:pPr>
        <w:pStyle w:val="Heading1"/>
      </w:pPr>
      <w:r>
        <w:t>F. SUSUNAN KEGIATAN</w:t>
      </w:r>
    </w:p>
    <w:tbl>
      <w:tblPr>
        <w:tblStyle w:val="TableGrid"/>
        <w:tblW w:w="0" w:type="auto"/>
        <w:jc w:val="center"/>
        <w:tblLook w:val="04A0" w:firstRow="1" w:lastRow="0" w:firstColumn="1" w:lastColumn="0" w:noHBand="0" w:noVBand="1"/>
      </w:tblPr>
      <w:tblGrid>
        <w:gridCol w:w="2422"/>
        <w:gridCol w:w="2422"/>
        <w:gridCol w:w="2422"/>
        <w:gridCol w:w="2422"/>
      </w:tblGrid>
      <w:tr w:rsidR="00821C9E" w14:paraId="2D52D86C" w14:textId="77777777">
        <w:trPr>
          <w:tblHeader/>
          <w:jc w:val="center"/>
        </w:trPr>
        <w:tc>
          <w:tcPr>
            <w:tcW w:w="2422" w:type="dxa"/>
            <w:shd w:val="clear" w:color="auto" w:fill="D9EAF7"/>
            <w:vAlign w:val="center"/>
          </w:tcPr>
          <w:p w14:paraId="6ACD5283" w14:textId="77777777" w:rsidR="00821C9E" w:rsidRDefault="00000000">
            <w:pPr>
              <w:jc w:val="center"/>
            </w:pPr>
            <w:r>
              <w:rPr>
                <w:b/>
                <w:sz w:val="20"/>
              </w:rPr>
              <w:t>No.</w:t>
            </w:r>
          </w:p>
        </w:tc>
        <w:tc>
          <w:tcPr>
            <w:tcW w:w="2422" w:type="dxa"/>
            <w:shd w:val="clear" w:color="auto" w:fill="D9EAF7"/>
            <w:vAlign w:val="center"/>
          </w:tcPr>
          <w:p w14:paraId="61E35FF4" w14:textId="77777777" w:rsidR="00821C9E" w:rsidRDefault="00000000">
            <w:pPr>
              <w:jc w:val="center"/>
            </w:pPr>
            <w:r>
              <w:rPr>
                <w:b/>
                <w:sz w:val="20"/>
              </w:rPr>
              <w:t>Waktu</w:t>
            </w:r>
          </w:p>
        </w:tc>
        <w:tc>
          <w:tcPr>
            <w:tcW w:w="2422" w:type="dxa"/>
            <w:shd w:val="clear" w:color="auto" w:fill="D9EAF7"/>
            <w:vAlign w:val="center"/>
          </w:tcPr>
          <w:p w14:paraId="6AE4F0ED" w14:textId="77777777" w:rsidR="00821C9E" w:rsidRDefault="00000000">
            <w:pPr>
              <w:jc w:val="center"/>
            </w:pPr>
            <w:r>
              <w:rPr>
                <w:b/>
                <w:sz w:val="20"/>
              </w:rPr>
              <w:t>Kegiatan</w:t>
            </w:r>
          </w:p>
        </w:tc>
        <w:tc>
          <w:tcPr>
            <w:tcW w:w="2422" w:type="dxa"/>
            <w:shd w:val="clear" w:color="auto" w:fill="D9EAF7"/>
            <w:vAlign w:val="center"/>
          </w:tcPr>
          <w:p w14:paraId="6BFB9367" w14:textId="77777777" w:rsidR="00821C9E" w:rsidRDefault="00000000">
            <w:pPr>
              <w:jc w:val="center"/>
            </w:pPr>
            <w:r>
              <w:rPr>
                <w:b/>
                <w:sz w:val="20"/>
              </w:rPr>
              <w:t>Penanggung Jawab</w:t>
            </w:r>
          </w:p>
        </w:tc>
      </w:tr>
      <w:tr w:rsidR="00821C9E" w14:paraId="37F28754" w14:textId="77777777">
        <w:trPr>
          <w:jc w:val="center"/>
        </w:trPr>
        <w:tc>
          <w:tcPr>
            <w:tcW w:w="2422" w:type="dxa"/>
            <w:vAlign w:val="center"/>
          </w:tcPr>
          <w:p w14:paraId="5E456067" w14:textId="77777777" w:rsidR="00821C9E" w:rsidRDefault="00000000">
            <w:pPr>
              <w:jc w:val="center"/>
            </w:pPr>
            <w:r>
              <w:rPr>
                <w:sz w:val="20"/>
              </w:rPr>
              <w:t>1</w:t>
            </w:r>
          </w:p>
        </w:tc>
        <w:tc>
          <w:tcPr>
            <w:tcW w:w="2422" w:type="dxa"/>
            <w:vAlign w:val="center"/>
          </w:tcPr>
          <w:p w14:paraId="26903FF6" w14:textId="66B1253F" w:rsidR="00821C9E" w:rsidRDefault="006C0AAF">
            <w:pPr>
              <w:jc w:val="center"/>
            </w:pPr>
            <w:r>
              <w:t xml:space="preserve">08.30 </w:t>
            </w:r>
            <w:proofErr w:type="spellStart"/>
            <w:r>
              <w:t>wib</w:t>
            </w:r>
            <w:proofErr w:type="spellEnd"/>
          </w:p>
        </w:tc>
        <w:tc>
          <w:tcPr>
            <w:tcW w:w="2422" w:type="dxa"/>
            <w:vAlign w:val="center"/>
          </w:tcPr>
          <w:p w14:paraId="06F29377" w14:textId="77777777" w:rsidR="00821C9E" w:rsidRDefault="00000000">
            <w:r>
              <w:rPr>
                <w:sz w:val="20"/>
              </w:rPr>
              <w:t>Pembukaan</w:t>
            </w:r>
          </w:p>
        </w:tc>
        <w:tc>
          <w:tcPr>
            <w:tcW w:w="2422" w:type="dxa"/>
            <w:vAlign w:val="center"/>
          </w:tcPr>
          <w:p w14:paraId="23100091" w14:textId="77777777" w:rsidR="00821C9E" w:rsidRDefault="00000000">
            <w:pPr>
              <w:jc w:val="center"/>
            </w:pPr>
            <w:r>
              <w:rPr>
                <w:sz w:val="20"/>
              </w:rPr>
              <w:t>Moderator</w:t>
            </w:r>
          </w:p>
        </w:tc>
      </w:tr>
      <w:tr w:rsidR="00821C9E" w14:paraId="6BB3AD6F" w14:textId="77777777">
        <w:trPr>
          <w:jc w:val="center"/>
        </w:trPr>
        <w:tc>
          <w:tcPr>
            <w:tcW w:w="2422" w:type="dxa"/>
            <w:vAlign w:val="center"/>
          </w:tcPr>
          <w:p w14:paraId="6E3E7462" w14:textId="77777777" w:rsidR="00821C9E" w:rsidRDefault="00000000">
            <w:pPr>
              <w:jc w:val="center"/>
            </w:pPr>
            <w:r>
              <w:rPr>
                <w:sz w:val="20"/>
              </w:rPr>
              <w:t>2</w:t>
            </w:r>
          </w:p>
        </w:tc>
        <w:tc>
          <w:tcPr>
            <w:tcW w:w="2422" w:type="dxa"/>
            <w:vAlign w:val="center"/>
          </w:tcPr>
          <w:p w14:paraId="6D03CFC1" w14:textId="2E7C63F6" w:rsidR="00821C9E" w:rsidRDefault="006C0AAF">
            <w:pPr>
              <w:jc w:val="center"/>
            </w:pPr>
            <w:r>
              <w:t xml:space="preserve">08.45 -09 30 </w:t>
            </w:r>
            <w:proofErr w:type="spellStart"/>
            <w:r>
              <w:t>wib</w:t>
            </w:r>
            <w:proofErr w:type="spellEnd"/>
          </w:p>
        </w:tc>
        <w:tc>
          <w:tcPr>
            <w:tcW w:w="2422" w:type="dxa"/>
            <w:vAlign w:val="center"/>
          </w:tcPr>
          <w:p w14:paraId="46461E91" w14:textId="77777777" w:rsidR="00821C9E" w:rsidRDefault="00000000">
            <w:r>
              <w:rPr>
                <w:sz w:val="20"/>
              </w:rPr>
              <w:t>Sambutan Ketua MGMP</w:t>
            </w:r>
          </w:p>
        </w:tc>
        <w:tc>
          <w:tcPr>
            <w:tcW w:w="2422" w:type="dxa"/>
            <w:vAlign w:val="center"/>
          </w:tcPr>
          <w:p w14:paraId="0B0F7978" w14:textId="77777777" w:rsidR="00821C9E" w:rsidRDefault="00000000">
            <w:pPr>
              <w:jc w:val="center"/>
            </w:pPr>
            <w:r>
              <w:rPr>
                <w:sz w:val="20"/>
              </w:rPr>
              <w:t>Ketua MGMP</w:t>
            </w:r>
          </w:p>
        </w:tc>
      </w:tr>
      <w:tr w:rsidR="00821C9E" w14:paraId="729F0D40" w14:textId="77777777">
        <w:trPr>
          <w:jc w:val="center"/>
        </w:trPr>
        <w:tc>
          <w:tcPr>
            <w:tcW w:w="2422" w:type="dxa"/>
            <w:vAlign w:val="center"/>
          </w:tcPr>
          <w:p w14:paraId="6711680B" w14:textId="77777777" w:rsidR="00821C9E" w:rsidRDefault="00000000">
            <w:pPr>
              <w:jc w:val="center"/>
            </w:pPr>
            <w:r>
              <w:rPr>
                <w:sz w:val="20"/>
              </w:rPr>
              <w:t>3</w:t>
            </w:r>
          </w:p>
        </w:tc>
        <w:tc>
          <w:tcPr>
            <w:tcW w:w="2422" w:type="dxa"/>
            <w:vAlign w:val="center"/>
          </w:tcPr>
          <w:p w14:paraId="21D15D6B" w14:textId="7E49473B" w:rsidR="00821C9E" w:rsidRDefault="006C0AAF">
            <w:pPr>
              <w:jc w:val="center"/>
            </w:pPr>
            <w:r>
              <w:t xml:space="preserve">09.30-10.00 </w:t>
            </w:r>
            <w:proofErr w:type="spellStart"/>
            <w:r>
              <w:t>wib</w:t>
            </w:r>
            <w:proofErr w:type="spellEnd"/>
          </w:p>
        </w:tc>
        <w:tc>
          <w:tcPr>
            <w:tcW w:w="2422" w:type="dxa"/>
            <w:vAlign w:val="center"/>
          </w:tcPr>
          <w:p w14:paraId="77F9892A" w14:textId="77777777" w:rsidR="00821C9E" w:rsidRDefault="00000000">
            <w:r>
              <w:rPr>
                <w:sz w:val="20"/>
              </w:rPr>
              <w:t>Penyampaian tujuan kegiatan</w:t>
            </w:r>
          </w:p>
        </w:tc>
        <w:tc>
          <w:tcPr>
            <w:tcW w:w="2422" w:type="dxa"/>
            <w:vAlign w:val="center"/>
          </w:tcPr>
          <w:p w14:paraId="3B101269" w14:textId="77777777" w:rsidR="00821C9E" w:rsidRDefault="00000000">
            <w:pPr>
              <w:jc w:val="center"/>
            </w:pPr>
            <w:r>
              <w:rPr>
                <w:sz w:val="20"/>
              </w:rPr>
              <w:t>Moderator</w:t>
            </w:r>
          </w:p>
        </w:tc>
      </w:tr>
      <w:tr w:rsidR="00821C9E" w14:paraId="5B944AB1" w14:textId="77777777">
        <w:trPr>
          <w:jc w:val="center"/>
        </w:trPr>
        <w:tc>
          <w:tcPr>
            <w:tcW w:w="2422" w:type="dxa"/>
            <w:vAlign w:val="center"/>
          </w:tcPr>
          <w:p w14:paraId="5ACC388D" w14:textId="77777777" w:rsidR="00821C9E" w:rsidRDefault="00000000">
            <w:pPr>
              <w:jc w:val="center"/>
            </w:pPr>
            <w:r>
              <w:rPr>
                <w:sz w:val="20"/>
              </w:rPr>
              <w:t>4</w:t>
            </w:r>
          </w:p>
        </w:tc>
        <w:tc>
          <w:tcPr>
            <w:tcW w:w="2422" w:type="dxa"/>
            <w:vAlign w:val="center"/>
          </w:tcPr>
          <w:p w14:paraId="67A24D11" w14:textId="7BF90D50" w:rsidR="00821C9E" w:rsidRDefault="006C0AAF">
            <w:pPr>
              <w:jc w:val="center"/>
            </w:pPr>
            <w:r>
              <w:t xml:space="preserve">10.00-10.30 </w:t>
            </w:r>
            <w:proofErr w:type="spellStart"/>
            <w:r>
              <w:t>wib</w:t>
            </w:r>
            <w:proofErr w:type="spellEnd"/>
          </w:p>
        </w:tc>
        <w:tc>
          <w:tcPr>
            <w:tcW w:w="2422" w:type="dxa"/>
            <w:vAlign w:val="center"/>
          </w:tcPr>
          <w:p w14:paraId="587368D4" w14:textId="77777777" w:rsidR="00821C9E" w:rsidRDefault="00000000">
            <w:r>
              <w:rPr>
                <w:sz w:val="20"/>
              </w:rPr>
              <w:t>Pemaparan materi TKA Sejarah</w:t>
            </w:r>
          </w:p>
        </w:tc>
        <w:tc>
          <w:tcPr>
            <w:tcW w:w="2422" w:type="dxa"/>
            <w:vAlign w:val="center"/>
          </w:tcPr>
          <w:p w14:paraId="5E897D2F" w14:textId="77777777" w:rsidR="00821C9E" w:rsidRDefault="00000000">
            <w:pPr>
              <w:jc w:val="center"/>
            </w:pPr>
            <w:r>
              <w:rPr>
                <w:sz w:val="20"/>
              </w:rPr>
              <w:t>Narasumber</w:t>
            </w:r>
          </w:p>
        </w:tc>
      </w:tr>
      <w:tr w:rsidR="00821C9E" w14:paraId="44BEB1A9" w14:textId="77777777">
        <w:trPr>
          <w:jc w:val="center"/>
        </w:trPr>
        <w:tc>
          <w:tcPr>
            <w:tcW w:w="2422" w:type="dxa"/>
            <w:vAlign w:val="center"/>
          </w:tcPr>
          <w:p w14:paraId="6302413D" w14:textId="77777777" w:rsidR="00821C9E" w:rsidRDefault="00000000">
            <w:pPr>
              <w:jc w:val="center"/>
            </w:pPr>
            <w:r>
              <w:rPr>
                <w:sz w:val="20"/>
              </w:rPr>
              <w:t>5</w:t>
            </w:r>
          </w:p>
        </w:tc>
        <w:tc>
          <w:tcPr>
            <w:tcW w:w="2422" w:type="dxa"/>
            <w:vAlign w:val="center"/>
          </w:tcPr>
          <w:p w14:paraId="688DB24D" w14:textId="521CE441" w:rsidR="00821C9E" w:rsidRDefault="006C0AAF">
            <w:pPr>
              <w:jc w:val="center"/>
            </w:pPr>
            <w:r>
              <w:t xml:space="preserve">10.30-11.00 </w:t>
            </w:r>
            <w:proofErr w:type="spellStart"/>
            <w:r>
              <w:t>wib</w:t>
            </w:r>
            <w:proofErr w:type="spellEnd"/>
          </w:p>
        </w:tc>
        <w:tc>
          <w:tcPr>
            <w:tcW w:w="2422" w:type="dxa"/>
            <w:vAlign w:val="center"/>
          </w:tcPr>
          <w:p w14:paraId="1EFE1874" w14:textId="77777777" w:rsidR="00821C9E" w:rsidRDefault="00000000">
            <w:r>
              <w:rPr>
                <w:sz w:val="20"/>
              </w:rPr>
              <w:t>Pembahasan contoh soal</w:t>
            </w:r>
          </w:p>
        </w:tc>
        <w:tc>
          <w:tcPr>
            <w:tcW w:w="2422" w:type="dxa"/>
            <w:vAlign w:val="center"/>
          </w:tcPr>
          <w:p w14:paraId="14FCE3DF" w14:textId="77777777" w:rsidR="00821C9E" w:rsidRDefault="00000000">
            <w:pPr>
              <w:jc w:val="center"/>
            </w:pPr>
            <w:r>
              <w:rPr>
                <w:sz w:val="20"/>
              </w:rPr>
              <w:t>Narasumber &amp; Peserta</w:t>
            </w:r>
          </w:p>
        </w:tc>
      </w:tr>
      <w:tr w:rsidR="00821C9E" w14:paraId="25BC6AA0" w14:textId="77777777">
        <w:trPr>
          <w:jc w:val="center"/>
        </w:trPr>
        <w:tc>
          <w:tcPr>
            <w:tcW w:w="2422" w:type="dxa"/>
            <w:vAlign w:val="center"/>
          </w:tcPr>
          <w:p w14:paraId="62B27D74" w14:textId="77777777" w:rsidR="00821C9E" w:rsidRDefault="00000000">
            <w:pPr>
              <w:jc w:val="center"/>
            </w:pPr>
            <w:r>
              <w:rPr>
                <w:sz w:val="20"/>
              </w:rPr>
              <w:t>6</w:t>
            </w:r>
          </w:p>
        </w:tc>
        <w:tc>
          <w:tcPr>
            <w:tcW w:w="2422" w:type="dxa"/>
            <w:vAlign w:val="center"/>
          </w:tcPr>
          <w:p w14:paraId="7483BBE8" w14:textId="418767F1" w:rsidR="00821C9E" w:rsidRDefault="006C0AAF">
            <w:pPr>
              <w:jc w:val="center"/>
            </w:pPr>
            <w:r>
              <w:t xml:space="preserve">11.00-11.15 </w:t>
            </w:r>
            <w:proofErr w:type="spellStart"/>
            <w:r>
              <w:t>wib</w:t>
            </w:r>
            <w:proofErr w:type="spellEnd"/>
          </w:p>
        </w:tc>
        <w:tc>
          <w:tcPr>
            <w:tcW w:w="2422" w:type="dxa"/>
            <w:vAlign w:val="center"/>
          </w:tcPr>
          <w:p w14:paraId="7CCC9B47" w14:textId="77777777" w:rsidR="00821C9E" w:rsidRDefault="00000000">
            <w:r>
              <w:rPr>
                <w:sz w:val="20"/>
              </w:rPr>
              <w:t>Diskusi dan tanya jawab</w:t>
            </w:r>
          </w:p>
        </w:tc>
        <w:tc>
          <w:tcPr>
            <w:tcW w:w="2422" w:type="dxa"/>
            <w:vAlign w:val="center"/>
          </w:tcPr>
          <w:p w14:paraId="506DF77E" w14:textId="77777777" w:rsidR="00821C9E" w:rsidRDefault="00000000">
            <w:pPr>
              <w:jc w:val="center"/>
            </w:pPr>
            <w:r>
              <w:rPr>
                <w:sz w:val="20"/>
              </w:rPr>
              <w:t>Moderator</w:t>
            </w:r>
          </w:p>
        </w:tc>
      </w:tr>
      <w:tr w:rsidR="00821C9E" w14:paraId="6FBD3F52" w14:textId="77777777">
        <w:trPr>
          <w:jc w:val="center"/>
        </w:trPr>
        <w:tc>
          <w:tcPr>
            <w:tcW w:w="2422" w:type="dxa"/>
            <w:vAlign w:val="center"/>
          </w:tcPr>
          <w:p w14:paraId="48534B66" w14:textId="77777777" w:rsidR="00821C9E" w:rsidRDefault="00000000">
            <w:pPr>
              <w:jc w:val="center"/>
            </w:pPr>
            <w:r>
              <w:rPr>
                <w:sz w:val="20"/>
              </w:rPr>
              <w:t>7</w:t>
            </w:r>
          </w:p>
        </w:tc>
        <w:tc>
          <w:tcPr>
            <w:tcW w:w="2422" w:type="dxa"/>
            <w:vAlign w:val="center"/>
          </w:tcPr>
          <w:p w14:paraId="3E8068A3" w14:textId="3D35A077" w:rsidR="00821C9E" w:rsidRDefault="006C0AAF">
            <w:pPr>
              <w:jc w:val="center"/>
            </w:pPr>
            <w:r>
              <w:t xml:space="preserve">11.15-11.30 </w:t>
            </w:r>
            <w:proofErr w:type="spellStart"/>
            <w:r>
              <w:t>wib</w:t>
            </w:r>
            <w:proofErr w:type="spellEnd"/>
          </w:p>
        </w:tc>
        <w:tc>
          <w:tcPr>
            <w:tcW w:w="2422" w:type="dxa"/>
            <w:vAlign w:val="center"/>
          </w:tcPr>
          <w:p w14:paraId="5F3B1439" w14:textId="77777777" w:rsidR="00821C9E" w:rsidRDefault="00000000">
            <w:r>
              <w:rPr>
                <w:sz w:val="20"/>
              </w:rPr>
              <w:t>Umpan balik peserta</w:t>
            </w:r>
          </w:p>
        </w:tc>
        <w:tc>
          <w:tcPr>
            <w:tcW w:w="2422" w:type="dxa"/>
            <w:vAlign w:val="center"/>
          </w:tcPr>
          <w:p w14:paraId="7883B4D5" w14:textId="77777777" w:rsidR="00821C9E" w:rsidRDefault="00000000">
            <w:pPr>
              <w:jc w:val="center"/>
            </w:pPr>
            <w:r>
              <w:rPr>
                <w:sz w:val="20"/>
              </w:rPr>
              <w:t>Peserta</w:t>
            </w:r>
          </w:p>
        </w:tc>
      </w:tr>
      <w:tr w:rsidR="00821C9E" w14:paraId="74355630" w14:textId="77777777">
        <w:trPr>
          <w:jc w:val="center"/>
        </w:trPr>
        <w:tc>
          <w:tcPr>
            <w:tcW w:w="2422" w:type="dxa"/>
            <w:vAlign w:val="center"/>
          </w:tcPr>
          <w:p w14:paraId="4A331504" w14:textId="77777777" w:rsidR="00821C9E" w:rsidRDefault="00000000">
            <w:pPr>
              <w:jc w:val="center"/>
            </w:pPr>
            <w:r>
              <w:rPr>
                <w:sz w:val="20"/>
              </w:rPr>
              <w:t>8</w:t>
            </w:r>
          </w:p>
        </w:tc>
        <w:tc>
          <w:tcPr>
            <w:tcW w:w="2422" w:type="dxa"/>
            <w:vAlign w:val="center"/>
          </w:tcPr>
          <w:p w14:paraId="24BA0768" w14:textId="20FCFEC5" w:rsidR="00821C9E" w:rsidRDefault="006C0AAF">
            <w:pPr>
              <w:jc w:val="center"/>
            </w:pPr>
            <w:r>
              <w:t xml:space="preserve">11.30 -11.45 </w:t>
            </w:r>
            <w:proofErr w:type="spellStart"/>
            <w:r>
              <w:t>wib</w:t>
            </w:r>
            <w:proofErr w:type="spellEnd"/>
          </w:p>
        </w:tc>
        <w:tc>
          <w:tcPr>
            <w:tcW w:w="2422" w:type="dxa"/>
            <w:vAlign w:val="center"/>
          </w:tcPr>
          <w:p w14:paraId="0FBAE92A" w14:textId="77777777" w:rsidR="00821C9E" w:rsidRDefault="00000000">
            <w:r>
              <w:rPr>
                <w:sz w:val="20"/>
              </w:rPr>
              <w:t>Refleksi kegiatan</w:t>
            </w:r>
          </w:p>
        </w:tc>
        <w:tc>
          <w:tcPr>
            <w:tcW w:w="2422" w:type="dxa"/>
            <w:vAlign w:val="center"/>
          </w:tcPr>
          <w:p w14:paraId="108FB592" w14:textId="77777777" w:rsidR="00821C9E" w:rsidRDefault="00000000">
            <w:pPr>
              <w:jc w:val="center"/>
            </w:pPr>
            <w:r>
              <w:rPr>
                <w:sz w:val="20"/>
              </w:rPr>
              <w:t>Peserta</w:t>
            </w:r>
          </w:p>
        </w:tc>
      </w:tr>
      <w:tr w:rsidR="00821C9E" w14:paraId="5025BA91" w14:textId="77777777">
        <w:trPr>
          <w:jc w:val="center"/>
        </w:trPr>
        <w:tc>
          <w:tcPr>
            <w:tcW w:w="2422" w:type="dxa"/>
            <w:vAlign w:val="center"/>
          </w:tcPr>
          <w:p w14:paraId="3D385976" w14:textId="77777777" w:rsidR="00821C9E" w:rsidRDefault="00000000">
            <w:pPr>
              <w:jc w:val="center"/>
            </w:pPr>
            <w:r>
              <w:rPr>
                <w:sz w:val="20"/>
              </w:rPr>
              <w:t>9</w:t>
            </w:r>
          </w:p>
        </w:tc>
        <w:tc>
          <w:tcPr>
            <w:tcW w:w="2422" w:type="dxa"/>
            <w:vAlign w:val="center"/>
          </w:tcPr>
          <w:p w14:paraId="35CCDE9B" w14:textId="6A0044AF" w:rsidR="00821C9E" w:rsidRDefault="006C0AAF">
            <w:pPr>
              <w:jc w:val="center"/>
            </w:pPr>
            <w:r>
              <w:t xml:space="preserve">11.45-12.00 </w:t>
            </w:r>
            <w:proofErr w:type="spellStart"/>
            <w:r>
              <w:t>wib</w:t>
            </w:r>
            <w:proofErr w:type="spellEnd"/>
          </w:p>
        </w:tc>
        <w:tc>
          <w:tcPr>
            <w:tcW w:w="2422" w:type="dxa"/>
            <w:vAlign w:val="center"/>
          </w:tcPr>
          <w:p w14:paraId="0F84B8E1" w14:textId="77777777" w:rsidR="00821C9E" w:rsidRDefault="00000000">
            <w:r>
              <w:rPr>
                <w:sz w:val="20"/>
              </w:rPr>
              <w:t>Tindak lanjut</w:t>
            </w:r>
          </w:p>
        </w:tc>
        <w:tc>
          <w:tcPr>
            <w:tcW w:w="2422" w:type="dxa"/>
            <w:vAlign w:val="center"/>
          </w:tcPr>
          <w:p w14:paraId="71B537AC" w14:textId="77777777" w:rsidR="00821C9E" w:rsidRDefault="00000000">
            <w:pPr>
              <w:jc w:val="center"/>
            </w:pPr>
            <w:r>
              <w:rPr>
                <w:sz w:val="20"/>
              </w:rPr>
              <w:t>Pengurus MGMP</w:t>
            </w:r>
          </w:p>
        </w:tc>
      </w:tr>
      <w:tr w:rsidR="00821C9E" w14:paraId="423AB0D5" w14:textId="77777777">
        <w:trPr>
          <w:jc w:val="center"/>
        </w:trPr>
        <w:tc>
          <w:tcPr>
            <w:tcW w:w="2422" w:type="dxa"/>
            <w:vAlign w:val="center"/>
          </w:tcPr>
          <w:p w14:paraId="52733AE5" w14:textId="77777777" w:rsidR="00821C9E" w:rsidRDefault="00000000">
            <w:pPr>
              <w:jc w:val="center"/>
            </w:pPr>
            <w:r>
              <w:rPr>
                <w:sz w:val="20"/>
              </w:rPr>
              <w:t>10</w:t>
            </w:r>
          </w:p>
        </w:tc>
        <w:tc>
          <w:tcPr>
            <w:tcW w:w="2422" w:type="dxa"/>
            <w:vAlign w:val="center"/>
          </w:tcPr>
          <w:p w14:paraId="29A74473" w14:textId="58DBFFE4" w:rsidR="00821C9E" w:rsidRDefault="006C0AAF">
            <w:pPr>
              <w:jc w:val="center"/>
            </w:pPr>
            <w:r>
              <w:t xml:space="preserve">12.00 </w:t>
            </w:r>
            <w:proofErr w:type="spellStart"/>
            <w:r>
              <w:t>wib</w:t>
            </w:r>
            <w:proofErr w:type="spellEnd"/>
          </w:p>
        </w:tc>
        <w:tc>
          <w:tcPr>
            <w:tcW w:w="2422" w:type="dxa"/>
            <w:vAlign w:val="center"/>
          </w:tcPr>
          <w:p w14:paraId="10F9C0C7" w14:textId="77777777" w:rsidR="00821C9E" w:rsidRDefault="00000000">
            <w:r>
              <w:rPr>
                <w:sz w:val="20"/>
              </w:rPr>
              <w:t>Penutup</w:t>
            </w:r>
          </w:p>
        </w:tc>
        <w:tc>
          <w:tcPr>
            <w:tcW w:w="2422" w:type="dxa"/>
            <w:vAlign w:val="center"/>
          </w:tcPr>
          <w:p w14:paraId="58655354" w14:textId="77777777" w:rsidR="00821C9E" w:rsidRDefault="00000000">
            <w:pPr>
              <w:jc w:val="center"/>
            </w:pPr>
            <w:r>
              <w:rPr>
                <w:sz w:val="20"/>
              </w:rPr>
              <w:t>Moderator</w:t>
            </w:r>
          </w:p>
        </w:tc>
      </w:tr>
    </w:tbl>
    <w:p w14:paraId="609EA3C2" w14:textId="77777777" w:rsidR="00821C9E" w:rsidRDefault="00000000">
      <w:pPr>
        <w:pStyle w:val="Heading1"/>
      </w:pPr>
      <w:r>
        <w:t>G. MATERI YANG DISAMPAIKAN</w:t>
      </w:r>
    </w:p>
    <w:p w14:paraId="40FD3526" w14:textId="77777777" w:rsidR="00821C9E" w:rsidRDefault="00000000">
      <w:pPr>
        <w:pStyle w:val="Heading2"/>
      </w:pPr>
      <w:r>
        <w:t>1. Karakteristik Pembahasan Soal TKA Sejarah</w:t>
      </w:r>
    </w:p>
    <w:p w14:paraId="4CECCD51" w14:textId="77777777" w:rsidR="00821C9E" w:rsidRDefault="00000000">
      <w:pPr>
        <w:spacing w:after="120"/>
      </w:pPr>
      <w:r>
        <w:t>Pembahasan soal diarahkan untuk melihat proses berpikir peserta didik, bukan sekadar benar atau salah. Guru perlu mengidentifikasi kompetensi yang diukur, membaca stimulus secara cermat, menemukan kata kunci, menghubungkan informasi dengan konsep sejarah, serta mengevaluasi pilihan jawaban.</w:t>
      </w:r>
    </w:p>
    <w:p w14:paraId="338D8673" w14:textId="77777777" w:rsidR="00821C9E" w:rsidRDefault="00000000">
      <w:pPr>
        <w:pStyle w:val="Heading2"/>
      </w:pPr>
      <w:r>
        <w:t>2. Bentuk Stimulus</w:t>
      </w:r>
    </w:p>
    <w:p w14:paraId="576BC471" w14:textId="77777777" w:rsidR="00821C9E" w:rsidRDefault="00000000">
      <w:pPr>
        <w:spacing w:after="120"/>
      </w:pPr>
      <w:r>
        <w:t>• teks atau kutipan sumber sejarah</w:t>
      </w:r>
    </w:p>
    <w:p w14:paraId="5C5BF4A5" w14:textId="77777777" w:rsidR="00821C9E" w:rsidRDefault="00000000">
      <w:pPr>
        <w:spacing w:after="120"/>
      </w:pPr>
      <w:r>
        <w:t>• gambar/foto sejarah</w:t>
      </w:r>
    </w:p>
    <w:p w14:paraId="4EC556BA" w14:textId="77777777" w:rsidR="00821C9E" w:rsidRDefault="00000000">
      <w:pPr>
        <w:spacing w:after="120"/>
      </w:pPr>
      <w:r>
        <w:t>• peta</w:t>
      </w:r>
    </w:p>
    <w:p w14:paraId="039CEFEC" w14:textId="77777777" w:rsidR="00821C9E" w:rsidRDefault="00000000">
      <w:pPr>
        <w:spacing w:after="120"/>
      </w:pPr>
      <w:r>
        <w:t>• tabel dan grafik</w:t>
      </w:r>
    </w:p>
    <w:p w14:paraId="36ACD5C0" w14:textId="77777777" w:rsidR="00821C9E" w:rsidRDefault="00000000">
      <w:pPr>
        <w:spacing w:after="120"/>
      </w:pPr>
      <w:r>
        <w:t>• timeline</w:t>
      </w:r>
    </w:p>
    <w:p w14:paraId="1F90F640" w14:textId="77777777" w:rsidR="00821C9E" w:rsidRDefault="00000000">
      <w:pPr>
        <w:spacing w:after="120"/>
      </w:pPr>
      <w:r>
        <w:t>• infografis</w:t>
      </w:r>
    </w:p>
    <w:p w14:paraId="1743C461" w14:textId="77777777" w:rsidR="00821C9E" w:rsidRDefault="00000000">
      <w:pPr>
        <w:spacing w:after="120"/>
      </w:pPr>
      <w:r>
        <w:t>• dokumen atau arsip sejarah</w:t>
      </w:r>
    </w:p>
    <w:p w14:paraId="1DD16986" w14:textId="77777777" w:rsidR="00821C9E" w:rsidRDefault="00000000">
      <w:pPr>
        <w:pStyle w:val="Heading2"/>
      </w:pPr>
      <w:r>
        <w:t>3. Kemampuan yang Dilatihkan</w:t>
      </w:r>
    </w:p>
    <w:p w14:paraId="05C9FA92" w14:textId="77777777" w:rsidR="00821C9E" w:rsidRDefault="00000000">
      <w:pPr>
        <w:spacing w:after="120"/>
      </w:pPr>
      <w:r>
        <w:t>• memahami informasi</w:t>
      </w:r>
    </w:p>
    <w:p w14:paraId="309E720E" w14:textId="77777777" w:rsidR="00821C9E" w:rsidRDefault="00000000">
      <w:pPr>
        <w:spacing w:after="120"/>
      </w:pPr>
      <w:r>
        <w:t>• menginterpretasikan sumber</w:t>
      </w:r>
    </w:p>
    <w:p w14:paraId="498A53B5" w14:textId="77777777" w:rsidR="00821C9E" w:rsidRDefault="00000000">
      <w:pPr>
        <w:spacing w:after="120"/>
      </w:pPr>
      <w:r>
        <w:t>• menganalisis sebab-akibat</w:t>
      </w:r>
    </w:p>
    <w:p w14:paraId="5ABA31AD" w14:textId="77777777" w:rsidR="00821C9E" w:rsidRDefault="00000000">
      <w:pPr>
        <w:spacing w:after="120"/>
      </w:pPr>
      <w:r>
        <w:t>• membandingkan peristiwa</w:t>
      </w:r>
    </w:p>
    <w:p w14:paraId="34109B68" w14:textId="77777777" w:rsidR="00821C9E" w:rsidRDefault="00000000">
      <w:pPr>
        <w:spacing w:after="120"/>
      </w:pPr>
      <w:r>
        <w:t>• mengevaluasi informasi</w:t>
      </w:r>
    </w:p>
    <w:p w14:paraId="7C26AB49" w14:textId="77777777" w:rsidR="00821C9E" w:rsidRDefault="00000000">
      <w:pPr>
        <w:spacing w:after="120"/>
      </w:pPr>
      <w:r>
        <w:t>• menggunakan bukti sejarah</w:t>
      </w:r>
    </w:p>
    <w:p w14:paraId="72860CCC" w14:textId="77777777" w:rsidR="00821C9E" w:rsidRDefault="00000000">
      <w:pPr>
        <w:spacing w:after="120"/>
      </w:pPr>
      <w:r>
        <w:t>• menarik kesimpulan dan argumentasi</w:t>
      </w:r>
    </w:p>
    <w:p w14:paraId="1BA5E2ED" w14:textId="77777777" w:rsidR="00821C9E" w:rsidRDefault="00000000">
      <w:pPr>
        <w:pStyle w:val="Heading2"/>
      </w:pPr>
      <w:r>
        <w:t>4. Strategi Membahas Soal</w:t>
      </w:r>
    </w:p>
    <w:p w14:paraId="45FF5877" w14:textId="77777777" w:rsidR="00821C9E" w:rsidRDefault="00000000">
      <w:pPr>
        <w:spacing w:after="120"/>
      </w:pPr>
      <w:r>
        <w:t>1. Membaca stimulus secara utuh.</w:t>
      </w:r>
    </w:p>
    <w:p w14:paraId="6FF1BA2C" w14:textId="77777777" w:rsidR="00821C9E" w:rsidRDefault="00000000">
      <w:pPr>
        <w:spacing w:after="120"/>
      </w:pPr>
      <w:r>
        <w:t>2. Mengidentifikasi kata kunci dan informasi penting.</w:t>
      </w:r>
    </w:p>
    <w:p w14:paraId="27802E3C" w14:textId="77777777" w:rsidR="00821C9E" w:rsidRDefault="00000000">
      <w:pPr>
        <w:spacing w:after="120"/>
      </w:pPr>
      <w:r>
        <w:t>3. Memahami tuntutan pertanyaan.</w:t>
      </w:r>
    </w:p>
    <w:p w14:paraId="7B7A7E33" w14:textId="77777777" w:rsidR="00821C9E" w:rsidRDefault="00000000">
      <w:pPr>
        <w:spacing w:after="120"/>
      </w:pPr>
      <w:r>
        <w:t>4. Menghubungkan stimulus dengan konsep sejarah yang relevan.</w:t>
      </w:r>
    </w:p>
    <w:p w14:paraId="25485288" w14:textId="77777777" w:rsidR="00821C9E" w:rsidRDefault="00000000">
      <w:pPr>
        <w:spacing w:after="120"/>
      </w:pPr>
      <w:r>
        <w:t>5. Menganalisis setiap pilihan jawaban.</w:t>
      </w:r>
    </w:p>
    <w:p w14:paraId="6292E360" w14:textId="77777777" w:rsidR="00821C9E" w:rsidRDefault="00000000">
      <w:pPr>
        <w:spacing w:after="120"/>
      </w:pPr>
      <w:r>
        <w:t>6. Menentukan jawaban berdasarkan bukti dan penalaran.</w:t>
      </w:r>
    </w:p>
    <w:p w14:paraId="3829CE04" w14:textId="77777777" w:rsidR="00821C9E" w:rsidRDefault="00000000">
      <w:pPr>
        <w:spacing w:after="120"/>
      </w:pPr>
      <w:r>
        <w:t>7. Melakukan pengecekan ulang terhadap jawaban.</w:t>
      </w:r>
    </w:p>
    <w:p w14:paraId="36D137C3" w14:textId="77777777" w:rsidR="00821C9E" w:rsidRDefault="00000000">
      <w:pPr>
        <w:pStyle w:val="Heading1"/>
      </w:pPr>
      <w:r>
        <w:t>H. CONTOH PEMBAHASAN SOAL</w:t>
      </w:r>
    </w:p>
    <w:p w14:paraId="1354F22F" w14:textId="77777777" w:rsidR="00821C9E" w:rsidRDefault="00000000">
      <w:pPr>
        <w:spacing w:after="120"/>
      </w:pPr>
      <w:r>
        <w:t>Stimulus: Pergerakan nasional Indonesia berkembang pada awal abad ke-20. Munculnya berbagai organisasi menunjukkan perubahan pola perjuangan dari perlawanan yang bersifat lokal menuju perjuangan yang lebih terorganisasi dan berkembangnya kesadaran kebangsaan.</w:t>
      </w:r>
    </w:p>
    <w:p w14:paraId="3CDBAD59" w14:textId="77777777" w:rsidR="00821C9E" w:rsidRDefault="00000000">
      <w:pPr>
        <w:spacing w:after="120"/>
      </w:pPr>
      <w:r>
        <w:t>Pertanyaan: Perubahan strategi perjuangan tersebut menunjukkan bahwa ....</w:t>
      </w:r>
    </w:p>
    <w:p w14:paraId="5295F29E" w14:textId="77777777" w:rsidR="00821C9E" w:rsidRDefault="00000000">
      <w:pPr>
        <w:spacing w:after="120"/>
      </w:pPr>
      <w:r>
        <w:t>A. perjuangan rakyat Indonesia telah kehilangan semangat kemerdekaan</w:t>
      </w:r>
    </w:p>
    <w:p w14:paraId="5D897595" w14:textId="77777777" w:rsidR="00821C9E" w:rsidRDefault="00000000">
      <w:pPr>
        <w:spacing w:after="120"/>
      </w:pPr>
      <w:r>
        <w:t>B. perjuangan mulai menggunakan organisasi sebagai sarana membangun kesadaran nasional</w:t>
      </w:r>
    </w:p>
    <w:p w14:paraId="7D70BB54" w14:textId="77777777" w:rsidR="00821C9E" w:rsidRDefault="00000000">
      <w:pPr>
        <w:spacing w:after="120"/>
      </w:pPr>
      <w:r>
        <w:t>C. seluruh organisasi memiliki tujuan dan strategi yang sama</w:t>
      </w:r>
    </w:p>
    <w:p w14:paraId="68CF7C6D" w14:textId="77777777" w:rsidR="00821C9E" w:rsidRDefault="00000000">
      <w:pPr>
        <w:spacing w:after="120"/>
      </w:pPr>
      <w:r>
        <w:t>D. perjuangan bersenjata tidak pernah dilakukan oleh rakyat Indonesia</w:t>
      </w:r>
    </w:p>
    <w:p w14:paraId="7AE545A0" w14:textId="77777777" w:rsidR="00821C9E" w:rsidRDefault="00000000">
      <w:pPr>
        <w:spacing w:after="120"/>
      </w:pPr>
      <w:r>
        <w:t>E. organisasi pergerakan hanya bergerak dalam bidang pendidikan</w:t>
      </w:r>
    </w:p>
    <w:p w14:paraId="48ACF7C5" w14:textId="77777777" w:rsidR="00821C9E" w:rsidRDefault="00000000">
      <w:pPr>
        <w:spacing w:after="120"/>
      </w:pPr>
      <w:r>
        <w:t>Kunci pembahasan: B. Informasi pada stimulus menunjukkan perubahan pola perjuangan menuju organisasi yang lebih terstruktur dan berkembangnya kesadaran sebagai satu bangsa.</w:t>
      </w:r>
    </w:p>
    <w:p w14:paraId="2EAA2918" w14:textId="77777777" w:rsidR="00821C9E" w:rsidRDefault="00000000">
      <w:pPr>
        <w:spacing w:after="120"/>
      </w:pPr>
      <w:r>
        <w:t xml:space="preserve">Kemampuan yang diukur: memahami informasi, menganalisis stimulus, menghubungkan fakta dengan konsep </w:t>
      </w:r>
      <w:proofErr w:type="spellStart"/>
      <w:r>
        <w:t>sejarah</w:t>
      </w:r>
      <w:proofErr w:type="spellEnd"/>
      <w:r>
        <w:t xml:space="preserve">, dan </w:t>
      </w:r>
      <w:proofErr w:type="spellStart"/>
      <w:r>
        <w:t>menarik</w:t>
      </w:r>
      <w:proofErr w:type="spellEnd"/>
      <w:r>
        <w:t xml:space="preserve"> </w:t>
      </w:r>
      <w:proofErr w:type="spellStart"/>
      <w:r>
        <w:t>kesimpulan</w:t>
      </w:r>
      <w:proofErr w:type="spellEnd"/>
      <w:r>
        <w:t>.</w:t>
      </w:r>
    </w:p>
    <w:p w14:paraId="5EC3AF0B" w14:textId="77777777" w:rsidR="00BF106F" w:rsidRDefault="00BF106F">
      <w:pPr>
        <w:spacing w:after="120"/>
      </w:pPr>
    </w:p>
    <w:p w14:paraId="50F7401B" w14:textId="77777777" w:rsidR="00821C9E" w:rsidRDefault="00000000">
      <w:pPr>
        <w:pStyle w:val="Heading1"/>
      </w:pPr>
      <w:r>
        <w:t>I. HASIL KEGIATAN</w:t>
      </w:r>
    </w:p>
    <w:p w14:paraId="3863231A" w14:textId="77777777" w:rsidR="00821C9E" w:rsidRDefault="00000000">
      <w:pPr>
        <w:spacing w:after="120"/>
      </w:pPr>
      <w:r>
        <w:t>• Guru memperoleh pemahaman yang lebih baik mengenai soal berbasis stimulus.</w:t>
      </w:r>
    </w:p>
    <w:p w14:paraId="4E466760" w14:textId="77777777" w:rsidR="00821C9E" w:rsidRDefault="00000000">
      <w:pPr>
        <w:spacing w:after="120"/>
      </w:pPr>
      <w:r>
        <w:t>• Guru dapat mengidentifikasi kemampuan berpikir yang dituntut dalam soal.</w:t>
      </w:r>
    </w:p>
    <w:p w14:paraId="7DF899EC" w14:textId="77777777" w:rsidR="00821C9E" w:rsidRDefault="00000000">
      <w:pPr>
        <w:spacing w:after="120"/>
      </w:pPr>
      <w:r>
        <w:t>• Guru memahami pentingnya penggunaan sumber dan data dalam pembelajaran Sejarah.</w:t>
      </w:r>
    </w:p>
    <w:p w14:paraId="453600F3" w14:textId="77777777" w:rsidR="00821C9E" w:rsidRDefault="00000000">
      <w:pPr>
        <w:spacing w:after="120"/>
      </w:pPr>
      <w:r>
        <w:t>• Guru memperoleh strategi pembahasan soal yang dapat diterapkan di kelas.</w:t>
      </w:r>
    </w:p>
    <w:p w14:paraId="43CF3AD3" w14:textId="77777777" w:rsidR="00821C9E" w:rsidRDefault="00000000">
      <w:pPr>
        <w:spacing w:after="120"/>
      </w:pPr>
      <w:r>
        <w:t>• Guru terdorong membiasakan siswa membaca dan menganalisis stimulus sebelum menjawab.</w:t>
      </w:r>
    </w:p>
    <w:p w14:paraId="0010949C" w14:textId="77777777" w:rsidR="00821C9E" w:rsidRDefault="00000000">
      <w:pPr>
        <w:spacing w:after="120"/>
      </w:pPr>
      <w:r>
        <w:t>• Terjadi pertukaran pengalaman dan praktik baik antaranggota MGMP.</w:t>
      </w:r>
    </w:p>
    <w:p w14:paraId="1721E3FD" w14:textId="77777777" w:rsidR="00821C9E" w:rsidRDefault="00000000">
      <w:pPr>
        <w:pStyle w:val="Heading1"/>
      </w:pPr>
      <w:r>
        <w:t>J. DISKUSI DAN TANYA JAWAB</w:t>
      </w:r>
    </w:p>
    <w:p w14:paraId="0A34270C" w14:textId="77777777" w:rsidR="00821C9E" w:rsidRDefault="00000000">
      <w:pPr>
        <w:spacing w:after="120"/>
      </w:pPr>
      <w:r>
        <w:t>Sesi diskusi berlangsung secara aktif. Peserta menyampaikan pertanyaan, pengalaman, dan kendala dalam penyusunan serta pembahasan soal.</w:t>
      </w:r>
    </w:p>
    <w:p w14:paraId="0DCAB918" w14:textId="77777777" w:rsidR="00821C9E" w:rsidRDefault="00000000">
      <w:pPr>
        <w:spacing w:after="120"/>
      </w:pPr>
      <w:r>
        <w:t>• Menentukan stimulus yang sesuai dengan kompetensi.</w:t>
      </w:r>
    </w:p>
    <w:p w14:paraId="352B84D0" w14:textId="77777777" w:rsidR="00821C9E" w:rsidRDefault="00000000">
      <w:pPr>
        <w:spacing w:after="120"/>
      </w:pPr>
      <w:r>
        <w:t>• Membedakan soal hafalan dengan soal berbasis penalaran.</w:t>
      </w:r>
    </w:p>
    <w:p w14:paraId="6192DE98" w14:textId="77777777" w:rsidR="00821C9E" w:rsidRDefault="00000000">
      <w:pPr>
        <w:spacing w:after="120"/>
      </w:pPr>
      <w:r>
        <w:t>• Menyusun soal HOTS Sejarah.</w:t>
      </w:r>
    </w:p>
    <w:p w14:paraId="5A725C56" w14:textId="77777777" w:rsidR="00821C9E" w:rsidRDefault="00000000">
      <w:pPr>
        <w:spacing w:after="120"/>
      </w:pPr>
      <w:r>
        <w:t>• Menentukan tingkat kesulitan soal.</w:t>
      </w:r>
    </w:p>
    <w:p w14:paraId="704D3764" w14:textId="77777777" w:rsidR="00821C9E" w:rsidRDefault="00000000">
      <w:pPr>
        <w:spacing w:after="120"/>
      </w:pPr>
      <w:r>
        <w:t>• Membiasakan siswa membaca sumber sejarah.</w:t>
      </w:r>
    </w:p>
    <w:p w14:paraId="5D52E399" w14:textId="77777777" w:rsidR="00821C9E" w:rsidRDefault="00000000">
      <w:pPr>
        <w:spacing w:after="120"/>
      </w:pPr>
      <w:r>
        <w:t>• Membahas proses berpikir, bukan hanya kunci jawaban.</w:t>
      </w:r>
    </w:p>
    <w:p w14:paraId="4FF2508E" w14:textId="77777777" w:rsidR="00821C9E" w:rsidRDefault="00000000">
      <w:pPr>
        <w:spacing w:after="120"/>
      </w:pPr>
      <w:r>
        <w:t>• Memanfaatkan teknologi digital untuk latihan soal.</w:t>
      </w:r>
    </w:p>
    <w:p w14:paraId="1E09279D" w14:textId="77777777" w:rsidR="00821C9E" w:rsidRDefault="00000000">
      <w:pPr>
        <w:pStyle w:val="Heading1"/>
      </w:pPr>
      <w:r>
        <w:t>K. UMPAN BALIK PESERTA</w:t>
      </w:r>
    </w:p>
    <w:tbl>
      <w:tblPr>
        <w:tblStyle w:val="TableGrid"/>
        <w:tblW w:w="0" w:type="auto"/>
        <w:jc w:val="center"/>
        <w:tblLook w:val="04A0" w:firstRow="1" w:lastRow="0" w:firstColumn="1" w:lastColumn="0" w:noHBand="0" w:noVBand="1"/>
      </w:tblPr>
      <w:tblGrid>
        <w:gridCol w:w="1938"/>
        <w:gridCol w:w="1938"/>
        <w:gridCol w:w="1938"/>
        <w:gridCol w:w="1938"/>
        <w:gridCol w:w="1938"/>
      </w:tblGrid>
      <w:tr w:rsidR="00821C9E" w14:paraId="20E417A9" w14:textId="77777777">
        <w:trPr>
          <w:tblHeader/>
          <w:jc w:val="center"/>
        </w:trPr>
        <w:tc>
          <w:tcPr>
            <w:tcW w:w="1938" w:type="dxa"/>
            <w:shd w:val="clear" w:color="auto" w:fill="D9EAF7"/>
            <w:vAlign w:val="center"/>
          </w:tcPr>
          <w:p w14:paraId="60416536" w14:textId="77777777" w:rsidR="00821C9E" w:rsidRDefault="00000000">
            <w:pPr>
              <w:jc w:val="center"/>
            </w:pPr>
            <w:r>
              <w:rPr>
                <w:b/>
                <w:sz w:val="20"/>
              </w:rPr>
              <w:t>No.</w:t>
            </w:r>
          </w:p>
        </w:tc>
        <w:tc>
          <w:tcPr>
            <w:tcW w:w="1938" w:type="dxa"/>
            <w:shd w:val="clear" w:color="auto" w:fill="D9EAF7"/>
            <w:vAlign w:val="center"/>
          </w:tcPr>
          <w:p w14:paraId="47D4A4C7" w14:textId="77777777" w:rsidR="00821C9E" w:rsidRDefault="00000000">
            <w:pPr>
              <w:jc w:val="center"/>
            </w:pPr>
            <w:r>
              <w:rPr>
                <w:b/>
                <w:sz w:val="20"/>
              </w:rPr>
              <w:t>Aspek</w:t>
            </w:r>
          </w:p>
        </w:tc>
        <w:tc>
          <w:tcPr>
            <w:tcW w:w="1938" w:type="dxa"/>
            <w:shd w:val="clear" w:color="auto" w:fill="D9EAF7"/>
            <w:vAlign w:val="center"/>
          </w:tcPr>
          <w:p w14:paraId="43C2502B" w14:textId="77777777" w:rsidR="00821C9E" w:rsidRDefault="00000000">
            <w:pPr>
              <w:jc w:val="center"/>
            </w:pPr>
            <w:r>
              <w:rPr>
                <w:b/>
                <w:sz w:val="20"/>
              </w:rPr>
              <w:t>Sangat Baik</w:t>
            </w:r>
          </w:p>
        </w:tc>
        <w:tc>
          <w:tcPr>
            <w:tcW w:w="1938" w:type="dxa"/>
            <w:shd w:val="clear" w:color="auto" w:fill="D9EAF7"/>
            <w:vAlign w:val="center"/>
          </w:tcPr>
          <w:p w14:paraId="108A4E5A" w14:textId="77777777" w:rsidR="00821C9E" w:rsidRDefault="00000000">
            <w:pPr>
              <w:jc w:val="center"/>
            </w:pPr>
            <w:r>
              <w:rPr>
                <w:b/>
                <w:sz w:val="20"/>
              </w:rPr>
              <w:t>Baik</w:t>
            </w:r>
          </w:p>
        </w:tc>
        <w:tc>
          <w:tcPr>
            <w:tcW w:w="1938" w:type="dxa"/>
            <w:shd w:val="clear" w:color="auto" w:fill="D9EAF7"/>
            <w:vAlign w:val="center"/>
          </w:tcPr>
          <w:p w14:paraId="24EC862C" w14:textId="77777777" w:rsidR="00821C9E" w:rsidRDefault="00000000">
            <w:pPr>
              <w:jc w:val="center"/>
            </w:pPr>
            <w:r>
              <w:rPr>
                <w:b/>
                <w:sz w:val="20"/>
              </w:rPr>
              <w:t>Perlu Perbaikan</w:t>
            </w:r>
          </w:p>
        </w:tc>
      </w:tr>
      <w:tr w:rsidR="00821C9E" w14:paraId="6F080CC6" w14:textId="77777777">
        <w:trPr>
          <w:jc w:val="center"/>
        </w:trPr>
        <w:tc>
          <w:tcPr>
            <w:tcW w:w="1938" w:type="dxa"/>
            <w:vAlign w:val="center"/>
          </w:tcPr>
          <w:p w14:paraId="696C616B" w14:textId="77777777" w:rsidR="00821C9E" w:rsidRDefault="00000000">
            <w:pPr>
              <w:jc w:val="center"/>
            </w:pPr>
            <w:r>
              <w:rPr>
                <w:sz w:val="20"/>
              </w:rPr>
              <w:t>1</w:t>
            </w:r>
          </w:p>
        </w:tc>
        <w:tc>
          <w:tcPr>
            <w:tcW w:w="1938" w:type="dxa"/>
            <w:vAlign w:val="center"/>
          </w:tcPr>
          <w:p w14:paraId="7DE23A75" w14:textId="77777777" w:rsidR="00821C9E" w:rsidRDefault="00000000">
            <w:r>
              <w:rPr>
                <w:sz w:val="20"/>
              </w:rPr>
              <w:t>Relevansi materi</w:t>
            </w:r>
          </w:p>
        </w:tc>
        <w:tc>
          <w:tcPr>
            <w:tcW w:w="1938" w:type="dxa"/>
            <w:vAlign w:val="center"/>
          </w:tcPr>
          <w:p w14:paraId="6AE98C9E" w14:textId="77777777" w:rsidR="00821C9E" w:rsidRDefault="00000000">
            <w:pPr>
              <w:jc w:val="center"/>
            </w:pPr>
            <w:r>
              <w:rPr>
                <w:sz w:val="20"/>
              </w:rPr>
              <w:t>☐</w:t>
            </w:r>
          </w:p>
        </w:tc>
        <w:tc>
          <w:tcPr>
            <w:tcW w:w="1938" w:type="dxa"/>
            <w:vAlign w:val="center"/>
          </w:tcPr>
          <w:p w14:paraId="1CC47BD1" w14:textId="77777777" w:rsidR="00821C9E" w:rsidRDefault="00000000">
            <w:pPr>
              <w:jc w:val="center"/>
            </w:pPr>
            <w:r>
              <w:rPr>
                <w:sz w:val="20"/>
              </w:rPr>
              <w:t>☐</w:t>
            </w:r>
          </w:p>
        </w:tc>
        <w:tc>
          <w:tcPr>
            <w:tcW w:w="1938" w:type="dxa"/>
            <w:vAlign w:val="center"/>
          </w:tcPr>
          <w:p w14:paraId="38CEC27D" w14:textId="77777777" w:rsidR="00821C9E" w:rsidRDefault="00000000">
            <w:pPr>
              <w:jc w:val="center"/>
            </w:pPr>
            <w:r>
              <w:rPr>
                <w:sz w:val="20"/>
              </w:rPr>
              <w:t>☐</w:t>
            </w:r>
          </w:p>
        </w:tc>
      </w:tr>
      <w:tr w:rsidR="00821C9E" w14:paraId="253777A4" w14:textId="77777777">
        <w:trPr>
          <w:jc w:val="center"/>
        </w:trPr>
        <w:tc>
          <w:tcPr>
            <w:tcW w:w="1938" w:type="dxa"/>
            <w:vAlign w:val="center"/>
          </w:tcPr>
          <w:p w14:paraId="22DF0031" w14:textId="77777777" w:rsidR="00821C9E" w:rsidRDefault="00000000">
            <w:pPr>
              <w:jc w:val="center"/>
            </w:pPr>
            <w:r>
              <w:rPr>
                <w:sz w:val="20"/>
              </w:rPr>
              <w:t>2</w:t>
            </w:r>
          </w:p>
        </w:tc>
        <w:tc>
          <w:tcPr>
            <w:tcW w:w="1938" w:type="dxa"/>
            <w:vAlign w:val="center"/>
          </w:tcPr>
          <w:p w14:paraId="60171FCE" w14:textId="77777777" w:rsidR="00821C9E" w:rsidRDefault="00000000">
            <w:r>
              <w:rPr>
                <w:sz w:val="20"/>
              </w:rPr>
              <w:t>Kejelasan narasumber</w:t>
            </w:r>
          </w:p>
        </w:tc>
        <w:tc>
          <w:tcPr>
            <w:tcW w:w="1938" w:type="dxa"/>
            <w:vAlign w:val="center"/>
          </w:tcPr>
          <w:p w14:paraId="722C1107" w14:textId="77777777" w:rsidR="00821C9E" w:rsidRDefault="00000000">
            <w:pPr>
              <w:jc w:val="center"/>
            </w:pPr>
            <w:r>
              <w:rPr>
                <w:sz w:val="20"/>
              </w:rPr>
              <w:t>☐</w:t>
            </w:r>
          </w:p>
        </w:tc>
        <w:tc>
          <w:tcPr>
            <w:tcW w:w="1938" w:type="dxa"/>
            <w:vAlign w:val="center"/>
          </w:tcPr>
          <w:p w14:paraId="1F9628AA" w14:textId="77777777" w:rsidR="00821C9E" w:rsidRDefault="00000000">
            <w:pPr>
              <w:jc w:val="center"/>
            </w:pPr>
            <w:r>
              <w:rPr>
                <w:sz w:val="20"/>
              </w:rPr>
              <w:t>☐</w:t>
            </w:r>
          </w:p>
        </w:tc>
        <w:tc>
          <w:tcPr>
            <w:tcW w:w="1938" w:type="dxa"/>
            <w:vAlign w:val="center"/>
          </w:tcPr>
          <w:p w14:paraId="5EA2C39E" w14:textId="77777777" w:rsidR="00821C9E" w:rsidRDefault="00000000">
            <w:pPr>
              <w:jc w:val="center"/>
            </w:pPr>
            <w:r>
              <w:rPr>
                <w:sz w:val="20"/>
              </w:rPr>
              <w:t>☐</w:t>
            </w:r>
          </w:p>
        </w:tc>
      </w:tr>
      <w:tr w:rsidR="00821C9E" w14:paraId="473EAA74" w14:textId="77777777">
        <w:trPr>
          <w:jc w:val="center"/>
        </w:trPr>
        <w:tc>
          <w:tcPr>
            <w:tcW w:w="1938" w:type="dxa"/>
            <w:vAlign w:val="center"/>
          </w:tcPr>
          <w:p w14:paraId="5BF58FFD" w14:textId="77777777" w:rsidR="00821C9E" w:rsidRDefault="00000000">
            <w:pPr>
              <w:jc w:val="center"/>
            </w:pPr>
            <w:r>
              <w:rPr>
                <w:sz w:val="20"/>
              </w:rPr>
              <w:t>3</w:t>
            </w:r>
          </w:p>
        </w:tc>
        <w:tc>
          <w:tcPr>
            <w:tcW w:w="1938" w:type="dxa"/>
            <w:vAlign w:val="center"/>
          </w:tcPr>
          <w:p w14:paraId="76A1CCB3" w14:textId="77777777" w:rsidR="00821C9E" w:rsidRDefault="00000000">
            <w:r>
              <w:rPr>
                <w:sz w:val="20"/>
              </w:rPr>
              <w:t>Pembahasan contoh soal</w:t>
            </w:r>
          </w:p>
        </w:tc>
        <w:tc>
          <w:tcPr>
            <w:tcW w:w="1938" w:type="dxa"/>
            <w:vAlign w:val="center"/>
          </w:tcPr>
          <w:p w14:paraId="3836EF88" w14:textId="77777777" w:rsidR="00821C9E" w:rsidRDefault="00000000">
            <w:pPr>
              <w:jc w:val="center"/>
            </w:pPr>
            <w:r>
              <w:rPr>
                <w:sz w:val="20"/>
              </w:rPr>
              <w:t>☐</w:t>
            </w:r>
          </w:p>
        </w:tc>
        <w:tc>
          <w:tcPr>
            <w:tcW w:w="1938" w:type="dxa"/>
            <w:vAlign w:val="center"/>
          </w:tcPr>
          <w:p w14:paraId="2E8FFBAA" w14:textId="77777777" w:rsidR="00821C9E" w:rsidRDefault="00000000">
            <w:pPr>
              <w:jc w:val="center"/>
            </w:pPr>
            <w:r>
              <w:rPr>
                <w:sz w:val="20"/>
              </w:rPr>
              <w:t>☐</w:t>
            </w:r>
          </w:p>
        </w:tc>
        <w:tc>
          <w:tcPr>
            <w:tcW w:w="1938" w:type="dxa"/>
            <w:vAlign w:val="center"/>
          </w:tcPr>
          <w:p w14:paraId="64B678A1" w14:textId="77777777" w:rsidR="00821C9E" w:rsidRDefault="00000000">
            <w:pPr>
              <w:jc w:val="center"/>
            </w:pPr>
            <w:r>
              <w:rPr>
                <w:sz w:val="20"/>
              </w:rPr>
              <w:t>☐</w:t>
            </w:r>
          </w:p>
        </w:tc>
      </w:tr>
      <w:tr w:rsidR="00821C9E" w14:paraId="1A1E17F8" w14:textId="77777777">
        <w:trPr>
          <w:jc w:val="center"/>
        </w:trPr>
        <w:tc>
          <w:tcPr>
            <w:tcW w:w="1938" w:type="dxa"/>
            <w:vAlign w:val="center"/>
          </w:tcPr>
          <w:p w14:paraId="4A1E088B" w14:textId="77777777" w:rsidR="00821C9E" w:rsidRDefault="00000000">
            <w:pPr>
              <w:jc w:val="center"/>
            </w:pPr>
            <w:r>
              <w:rPr>
                <w:sz w:val="20"/>
              </w:rPr>
              <w:t>4</w:t>
            </w:r>
          </w:p>
        </w:tc>
        <w:tc>
          <w:tcPr>
            <w:tcW w:w="1938" w:type="dxa"/>
            <w:vAlign w:val="center"/>
          </w:tcPr>
          <w:p w14:paraId="7D3AA59E" w14:textId="77777777" w:rsidR="00821C9E" w:rsidRDefault="00000000">
            <w:r>
              <w:rPr>
                <w:sz w:val="20"/>
              </w:rPr>
              <w:t>Interaksi/diskusi</w:t>
            </w:r>
          </w:p>
        </w:tc>
        <w:tc>
          <w:tcPr>
            <w:tcW w:w="1938" w:type="dxa"/>
            <w:vAlign w:val="center"/>
          </w:tcPr>
          <w:p w14:paraId="4DF09888" w14:textId="77777777" w:rsidR="00821C9E" w:rsidRDefault="00000000">
            <w:pPr>
              <w:jc w:val="center"/>
            </w:pPr>
            <w:r>
              <w:rPr>
                <w:sz w:val="20"/>
              </w:rPr>
              <w:t>☐</w:t>
            </w:r>
          </w:p>
        </w:tc>
        <w:tc>
          <w:tcPr>
            <w:tcW w:w="1938" w:type="dxa"/>
            <w:vAlign w:val="center"/>
          </w:tcPr>
          <w:p w14:paraId="2218763F" w14:textId="77777777" w:rsidR="00821C9E" w:rsidRDefault="00000000">
            <w:pPr>
              <w:jc w:val="center"/>
            </w:pPr>
            <w:r>
              <w:rPr>
                <w:sz w:val="20"/>
              </w:rPr>
              <w:t>☐</w:t>
            </w:r>
          </w:p>
        </w:tc>
        <w:tc>
          <w:tcPr>
            <w:tcW w:w="1938" w:type="dxa"/>
            <w:vAlign w:val="center"/>
          </w:tcPr>
          <w:p w14:paraId="1F7D0463" w14:textId="77777777" w:rsidR="00821C9E" w:rsidRDefault="00000000">
            <w:pPr>
              <w:jc w:val="center"/>
            </w:pPr>
            <w:r>
              <w:rPr>
                <w:sz w:val="20"/>
              </w:rPr>
              <w:t>☐</w:t>
            </w:r>
          </w:p>
        </w:tc>
      </w:tr>
      <w:tr w:rsidR="00821C9E" w14:paraId="01134EF6" w14:textId="77777777">
        <w:trPr>
          <w:jc w:val="center"/>
        </w:trPr>
        <w:tc>
          <w:tcPr>
            <w:tcW w:w="1938" w:type="dxa"/>
            <w:vAlign w:val="center"/>
          </w:tcPr>
          <w:p w14:paraId="0F8A3BF2" w14:textId="77777777" w:rsidR="00821C9E" w:rsidRDefault="00000000">
            <w:pPr>
              <w:jc w:val="center"/>
            </w:pPr>
            <w:r>
              <w:rPr>
                <w:sz w:val="20"/>
              </w:rPr>
              <w:t>5</w:t>
            </w:r>
          </w:p>
        </w:tc>
        <w:tc>
          <w:tcPr>
            <w:tcW w:w="1938" w:type="dxa"/>
            <w:vAlign w:val="center"/>
          </w:tcPr>
          <w:p w14:paraId="452A64E4" w14:textId="77777777" w:rsidR="00821C9E" w:rsidRDefault="00000000">
            <w:r>
              <w:rPr>
                <w:sz w:val="20"/>
              </w:rPr>
              <w:t>Manfaat bagi pembelajaran</w:t>
            </w:r>
          </w:p>
        </w:tc>
        <w:tc>
          <w:tcPr>
            <w:tcW w:w="1938" w:type="dxa"/>
            <w:vAlign w:val="center"/>
          </w:tcPr>
          <w:p w14:paraId="066D5E97" w14:textId="77777777" w:rsidR="00821C9E" w:rsidRDefault="00000000">
            <w:pPr>
              <w:jc w:val="center"/>
            </w:pPr>
            <w:r>
              <w:rPr>
                <w:sz w:val="20"/>
              </w:rPr>
              <w:t>☐</w:t>
            </w:r>
          </w:p>
        </w:tc>
        <w:tc>
          <w:tcPr>
            <w:tcW w:w="1938" w:type="dxa"/>
            <w:vAlign w:val="center"/>
          </w:tcPr>
          <w:p w14:paraId="2CD27F94" w14:textId="77777777" w:rsidR="00821C9E" w:rsidRDefault="00000000">
            <w:pPr>
              <w:jc w:val="center"/>
            </w:pPr>
            <w:r>
              <w:rPr>
                <w:sz w:val="20"/>
              </w:rPr>
              <w:t>☐</w:t>
            </w:r>
          </w:p>
        </w:tc>
        <w:tc>
          <w:tcPr>
            <w:tcW w:w="1938" w:type="dxa"/>
            <w:vAlign w:val="center"/>
          </w:tcPr>
          <w:p w14:paraId="22751780" w14:textId="77777777" w:rsidR="00821C9E" w:rsidRDefault="00000000">
            <w:pPr>
              <w:jc w:val="center"/>
            </w:pPr>
            <w:r>
              <w:rPr>
                <w:sz w:val="20"/>
              </w:rPr>
              <w:t>☐</w:t>
            </w:r>
          </w:p>
        </w:tc>
      </w:tr>
      <w:tr w:rsidR="00821C9E" w14:paraId="2A3130C2" w14:textId="77777777">
        <w:trPr>
          <w:jc w:val="center"/>
        </w:trPr>
        <w:tc>
          <w:tcPr>
            <w:tcW w:w="1938" w:type="dxa"/>
            <w:vAlign w:val="center"/>
          </w:tcPr>
          <w:p w14:paraId="5CC8F574" w14:textId="77777777" w:rsidR="00821C9E" w:rsidRDefault="00000000">
            <w:pPr>
              <w:jc w:val="center"/>
            </w:pPr>
            <w:r>
              <w:rPr>
                <w:sz w:val="20"/>
              </w:rPr>
              <w:t>6</w:t>
            </w:r>
          </w:p>
        </w:tc>
        <w:tc>
          <w:tcPr>
            <w:tcW w:w="1938" w:type="dxa"/>
            <w:vAlign w:val="center"/>
          </w:tcPr>
          <w:p w14:paraId="247D44ED" w14:textId="77777777" w:rsidR="00821C9E" w:rsidRDefault="00000000">
            <w:r>
              <w:rPr>
                <w:sz w:val="20"/>
              </w:rPr>
              <w:t>Pengelolaan kegiatan daring</w:t>
            </w:r>
          </w:p>
        </w:tc>
        <w:tc>
          <w:tcPr>
            <w:tcW w:w="1938" w:type="dxa"/>
            <w:vAlign w:val="center"/>
          </w:tcPr>
          <w:p w14:paraId="74C9F89C" w14:textId="77777777" w:rsidR="00821C9E" w:rsidRDefault="00000000">
            <w:pPr>
              <w:jc w:val="center"/>
            </w:pPr>
            <w:r>
              <w:rPr>
                <w:sz w:val="20"/>
              </w:rPr>
              <w:t>☐</w:t>
            </w:r>
          </w:p>
        </w:tc>
        <w:tc>
          <w:tcPr>
            <w:tcW w:w="1938" w:type="dxa"/>
            <w:vAlign w:val="center"/>
          </w:tcPr>
          <w:p w14:paraId="03536193" w14:textId="77777777" w:rsidR="00821C9E" w:rsidRDefault="00000000">
            <w:pPr>
              <w:jc w:val="center"/>
            </w:pPr>
            <w:r>
              <w:rPr>
                <w:sz w:val="20"/>
              </w:rPr>
              <w:t>☐</w:t>
            </w:r>
          </w:p>
        </w:tc>
        <w:tc>
          <w:tcPr>
            <w:tcW w:w="1938" w:type="dxa"/>
            <w:vAlign w:val="center"/>
          </w:tcPr>
          <w:p w14:paraId="30D30345" w14:textId="77777777" w:rsidR="00821C9E" w:rsidRDefault="00000000">
            <w:pPr>
              <w:jc w:val="center"/>
            </w:pPr>
            <w:r>
              <w:rPr>
                <w:sz w:val="20"/>
              </w:rPr>
              <w:t>☐</w:t>
            </w:r>
          </w:p>
        </w:tc>
      </w:tr>
      <w:tr w:rsidR="00821C9E" w14:paraId="2FBAAE3C" w14:textId="77777777">
        <w:trPr>
          <w:jc w:val="center"/>
        </w:trPr>
        <w:tc>
          <w:tcPr>
            <w:tcW w:w="1938" w:type="dxa"/>
            <w:vAlign w:val="center"/>
          </w:tcPr>
          <w:p w14:paraId="3C283FEB" w14:textId="77777777" w:rsidR="00821C9E" w:rsidRDefault="00000000">
            <w:pPr>
              <w:jc w:val="center"/>
            </w:pPr>
            <w:r>
              <w:rPr>
                <w:sz w:val="20"/>
              </w:rPr>
              <w:t>7</w:t>
            </w:r>
          </w:p>
        </w:tc>
        <w:tc>
          <w:tcPr>
            <w:tcW w:w="1938" w:type="dxa"/>
            <w:vAlign w:val="center"/>
          </w:tcPr>
          <w:p w14:paraId="6F28F21C" w14:textId="77777777" w:rsidR="00821C9E" w:rsidRDefault="00000000">
            <w:r>
              <w:rPr>
                <w:sz w:val="20"/>
              </w:rPr>
              <w:t>Kesesuaian waktu</w:t>
            </w:r>
          </w:p>
        </w:tc>
        <w:tc>
          <w:tcPr>
            <w:tcW w:w="1938" w:type="dxa"/>
            <w:vAlign w:val="center"/>
          </w:tcPr>
          <w:p w14:paraId="10DD10EA" w14:textId="77777777" w:rsidR="00821C9E" w:rsidRDefault="00000000">
            <w:pPr>
              <w:jc w:val="center"/>
            </w:pPr>
            <w:r>
              <w:rPr>
                <w:sz w:val="20"/>
              </w:rPr>
              <w:t>☐</w:t>
            </w:r>
          </w:p>
        </w:tc>
        <w:tc>
          <w:tcPr>
            <w:tcW w:w="1938" w:type="dxa"/>
            <w:vAlign w:val="center"/>
          </w:tcPr>
          <w:p w14:paraId="0BDE947D" w14:textId="77777777" w:rsidR="00821C9E" w:rsidRDefault="00000000">
            <w:pPr>
              <w:jc w:val="center"/>
            </w:pPr>
            <w:r>
              <w:rPr>
                <w:sz w:val="20"/>
              </w:rPr>
              <w:t>☐</w:t>
            </w:r>
          </w:p>
        </w:tc>
        <w:tc>
          <w:tcPr>
            <w:tcW w:w="1938" w:type="dxa"/>
            <w:vAlign w:val="center"/>
          </w:tcPr>
          <w:p w14:paraId="74F32AB7" w14:textId="77777777" w:rsidR="00821C9E" w:rsidRDefault="00000000">
            <w:pPr>
              <w:jc w:val="center"/>
            </w:pPr>
            <w:r>
              <w:rPr>
                <w:sz w:val="20"/>
              </w:rPr>
              <w:t>☐</w:t>
            </w:r>
          </w:p>
        </w:tc>
      </w:tr>
    </w:tbl>
    <w:p w14:paraId="08740C95" w14:textId="77777777" w:rsidR="001D177D" w:rsidRDefault="001D177D">
      <w:pPr>
        <w:spacing w:after="120"/>
      </w:pPr>
    </w:p>
    <w:p w14:paraId="27BB0219" w14:textId="58246CF0" w:rsidR="00821C9E" w:rsidRDefault="00000000">
      <w:pPr>
        <w:spacing w:after="120"/>
      </w:pPr>
      <w:proofErr w:type="spellStart"/>
      <w:r>
        <w:t>Catatan</w:t>
      </w:r>
      <w:proofErr w:type="spellEnd"/>
      <w:r>
        <w:t>/</w:t>
      </w:r>
      <w:proofErr w:type="spellStart"/>
      <w:r>
        <w:t>komentar</w:t>
      </w:r>
      <w:proofErr w:type="spellEnd"/>
      <w:r>
        <w:t xml:space="preserve"> </w:t>
      </w:r>
      <w:proofErr w:type="spellStart"/>
      <w:r>
        <w:t>peserta</w:t>
      </w:r>
      <w:proofErr w:type="spellEnd"/>
      <w:r>
        <w:t>: ____________________________________________________________________</w:t>
      </w:r>
    </w:p>
    <w:p w14:paraId="4C4C4BCD" w14:textId="77777777" w:rsidR="00821C9E" w:rsidRDefault="00000000">
      <w:pPr>
        <w:spacing w:after="120"/>
      </w:pPr>
      <w:r>
        <w:t>____________________________________________________________________________________________</w:t>
      </w:r>
    </w:p>
    <w:p w14:paraId="2604E5B2" w14:textId="77777777" w:rsidR="00821C9E" w:rsidRPr="008C538A" w:rsidRDefault="00000000">
      <w:pPr>
        <w:pStyle w:val="Heading1"/>
        <w:rPr>
          <w:sz w:val="24"/>
          <w:szCs w:val="24"/>
        </w:rPr>
      </w:pPr>
      <w:r w:rsidRPr="008C538A">
        <w:rPr>
          <w:sz w:val="24"/>
          <w:szCs w:val="24"/>
        </w:rPr>
        <w:t>L. LEMBAR REFLEKSI PESERTA</w:t>
      </w:r>
    </w:p>
    <w:p w14:paraId="24EC988F" w14:textId="77777777" w:rsidR="00821C9E" w:rsidRPr="008C538A" w:rsidRDefault="00000000">
      <w:pPr>
        <w:spacing w:after="120"/>
        <w:rPr>
          <w:sz w:val="20"/>
          <w:szCs w:val="20"/>
        </w:rPr>
      </w:pPr>
      <w:r w:rsidRPr="008C538A">
        <w:rPr>
          <w:sz w:val="20"/>
          <w:szCs w:val="20"/>
        </w:rPr>
        <w:t>Nama: ........................................................................   Sekolah: ........................................................................</w:t>
      </w:r>
    </w:p>
    <w:p w14:paraId="23A576F3" w14:textId="77777777" w:rsidR="00821C9E" w:rsidRPr="008C538A" w:rsidRDefault="00000000">
      <w:pPr>
        <w:spacing w:after="120"/>
        <w:rPr>
          <w:sz w:val="20"/>
          <w:szCs w:val="20"/>
        </w:rPr>
      </w:pPr>
      <w:r w:rsidRPr="008C538A">
        <w:rPr>
          <w:sz w:val="20"/>
          <w:szCs w:val="20"/>
        </w:rPr>
        <w:t>1. Apa pemahaman baru yang Anda peroleh dari kegiatan ini?</w:t>
      </w:r>
    </w:p>
    <w:p w14:paraId="1DD10951" w14:textId="77777777" w:rsidR="00821C9E" w:rsidRPr="008C538A" w:rsidRDefault="00000000">
      <w:pPr>
        <w:spacing w:after="120"/>
        <w:rPr>
          <w:sz w:val="20"/>
          <w:szCs w:val="20"/>
        </w:rPr>
      </w:pPr>
      <w:r w:rsidRPr="008C538A">
        <w:rPr>
          <w:sz w:val="20"/>
          <w:szCs w:val="20"/>
        </w:rPr>
        <w:t>____________________________________________________________________________________________</w:t>
      </w:r>
    </w:p>
    <w:p w14:paraId="775F3560" w14:textId="77777777" w:rsidR="00821C9E" w:rsidRPr="008C538A" w:rsidRDefault="00000000">
      <w:pPr>
        <w:spacing w:after="120"/>
        <w:rPr>
          <w:sz w:val="20"/>
          <w:szCs w:val="20"/>
        </w:rPr>
      </w:pPr>
      <w:r w:rsidRPr="008C538A">
        <w:rPr>
          <w:sz w:val="20"/>
          <w:szCs w:val="20"/>
        </w:rPr>
        <w:t>____________________________________________________________________________________________</w:t>
      </w:r>
    </w:p>
    <w:p w14:paraId="1A8F929F" w14:textId="77777777" w:rsidR="00821C9E" w:rsidRPr="008C538A" w:rsidRDefault="00000000">
      <w:pPr>
        <w:spacing w:after="120"/>
        <w:rPr>
          <w:sz w:val="20"/>
          <w:szCs w:val="20"/>
        </w:rPr>
      </w:pPr>
      <w:r w:rsidRPr="008C538A">
        <w:rPr>
          <w:sz w:val="20"/>
          <w:szCs w:val="20"/>
        </w:rPr>
        <w:t>2. Bagian materi/soal apa yang paling bermanfaat bagi Anda?</w:t>
      </w:r>
    </w:p>
    <w:p w14:paraId="10F8A339" w14:textId="77777777" w:rsidR="00821C9E" w:rsidRPr="008C538A" w:rsidRDefault="00000000">
      <w:pPr>
        <w:spacing w:after="120"/>
        <w:rPr>
          <w:sz w:val="20"/>
          <w:szCs w:val="20"/>
        </w:rPr>
      </w:pPr>
      <w:r w:rsidRPr="008C538A">
        <w:rPr>
          <w:sz w:val="20"/>
          <w:szCs w:val="20"/>
        </w:rPr>
        <w:t>____________________________________________________________________________________________</w:t>
      </w:r>
    </w:p>
    <w:p w14:paraId="2D9A83CC" w14:textId="77777777" w:rsidR="00821C9E" w:rsidRPr="008C538A" w:rsidRDefault="00000000">
      <w:pPr>
        <w:spacing w:after="120"/>
        <w:rPr>
          <w:sz w:val="20"/>
          <w:szCs w:val="20"/>
        </w:rPr>
      </w:pPr>
      <w:r w:rsidRPr="008C538A">
        <w:rPr>
          <w:sz w:val="20"/>
          <w:szCs w:val="20"/>
        </w:rPr>
        <w:t>____________________________________________________________________________________________</w:t>
      </w:r>
    </w:p>
    <w:p w14:paraId="1BBEE488" w14:textId="77777777" w:rsidR="00821C9E" w:rsidRPr="008C538A" w:rsidRDefault="00000000">
      <w:pPr>
        <w:spacing w:after="120"/>
        <w:rPr>
          <w:sz w:val="20"/>
          <w:szCs w:val="20"/>
        </w:rPr>
      </w:pPr>
      <w:r w:rsidRPr="008C538A">
        <w:rPr>
          <w:sz w:val="20"/>
          <w:szCs w:val="20"/>
        </w:rPr>
        <w:t>3. Hal apa yang perlu diperbaiki dalam pembelajaran Sejarah di kelas?</w:t>
      </w:r>
    </w:p>
    <w:p w14:paraId="0551EA76" w14:textId="77777777" w:rsidR="00821C9E" w:rsidRPr="008C538A" w:rsidRDefault="00000000">
      <w:pPr>
        <w:spacing w:after="120"/>
        <w:rPr>
          <w:sz w:val="20"/>
          <w:szCs w:val="20"/>
        </w:rPr>
      </w:pPr>
      <w:r w:rsidRPr="008C538A">
        <w:rPr>
          <w:sz w:val="20"/>
          <w:szCs w:val="20"/>
        </w:rPr>
        <w:t>____________________________________________________________________________________________</w:t>
      </w:r>
    </w:p>
    <w:p w14:paraId="329C550F" w14:textId="77777777" w:rsidR="00821C9E" w:rsidRPr="008C538A" w:rsidRDefault="00000000">
      <w:pPr>
        <w:spacing w:after="120"/>
        <w:rPr>
          <w:sz w:val="20"/>
          <w:szCs w:val="20"/>
        </w:rPr>
      </w:pPr>
      <w:r w:rsidRPr="008C538A">
        <w:rPr>
          <w:sz w:val="20"/>
          <w:szCs w:val="20"/>
        </w:rPr>
        <w:t>____________________________________________________________________________________________</w:t>
      </w:r>
    </w:p>
    <w:p w14:paraId="3277F006" w14:textId="77777777" w:rsidR="00821C9E" w:rsidRPr="008C538A" w:rsidRDefault="00000000">
      <w:pPr>
        <w:spacing w:after="120"/>
        <w:rPr>
          <w:sz w:val="20"/>
          <w:szCs w:val="20"/>
        </w:rPr>
      </w:pPr>
      <w:r w:rsidRPr="008C538A">
        <w:rPr>
          <w:sz w:val="20"/>
          <w:szCs w:val="20"/>
        </w:rPr>
        <w:t>4. Bagaimana Anda akan menerapkan hasil kegiatan ini di sekolah?</w:t>
      </w:r>
    </w:p>
    <w:p w14:paraId="3E3FEC46" w14:textId="77777777" w:rsidR="00821C9E" w:rsidRPr="008C538A" w:rsidRDefault="00000000">
      <w:pPr>
        <w:spacing w:after="120"/>
        <w:rPr>
          <w:sz w:val="20"/>
          <w:szCs w:val="20"/>
        </w:rPr>
      </w:pPr>
      <w:r w:rsidRPr="008C538A">
        <w:rPr>
          <w:sz w:val="20"/>
          <w:szCs w:val="20"/>
        </w:rPr>
        <w:t>____________________________________________________________________________________________</w:t>
      </w:r>
    </w:p>
    <w:p w14:paraId="355807F5" w14:textId="77777777" w:rsidR="00821C9E" w:rsidRPr="008C538A" w:rsidRDefault="00000000">
      <w:pPr>
        <w:spacing w:after="120"/>
        <w:rPr>
          <w:sz w:val="20"/>
          <w:szCs w:val="20"/>
        </w:rPr>
      </w:pPr>
      <w:r w:rsidRPr="008C538A">
        <w:rPr>
          <w:sz w:val="20"/>
          <w:szCs w:val="20"/>
        </w:rPr>
        <w:t>____________________________________________________________________________________________</w:t>
      </w:r>
    </w:p>
    <w:p w14:paraId="0D360345" w14:textId="77777777" w:rsidR="00821C9E" w:rsidRPr="008C538A" w:rsidRDefault="00000000">
      <w:pPr>
        <w:spacing w:after="120"/>
        <w:rPr>
          <w:sz w:val="20"/>
          <w:szCs w:val="20"/>
        </w:rPr>
      </w:pPr>
      <w:r w:rsidRPr="008C538A">
        <w:rPr>
          <w:sz w:val="20"/>
          <w:szCs w:val="20"/>
        </w:rPr>
        <w:t>5. Apa kebutuhan kegiatan MGMP berikutnya?</w:t>
      </w:r>
    </w:p>
    <w:p w14:paraId="6C28298F" w14:textId="77777777" w:rsidR="00821C9E" w:rsidRPr="008C538A" w:rsidRDefault="00000000">
      <w:pPr>
        <w:spacing w:after="120"/>
        <w:rPr>
          <w:sz w:val="20"/>
          <w:szCs w:val="20"/>
        </w:rPr>
      </w:pPr>
      <w:r w:rsidRPr="008C538A">
        <w:rPr>
          <w:sz w:val="20"/>
          <w:szCs w:val="20"/>
        </w:rPr>
        <w:t>____________________________________________________________________________________________</w:t>
      </w:r>
    </w:p>
    <w:p w14:paraId="5BCF3554" w14:textId="77777777" w:rsidR="00821C9E" w:rsidRPr="008C538A" w:rsidRDefault="00000000">
      <w:pPr>
        <w:spacing w:after="120"/>
        <w:rPr>
          <w:sz w:val="20"/>
          <w:szCs w:val="20"/>
        </w:rPr>
      </w:pPr>
      <w:r w:rsidRPr="008C538A">
        <w:rPr>
          <w:sz w:val="20"/>
          <w:szCs w:val="20"/>
        </w:rPr>
        <w:t>____________________________________________________________________________________________</w:t>
      </w:r>
    </w:p>
    <w:p w14:paraId="373DC463" w14:textId="77777777" w:rsidR="00821C9E" w:rsidRPr="008C538A" w:rsidRDefault="00000000">
      <w:pPr>
        <w:pStyle w:val="Heading1"/>
        <w:rPr>
          <w:sz w:val="24"/>
          <w:szCs w:val="24"/>
        </w:rPr>
      </w:pPr>
      <w:r w:rsidRPr="008C538A">
        <w:rPr>
          <w:sz w:val="24"/>
          <w:szCs w:val="24"/>
        </w:rPr>
        <w:t>M. TINDAK LANJUT</w:t>
      </w:r>
    </w:p>
    <w:p w14:paraId="57A3E0E1" w14:textId="77777777" w:rsidR="00821C9E" w:rsidRPr="008C538A" w:rsidRDefault="00000000">
      <w:pPr>
        <w:spacing w:after="120"/>
        <w:rPr>
          <w:sz w:val="20"/>
          <w:szCs w:val="20"/>
        </w:rPr>
      </w:pPr>
      <w:r w:rsidRPr="008C538A">
        <w:rPr>
          <w:sz w:val="20"/>
          <w:szCs w:val="20"/>
        </w:rPr>
        <w:t>• Menyusun bank soal Sejarah berbasis stimulus secara kolaboratif.</w:t>
      </w:r>
    </w:p>
    <w:p w14:paraId="44F70C8D" w14:textId="77777777" w:rsidR="00821C9E" w:rsidRPr="008C538A" w:rsidRDefault="00000000">
      <w:pPr>
        <w:spacing w:after="120"/>
        <w:rPr>
          <w:sz w:val="20"/>
          <w:szCs w:val="20"/>
        </w:rPr>
      </w:pPr>
      <w:r w:rsidRPr="008C538A">
        <w:rPr>
          <w:sz w:val="20"/>
          <w:szCs w:val="20"/>
        </w:rPr>
        <w:t>• Melakukan telaah kualitas soal dan perbaikan butir soal.</w:t>
      </w:r>
    </w:p>
    <w:p w14:paraId="54A95DE1" w14:textId="77777777" w:rsidR="00821C9E" w:rsidRPr="008C538A" w:rsidRDefault="00000000">
      <w:pPr>
        <w:spacing w:after="120"/>
        <w:rPr>
          <w:sz w:val="20"/>
          <w:szCs w:val="20"/>
        </w:rPr>
      </w:pPr>
      <w:r w:rsidRPr="008C538A">
        <w:rPr>
          <w:sz w:val="20"/>
          <w:szCs w:val="20"/>
        </w:rPr>
        <w:t>• Mengembangkan latihan soal dengan variasi kemampuan berpikir.</w:t>
      </w:r>
    </w:p>
    <w:p w14:paraId="008366B8" w14:textId="77777777" w:rsidR="00821C9E" w:rsidRPr="008C538A" w:rsidRDefault="00000000">
      <w:pPr>
        <w:spacing w:after="120"/>
        <w:rPr>
          <w:sz w:val="20"/>
          <w:szCs w:val="20"/>
        </w:rPr>
      </w:pPr>
      <w:r w:rsidRPr="008C538A">
        <w:rPr>
          <w:sz w:val="20"/>
          <w:szCs w:val="20"/>
        </w:rPr>
        <w:t>• Berbagi praktik baik pembelajaran dan asesmen.</w:t>
      </w:r>
    </w:p>
    <w:p w14:paraId="4C085C7C" w14:textId="77777777" w:rsidR="00821C9E" w:rsidRPr="008C538A" w:rsidRDefault="00000000">
      <w:pPr>
        <w:spacing w:after="120"/>
        <w:rPr>
          <w:sz w:val="20"/>
          <w:szCs w:val="20"/>
        </w:rPr>
      </w:pPr>
      <w:r w:rsidRPr="008C538A">
        <w:rPr>
          <w:sz w:val="20"/>
          <w:szCs w:val="20"/>
        </w:rPr>
        <w:t>• Membuat latihan soal digital untuk peserta didik.</w:t>
      </w:r>
    </w:p>
    <w:p w14:paraId="77D0F15D" w14:textId="77777777" w:rsidR="00821C9E" w:rsidRPr="008C538A" w:rsidRDefault="00000000">
      <w:pPr>
        <w:spacing w:after="120"/>
        <w:rPr>
          <w:sz w:val="20"/>
          <w:szCs w:val="20"/>
        </w:rPr>
      </w:pPr>
      <w:r w:rsidRPr="008C538A">
        <w:rPr>
          <w:sz w:val="20"/>
          <w:szCs w:val="20"/>
        </w:rPr>
        <w:t>• Melakukan evaluasi terhadap hasil latihan siswa.</w:t>
      </w:r>
    </w:p>
    <w:p w14:paraId="25C86CCE" w14:textId="77777777" w:rsidR="00821C9E" w:rsidRPr="008C538A" w:rsidRDefault="00000000">
      <w:pPr>
        <w:spacing w:after="120"/>
        <w:rPr>
          <w:sz w:val="20"/>
          <w:szCs w:val="20"/>
        </w:rPr>
      </w:pPr>
      <w:r w:rsidRPr="008C538A">
        <w:rPr>
          <w:sz w:val="20"/>
          <w:szCs w:val="20"/>
        </w:rPr>
        <w:t>• Melaksanakan kegiatan MGMP lanjutan secara berkala.</w:t>
      </w:r>
    </w:p>
    <w:p w14:paraId="1502E398" w14:textId="77777777" w:rsidR="00821C9E" w:rsidRDefault="00000000">
      <w:r>
        <w:br w:type="page"/>
      </w:r>
    </w:p>
    <w:p w14:paraId="2AE20002" w14:textId="77777777" w:rsidR="00821C9E" w:rsidRDefault="00000000">
      <w:pPr>
        <w:pStyle w:val="Heading1"/>
      </w:pPr>
      <w:r>
        <w:t>N. DAFTAR HADIR PESERTA</w:t>
      </w:r>
    </w:p>
    <w:p w14:paraId="3B2712A3" w14:textId="77777777" w:rsidR="00821C9E" w:rsidRDefault="00000000">
      <w:pPr>
        <w:spacing w:after="120"/>
      </w:pPr>
      <w:r>
        <w:t>Kegiatan: Pembahasan Soal-Soal TKA Mata Pelajaran Sejarah | Jumlah peserta: 23 orang</w:t>
      </w:r>
    </w:p>
    <w:tbl>
      <w:tblPr>
        <w:tblStyle w:val="TableGrid"/>
        <w:tblW w:w="0" w:type="auto"/>
        <w:jc w:val="center"/>
        <w:tblLook w:val="04A0" w:firstRow="1" w:lastRow="0" w:firstColumn="1" w:lastColumn="0" w:noHBand="0" w:noVBand="1"/>
      </w:tblPr>
      <w:tblGrid>
        <w:gridCol w:w="1118"/>
        <w:gridCol w:w="1879"/>
        <w:gridCol w:w="1817"/>
        <w:gridCol w:w="1237"/>
        <w:gridCol w:w="1170"/>
        <w:gridCol w:w="1267"/>
        <w:gridCol w:w="1417"/>
      </w:tblGrid>
      <w:tr w:rsidR="00821C9E" w14:paraId="5116978B" w14:textId="77777777">
        <w:trPr>
          <w:tblHeader/>
          <w:jc w:val="center"/>
        </w:trPr>
        <w:tc>
          <w:tcPr>
            <w:tcW w:w="1384" w:type="dxa"/>
            <w:shd w:val="clear" w:color="auto" w:fill="D9EAF7"/>
            <w:vAlign w:val="center"/>
          </w:tcPr>
          <w:p w14:paraId="6502BCBF" w14:textId="77777777" w:rsidR="00821C9E" w:rsidRDefault="00000000">
            <w:pPr>
              <w:jc w:val="center"/>
            </w:pPr>
            <w:r>
              <w:rPr>
                <w:b/>
                <w:sz w:val="18"/>
              </w:rPr>
              <w:t>No.</w:t>
            </w:r>
          </w:p>
        </w:tc>
        <w:tc>
          <w:tcPr>
            <w:tcW w:w="1384" w:type="dxa"/>
            <w:shd w:val="clear" w:color="auto" w:fill="D9EAF7"/>
            <w:vAlign w:val="center"/>
          </w:tcPr>
          <w:p w14:paraId="350FDACE" w14:textId="77777777" w:rsidR="00821C9E" w:rsidRDefault="00000000">
            <w:pPr>
              <w:jc w:val="center"/>
            </w:pPr>
            <w:r>
              <w:rPr>
                <w:b/>
                <w:sz w:val="18"/>
              </w:rPr>
              <w:t>Nama Peserta</w:t>
            </w:r>
          </w:p>
        </w:tc>
        <w:tc>
          <w:tcPr>
            <w:tcW w:w="1384" w:type="dxa"/>
            <w:shd w:val="clear" w:color="auto" w:fill="D9EAF7"/>
            <w:vAlign w:val="center"/>
          </w:tcPr>
          <w:p w14:paraId="3C49EE7F" w14:textId="77777777" w:rsidR="00821C9E" w:rsidRDefault="00000000">
            <w:pPr>
              <w:jc w:val="center"/>
            </w:pPr>
            <w:r>
              <w:rPr>
                <w:b/>
                <w:sz w:val="18"/>
              </w:rPr>
              <w:t>Asal Sekolah</w:t>
            </w:r>
          </w:p>
        </w:tc>
        <w:tc>
          <w:tcPr>
            <w:tcW w:w="1384" w:type="dxa"/>
            <w:shd w:val="clear" w:color="auto" w:fill="D9EAF7"/>
            <w:vAlign w:val="center"/>
          </w:tcPr>
          <w:p w14:paraId="7B4F59EC" w14:textId="77777777" w:rsidR="00821C9E" w:rsidRDefault="00000000">
            <w:pPr>
              <w:jc w:val="center"/>
            </w:pPr>
            <w:r>
              <w:rPr>
                <w:b/>
                <w:sz w:val="18"/>
              </w:rPr>
              <w:t>Jabatan</w:t>
            </w:r>
          </w:p>
        </w:tc>
        <w:tc>
          <w:tcPr>
            <w:tcW w:w="1384" w:type="dxa"/>
            <w:shd w:val="clear" w:color="auto" w:fill="D9EAF7"/>
            <w:vAlign w:val="center"/>
          </w:tcPr>
          <w:p w14:paraId="2E39A022" w14:textId="77777777" w:rsidR="00821C9E" w:rsidRDefault="00000000">
            <w:pPr>
              <w:jc w:val="center"/>
            </w:pPr>
            <w:r>
              <w:rPr>
                <w:b/>
                <w:sz w:val="18"/>
              </w:rPr>
              <w:t>Hadir</w:t>
            </w:r>
          </w:p>
        </w:tc>
        <w:tc>
          <w:tcPr>
            <w:tcW w:w="1384" w:type="dxa"/>
            <w:shd w:val="clear" w:color="auto" w:fill="D9EAF7"/>
            <w:vAlign w:val="center"/>
          </w:tcPr>
          <w:p w14:paraId="73C0F351" w14:textId="77777777" w:rsidR="00821C9E" w:rsidRDefault="00000000">
            <w:pPr>
              <w:jc w:val="center"/>
            </w:pPr>
            <w:r>
              <w:rPr>
                <w:b/>
                <w:sz w:val="18"/>
              </w:rPr>
              <w:t>Izin/Sakit</w:t>
            </w:r>
          </w:p>
        </w:tc>
        <w:tc>
          <w:tcPr>
            <w:tcW w:w="1384" w:type="dxa"/>
            <w:shd w:val="clear" w:color="auto" w:fill="D9EAF7"/>
            <w:vAlign w:val="center"/>
          </w:tcPr>
          <w:p w14:paraId="4C4368C1" w14:textId="77777777" w:rsidR="00821C9E" w:rsidRDefault="00000000">
            <w:pPr>
              <w:jc w:val="center"/>
            </w:pPr>
            <w:r>
              <w:rPr>
                <w:b/>
                <w:sz w:val="18"/>
              </w:rPr>
              <w:t>Tanda Tangan</w:t>
            </w:r>
          </w:p>
        </w:tc>
      </w:tr>
      <w:tr w:rsidR="00821C9E" w14:paraId="0946D101" w14:textId="77777777">
        <w:trPr>
          <w:jc w:val="center"/>
        </w:trPr>
        <w:tc>
          <w:tcPr>
            <w:tcW w:w="1384" w:type="dxa"/>
            <w:vAlign w:val="center"/>
          </w:tcPr>
          <w:p w14:paraId="6AC08AC2" w14:textId="77777777" w:rsidR="00821C9E" w:rsidRDefault="00000000">
            <w:pPr>
              <w:jc w:val="center"/>
            </w:pPr>
            <w:r>
              <w:rPr>
                <w:sz w:val="18"/>
              </w:rPr>
              <w:t>1</w:t>
            </w:r>
          </w:p>
        </w:tc>
        <w:tc>
          <w:tcPr>
            <w:tcW w:w="1384" w:type="dxa"/>
            <w:vAlign w:val="center"/>
          </w:tcPr>
          <w:p w14:paraId="77981774" w14:textId="5D9D9E3A" w:rsidR="00821C9E" w:rsidRDefault="004D5096">
            <w:r>
              <w:t>…………………..</w:t>
            </w:r>
          </w:p>
        </w:tc>
        <w:tc>
          <w:tcPr>
            <w:tcW w:w="1384" w:type="dxa"/>
            <w:vAlign w:val="center"/>
          </w:tcPr>
          <w:p w14:paraId="20C8BB52" w14:textId="77777777" w:rsidR="00821C9E" w:rsidRDefault="00000000">
            <w:r>
              <w:rPr>
                <w:sz w:val="18"/>
              </w:rPr>
              <w:t>................................</w:t>
            </w:r>
          </w:p>
        </w:tc>
        <w:tc>
          <w:tcPr>
            <w:tcW w:w="1384" w:type="dxa"/>
            <w:vAlign w:val="center"/>
          </w:tcPr>
          <w:p w14:paraId="4FC70E22" w14:textId="77777777" w:rsidR="00821C9E" w:rsidRDefault="00000000">
            <w:pPr>
              <w:jc w:val="center"/>
            </w:pPr>
            <w:r>
              <w:rPr>
                <w:sz w:val="18"/>
              </w:rPr>
              <w:t>Guru</w:t>
            </w:r>
          </w:p>
        </w:tc>
        <w:tc>
          <w:tcPr>
            <w:tcW w:w="1384" w:type="dxa"/>
            <w:vAlign w:val="center"/>
          </w:tcPr>
          <w:p w14:paraId="227603EC" w14:textId="77777777" w:rsidR="00821C9E" w:rsidRDefault="00000000">
            <w:pPr>
              <w:jc w:val="center"/>
            </w:pPr>
            <w:r>
              <w:rPr>
                <w:sz w:val="18"/>
              </w:rPr>
              <w:t>☐</w:t>
            </w:r>
          </w:p>
        </w:tc>
        <w:tc>
          <w:tcPr>
            <w:tcW w:w="1384" w:type="dxa"/>
            <w:vAlign w:val="center"/>
          </w:tcPr>
          <w:p w14:paraId="248138D9" w14:textId="77777777" w:rsidR="00821C9E" w:rsidRDefault="00000000">
            <w:pPr>
              <w:jc w:val="center"/>
            </w:pPr>
            <w:r>
              <w:rPr>
                <w:sz w:val="18"/>
              </w:rPr>
              <w:t>☐</w:t>
            </w:r>
          </w:p>
        </w:tc>
        <w:tc>
          <w:tcPr>
            <w:tcW w:w="1384" w:type="dxa"/>
            <w:vAlign w:val="center"/>
          </w:tcPr>
          <w:p w14:paraId="0C6E9495" w14:textId="77777777" w:rsidR="00821C9E" w:rsidRDefault="00000000">
            <w:pPr>
              <w:jc w:val="center"/>
            </w:pPr>
            <w:r>
              <w:rPr>
                <w:sz w:val="18"/>
              </w:rPr>
              <w:t>........................</w:t>
            </w:r>
          </w:p>
        </w:tc>
      </w:tr>
      <w:tr w:rsidR="00821C9E" w14:paraId="2FCB3CFF" w14:textId="77777777">
        <w:trPr>
          <w:jc w:val="center"/>
        </w:trPr>
        <w:tc>
          <w:tcPr>
            <w:tcW w:w="1384" w:type="dxa"/>
            <w:vAlign w:val="center"/>
          </w:tcPr>
          <w:p w14:paraId="7CCCC1AA" w14:textId="77777777" w:rsidR="00821C9E" w:rsidRDefault="00000000">
            <w:pPr>
              <w:jc w:val="center"/>
            </w:pPr>
            <w:r>
              <w:rPr>
                <w:sz w:val="18"/>
              </w:rPr>
              <w:t>2</w:t>
            </w:r>
          </w:p>
        </w:tc>
        <w:tc>
          <w:tcPr>
            <w:tcW w:w="1384" w:type="dxa"/>
            <w:vAlign w:val="center"/>
          </w:tcPr>
          <w:p w14:paraId="562EA0B3" w14:textId="77777777" w:rsidR="00821C9E" w:rsidRDefault="00000000">
            <w:r>
              <w:rPr>
                <w:sz w:val="18"/>
              </w:rPr>
              <w:t>................................</w:t>
            </w:r>
          </w:p>
        </w:tc>
        <w:tc>
          <w:tcPr>
            <w:tcW w:w="1384" w:type="dxa"/>
            <w:vAlign w:val="center"/>
          </w:tcPr>
          <w:p w14:paraId="55D7DC4D" w14:textId="77777777" w:rsidR="00821C9E" w:rsidRDefault="00000000">
            <w:r>
              <w:rPr>
                <w:sz w:val="18"/>
              </w:rPr>
              <w:t>................................</w:t>
            </w:r>
          </w:p>
        </w:tc>
        <w:tc>
          <w:tcPr>
            <w:tcW w:w="1384" w:type="dxa"/>
            <w:vAlign w:val="center"/>
          </w:tcPr>
          <w:p w14:paraId="552B57AE" w14:textId="77777777" w:rsidR="00821C9E" w:rsidRDefault="00000000">
            <w:pPr>
              <w:jc w:val="center"/>
            </w:pPr>
            <w:r>
              <w:rPr>
                <w:sz w:val="18"/>
              </w:rPr>
              <w:t>Guru</w:t>
            </w:r>
          </w:p>
        </w:tc>
        <w:tc>
          <w:tcPr>
            <w:tcW w:w="1384" w:type="dxa"/>
            <w:vAlign w:val="center"/>
          </w:tcPr>
          <w:p w14:paraId="7ACF82A7" w14:textId="77777777" w:rsidR="00821C9E" w:rsidRDefault="00000000">
            <w:pPr>
              <w:jc w:val="center"/>
            </w:pPr>
            <w:r>
              <w:rPr>
                <w:sz w:val="18"/>
              </w:rPr>
              <w:t>☐</w:t>
            </w:r>
          </w:p>
        </w:tc>
        <w:tc>
          <w:tcPr>
            <w:tcW w:w="1384" w:type="dxa"/>
            <w:vAlign w:val="center"/>
          </w:tcPr>
          <w:p w14:paraId="05D435B6" w14:textId="77777777" w:rsidR="00821C9E" w:rsidRDefault="00000000">
            <w:pPr>
              <w:jc w:val="center"/>
            </w:pPr>
            <w:r>
              <w:rPr>
                <w:sz w:val="18"/>
              </w:rPr>
              <w:t>☐</w:t>
            </w:r>
          </w:p>
        </w:tc>
        <w:tc>
          <w:tcPr>
            <w:tcW w:w="1384" w:type="dxa"/>
            <w:vAlign w:val="center"/>
          </w:tcPr>
          <w:p w14:paraId="391D301B" w14:textId="77777777" w:rsidR="00821C9E" w:rsidRDefault="00000000">
            <w:pPr>
              <w:jc w:val="center"/>
            </w:pPr>
            <w:r>
              <w:rPr>
                <w:sz w:val="18"/>
              </w:rPr>
              <w:t>........................</w:t>
            </w:r>
          </w:p>
        </w:tc>
      </w:tr>
      <w:tr w:rsidR="00821C9E" w14:paraId="1E825E57" w14:textId="77777777">
        <w:trPr>
          <w:jc w:val="center"/>
        </w:trPr>
        <w:tc>
          <w:tcPr>
            <w:tcW w:w="1384" w:type="dxa"/>
            <w:vAlign w:val="center"/>
          </w:tcPr>
          <w:p w14:paraId="22EFDD87" w14:textId="77777777" w:rsidR="00821C9E" w:rsidRDefault="00000000">
            <w:pPr>
              <w:jc w:val="center"/>
            </w:pPr>
            <w:r>
              <w:rPr>
                <w:sz w:val="18"/>
              </w:rPr>
              <w:t>3</w:t>
            </w:r>
          </w:p>
        </w:tc>
        <w:tc>
          <w:tcPr>
            <w:tcW w:w="1384" w:type="dxa"/>
            <w:vAlign w:val="center"/>
          </w:tcPr>
          <w:p w14:paraId="6712442E" w14:textId="77777777" w:rsidR="00821C9E" w:rsidRDefault="00000000">
            <w:r>
              <w:rPr>
                <w:sz w:val="18"/>
              </w:rPr>
              <w:t>................................</w:t>
            </w:r>
          </w:p>
        </w:tc>
        <w:tc>
          <w:tcPr>
            <w:tcW w:w="1384" w:type="dxa"/>
            <w:vAlign w:val="center"/>
          </w:tcPr>
          <w:p w14:paraId="42CE8522" w14:textId="77777777" w:rsidR="00821C9E" w:rsidRDefault="00000000">
            <w:r>
              <w:rPr>
                <w:sz w:val="18"/>
              </w:rPr>
              <w:t>................................</w:t>
            </w:r>
          </w:p>
        </w:tc>
        <w:tc>
          <w:tcPr>
            <w:tcW w:w="1384" w:type="dxa"/>
            <w:vAlign w:val="center"/>
          </w:tcPr>
          <w:p w14:paraId="07D63CD3" w14:textId="77777777" w:rsidR="00821C9E" w:rsidRDefault="00000000">
            <w:pPr>
              <w:jc w:val="center"/>
            </w:pPr>
            <w:r>
              <w:rPr>
                <w:sz w:val="18"/>
              </w:rPr>
              <w:t>Guru</w:t>
            </w:r>
          </w:p>
        </w:tc>
        <w:tc>
          <w:tcPr>
            <w:tcW w:w="1384" w:type="dxa"/>
            <w:vAlign w:val="center"/>
          </w:tcPr>
          <w:p w14:paraId="40E82B77" w14:textId="77777777" w:rsidR="00821C9E" w:rsidRDefault="00000000">
            <w:pPr>
              <w:jc w:val="center"/>
            </w:pPr>
            <w:r>
              <w:rPr>
                <w:sz w:val="18"/>
              </w:rPr>
              <w:t>☐</w:t>
            </w:r>
          </w:p>
        </w:tc>
        <w:tc>
          <w:tcPr>
            <w:tcW w:w="1384" w:type="dxa"/>
            <w:vAlign w:val="center"/>
          </w:tcPr>
          <w:p w14:paraId="25D852A4" w14:textId="77777777" w:rsidR="00821C9E" w:rsidRDefault="00000000">
            <w:pPr>
              <w:jc w:val="center"/>
            </w:pPr>
            <w:r>
              <w:rPr>
                <w:sz w:val="18"/>
              </w:rPr>
              <w:t>☐</w:t>
            </w:r>
          </w:p>
        </w:tc>
        <w:tc>
          <w:tcPr>
            <w:tcW w:w="1384" w:type="dxa"/>
            <w:vAlign w:val="center"/>
          </w:tcPr>
          <w:p w14:paraId="76E73252" w14:textId="77777777" w:rsidR="00821C9E" w:rsidRDefault="00000000">
            <w:pPr>
              <w:jc w:val="center"/>
            </w:pPr>
            <w:r>
              <w:rPr>
                <w:sz w:val="18"/>
              </w:rPr>
              <w:t>........................</w:t>
            </w:r>
          </w:p>
        </w:tc>
      </w:tr>
      <w:tr w:rsidR="00821C9E" w14:paraId="5A81F584" w14:textId="77777777">
        <w:trPr>
          <w:jc w:val="center"/>
        </w:trPr>
        <w:tc>
          <w:tcPr>
            <w:tcW w:w="1384" w:type="dxa"/>
            <w:vAlign w:val="center"/>
          </w:tcPr>
          <w:p w14:paraId="0A69EE79" w14:textId="77777777" w:rsidR="00821C9E" w:rsidRDefault="00000000">
            <w:pPr>
              <w:jc w:val="center"/>
            </w:pPr>
            <w:r>
              <w:rPr>
                <w:sz w:val="18"/>
              </w:rPr>
              <w:t>4</w:t>
            </w:r>
          </w:p>
        </w:tc>
        <w:tc>
          <w:tcPr>
            <w:tcW w:w="1384" w:type="dxa"/>
            <w:vAlign w:val="center"/>
          </w:tcPr>
          <w:p w14:paraId="1CEE5AA5" w14:textId="77777777" w:rsidR="00821C9E" w:rsidRDefault="00000000">
            <w:r>
              <w:rPr>
                <w:sz w:val="18"/>
              </w:rPr>
              <w:t>................................</w:t>
            </w:r>
          </w:p>
        </w:tc>
        <w:tc>
          <w:tcPr>
            <w:tcW w:w="1384" w:type="dxa"/>
            <w:vAlign w:val="center"/>
          </w:tcPr>
          <w:p w14:paraId="7F1838BD" w14:textId="77777777" w:rsidR="00821C9E" w:rsidRDefault="00000000">
            <w:r>
              <w:rPr>
                <w:sz w:val="18"/>
              </w:rPr>
              <w:t>................................</w:t>
            </w:r>
          </w:p>
        </w:tc>
        <w:tc>
          <w:tcPr>
            <w:tcW w:w="1384" w:type="dxa"/>
            <w:vAlign w:val="center"/>
          </w:tcPr>
          <w:p w14:paraId="5F45B1D4" w14:textId="77777777" w:rsidR="00821C9E" w:rsidRDefault="00000000">
            <w:pPr>
              <w:jc w:val="center"/>
            </w:pPr>
            <w:r>
              <w:rPr>
                <w:sz w:val="18"/>
              </w:rPr>
              <w:t>Guru</w:t>
            </w:r>
          </w:p>
        </w:tc>
        <w:tc>
          <w:tcPr>
            <w:tcW w:w="1384" w:type="dxa"/>
            <w:vAlign w:val="center"/>
          </w:tcPr>
          <w:p w14:paraId="0FC405EF" w14:textId="77777777" w:rsidR="00821C9E" w:rsidRDefault="00000000">
            <w:pPr>
              <w:jc w:val="center"/>
            </w:pPr>
            <w:r>
              <w:rPr>
                <w:sz w:val="18"/>
              </w:rPr>
              <w:t>☐</w:t>
            </w:r>
          </w:p>
        </w:tc>
        <w:tc>
          <w:tcPr>
            <w:tcW w:w="1384" w:type="dxa"/>
            <w:vAlign w:val="center"/>
          </w:tcPr>
          <w:p w14:paraId="6E245539" w14:textId="77777777" w:rsidR="00821C9E" w:rsidRDefault="00000000">
            <w:pPr>
              <w:jc w:val="center"/>
            </w:pPr>
            <w:r>
              <w:rPr>
                <w:sz w:val="18"/>
              </w:rPr>
              <w:t>☐</w:t>
            </w:r>
          </w:p>
        </w:tc>
        <w:tc>
          <w:tcPr>
            <w:tcW w:w="1384" w:type="dxa"/>
            <w:vAlign w:val="center"/>
          </w:tcPr>
          <w:p w14:paraId="02E65CC7" w14:textId="77777777" w:rsidR="00821C9E" w:rsidRDefault="00000000">
            <w:pPr>
              <w:jc w:val="center"/>
            </w:pPr>
            <w:r>
              <w:rPr>
                <w:sz w:val="18"/>
              </w:rPr>
              <w:t>........................</w:t>
            </w:r>
          </w:p>
        </w:tc>
      </w:tr>
      <w:tr w:rsidR="00821C9E" w14:paraId="42465AA1" w14:textId="77777777">
        <w:trPr>
          <w:jc w:val="center"/>
        </w:trPr>
        <w:tc>
          <w:tcPr>
            <w:tcW w:w="1384" w:type="dxa"/>
            <w:vAlign w:val="center"/>
          </w:tcPr>
          <w:p w14:paraId="46B49DC6" w14:textId="77777777" w:rsidR="00821C9E" w:rsidRDefault="00000000">
            <w:pPr>
              <w:jc w:val="center"/>
            </w:pPr>
            <w:r>
              <w:rPr>
                <w:sz w:val="18"/>
              </w:rPr>
              <w:t>5</w:t>
            </w:r>
          </w:p>
        </w:tc>
        <w:tc>
          <w:tcPr>
            <w:tcW w:w="1384" w:type="dxa"/>
            <w:vAlign w:val="center"/>
          </w:tcPr>
          <w:p w14:paraId="1A159717" w14:textId="77777777" w:rsidR="00821C9E" w:rsidRDefault="00000000">
            <w:r>
              <w:rPr>
                <w:sz w:val="18"/>
              </w:rPr>
              <w:t>................................</w:t>
            </w:r>
          </w:p>
        </w:tc>
        <w:tc>
          <w:tcPr>
            <w:tcW w:w="1384" w:type="dxa"/>
            <w:vAlign w:val="center"/>
          </w:tcPr>
          <w:p w14:paraId="4951FEE2" w14:textId="77777777" w:rsidR="00821C9E" w:rsidRDefault="00000000">
            <w:r>
              <w:rPr>
                <w:sz w:val="18"/>
              </w:rPr>
              <w:t>................................</w:t>
            </w:r>
          </w:p>
        </w:tc>
        <w:tc>
          <w:tcPr>
            <w:tcW w:w="1384" w:type="dxa"/>
            <w:vAlign w:val="center"/>
          </w:tcPr>
          <w:p w14:paraId="69AC0069" w14:textId="77777777" w:rsidR="00821C9E" w:rsidRDefault="00000000">
            <w:pPr>
              <w:jc w:val="center"/>
            </w:pPr>
            <w:r>
              <w:rPr>
                <w:sz w:val="18"/>
              </w:rPr>
              <w:t>Guru</w:t>
            </w:r>
          </w:p>
        </w:tc>
        <w:tc>
          <w:tcPr>
            <w:tcW w:w="1384" w:type="dxa"/>
            <w:vAlign w:val="center"/>
          </w:tcPr>
          <w:p w14:paraId="0698B3F5" w14:textId="77777777" w:rsidR="00821C9E" w:rsidRDefault="00000000">
            <w:pPr>
              <w:jc w:val="center"/>
            </w:pPr>
            <w:r>
              <w:rPr>
                <w:sz w:val="18"/>
              </w:rPr>
              <w:t>☐</w:t>
            </w:r>
          </w:p>
        </w:tc>
        <w:tc>
          <w:tcPr>
            <w:tcW w:w="1384" w:type="dxa"/>
            <w:vAlign w:val="center"/>
          </w:tcPr>
          <w:p w14:paraId="2B3C827D" w14:textId="77777777" w:rsidR="00821C9E" w:rsidRDefault="00000000">
            <w:pPr>
              <w:jc w:val="center"/>
            </w:pPr>
            <w:r>
              <w:rPr>
                <w:sz w:val="18"/>
              </w:rPr>
              <w:t>☐</w:t>
            </w:r>
          </w:p>
        </w:tc>
        <w:tc>
          <w:tcPr>
            <w:tcW w:w="1384" w:type="dxa"/>
            <w:vAlign w:val="center"/>
          </w:tcPr>
          <w:p w14:paraId="4B66D000" w14:textId="77777777" w:rsidR="00821C9E" w:rsidRDefault="00000000">
            <w:pPr>
              <w:jc w:val="center"/>
            </w:pPr>
            <w:r>
              <w:rPr>
                <w:sz w:val="18"/>
              </w:rPr>
              <w:t>........................</w:t>
            </w:r>
          </w:p>
        </w:tc>
      </w:tr>
      <w:tr w:rsidR="00821C9E" w14:paraId="08B583AF" w14:textId="77777777">
        <w:trPr>
          <w:jc w:val="center"/>
        </w:trPr>
        <w:tc>
          <w:tcPr>
            <w:tcW w:w="1384" w:type="dxa"/>
            <w:vAlign w:val="center"/>
          </w:tcPr>
          <w:p w14:paraId="200FA908" w14:textId="77777777" w:rsidR="00821C9E" w:rsidRDefault="00000000">
            <w:pPr>
              <w:jc w:val="center"/>
            </w:pPr>
            <w:r>
              <w:rPr>
                <w:sz w:val="18"/>
              </w:rPr>
              <w:t>6</w:t>
            </w:r>
          </w:p>
        </w:tc>
        <w:tc>
          <w:tcPr>
            <w:tcW w:w="1384" w:type="dxa"/>
            <w:vAlign w:val="center"/>
          </w:tcPr>
          <w:p w14:paraId="13D469E1" w14:textId="77777777" w:rsidR="00821C9E" w:rsidRDefault="00000000">
            <w:r>
              <w:rPr>
                <w:sz w:val="18"/>
              </w:rPr>
              <w:t>................................</w:t>
            </w:r>
          </w:p>
        </w:tc>
        <w:tc>
          <w:tcPr>
            <w:tcW w:w="1384" w:type="dxa"/>
            <w:vAlign w:val="center"/>
          </w:tcPr>
          <w:p w14:paraId="56EEABA3" w14:textId="77777777" w:rsidR="00821C9E" w:rsidRDefault="00000000">
            <w:r>
              <w:rPr>
                <w:sz w:val="18"/>
              </w:rPr>
              <w:t>................................</w:t>
            </w:r>
          </w:p>
        </w:tc>
        <w:tc>
          <w:tcPr>
            <w:tcW w:w="1384" w:type="dxa"/>
            <w:vAlign w:val="center"/>
          </w:tcPr>
          <w:p w14:paraId="1D3B7052" w14:textId="77777777" w:rsidR="00821C9E" w:rsidRDefault="00000000">
            <w:pPr>
              <w:jc w:val="center"/>
            </w:pPr>
            <w:r>
              <w:rPr>
                <w:sz w:val="18"/>
              </w:rPr>
              <w:t>Guru</w:t>
            </w:r>
          </w:p>
        </w:tc>
        <w:tc>
          <w:tcPr>
            <w:tcW w:w="1384" w:type="dxa"/>
            <w:vAlign w:val="center"/>
          </w:tcPr>
          <w:p w14:paraId="0C50C70B" w14:textId="77777777" w:rsidR="00821C9E" w:rsidRDefault="00000000">
            <w:pPr>
              <w:jc w:val="center"/>
            </w:pPr>
            <w:r>
              <w:rPr>
                <w:sz w:val="18"/>
              </w:rPr>
              <w:t>☐</w:t>
            </w:r>
          </w:p>
        </w:tc>
        <w:tc>
          <w:tcPr>
            <w:tcW w:w="1384" w:type="dxa"/>
            <w:vAlign w:val="center"/>
          </w:tcPr>
          <w:p w14:paraId="11F0AEE4" w14:textId="77777777" w:rsidR="00821C9E" w:rsidRDefault="00000000">
            <w:pPr>
              <w:jc w:val="center"/>
            </w:pPr>
            <w:r>
              <w:rPr>
                <w:sz w:val="18"/>
              </w:rPr>
              <w:t>☐</w:t>
            </w:r>
          </w:p>
        </w:tc>
        <w:tc>
          <w:tcPr>
            <w:tcW w:w="1384" w:type="dxa"/>
            <w:vAlign w:val="center"/>
          </w:tcPr>
          <w:p w14:paraId="597215A7" w14:textId="77777777" w:rsidR="00821C9E" w:rsidRDefault="00000000">
            <w:pPr>
              <w:jc w:val="center"/>
            </w:pPr>
            <w:r>
              <w:rPr>
                <w:sz w:val="18"/>
              </w:rPr>
              <w:t>........................</w:t>
            </w:r>
          </w:p>
        </w:tc>
      </w:tr>
      <w:tr w:rsidR="00821C9E" w14:paraId="1434AF10" w14:textId="77777777">
        <w:trPr>
          <w:jc w:val="center"/>
        </w:trPr>
        <w:tc>
          <w:tcPr>
            <w:tcW w:w="1384" w:type="dxa"/>
            <w:vAlign w:val="center"/>
          </w:tcPr>
          <w:p w14:paraId="36898626" w14:textId="77777777" w:rsidR="00821C9E" w:rsidRDefault="00000000">
            <w:pPr>
              <w:jc w:val="center"/>
            </w:pPr>
            <w:r>
              <w:rPr>
                <w:sz w:val="18"/>
              </w:rPr>
              <w:t>7</w:t>
            </w:r>
          </w:p>
        </w:tc>
        <w:tc>
          <w:tcPr>
            <w:tcW w:w="1384" w:type="dxa"/>
            <w:vAlign w:val="center"/>
          </w:tcPr>
          <w:p w14:paraId="54EC34C6" w14:textId="77777777" w:rsidR="00821C9E" w:rsidRDefault="00000000">
            <w:r>
              <w:rPr>
                <w:sz w:val="18"/>
              </w:rPr>
              <w:t>................................</w:t>
            </w:r>
          </w:p>
        </w:tc>
        <w:tc>
          <w:tcPr>
            <w:tcW w:w="1384" w:type="dxa"/>
            <w:vAlign w:val="center"/>
          </w:tcPr>
          <w:p w14:paraId="04B16906" w14:textId="77777777" w:rsidR="00821C9E" w:rsidRDefault="00000000">
            <w:r>
              <w:rPr>
                <w:sz w:val="18"/>
              </w:rPr>
              <w:t>................................</w:t>
            </w:r>
          </w:p>
        </w:tc>
        <w:tc>
          <w:tcPr>
            <w:tcW w:w="1384" w:type="dxa"/>
            <w:vAlign w:val="center"/>
          </w:tcPr>
          <w:p w14:paraId="2516BD89" w14:textId="77777777" w:rsidR="00821C9E" w:rsidRDefault="00000000">
            <w:pPr>
              <w:jc w:val="center"/>
            </w:pPr>
            <w:r>
              <w:rPr>
                <w:sz w:val="18"/>
              </w:rPr>
              <w:t>Guru</w:t>
            </w:r>
          </w:p>
        </w:tc>
        <w:tc>
          <w:tcPr>
            <w:tcW w:w="1384" w:type="dxa"/>
            <w:vAlign w:val="center"/>
          </w:tcPr>
          <w:p w14:paraId="7471E6A4" w14:textId="77777777" w:rsidR="00821C9E" w:rsidRDefault="00000000">
            <w:pPr>
              <w:jc w:val="center"/>
            </w:pPr>
            <w:r>
              <w:rPr>
                <w:sz w:val="18"/>
              </w:rPr>
              <w:t>☐</w:t>
            </w:r>
          </w:p>
        </w:tc>
        <w:tc>
          <w:tcPr>
            <w:tcW w:w="1384" w:type="dxa"/>
            <w:vAlign w:val="center"/>
          </w:tcPr>
          <w:p w14:paraId="50AA126B" w14:textId="77777777" w:rsidR="00821C9E" w:rsidRDefault="00000000">
            <w:pPr>
              <w:jc w:val="center"/>
            </w:pPr>
            <w:r>
              <w:rPr>
                <w:sz w:val="18"/>
              </w:rPr>
              <w:t>☐</w:t>
            </w:r>
          </w:p>
        </w:tc>
        <w:tc>
          <w:tcPr>
            <w:tcW w:w="1384" w:type="dxa"/>
            <w:vAlign w:val="center"/>
          </w:tcPr>
          <w:p w14:paraId="279181FE" w14:textId="77777777" w:rsidR="00821C9E" w:rsidRDefault="00000000">
            <w:pPr>
              <w:jc w:val="center"/>
            </w:pPr>
            <w:r>
              <w:rPr>
                <w:sz w:val="18"/>
              </w:rPr>
              <w:t>........................</w:t>
            </w:r>
          </w:p>
        </w:tc>
      </w:tr>
      <w:tr w:rsidR="00821C9E" w14:paraId="5AD5508F" w14:textId="77777777">
        <w:trPr>
          <w:jc w:val="center"/>
        </w:trPr>
        <w:tc>
          <w:tcPr>
            <w:tcW w:w="1384" w:type="dxa"/>
            <w:vAlign w:val="center"/>
          </w:tcPr>
          <w:p w14:paraId="442CBEB8" w14:textId="77777777" w:rsidR="00821C9E" w:rsidRDefault="00000000">
            <w:pPr>
              <w:jc w:val="center"/>
            </w:pPr>
            <w:r>
              <w:rPr>
                <w:sz w:val="18"/>
              </w:rPr>
              <w:t>8</w:t>
            </w:r>
          </w:p>
        </w:tc>
        <w:tc>
          <w:tcPr>
            <w:tcW w:w="1384" w:type="dxa"/>
            <w:vAlign w:val="center"/>
          </w:tcPr>
          <w:p w14:paraId="039D84BF" w14:textId="77777777" w:rsidR="00821C9E" w:rsidRDefault="00000000">
            <w:r>
              <w:rPr>
                <w:sz w:val="18"/>
              </w:rPr>
              <w:t>................................</w:t>
            </w:r>
          </w:p>
        </w:tc>
        <w:tc>
          <w:tcPr>
            <w:tcW w:w="1384" w:type="dxa"/>
            <w:vAlign w:val="center"/>
          </w:tcPr>
          <w:p w14:paraId="4CFA3614" w14:textId="77777777" w:rsidR="00821C9E" w:rsidRDefault="00000000">
            <w:r>
              <w:rPr>
                <w:sz w:val="18"/>
              </w:rPr>
              <w:t>................................</w:t>
            </w:r>
          </w:p>
        </w:tc>
        <w:tc>
          <w:tcPr>
            <w:tcW w:w="1384" w:type="dxa"/>
            <w:vAlign w:val="center"/>
          </w:tcPr>
          <w:p w14:paraId="35F97AED" w14:textId="77777777" w:rsidR="00821C9E" w:rsidRDefault="00000000">
            <w:pPr>
              <w:jc w:val="center"/>
            </w:pPr>
            <w:r>
              <w:rPr>
                <w:sz w:val="18"/>
              </w:rPr>
              <w:t>Guru</w:t>
            </w:r>
          </w:p>
        </w:tc>
        <w:tc>
          <w:tcPr>
            <w:tcW w:w="1384" w:type="dxa"/>
            <w:vAlign w:val="center"/>
          </w:tcPr>
          <w:p w14:paraId="3EEDB1E3" w14:textId="77777777" w:rsidR="00821C9E" w:rsidRDefault="00000000">
            <w:pPr>
              <w:jc w:val="center"/>
            </w:pPr>
            <w:r>
              <w:rPr>
                <w:sz w:val="18"/>
              </w:rPr>
              <w:t>☐</w:t>
            </w:r>
          </w:p>
        </w:tc>
        <w:tc>
          <w:tcPr>
            <w:tcW w:w="1384" w:type="dxa"/>
            <w:vAlign w:val="center"/>
          </w:tcPr>
          <w:p w14:paraId="3FCE187F" w14:textId="77777777" w:rsidR="00821C9E" w:rsidRDefault="00000000">
            <w:pPr>
              <w:jc w:val="center"/>
            </w:pPr>
            <w:r>
              <w:rPr>
                <w:sz w:val="18"/>
              </w:rPr>
              <w:t>☐</w:t>
            </w:r>
          </w:p>
        </w:tc>
        <w:tc>
          <w:tcPr>
            <w:tcW w:w="1384" w:type="dxa"/>
            <w:vAlign w:val="center"/>
          </w:tcPr>
          <w:p w14:paraId="608EA178" w14:textId="77777777" w:rsidR="00821C9E" w:rsidRDefault="00000000">
            <w:pPr>
              <w:jc w:val="center"/>
            </w:pPr>
            <w:r>
              <w:rPr>
                <w:sz w:val="18"/>
              </w:rPr>
              <w:t>........................</w:t>
            </w:r>
          </w:p>
        </w:tc>
      </w:tr>
      <w:tr w:rsidR="00821C9E" w14:paraId="4445D34A" w14:textId="77777777">
        <w:trPr>
          <w:jc w:val="center"/>
        </w:trPr>
        <w:tc>
          <w:tcPr>
            <w:tcW w:w="1384" w:type="dxa"/>
            <w:vAlign w:val="center"/>
          </w:tcPr>
          <w:p w14:paraId="4480613B" w14:textId="77777777" w:rsidR="00821C9E" w:rsidRDefault="00000000">
            <w:pPr>
              <w:jc w:val="center"/>
            </w:pPr>
            <w:r>
              <w:rPr>
                <w:sz w:val="18"/>
              </w:rPr>
              <w:t>9</w:t>
            </w:r>
          </w:p>
        </w:tc>
        <w:tc>
          <w:tcPr>
            <w:tcW w:w="1384" w:type="dxa"/>
            <w:vAlign w:val="center"/>
          </w:tcPr>
          <w:p w14:paraId="0C1EE1C3" w14:textId="77777777" w:rsidR="00821C9E" w:rsidRDefault="00000000">
            <w:r>
              <w:rPr>
                <w:sz w:val="18"/>
              </w:rPr>
              <w:t>................................</w:t>
            </w:r>
          </w:p>
        </w:tc>
        <w:tc>
          <w:tcPr>
            <w:tcW w:w="1384" w:type="dxa"/>
            <w:vAlign w:val="center"/>
          </w:tcPr>
          <w:p w14:paraId="17C7BAB4" w14:textId="77777777" w:rsidR="00821C9E" w:rsidRDefault="00000000">
            <w:r>
              <w:rPr>
                <w:sz w:val="18"/>
              </w:rPr>
              <w:t>................................</w:t>
            </w:r>
          </w:p>
        </w:tc>
        <w:tc>
          <w:tcPr>
            <w:tcW w:w="1384" w:type="dxa"/>
            <w:vAlign w:val="center"/>
          </w:tcPr>
          <w:p w14:paraId="64523C18" w14:textId="77777777" w:rsidR="00821C9E" w:rsidRDefault="00000000">
            <w:pPr>
              <w:jc w:val="center"/>
            </w:pPr>
            <w:r>
              <w:rPr>
                <w:sz w:val="18"/>
              </w:rPr>
              <w:t>Guru</w:t>
            </w:r>
          </w:p>
        </w:tc>
        <w:tc>
          <w:tcPr>
            <w:tcW w:w="1384" w:type="dxa"/>
            <w:vAlign w:val="center"/>
          </w:tcPr>
          <w:p w14:paraId="41D8411B" w14:textId="77777777" w:rsidR="00821C9E" w:rsidRDefault="00000000">
            <w:pPr>
              <w:jc w:val="center"/>
            </w:pPr>
            <w:r>
              <w:rPr>
                <w:sz w:val="18"/>
              </w:rPr>
              <w:t>☐</w:t>
            </w:r>
          </w:p>
        </w:tc>
        <w:tc>
          <w:tcPr>
            <w:tcW w:w="1384" w:type="dxa"/>
            <w:vAlign w:val="center"/>
          </w:tcPr>
          <w:p w14:paraId="2046813A" w14:textId="77777777" w:rsidR="00821C9E" w:rsidRDefault="00000000">
            <w:pPr>
              <w:jc w:val="center"/>
            </w:pPr>
            <w:r>
              <w:rPr>
                <w:sz w:val="18"/>
              </w:rPr>
              <w:t>☐</w:t>
            </w:r>
          </w:p>
        </w:tc>
        <w:tc>
          <w:tcPr>
            <w:tcW w:w="1384" w:type="dxa"/>
            <w:vAlign w:val="center"/>
          </w:tcPr>
          <w:p w14:paraId="4BD84E6F" w14:textId="77777777" w:rsidR="00821C9E" w:rsidRDefault="00000000">
            <w:pPr>
              <w:jc w:val="center"/>
            </w:pPr>
            <w:r>
              <w:rPr>
                <w:sz w:val="18"/>
              </w:rPr>
              <w:t>........................</w:t>
            </w:r>
          </w:p>
        </w:tc>
      </w:tr>
      <w:tr w:rsidR="00821C9E" w14:paraId="5B52D7E1" w14:textId="77777777">
        <w:trPr>
          <w:jc w:val="center"/>
        </w:trPr>
        <w:tc>
          <w:tcPr>
            <w:tcW w:w="1384" w:type="dxa"/>
            <w:vAlign w:val="center"/>
          </w:tcPr>
          <w:p w14:paraId="45C784FD" w14:textId="77777777" w:rsidR="00821C9E" w:rsidRDefault="00000000">
            <w:pPr>
              <w:jc w:val="center"/>
            </w:pPr>
            <w:r>
              <w:rPr>
                <w:sz w:val="18"/>
              </w:rPr>
              <w:t>10</w:t>
            </w:r>
          </w:p>
        </w:tc>
        <w:tc>
          <w:tcPr>
            <w:tcW w:w="1384" w:type="dxa"/>
            <w:vAlign w:val="center"/>
          </w:tcPr>
          <w:p w14:paraId="1245C637" w14:textId="77777777" w:rsidR="00821C9E" w:rsidRDefault="00000000">
            <w:r>
              <w:rPr>
                <w:sz w:val="18"/>
              </w:rPr>
              <w:t>................................</w:t>
            </w:r>
          </w:p>
        </w:tc>
        <w:tc>
          <w:tcPr>
            <w:tcW w:w="1384" w:type="dxa"/>
            <w:vAlign w:val="center"/>
          </w:tcPr>
          <w:p w14:paraId="19D1D977" w14:textId="77777777" w:rsidR="00821C9E" w:rsidRDefault="00000000">
            <w:r>
              <w:rPr>
                <w:sz w:val="18"/>
              </w:rPr>
              <w:t>................................</w:t>
            </w:r>
          </w:p>
        </w:tc>
        <w:tc>
          <w:tcPr>
            <w:tcW w:w="1384" w:type="dxa"/>
            <w:vAlign w:val="center"/>
          </w:tcPr>
          <w:p w14:paraId="22906786" w14:textId="77777777" w:rsidR="00821C9E" w:rsidRDefault="00000000">
            <w:pPr>
              <w:jc w:val="center"/>
            </w:pPr>
            <w:r>
              <w:rPr>
                <w:sz w:val="18"/>
              </w:rPr>
              <w:t>Guru</w:t>
            </w:r>
          </w:p>
        </w:tc>
        <w:tc>
          <w:tcPr>
            <w:tcW w:w="1384" w:type="dxa"/>
            <w:vAlign w:val="center"/>
          </w:tcPr>
          <w:p w14:paraId="18E0497D" w14:textId="77777777" w:rsidR="00821C9E" w:rsidRDefault="00000000">
            <w:pPr>
              <w:jc w:val="center"/>
            </w:pPr>
            <w:r>
              <w:rPr>
                <w:sz w:val="18"/>
              </w:rPr>
              <w:t>☐</w:t>
            </w:r>
          </w:p>
        </w:tc>
        <w:tc>
          <w:tcPr>
            <w:tcW w:w="1384" w:type="dxa"/>
            <w:vAlign w:val="center"/>
          </w:tcPr>
          <w:p w14:paraId="6F6FF0A9" w14:textId="77777777" w:rsidR="00821C9E" w:rsidRDefault="00000000">
            <w:pPr>
              <w:jc w:val="center"/>
            </w:pPr>
            <w:r>
              <w:rPr>
                <w:sz w:val="18"/>
              </w:rPr>
              <w:t>☐</w:t>
            </w:r>
          </w:p>
        </w:tc>
        <w:tc>
          <w:tcPr>
            <w:tcW w:w="1384" w:type="dxa"/>
            <w:vAlign w:val="center"/>
          </w:tcPr>
          <w:p w14:paraId="347082B3" w14:textId="77777777" w:rsidR="00821C9E" w:rsidRDefault="00000000">
            <w:pPr>
              <w:jc w:val="center"/>
            </w:pPr>
            <w:r>
              <w:rPr>
                <w:sz w:val="18"/>
              </w:rPr>
              <w:t>........................</w:t>
            </w:r>
          </w:p>
        </w:tc>
      </w:tr>
      <w:tr w:rsidR="00821C9E" w14:paraId="42EF71A3" w14:textId="77777777">
        <w:trPr>
          <w:jc w:val="center"/>
        </w:trPr>
        <w:tc>
          <w:tcPr>
            <w:tcW w:w="1384" w:type="dxa"/>
            <w:vAlign w:val="center"/>
          </w:tcPr>
          <w:p w14:paraId="1430BE30" w14:textId="77777777" w:rsidR="00821C9E" w:rsidRDefault="00000000">
            <w:pPr>
              <w:jc w:val="center"/>
            </w:pPr>
            <w:r>
              <w:rPr>
                <w:sz w:val="18"/>
              </w:rPr>
              <w:t>11</w:t>
            </w:r>
          </w:p>
        </w:tc>
        <w:tc>
          <w:tcPr>
            <w:tcW w:w="1384" w:type="dxa"/>
            <w:vAlign w:val="center"/>
          </w:tcPr>
          <w:p w14:paraId="2CFCFD0C" w14:textId="77777777" w:rsidR="00821C9E" w:rsidRDefault="00000000">
            <w:r>
              <w:rPr>
                <w:sz w:val="18"/>
              </w:rPr>
              <w:t>................................</w:t>
            </w:r>
          </w:p>
        </w:tc>
        <w:tc>
          <w:tcPr>
            <w:tcW w:w="1384" w:type="dxa"/>
            <w:vAlign w:val="center"/>
          </w:tcPr>
          <w:p w14:paraId="00848563" w14:textId="77777777" w:rsidR="00821C9E" w:rsidRDefault="00000000">
            <w:r>
              <w:rPr>
                <w:sz w:val="18"/>
              </w:rPr>
              <w:t>................................</w:t>
            </w:r>
          </w:p>
        </w:tc>
        <w:tc>
          <w:tcPr>
            <w:tcW w:w="1384" w:type="dxa"/>
            <w:vAlign w:val="center"/>
          </w:tcPr>
          <w:p w14:paraId="76FDDA23" w14:textId="77777777" w:rsidR="00821C9E" w:rsidRDefault="00000000">
            <w:pPr>
              <w:jc w:val="center"/>
            </w:pPr>
            <w:r>
              <w:rPr>
                <w:sz w:val="18"/>
              </w:rPr>
              <w:t>Guru</w:t>
            </w:r>
          </w:p>
        </w:tc>
        <w:tc>
          <w:tcPr>
            <w:tcW w:w="1384" w:type="dxa"/>
            <w:vAlign w:val="center"/>
          </w:tcPr>
          <w:p w14:paraId="03A6733F" w14:textId="77777777" w:rsidR="00821C9E" w:rsidRDefault="00000000">
            <w:pPr>
              <w:jc w:val="center"/>
            </w:pPr>
            <w:r>
              <w:rPr>
                <w:sz w:val="18"/>
              </w:rPr>
              <w:t>☐</w:t>
            </w:r>
          </w:p>
        </w:tc>
        <w:tc>
          <w:tcPr>
            <w:tcW w:w="1384" w:type="dxa"/>
            <w:vAlign w:val="center"/>
          </w:tcPr>
          <w:p w14:paraId="239FE093" w14:textId="77777777" w:rsidR="00821C9E" w:rsidRDefault="00000000">
            <w:pPr>
              <w:jc w:val="center"/>
            </w:pPr>
            <w:r>
              <w:rPr>
                <w:sz w:val="18"/>
              </w:rPr>
              <w:t>☐</w:t>
            </w:r>
          </w:p>
        </w:tc>
        <w:tc>
          <w:tcPr>
            <w:tcW w:w="1384" w:type="dxa"/>
            <w:vAlign w:val="center"/>
          </w:tcPr>
          <w:p w14:paraId="47773314" w14:textId="77777777" w:rsidR="00821C9E" w:rsidRDefault="00000000">
            <w:pPr>
              <w:jc w:val="center"/>
            </w:pPr>
            <w:r>
              <w:rPr>
                <w:sz w:val="18"/>
              </w:rPr>
              <w:t>........................</w:t>
            </w:r>
          </w:p>
        </w:tc>
      </w:tr>
      <w:tr w:rsidR="00821C9E" w14:paraId="3B604D01" w14:textId="77777777">
        <w:trPr>
          <w:jc w:val="center"/>
        </w:trPr>
        <w:tc>
          <w:tcPr>
            <w:tcW w:w="1384" w:type="dxa"/>
            <w:vAlign w:val="center"/>
          </w:tcPr>
          <w:p w14:paraId="76E75F37" w14:textId="77777777" w:rsidR="00821C9E" w:rsidRDefault="00000000">
            <w:pPr>
              <w:jc w:val="center"/>
            </w:pPr>
            <w:r>
              <w:rPr>
                <w:sz w:val="18"/>
              </w:rPr>
              <w:t>12</w:t>
            </w:r>
          </w:p>
        </w:tc>
        <w:tc>
          <w:tcPr>
            <w:tcW w:w="1384" w:type="dxa"/>
            <w:vAlign w:val="center"/>
          </w:tcPr>
          <w:p w14:paraId="253CBB7D" w14:textId="77777777" w:rsidR="00821C9E" w:rsidRDefault="00000000">
            <w:r>
              <w:rPr>
                <w:sz w:val="18"/>
              </w:rPr>
              <w:t>................................</w:t>
            </w:r>
          </w:p>
        </w:tc>
        <w:tc>
          <w:tcPr>
            <w:tcW w:w="1384" w:type="dxa"/>
            <w:vAlign w:val="center"/>
          </w:tcPr>
          <w:p w14:paraId="25F183A7" w14:textId="77777777" w:rsidR="00821C9E" w:rsidRDefault="00000000">
            <w:r>
              <w:rPr>
                <w:sz w:val="18"/>
              </w:rPr>
              <w:t>................................</w:t>
            </w:r>
          </w:p>
        </w:tc>
        <w:tc>
          <w:tcPr>
            <w:tcW w:w="1384" w:type="dxa"/>
            <w:vAlign w:val="center"/>
          </w:tcPr>
          <w:p w14:paraId="3D545DF5" w14:textId="77777777" w:rsidR="00821C9E" w:rsidRDefault="00000000">
            <w:pPr>
              <w:jc w:val="center"/>
            </w:pPr>
            <w:r>
              <w:rPr>
                <w:sz w:val="18"/>
              </w:rPr>
              <w:t>Guru</w:t>
            </w:r>
          </w:p>
        </w:tc>
        <w:tc>
          <w:tcPr>
            <w:tcW w:w="1384" w:type="dxa"/>
            <w:vAlign w:val="center"/>
          </w:tcPr>
          <w:p w14:paraId="68A553FF" w14:textId="77777777" w:rsidR="00821C9E" w:rsidRDefault="00000000">
            <w:pPr>
              <w:jc w:val="center"/>
            </w:pPr>
            <w:r>
              <w:rPr>
                <w:sz w:val="18"/>
              </w:rPr>
              <w:t>☐</w:t>
            </w:r>
          </w:p>
        </w:tc>
        <w:tc>
          <w:tcPr>
            <w:tcW w:w="1384" w:type="dxa"/>
            <w:vAlign w:val="center"/>
          </w:tcPr>
          <w:p w14:paraId="29944F3B" w14:textId="77777777" w:rsidR="00821C9E" w:rsidRDefault="00000000">
            <w:pPr>
              <w:jc w:val="center"/>
            </w:pPr>
            <w:r>
              <w:rPr>
                <w:sz w:val="18"/>
              </w:rPr>
              <w:t>☐</w:t>
            </w:r>
          </w:p>
        </w:tc>
        <w:tc>
          <w:tcPr>
            <w:tcW w:w="1384" w:type="dxa"/>
            <w:vAlign w:val="center"/>
          </w:tcPr>
          <w:p w14:paraId="39B04BFF" w14:textId="77777777" w:rsidR="00821C9E" w:rsidRDefault="00000000">
            <w:pPr>
              <w:jc w:val="center"/>
            </w:pPr>
            <w:r>
              <w:rPr>
                <w:sz w:val="18"/>
              </w:rPr>
              <w:t>........................</w:t>
            </w:r>
          </w:p>
        </w:tc>
      </w:tr>
      <w:tr w:rsidR="00821C9E" w14:paraId="4C1C10D2" w14:textId="77777777">
        <w:trPr>
          <w:jc w:val="center"/>
        </w:trPr>
        <w:tc>
          <w:tcPr>
            <w:tcW w:w="1384" w:type="dxa"/>
            <w:vAlign w:val="center"/>
          </w:tcPr>
          <w:p w14:paraId="7876F142" w14:textId="77777777" w:rsidR="00821C9E" w:rsidRDefault="00000000">
            <w:pPr>
              <w:jc w:val="center"/>
            </w:pPr>
            <w:r>
              <w:rPr>
                <w:sz w:val="18"/>
              </w:rPr>
              <w:t>13</w:t>
            </w:r>
          </w:p>
        </w:tc>
        <w:tc>
          <w:tcPr>
            <w:tcW w:w="1384" w:type="dxa"/>
            <w:vAlign w:val="center"/>
          </w:tcPr>
          <w:p w14:paraId="06125F46" w14:textId="77777777" w:rsidR="00821C9E" w:rsidRDefault="00000000">
            <w:r>
              <w:rPr>
                <w:sz w:val="18"/>
              </w:rPr>
              <w:t>................................</w:t>
            </w:r>
          </w:p>
        </w:tc>
        <w:tc>
          <w:tcPr>
            <w:tcW w:w="1384" w:type="dxa"/>
            <w:vAlign w:val="center"/>
          </w:tcPr>
          <w:p w14:paraId="09DDC24C" w14:textId="77777777" w:rsidR="00821C9E" w:rsidRDefault="00000000">
            <w:r>
              <w:rPr>
                <w:sz w:val="18"/>
              </w:rPr>
              <w:t>................................</w:t>
            </w:r>
          </w:p>
        </w:tc>
        <w:tc>
          <w:tcPr>
            <w:tcW w:w="1384" w:type="dxa"/>
            <w:vAlign w:val="center"/>
          </w:tcPr>
          <w:p w14:paraId="1B738420" w14:textId="77777777" w:rsidR="00821C9E" w:rsidRDefault="00000000">
            <w:pPr>
              <w:jc w:val="center"/>
            </w:pPr>
            <w:r>
              <w:rPr>
                <w:sz w:val="18"/>
              </w:rPr>
              <w:t>Guru</w:t>
            </w:r>
          </w:p>
        </w:tc>
        <w:tc>
          <w:tcPr>
            <w:tcW w:w="1384" w:type="dxa"/>
            <w:vAlign w:val="center"/>
          </w:tcPr>
          <w:p w14:paraId="39A0810A" w14:textId="77777777" w:rsidR="00821C9E" w:rsidRDefault="00000000">
            <w:pPr>
              <w:jc w:val="center"/>
            </w:pPr>
            <w:r>
              <w:rPr>
                <w:sz w:val="18"/>
              </w:rPr>
              <w:t>☐</w:t>
            </w:r>
          </w:p>
        </w:tc>
        <w:tc>
          <w:tcPr>
            <w:tcW w:w="1384" w:type="dxa"/>
            <w:vAlign w:val="center"/>
          </w:tcPr>
          <w:p w14:paraId="5D832610" w14:textId="77777777" w:rsidR="00821C9E" w:rsidRDefault="00000000">
            <w:pPr>
              <w:jc w:val="center"/>
            </w:pPr>
            <w:r>
              <w:rPr>
                <w:sz w:val="18"/>
              </w:rPr>
              <w:t>☐</w:t>
            </w:r>
          </w:p>
        </w:tc>
        <w:tc>
          <w:tcPr>
            <w:tcW w:w="1384" w:type="dxa"/>
            <w:vAlign w:val="center"/>
          </w:tcPr>
          <w:p w14:paraId="0B580DF4" w14:textId="77777777" w:rsidR="00821C9E" w:rsidRDefault="00000000">
            <w:pPr>
              <w:jc w:val="center"/>
            </w:pPr>
            <w:r>
              <w:rPr>
                <w:sz w:val="18"/>
              </w:rPr>
              <w:t>........................</w:t>
            </w:r>
          </w:p>
        </w:tc>
      </w:tr>
      <w:tr w:rsidR="00821C9E" w14:paraId="18B5307E" w14:textId="77777777">
        <w:trPr>
          <w:jc w:val="center"/>
        </w:trPr>
        <w:tc>
          <w:tcPr>
            <w:tcW w:w="1384" w:type="dxa"/>
            <w:vAlign w:val="center"/>
          </w:tcPr>
          <w:p w14:paraId="6BBE378E" w14:textId="77777777" w:rsidR="00821C9E" w:rsidRDefault="00000000">
            <w:pPr>
              <w:jc w:val="center"/>
            </w:pPr>
            <w:r>
              <w:rPr>
                <w:sz w:val="18"/>
              </w:rPr>
              <w:t>14</w:t>
            </w:r>
          </w:p>
        </w:tc>
        <w:tc>
          <w:tcPr>
            <w:tcW w:w="1384" w:type="dxa"/>
            <w:vAlign w:val="center"/>
          </w:tcPr>
          <w:p w14:paraId="7B6638AB" w14:textId="77777777" w:rsidR="00821C9E" w:rsidRDefault="00000000">
            <w:r>
              <w:rPr>
                <w:sz w:val="18"/>
              </w:rPr>
              <w:t>................................</w:t>
            </w:r>
          </w:p>
        </w:tc>
        <w:tc>
          <w:tcPr>
            <w:tcW w:w="1384" w:type="dxa"/>
            <w:vAlign w:val="center"/>
          </w:tcPr>
          <w:p w14:paraId="1B990284" w14:textId="77777777" w:rsidR="00821C9E" w:rsidRDefault="00000000">
            <w:r>
              <w:rPr>
                <w:sz w:val="18"/>
              </w:rPr>
              <w:t>................................</w:t>
            </w:r>
          </w:p>
        </w:tc>
        <w:tc>
          <w:tcPr>
            <w:tcW w:w="1384" w:type="dxa"/>
            <w:vAlign w:val="center"/>
          </w:tcPr>
          <w:p w14:paraId="5802484F" w14:textId="77777777" w:rsidR="00821C9E" w:rsidRDefault="00000000">
            <w:pPr>
              <w:jc w:val="center"/>
            </w:pPr>
            <w:r>
              <w:rPr>
                <w:sz w:val="18"/>
              </w:rPr>
              <w:t>Guru</w:t>
            </w:r>
          </w:p>
        </w:tc>
        <w:tc>
          <w:tcPr>
            <w:tcW w:w="1384" w:type="dxa"/>
            <w:vAlign w:val="center"/>
          </w:tcPr>
          <w:p w14:paraId="6A9CEE0A" w14:textId="77777777" w:rsidR="00821C9E" w:rsidRDefault="00000000">
            <w:pPr>
              <w:jc w:val="center"/>
            </w:pPr>
            <w:r>
              <w:rPr>
                <w:sz w:val="18"/>
              </w:rPr>
              <w:t>☐</w:t>
            </w:r>
          </w:p>
        </w:tc>
        <w:tc>
          <w:tcPr>
            <w:tcW w:w="1384" w:type="dxa"/>
            <w:vAlign w:val="center"/>
          </w:tcPr>
          <w:p w14:paraId="2164F2B1" w14:textId="77777777" w:rsidR="00821C9E" w:rsidRDefault="00000000">
            <w:pPr>
              <w:jc w:val="center"/>
            </w:pPr>
            <w:r>
              <w:rPr>
                <w:sz w:val="18"/>
              </w:rPr>
              <w:t>☐</w:t>
            </w:r>
          </w:p>
        </w:tc>
        <w:tc>
          <w:tcPr>
            <w:tcW w:w="1384" w:type="dxa"/>
            <w:vAlign w:val="center"/>
          </w:tcPr>
          <w:p w14:paraId="38BF29D9" w14:textId="77777777" w:rsidR="00821C9E" w:rsidRDefault="00000000">
            <w:pPr>
              <w:jc w:val="center"/>
            </w:pPr>
            <w:r>
              <w:rPr>
                <w:sz w:val="18"/>
              </w:rPr>
              <w:t>........................</w:t>
            </w:r>
          </w:p>
        </w:tc>
      </w:tr>
      <w:tr w:rsidR="00821C9E" w14:paraId="2F6FEA43" w14:textId="77777777">
        <w:trPr>
          <w:jc w:val="center"/>
        </w:trPr>
        <w:tc>
          <w:tcPr>
            <w:tcW w:w="1384" w:type="dxa"/>
            <w:vAlign w:val="center"/>
          </w:tcPr>
          <w:p w14:paraId="7A121043" w14:textId="77777777" w:rsidR="00821C9E" w:rsidRDefault="00000000">
            <w:pPr>
              <w:jc w:val="center"/>
            </w:pPr>
            <w:r>
              <w:rPr>
                <w:sz w:val="18"/>
              </w:rPr>
              <w:t>15</w:t>
            </w:r>
          </w:p>
        </w:tc>
        <w:tc>
          <w:tcPr>
            <w:tcW w:w="1384" w:type="dxa"/>
            <w:vAlign w:val="center"/>
          </w:tcPr>
          <w:p w14:paraId="2206C6EA" w14:textId="77777777" w:rsidR="00821C9E" w:rsidRDefault="00000000">
            <w:r>
              <w:rPr>
                <w:sz w:val="18"/>
              </w:rPr>
              <w:t>................................</w:t>
            </w:r>
          </w:p>
        </w:tc>
        <w:tc>
          <w:tcPr>
            <w:tcW w:w="1384" w:type="dxa"/>
            <w:vAlign w:val="center"/>
          </w:tcPr>
          <w:p w14:paraId="7909BA20" w14:textId="77777777" w:rsidR="00821C9E" w:rsidRDefault="00000000">
            <w:r>
              <w:rPr>
                <w:sz w:val="18"/>
              </w:rPr>
              <w:t>................................</w:t>
            </w:r>
          </w:p>
        </w:tc>
        <w:tc>
          <w:tcPr>
            <w:tcW w:w="1384" w:type="dxa"/>
            <w:vAlign w:val="center"/>
          </w:tcPr>
          <w:p w14:paraId="05364388" w14:textId="77777777" w:rsidR="00821C9E" w:rsidRDefault="00000000">
            <w:pPr>
              <w:jc w:val="center"/>
            </w:pPr>
            <w:r>
              <w:rPr>
                <w:sz w:val="18"/>
              </w:rPr>
              <w:t>Guru</w:t>
            </w:r>
          </w:p>
        </w:tc>
        <w:tc>
          <w:tcPr>
            <w:tcW w:w="1384" w:type="dxa"/>
            <w:vAlign w:val="center"/>
          </w:tcPr>
          <w:p w14:paraId="0DC96D16" w14:textId="77777777" w:rsidR="00821C9E" w:rsidRDefault="00000000">
            <w:pPr>
              <w:jc w:val="center"/>
            </w:pPr>
            <w:r>
              <w:rPr>
                <w:sz w:val="18"/>
              </w:rPr>
              <w:t>☐</w:t>
            </w:r>
          </w:p>
        </w:tc>
        <w:tc>
          <w:tcPr>
            <w:tcW w:w="1384" w:type="dxa"/>
            <w:vAlign w:val="center"/>
          </w:tcPr>
          <w:p w14:paraId="036A8CB5" w14:textId="77777777" w:rsidR="00821C9E" w:rsidRDefault="00000000">
            <w:pPr>
              <w:jc w:val="center"/>
            </w:pPr>
            <w:r>
              <w:rPr>
                <w:sz w:val="18"/>
              </w:rPr>
              <w:t>☐</w:t>
            </w:r>
          </w:p>
        </w:tc>
        <w:tc>
          <w:tcPr>
            <w:tcW w:w="1384" w:type="dxa"/>
            <w:vAlign w:val="center"/>
          </w:tcPr>
          <w:p w14:paraId="29A4B992" w14:textId="77777777" w:rsidR="00821C9E" w:rsidRDefault="00000000">
            <w:pPr>
              <w:jc w:val="center"/>
            </w:pPr>
            <w:r>
              <w:rPr>
                <w:sz w:val="18"/>
              </w:rPr>
              <w:t>........................</w:t>
            </w:r>
          </w:p>
        </w:tc>
      </w:tr>
      <w:tr w:rsidR="00821C9E" w14:paraId="0615A857" w14:textId="77777777">
        <w:trPr>
          <w:jc w:val="center"/>
        </w:trPr>
        <w:tc>
          <w:tcPr>
            <w:tcW w:w="1384" w:type="dxa"/>
            <w:vAlign w:val="center"/>
          </w:tcPr>
          <w:p w14:paraId="737AC61B" w14:textId="77777777" w:rsidR="00821C9E" w:rsidRDefault="00000000">
            <w:pPr>
              <w:jc w:val="center"/>
            </w:pPr>
            <w:r>
              <w:rPr>
                <w:sz w:val="18"/>
              </w:rPr>
              <w:t>16</w:t>
            </w:r>
          </w:p>
        </w:tc>
        <w:tc>
          <w:tcPr>
            <w:tcW w:w="1384" w:type="dxa"/>
            <w:vAlign w:val="center"/>
          </w:tcPr>
          <w:p w14:paraId="480EFBBC" w14:textId="77777777" w:rsidR="00821C9E" w:rsidRDefault="00000000">
            <w:r>
              <w:rPr>
                <w:sz w:val="18"/>
              </w:rPr>
              <w:t>................................</w:t>
            </w:r>
          </w:p>
        </w:tc>
        <w:tc>
          <w:tcPr>
            <w:tcW w:w="1384" w:type="dxa"/>
            <w:vAlign w:val="center"/>
          </w:tcPr>
          <w:p w14:paraId="01DC33F1" w14:textId="77777777" w:rsidR="00821C9E" w:rsidRDefault="00000000">
            <w:r>
              <w:rPr>
                <w:sz w:val="18"/>
              </w:rPr>
              <w:t>................................</w:t>
            </w:r>
          </w:p>
        </w:tc>
        <w:tc>
          <w:tcPr>
            <w:tcW w:w="1384" w:type="dxa"/>
            <w:vAlign w:val="center"/>
          </w:tcPr>
          <w:p w14:paraId="77C15374" w14:textId="77777777" w:rsidR="00821C9E" w:rsidRDefault="00000000">
            <w:pPr>
              <w:jc w:val="center"/>
            </w:pPr>
            <w:r>
              <w:rPr>
                <w:sz w:val="18"/>
              </w:rPr>
              <w:t>Guru</w:t>
            </w:r>
          </w:p>
        </w:tc>
        <w:tc>
          <w:tcPr>
            <w:tcW w:w="1384" w:type="dxa"/>
            <w:vAlign w:val="center"/>
          </w:tcPr>
          <w:p w14:paraId="4EAB7E1B" w14:textId="77777777" w:rsidR="00821C9E" w:rsidRDefault="00000000">
            <w:pPr>
              <w:jc w:val="center"/>
            </w:pPr>
            <w:r>
              <w:rPr>
                <w:sz w:val="18"/>
              </w:rPr>
              <w:t>☐</w:t>
            </w:r>
          </w:p>
        </w:tc>
        <w:tc>
          <w:tcPr>
            <w:tcW w:w="1384" w:type="dxa"/>
            <w:vAlign w:val="center"/>
          </w:tcPr>
          <w:p w14:paraId="2411B10B" w14:textId="77777777" w:rsidR="00821C9E" w:rsidRDefault="00000000">
            <w:pPr>
              <w:jc w:val="center"/>
            </w:pPr>
            <w:r>
              <w:rPr>
                <w:sz w:val="18"/>
              </w:rPr>
              <w:t>☐</w:t>
            </w:r>
          </w:p>
        </w:tc>
        <w:tc>
          <w:tcPr>
            <w:tcW w:w="1384" w:type="dxa"/>
            <w:vAlign w:val="center"/>
          </w:tcPr>
          <w:p w14:paraId="55C1C7AA" w14:textId="77777777" w:rsidR="00821C9E" w:rsidRDefault="00000000">
            <w:pPr>
              <w:jc w:val="center"/>
            </w:pPr>
            <w:r>
              <w:rPr>
                <w:sz w:val="18"/>
              </w:rPr>
              <w:t>........................</w:t>
            </w:r>
          </w:p>
        </w:tc>
      </w:tr>
      <w:tr w:rsidR="00821C9E" w14:paraId="08D24C5E" w14:textId="77777777">
        <w:trPr>
          <w:jc w:val="center"/>
        </w:trPr>
        <w:tc>
          <w:tcPr>
            <w:tcW w:w="1384" w:type="dxa"/>
            <w:vAlign w:val="center"/>
          </w:tcPr>
          <w:p w14:paraId="07E7D472" w14:textId="77777777" w:rsidR="00821C9E" w:rsidRDefault="00000000">
            <w:pPr>
              <w:jc w:val="center"/>
            </w:pPr>
            <w:r>
              <w:rPr>
                <w:sz w:val="18"/>
              </w:rPr>
              <w:t>17</w:t>
            </w:r>
          </w:p>
        </w:tc>
        <w:tc>
          <w:tcPr>
            <w:tcW w:w="1384" w:type="dxa"/>
            <w:vAlign w:val="center"/>
          </w:tcPr>
          <w:p w14:paraId="63CDCDC9" w14:textId="77777777" w:rsidR="00821C9E" w:rsidRDefault="00000000">
            <w:r>
              <w:rPr>
                <w:sz w:val="18"/>
              </w:rPr>
              <w:t>................................</w:t>
            </w:r>
          </w:p>
        </w:tc>
        <w:tc>
          <w:tcPr>
            <w:tcW w:w="1384" w:type="dxa"/>
            <w:vAlign w:val="center"/>
          </w:tcPr>
          <w:p w14:paraId="695C96F2" w14:textId="77777777" w:rsidR="00821C9E" w:rsidRDefault="00000000">
            <w:r>
              <w:rPr>
                <w:sz w:val="18"/>
              </w:rPr>
              <w:t>................................</w:t>
            </w:r>
          </w:p>
        </w:tc>
        <w:tc>
          <w:tcPr>
            <w:tcW w:w="1384" w:type="dxa"/>
            <w:vAlign w:val="center"/>
          </w:tcPr>
          <w:p w14:paraId="2017B694" w14:textId="77777777" w:rsidR="00821C9E" w:rsidRDefault="00000000">
            <w:pPr>
              <w:jc w:val="center"/>
            </w:pPr>
            <w:r>
              <w:rPr>
                <w:sz w:val="18"/>
              </w:rPr>
              <w:t>Guru</w:t>
            </w:r>
          </w:p>
        </w:tc>
        <w:tc>
          <w:tcPr>
            <w:tcW w:w="1384" w:type="dxa"/>
            <w:vAlign w:val="center"/>
          </w:tcPr>
          <w:p w14:paraId="48C41E7C" w14:textId="77777777" w:rsidR="00821C9E" w:rsidRDefault="00000000">
            <w:pPr>
              <w:jc w:val="center"/>
            </w:pPr>
            <w:r>
              <w:rPr>
                <w:sz w:val="18"/>
              </w:rPr>
              <w:t>☐</w:t>
            </w:r>
          </w:p>
        </w:tc>
        <w:tc>
          <w:tcPr>
            <w:tcW w:w="1384" w:type="dxa"/>
            <w:vAlign w:val="center"/>
          </w:tcPr>
          <w:p w14:paraId="26D26945" w14:textId="77777777" w:rsidR="00821C9E" w:rsidRDefault="00000000">
            <w:pPr>
              <w:jc w:val="center"/>
            </w:pPr>
            <w:r>
              <w:rPr>
                <w:sz w:val="18"/>
              </w:rPr>
              <w:t>☐</w:t>
            </w:r>
          </w:p>
        </w:tc>
        <w:tc>
          <w:tcPr>
            <w:tcW w:w="1384" w:type="dxa"/>
            <w:vAlign w:val="center"/>
          </w:tcPr>
          <w:p w14:paraId="711D36F5" w14:textId="77777777" w:rsidR="00821C9E" w:rsidRDefault="00000000">
            <w:pPr>
              <w:jc w:val="center"/>
            </w:pPr>
            <w:r>
              <w:rPr>
                <w:sz w:val="18"/>
              </w:rPr>
              <w:t>........................</w:t>
            </w:r>
          </w:p>
        </w:tc>
      </w:tr>
      <w:tr w:rsidR="00821C9E" w14:paraId="137A7405" w14:textId="77777777">
        <w:trPr>
          <w:jc w:val="center"/>
        </w:trPr>
        <w:tc>
          <w:tcPr>
            <w:tcW w:w="1384" w:type="dxa"/>
            <w:vAlign w:val="center"/>
          </w:tcPr>
          <w:p w14:paraId="06C87344" w14:textId="77777777" w:rsidR="00821C9E" w:rsidRDefault="00000000">
            <w:pPr>
              <w:jc w:val="center"/>
            </w:pPr>
            <w:r>
              <w:rPr>
                <w:sz w:val="18"/>
              </w:rPr>
              <w:t>18</w:t>
            </w:r>
          </w:p>
        </w:tc>
        <w:tc>
          <w:tcPr>
            <w:tcW w:w="1384" w:type="dxa"/>
            <w:vAlign w:val="center"/>
          </w:tcPr>
          <w:p w14:paraId="52FAA542" w14:textId="77777777" w:rsidR="00821C9E" w:rsidRDefault="00000000">
            <w:r>
              <w:rPr>
                <w:sz w:val="18"/>
              </w:rPr>
              <w:t>................................</w:t>
            </w:r>
          </w:p>
        </w:tc>
        <w:tc>
          <w:tcPr>
            <w:tcW w:w="1384" w:type="dxa"/>
            <w:vAlign w:val="center"/>
          </w:tcPr>
          <w:p w14:paraId="74A2BF99" w14:textId="77777777" w:rsidR="00821C9E" w:rsidRDefault="00000000">
            <w:r>
              <w:rPr>
                <w:sz w:val="18"/>
              </w:rPr>
              <w:t>................................</w:t>
            </w:r>
          </w:p>
        </w:tc>
        <w:tc>
          <w:tcPr>
            <w:tcW w:w="1384" w:type="dxa"/>
            <w:vAlign w:val="center"/>
          </w:tcPr>
          <w:p w14:paraId="229D3CA1" w14:textId="77777777" w:rsidR="00821C9E" w:rsidRDefault="00000000">
            <w:pPr>
              <w:jc w:val="center"/>
            </w:pPr>
            <w:r>
              <w:rPr>
                <w:sz w:val="18"/>
              </w:rPr>
              <w:t>Guru</w:t>
            </w:r>
          </w:p>
        </w:tc>
        <w:tc>
          <w:tcPr>
            <w:tcW w:w="1384" w:type="dxa"/>
            <w:vAlign w:val="center"/>
          </w:tcPr>
          <w:p w14:paraId="052BC3A2" w14:textId="77777777" w:rsidR="00821C9E" w:rsidRDefault="00000000">
            <w:pPr>
              <w:jc w:val="center"/>
            </w:pPr>
            <w:r>
              <w:rPr>
                <w:sz w:val="18"/>
              </w:rPr>
              <w:t>☐</w:t>
            </w:r>
          </w:p>
        </w:tc>
        <w:tc>
          <w:tcPr>
            <w:tcW w:w="1384" w:type="dxa"/>
            <w:vAlign w:val="center"/>
          </w:tcPr>
          <w:p w14:paraId="7AFCDAD7" w14:textId="77777777" w:rsidR="00821C9E" w:rsidRDefault="00000000">
            <w:pPr>
              <w:jc w:val="center"/>
            </w:pPr>
            <w:r>
              <w:rPr>
                <w:sz w:val="18"/>
              </w:rPr>
              <w:t>☐</w:t>
            </w:r>
          </w:p>
        </w:tc>
        <w:tc>
          <w:tcPr>
            <w:tcW w:w="1384" w:type="dxa"/>
            <w:vAlign w:val="center"/>
          </w:tcPr>
          <w:p w14:paraId="516464C3" w14:textId="77777777" w:rsidR="00821C9E" w:rsidRDefault="00000000">
            <w:pPr>
              <w:jc w:val="center"/>
            </w:pPr>
            <w:r>
              <w:rPr>
                <w:sz w:val="18"/>
              </w:rPr>
              <w:t>........................</w:t>
            </w:r>
          </w:p>
        </w:tc>
      </w:tr>
      <w:tr w:rsidR="00821C9E" w14:paraId="2D0A4012" w14:textId="77777777">
        <w:trPr>
          <w:jc w:val="center"/>
        </w:trPr>
        <w:tc>
          <w:tcPr>
            <w:tcW w:w="1384" w:type="dxa"/>
            <w:vAlign w:val="center"/>
          </w:tcPr>
          <w:p w14:paraId="5BC19BDD" w14:textId="77777777" w:rsidR="00821C9E" w:rsidRDefault="00000000">
            <w:pPr>
              <w:jc w:val="center"/>
            </w:pPr>
            <w:r>
              <w:rPr>
                <w:sz w:val="18"/>
              </w:rPr>
              <w:t>19</w:t>
            </w:r>
          </w:p>
        </w:tc>
        <w:tc>
          <w:tcPr>
            <w:tcW w:w="1384" w:type="dxa"/>
            <w:vAlign w:val="center"/>
          </w:tcPr>
          <w:p w14:paraId="2D854208" w14:textId="77777777" w:rsidR="00821C9E" w:rsidRDefault="00000000">
            <w:r>
              <w:rPr>
                <w:sz w:val="18"/>
              </w:rPr>
              <w:t>................................</w:t>
            </w:r>
          </w:p>
        </w:tc>
        <w:tc>
          <w:tcPr>
            <w:tcW w:w="1384" w:type="dxa"/>
            <w:vAlign w:val="center"/>
          </w:tcPr>
          <w:p w14:paraId="6C42F117" w14:textId="77777777" w:rsidR="00821C9E" w:rsidRDefault="00000000">
            <w:r>
              <w:rPr>
                <w:sz w:val="18"/>
              </w:rPr>
              <w:t>................................</w:t>
            </w:r>
          </w:p>
        </w:tc>
        <w:tc>
          <w:tcPr>
            <w:tcW w:w="1384" w:type="dxa"/>
            <w:vAlign w:val="center"/>
          </w:tcPr>
          <w:p w14:paraId="5F27E46F" w14:textId="77777777" w:rsidR="00821C9E" w:rsidRDefault="00000000">
            <w:pPr>
              <w:jc w:val="center"/>
            </w:pPr>
            <w:r>
              <w:rPr>
                <w:sz w:val="18"/>
              </w:rPr>
              <w:t>Guru</w:t>
            </w:r>
          </w:p>
        </w:tc>
        <w:tc>
          <w:tcPr>
            <w:tcW w:w="1384" w:type="dxa"/>
            <w:vAlign w:val="center"/>
          </w:tcPr>
          <w:p w14:paraId="18735184" w14:textId="77777777" w:rsidR="00821C9E" w:rsidRDefault="00000000">
            <w:pPr>
              <w:jc w:val="center"/>
            </w:pPr>
            <w:r>
              <w:rPr>
                <w:sz w:val="18"/>
              </w:rPr>
              <w:t>☐</w:t>
            </w:r>
          </w:p>
        </w:tc>
        <w:tc>
          <w:tcPr>
            <w:tcW w:w="1384" w:type="dxa"/>
            <w:vAlign w:val="center"/>
          </w:tcPr>
          <w:p w14:paraId="1B0AEA9B" w14:textId="77777777" w:rsidR="00821C9E" w:rsidRDefault="00000000">
            <w:pPr>
              <w:jc w:val="center"/>
            </w:pPr>
            <w:r>
              <w:rPr>
                <w:sz w:val="18"/>
              </w:rPr>
              <w:t>☐</w:t>
            </w:r>
          </w:p>
        </w:tc>
        <w:tc>
          <w:tcPr>
            <w:tcW w:w="1384" w:type="dxa"/>
            <w:vAlign w:val="center"/>
          </w:tcPr>
          <w:p w14:paraId="0CD6F1E3" w14:textId="77777777" w:rsidR="00821C9E" w:rsidRDefault="00000000">
            <w:pPr>
              <w:jc w:val="center"/>
            </w:pPr>
            <w:r>
              <w:rPr>
                <w:sz w:val="18"/>
              </w:rPr>
              <w:t>........................</w:t>
            </w:r>
          </w:p>
        </w:tc>
      </w:tr>
      <w:tr w:rsidR="00821C9E" w14:paraId="697EF680" w14:textId="77777777">
        <w:trPr>
          <w:jc w:val="center"/>
        </w:trPr>
        <w:tc>
          <w:tcPr>
            <w:tcW w:w="1384" w:type="dxa"/>
            <w:vAlign w:val="center"/>
          </w:tcPr>
          <w:p w14:paraId="7D48CBA0" w14:textId="77777777" w:rsidR="00821C9E" w:rsidRDefault="00000000">
            <w:pPr>
              <w:jc w:val="center"/>
            </w:pPr>
            <w:r>
              <w:rPr>
                <w:sz w:val="18"/>
              </w:rPr>
              <w:t>20</w:t>
            </w:r>
          </w:p>
        </w:tc>
        <w:tc>
          <w:tcPr>
            <w:tcW w:w="1384" w:type="dxa"/>
            <w:vAlign w:val="center"/>
          </w:tcPr>
          <w:p w14:paraId="6CB8B833" w14:textId="77777777" w:rsidR="00821C9E" w:rsidRDefault="00000000">
            <w:r>
              <w:rPr>
                <w:sz w:val="18"/>
              </w:rPr>
              <w:t>................................</w:t>
            </w:r>
          </w:p>
        </w:tc>
        <w:tc>
          <w:tcPr>
            <w:tcW w:w="1384" w:type="dxa"/>
            <w:vAlign w:val="center"/>
          </w:tcPr>
          <w:p w14:paraId="057F7F22" w14:textId="77777777" w:rsidR="00821C9E" w:rsidRDefault="00000000">
            <w:r>
              <w:rPr>
                <w:sz w:val="18"/>
              </w:rPr>
              <w:t>................................</w:t>
            </w:r>
          </w:p>
        </w:tc>
        <w:tc>
          <w:tcPr>
            <w:tcW w:w="1384" w:type="dxa"/>
            <w:vAlign w:val="center"/>
          </w:tcPr>
          <w:p w14:paraId="073CDF8C" w14:textId="77777777" w:rsidR="00821C9E" w:rsidRDefault="00000000">
            <w:pPr>
              <w:jc w:val="center"/>
            </w:pPr>
            <w:r>
              <w:rPr>
                <w:sz w:val="18"/>
              </w:rPr>
              <w:t>Guru</w:t>
            </w:r>
          </w:p>
        </w:tc>
        <w:tc>
          <w:tcPr>
            <w:tcW w:w="1384" w:type="dxa"/>
            <w:vAlign w:val="center"/>
          </w:tcPr>
          <w:p w14:paraId="4558A712" w14:textId="77777777" w:rsidR="00821C9E" w:rsidRDefault="00000000">
            <w:pPr>
              <w:jc w:val="center"/>
            </w:pPr>
            <w:r>
              <w:rPr>
                <w:sz w:val="18"/>
              </w:rPr>
              <w:t>☐</w:t>
            </w:r>
          </w:p>
        </w:tc>
        <w:tc>
          <w:tcPr>
            <w:tcW w:w="1384" w:type="dxa"/>
            <w:vAlign w:val="center"/>
          </w:tcPr>
          <w:p w14:paraId="750E33A1" w14:textId="77777777" w:rsidR="00821C9E" w:rsidRDefault="00000000">
            <w:pPr>
              <w:jc w:val="center"/>
            </w:pPr>
            <w:r>
              <w:rPr>
                <w:sz w:val="18"/>
              </w:rPr>
              <w:t>☐</w:t>
            </w:r>
          </w:p>
        </w:tc>
        <w:tc>
          <w:tcPr>
            <w:tcW w:w="1384" w:type="dxa"/>
            <w:vAlign w:val="center"/>
          </w:tcPr>
          <w:p w14:paraId="3CDF9C60" w14:textId="77777777" w:rsidR="00821C9E" w:rsidRDefault="00000000">
            <w:pPr>
              <w:jc w:val="center"/>
            </w:pPr>
            <w:r>
              <w:rPr>
                <w:sz w:val="18"/>
              </w:rPr>
              <w:t>........................</w:t>
            </w:r>
          </w:p>
        </w:tc>
      </w:tr>
      <w:tr w:rsidR="00821C9E" w14:paraId="6E99B250" w14:textId="77777777">
        <w:trPr>
          <w:jc w:val="center"/>
        </w:trPr>
        <w:tc>
          <w:tcPr>
            <w:tcW w:w="1384" w:type="dxa"/>
            <w:vAlign w:val="center"/>
          </w:tcPr>
          <w:p w14:paraId="46C36E5B" w14:textId="77777777" w:rsidR="00821C9E" w:rsidRDefault="00000000">
            <w:pPr>
              <w:jc w:val="center"/>
            </w:pPr>
            <w:r>
              <w:rPr>
                <w:sz w:val="18"/>
              </w:rPr>
              <w:t>21</w:t>
            </w:r>
          </w:p>
        </w:tc>
        <w:tc>
          <w:tcPr>
            <w:tcW w:w="1384" w:type="dxa"/>
            <w:vAlign w:val="center"/>
          </w:tcPr>
          <w:p w14:paraId="526D7B70" w14:textId="77777777" w:rsidR="00821C9E" w:rsidRDefault="00000000">
            <w:r>
              <w:rPr>
                <w:sz w:val="18"/>
              </w:rPr>
              <w:t>................................</w:t>
            </w:r>
          </w:p>
        </w:tc>
        <w:tc>
          <w:tcPr>
            <w:tcW w:w="1384" w:type="dxa"/>
            <w:vAlign w:val="center"/>
          </w:tcPr>
          <w:p w14:paraId="4D25647C" w14:textId="77777777" w:rsidR="00821C9E" w:rsidRDefault="00000000">
            <w:r>
              <w:rPr>
                <w:sz w:val="18"/>
              </w:rPr>
              <w:t>................................</w:t>
            </w:r>
          </w:p>
        </w:tc>
        <w:tc>
          <w:tcPr>
            <w:tcW w:w="1384" w:type="dxa"/>
            <w:vAlign w:val="center"/>
          </w:tcPr>
          <w:p w14:paraId="2E8CB8FF" w14:textId="77777777" w:rsidR="00821C9E" w:rsidRDefault="00000000">
            <w:pPr>
              <w:jc w:val="center"/>
            </w:pPr>
            <w:r>
              <w:rPr>
                <w:sz w:val="18"/>
              </w:rPr>
              <w:t>Guru</w:t>
            </w:r>
          </w:p>
        </w:tc>
        <w:tc>
          <w:tcPr>
            <w:tcW w:w="1384" w:type="dxa"/>
            <w:vAlign w:val="center"/>
          </w:tcPr>
          <w:p w14:paraId="67A1E135" w14:textId="77777777" w:rsidR="00821C9E" w:rsidRDefault="00000000">
            <w:pPr>
              <w:jc w:val="center"/>
            </w:pPr>
            <w:r>
              <w:rPr>
                <w:sz w:val="18"/>
              </w:rPr>
              <w:t>☐</w:t>
            </w:r>
          </w:p>
        </w:tc>
        <w:tc>
          <w:tcPr>
            <w:tcW w:w="1384" w:type="dxa"/>
            <w:vAlign w:val="center"/>
          </w:tcPr>
          <w:p w14:paraId="48498E89" w14:textId="77777777" w:rsidR="00821C9E" w:rsidRDefault="00000000">
            <w:pPr>
              <w:jc w:val="center"/>
            </w:pPr>
            <w:r>
              <w:rPr>
                <w:sz w:val="18"/>
              </w:rPr>
              <w:t>☐</w:t>
            </w:r>
          </w:p>
        </w:tc>
        <w:tc>
          <w:tcPr>
            <w:tcW w:w="1384" w:type="dxa"/>
            <w:vAlign w:val="center"/>
          </w:tcPr>
          <w:p w14:paraId="48EE0745" w14:textId="77777777" w:rsidR="00821C9E" w:rsidRDefault="00000000">
            <w:pPr>
              <w:jc w:val="center"/>
            </w:pPr>
            <w:r>
              <w:rPr>
                <w:sz w:val="18"/>
              </w:rPr>
              <w:t>........................</w:t>
            </w:r>
          </w:p>
        </w:tc>
      </w:tr>
      <w:tr w:rsidR="00821C9E" w14:paraId="66A44B84" w14:textId="77777777">
        <w:trPr>
          <w:jc w:val="center"/>
        </w:trPr>
        <w:tc>
          <w:tcPr>
            <w:tcW w:w="1384" w:type="dxa"/>
            <w:vAlign w:val="center"/>
          </w:tcPr>
          <w:p w14:paraId="195A9582" w14:textId="77777777" w:rsidR="00821C9E" w:rsidRDefault="00000000">
            <w:pPr>
              <w:jc w:val="center"/>
            </w:pPr>
            <w:r>
              <w:rPr>
                <w:sz w:val="18"/>
              </w:rPr>
              <w:t>22</w:t>
            </w:r>
          </w:p>
        </w:tc>
        <w:tc>
          <w:tcPr>
            <w:tcW w:w="1384" w:type="dxa"/>
            <w:vAlign w:val="center"/>
          </w:tcPr>
          <w:p w14:paraId="43266C2D" w14:textId="77777777" w:rsidR="00821C9E" w:rsidRDefault="00000000">
            <w:r>
              <w:rPr>
                <w:sz w:val="18"/>
              </w:rPr>
              <w:t>................................</w:t>
            </w:r>
          </w:p>
        </w:tc>
        <w:tc>
          <w:tcPr>
            <w:tcW w:w="1384" w:type="dxa"/>
            <w:vAlign w:val="center"/>
          </w:tcPr>
          <w:p w14:paraId="3410CCEB" w14:textId="77777777" w:rsidR="00821C9E" w:rsidRDefault="00000000">
            <w:r>
              <w:rPr>
                <w:sz w:val="18"/>
              </w:rPr>
              <w:t>................................</w:t>
            </w:r>
          </w:p>
        </w:tc>
        <w:tc>
          <w:tcPr>
            <w:tcW w:w="1384" w:type="dxa"/>
            <w:vAlign w:val="center"/>
          </w:tcPr>
          <w:p w14:paraId="039233A8" w14:textId="77777777" w:rsidR="00821C9E" w:rsidRDefault="00000000">
            <w:pPr>
              <w:jc w:val="center"/>
            </w:pPr>
            <w:r>
              <w:rPr>
                <w:sz w:val="18"/>
              </w:rPr>
              <w:t>Guru</w:t>
            </w:r>
          </w:p>
        </w:tc>
        <w:tc>
          <w:tcPr>
            <w:tcW w:w="1384" w:type="dxa"/>
            <w:vAlign w:val="center"/>
          </w:tcPr>
          <w:p w14:paraId="1AD4772B" w14:textId="77777777" w:rsidR="00821C9E" w:rsidRDefault="00000000">
            <w:pPr>
              <w:jc w:val="center"/>
            </w:pPr>
            <w:r>
              <w:rPr>
                <w:sz w:val="18"/>
              </w:rPr>
              <w:t>☐</w:t>
            </w:r>
          </w:p>
        </w:tc>
        <w:tc>
          <w:tcPr>
            <w:tcW w:w="1384" w:type="dxa"/>
            <w:vAlign w:val="center"/>
          </w:tcPr>
          <w:p w14:paraId="63EC7CDE" w14:textId="77777777" w:rsidR="00821C9E" w:rsidRDefault="00000000">
            <w:pPr>
              <w:jc w:val="center"/>
            </w:pPr>
            <w:r>
              <w:rPr>
                <w:sz w:val="18"/>
              </w:rPr>
              <w:t>☐</w:t>
            </w:r>
          </w:p>
        </w:tc>
        <w:tc>
          <w:tcPr>
            <w:tcW w:w="1384" w:type="dxa"/>
            <w:vAlign w:val="center"/>
          </w:tcPr>
          <w:p w14:paraId="027F3F19" w14:textId="77777777" w:rsidR="00821C9E" w:rsidRDefault="00000000">
            <w:pPr>
              <w:jc w:val="center"/>
            </w:pPr>
            <w:r>
              <w:rPr>
                <w:sz w:val="18"/>
              </w:rPr>
              <w:t>........................</w:t>
            </w:r>
          </w:p>
        </w:tc>
      </w:tr>
      <w:tr w:rsidR="00821C9E" w14:paraId="0C8E61DF" w14:textId="77777777">
        <w:trPr>
          <w:jc w:val="center"/>
        </w:trPr>
        <w:tc>
          <w:tcPr>
            <w:tcW w:w="1384" w:type="dxa"/>
            <w:vAlign w:val="center"/>
          </w:tcPr>
          <w:p w14:paraId="47F1F1F4" w14:textId="77777777" w:rsidR="00821C9E" w:rsidRDefault="00000000">
            <w:pPr>
              <w:jc w:val="center"/>
            </w:pPr>
            <w:r>
              <w:rPr>
                <w:sz w:val="18"/>
              </w:rPr>
              <w:t>23</w:t>
            </w:r>
          </w:p>
        </w:tc>
        <w:tc>
          <w:tcPr>
            <w:tcW w:w="1384" w:type="dxa"/>
            <w:vAlign w:val="center"/>
          </w:tcPr>
          <w:p w14:paraId="27DBF6CF" w14:textId="77777777" w:rsidR="00821C9E" w:rsidRDefault="00000000">
            <w:r>
              <w:rPr>
                <w:sz w:val="18"/>
              </w:rPr>
              <w:t>................................</w:t>
            </w:r>
          </w:p>
        </w:tc>
        <w:tc>
          <w:tcPr>
            <w:tcW w:w="1384" w:type="dxa"/>
            <w:vAlign w:val="center"/>
          </w:tcPr>
          <w:p w14:paraId="3C981C85" w14:textId="77777777" w:rsidR="00821C9E" w:rsidRDefault="00000000">
            <w:r>
              <w:rPr>
                <w:sz w:val="18"/>
              </w:rPr>
              <w:t>................................</w:t>
            </w:r>
          </w:p>
        </w:tc>
        <w:tc>
          <w:tcPr>
            <w:tcW w:w="1384" w:type="dxa"/>
            <w:vAlign w:val="center"/>
          </w:tcPr>
          <w:p w14:paraId="328AF26F" w14:textId="77777777" w:rsidR="00821C9E" w:rsidRDefault="00000000">
            <w:pPr>
              <w:jc w:val="center"/>
            </w:pPr>
            <w:r>
              <w:rPr>
                <w:sz w:val="18"/>
              </w:rPr>
              <w:t>Guru</w:t>
            </w:r>
          </w:p>
        </w:tc>
        <w:tc>
          <w:tcPr>
            <w:tcW w:w="1384" w:type="dxa"/>
            <w:vAlign w:val="center"/>
          </w:tcPr>
          <w:p w14:paraId="1783572E" w14:textId="77777777" w:rsidR="00821C9E" w:rsidRDefault="00000000">
            <w:pPr>
              <w:jc w:val="center"/>
            </w:pPr>
            <w:r>
              <w:rPr>
                <w:sz w:val="18"/>
              </w:rPr>
              <w:t>☐</w:t>
            </w:r>
          </w:p>
        </w:tc>
        <w:tc>
          <w:tcPr>
            <w:tcW w:w="1384" w:type="dxa"/>
            <w:vAlign w:val="center"/>
          </w:tcPr>
          <w:p w14:paraId="24B444CC" w14:textId="77777777" w:rsidR="00821C9E" w:rsidRDefault="00000000">
            <w:pPr>
              <w:jc w:val="center"/>
            </w:pPr>
            <w:r>
              <w:rPr>
                <w:sz w:val="18"/>
              </w:rPr>
              <w:t>☐</w:t>
            </w:r>
          </w:p>
        </w:tc>
        <w:tc>
          <w:tcPr>
            <w:tcW w:w="1384" w:type="dxa"/>
            <w:vAlign w:val="center"/>
          </w:tcPr>
          <w:p w14:paraId="32C00BB8" w14:textId="77777777" w:rsidR="00821C9E" w:rsidRDefault="00000000">
            <w:pPr>
              <w:jc w:val="center"/>
            </w:pPr>
            <w:r>
              <w:rPr>
                <w:sz w:val="18"/>
              </w:rPr>
              <w:t>........................</w:t>
            </w:r>
          </w:p>
        </w:tc>
      </w:tr>
    </w:tbl>
    <w:p w14:paraId="4D4D5B30" w14:textId="77777777" w:rsidR="00821C9E" w:rsidRDefault="00000000">
      <w:pPr>
        <w:pStyle w:val="Heading1"/>
      </w:pPr>
      <w:r>
        <w:t>O. PENGESAHAN DAN TANDA TANGAN</w:t>
      </w:r>
    </w:p>
    <w:p w14:paraId="2BB01C9A" w14:textId="77777777" w:rsidR="00821C9E" w:rsidRDefault="00000000">
      <w:pPr>
        <w:spacing w:after="120"/>
      </w:pPr>
      <w:r>
        <w:t>Demikian laporan kegiatan daring MGMP Sejarah SMA/SMK ini dibuat sebagai dokumentasi pelaksanaan kegiatan. Laporan ini diharapkan dapat menjadi bahan administrasi dan tindak lanjut peningkatan kompetensi guru.</w:t>
      </w:r>
    </w:p>
    <w:tbl>
      <w:tblPr>
        <w:tblStyle w:val="TableGrid"/>
        <w:tblW w:w="0" w:type="auto"/>
        <w:jc w:val="center"/>
        <w:tblLook w:val="04A0" w:firstRow="1" w:lastRow="0" w:firstColumn="1" w:lastColumn="0" w:noHBand="0" w:noVBand="1"/>
      </w:tblPr>
      <w:tblGrid>
        <w:gridCol w:w="4844"/>
        <w:gridCol w:w="4844"/>
      </w:tblGrid>
      <w:tr w:rsidR="00821C9E" w14:paraId="27E7ED46" w14:textId="77777777">
        <w:trPr>
          <w:jc w:val="center"/>
        </w:trPr>
        <w:tc>
          <w:tcPr>
            <w:tcW w:w="4844" w:type="dxa"/>
            <w:vAlign w:val="center"/>
          </w:tcPr>
          <w:p w14:paraId="1E460375" w14:textId="77777777" w:rsidR="00821C9E" w:rsidRDefault="00000000">
            <w:pPr>
              <w:jc w:val="center"/>
            </w:pPr>
            <w:r>
              <w:rPr>
                <w:b/>
                <w:sz w:val="20"/>
              </w:rPr>
              <w:t>Mengetahui,</w:t>
            </w:r>
            <w:r>
              <w:rPr>
                <w:b/>
                <w:sz w:val="20"/>
              </w:rPr>
              <w:br/>
              <w:t>Ketua MGMP Sejarah</w:t>
            </w:r>
          </w:p>
        </w:tc>
        <w:tc>
          <w:tcPr>
            <w:tcW w:w="4844" w:type="dxa"/>
            <w:vAlign w:val="center"/>
          </w:tcPr>
          <w:p w14:paraId="7EFF6C3A" w14:textId="77777777" w:rsidR="00821C9E" w:rsidRDefault="00000000">
            <w:pPr>
              <w:jc w:val="center"/>
            </w:pPr>
            <w:r>
              <w:rPr>
                <w:b/>
                <w:sz w:val="20"/>
              </w:rPr>
              <w:t>Sekretaris MGMP Sejarah</w:t>
            </w:r>
          </w:p>
        </w:tc>
      </w:tr>
      <w:tr w:rsidR="00821C9E" w14:paraId="160BF7DC" w14:textId="77777777">
        <w:trPr>
          <w:jc w:val="center"/>
        </w:trPr>
        <w:tc>
          <w:tcPr>
            <w:tcW w:w="4844" w:type="dxa"/>
            <w:vAlign w:val="center"/>
          </w:tcPr>
          <w:p w14:paraId="0786682E" w14:textId="02F4A48F" w:rsidR="00821C9E" w:rsidRDefault="00000000">
            <w:pPr>
              <w:jc w:val="center"/>
            </w:pPr>
            <w:r>
              <w:rPr>
                <w:sz w:val="20"/>
              </w:rPr>
              <w:br/>
            </w:r>
            <w:r>
              <w:rPr>
                <w:sz w:val="20"/>
              </w:rPr>
              <w:br/>
            </w:r>
            <w:r>
              <w:rPr>
                <w:sz w:val="20"/>
              </w:rPr>
              <w:br/>
            </w:r>
            <w:proofErr w:type="gramStart"/>
            <w:r>
              <w:rPr>
                <w:sz w:val="20"/>
              </w:rPr>
              <w:t xml:space="preserve">( </w:t>
            </w:r>
            <w:r w:rsidR="002B6BD3">
              <w:rPr>
                <w:sz w:val="20"/>
              </w:rPr>
              <w:t>Ikbal</w:t>
            </w:r>
            <w:proofErr w:type="gramEnd"/>
            <w:r w:rsidR="002B6BD3">
              <w:rPr>
                <w:sz w:val="20"/>
              </w:rPr>
              <w:t xml:space="preserve"> </w:t>
            </w:r>
            <w:proofErr w:type="spellStart"/>
            <w:proofErr w:type="gramStart"/>
            <w:r w:rsidR="002B6BD3">
              <w:rPr>
                <w:sz w:val="20"/>
              </w:rPr>
              <w:t>Farid,S</w:t>
            </w:r>
            <w:proofErr w:type="gramEnd"/>
            <w:r w:rsidR="002B6BD3">
              <w:rPr>
                <w:sz w:val="20"/>
              </w:rPr>
              <w:t>.</w:t>
            </w:r>
            <w:proofErr w:type="gramStart"/>
            <w:r w:rsidR="002B6BD3">
              <w:rPr>
                <w:sz w:val="20"/>
              </w:rPr>
              <w:t>Pd</w:t>
            </w:r>
            <w:proofErr w:type="spellEnd"/>
            <w:r>
              <w:rPr>
                <w:sz w:val="20"/>
              </w:rPr>
              <w:t xml:space="preserve"> )</w:t>
            </w:r>
            <w:proofErr w:type="gramEnd"/>
          </w:p>
        </w:tc>
        <w:tc>
          <w:tcPr>
            <w:tcW w:w="4844" w:type="dxa"/>
            <w:vAlign w:val="center"/>
          </w:tcPr>
          <w:p w14:paraId="4A5766B5" w14:textId="7C9C1388" w:rsidR="00821C9E" w:rsidRDefault="00000000">
            <w:pPr>
              <w:jc w:val="center"/>
            </w:pPr>
            <w:r>
              <w:rPr>
                <w:sz w:val="20"/>
              </w:rPr>
              <w:br/>
            </w:r>
            <w:r>
              <w:rPr>
                <w:sz w:val="20"/>
              </w:rPr>
              <w:br/>
            </w:r>
            <w:r>
              <w:rPr>
                <w:sz w:val="20"/>
              </w:rPr>
              <w:br/>
            </w:r>
            <w:proofErr w:type="gramStart"/>
            <w:r>
              <w:rPr>
                <w:sz w:val="20"/>
              </w:rPr>
              <w:t xml:space="preserve">( </w:t>
            </w:r>
            <w:proofErr w:type="spellStart"/>
            <w:r w:rsidR="002B6BD3">
              <w:rPr>
                <w:sz w:val="20"/>
              </w:rPr>
              <w:t>Armiadi</w:t>
            </w:r>
            <w:proofErr w:type="gramEnd"/>
            <w:r w:rsidR="002B6BD3">
              <w:rPr>
                <w:sz w:val="20"/>
              </w:rPr>
              <w:t>,</w:t>
            </w:r>
            <w:proofErr w:type="gramStart"/>
            <w:r w:rsidR="002B6BD3">
              <w:rPr>
                <w:sz w:val="20"/>
              </w:rPr>
              <w:t>S.Pd</w:t>
            </w:r>
            <w:proofErr w:type="spellEnd"/>
            <w:proofErr w:type="gramEnd"/>
            <w:r>
              <w:rPr>
                <w:sz w:val="20"/>
              </w:rPr>
              <w:t xml:space="preserve"> )</w:t>
            </w:r>
          </w:p>
        </w:tc>
      </w:tr>
      <w:tr w:rsidR="00821C9E" w14:paraId="580656FD" w14:textId="77777777">
        <w:trPr>
          <w:jc w:val="center"/>
        </w:trPr>
        <w:tc>
          <w:tcPr>
            <w:tcW w:w="4844" w:type="dxa"/>
            <w:vAlign w:val="center"/>
          </w:tcPr>
          <w:p w14:paraId="64307F0C" w14:textId="77777777" w:rsidR="00821C9E" w:rsidRDefault="00000000">
            <w:pPr>
              <w:jc w:val="center"/>
            </w:pPr>
            <w:r>
              <w:rPr>
                <w:sz w:val="20"/>
              </w:rPr>
              <w:t>NIP. ........................................</w:t>
            </w:r>
          </w:p>
        </w:tc>
        <w:tc>
          <w:tcPr>
            <w:tcW w:w="4844" w:type="dxa"/>
            <w:vAlign w:val="center"/>
          </w:tcPr>
          <w:p w14:paraId="3386DE2E" w14:textId="77777777" w:rsidR="00821C9E" w:rsidRDefault="00000000">
            <w:pPr>
              <w:jc w:val="center"/>
            </w:pPr>
            <w:r>
              <w:rPr>
                <w:sz w:val="20"/>
              </w:rPr>
              <w:t>NIP. ........................................</w:t>
            </w:r>
          </w:p>
        </w:tc>
      </w:tr>
      <w:tr w:rsidR="00821C9E" w14:paraId="341DA5A8" w14:textId="77777777">
        <w:trPr>
          <w:jc w:val="center"/>
        </w:trPr>
        <w:tc>
          <w:tcPr>
            <w:tcW w:w="4844" w:type="dxa"/>
            <w:vAlign w:val="center"/>
          </w:tcPr>
          <w:p w14:paraId="0643FE4E" w14:textId="791D412C" w:rsidR="00821C9E" w:rsidRDefault="00000000">
            <w:pPr>
              <w:jc w:val="center"/>
            </w:pPr>
            <w:proofErr w:type="spellStart"/>
            <w:r>
              <w:rPr>
                <w:sz w:val="20"/>
              </w:rPr>
              <w:t>Tanggal</w:t>
            </w:r>
            <w:proofErr w:type="spellEnd"/>
            <w:r>
              <w:rPr>
                <w:sz w:val="20"/>
              </w:rPr>
              <w:t xml:space="preserve">: </w:t>
            </w:r>
            <w:r w:rsidR="002B6BD3">
              <w:rPr>
                <w:sz w:val="20"/>
              </w:rPr>
              <w:t>21 September 2026</w:t>
            </w:r>
          </w:p>
        </w:tc>
        <w:tc>
          <w:tcPr>
            <w:tcW w:w="4844" w:type="dxa"/>
            <w:vAlign w:val="center"/>
          </w:tcPr>
          <w:p w14:paraId="797FBA5E" w14:textId="555DEF81" w:rsidR="00821C9E" w:rsidRDefault="00000000">
            <w:pPr>
              <w:jc w:val="center"/>
            </w:pPr>
            <w:proofErr w:type="spellStart"/>
            <w:r>
              <w:rPr>
                <w:sz w:val="20"/>
              </w:rPr>
              <w:t>Tanggal</w:t>
            </w:r>
            <w:proofErr w:type="spellEnd"/>
            <w:r>
              <w:rPr>
                <w:sz w:val="20"/>
              </w:rPr>
              <w:t xml:space="preserve">: </w:t>
            </w:r>
            <w:r w:rsidR="002B6BD3">
              <w:rPr>
                <w:sz w:val="20"/>
              </w:rPr>
              <w:t>21 September 2026</w:t>
            </w:r>
          </w:p>
        </w:tc>
      </w:tr>
    </w:tbl>
    <w:p w14:paraId="7068DB18" w14:textId="77777777" w:rsidR="00821C9E" w:rsidRDefault="00000000">
      <w:r>
        <w:br w:type="page"/>
      </w:r>
    </w:p>
    <w:p w14:paraId="01AA2959" w14:textId="77777777" w:rsidR="00821C9E" w:rsidRDefault="00000000">
      <w:pPr>
        <w:pStyle w:val="Heading1"/>
      </w:pPr>
      <w:r>
        <w:t>P. HALAMAN DOKUMENTASI KEGIATAN</w:t>
      </w:r>
    </w:p>
    <w:p w14:paraId="7800F819" w14:textId="77777777" w:rsidR="00821C9E" w:rsidRDefault="00000000">
      <w:pPr>
        <w:spacing w:after="120"/>
      </w:pPr>
      <w:r>
        <w:t>Tempatkan screenshot/foto kegiatan daring pada kotak berikut. Disarankan mencantumkan minimal 4 dokumentasi: pembukaan, pemaparan materi, diskusi, dan penutupan.</w:t>
      </w:r>
    </w:p>
    <w:p w14:paraId="583ABCD6" w14:textId="77777777" w:rsidR="00821C9E" w:rsidRDefault="00000000">
      <w:pPr>
        <w:jc w:val="center"/>
      </w:pPr>
      <w:r>
        <w:rPr>
          <w:b/>
        </w:rPr>
        <w:t>Dokumentasi 1 – Pembukaan Kegiatan</w:t>
      </w:r>
    </w:p>
    <w:tbl>
      <w:tblPr>
        <w:tblStyle w:val="TableGrid"/>
        <w:tblW w:w="0" w:type="auto"/>
        <w:jc w:val="center"/>
        <w:tblLook w:val="04A0" w:firstRow="1" w:lastRow="0" w:firstColumn="1" w:lastColumn="0" w:noHBand="0" w:noVBand="1"/>
      </w:tblPr>
      <w:tblGrid>
        <w:gridCol w:w="9689"/>
      </w:tblGrid>
      <w:tr w:rsidR="00821C9E" w14:paraId="0C1222E0" w14:textId="77777777">
        <w:trPr>
          <w:jc w:val="center"/>
        </w:trPr>
        <w:tc>
          <w:tcPr>
            <w:tcW w:w="9689" w:type="dxa"/>
            <w:vAlign w:val="center"/>
          </w:tcPr>
          <w:p w14:paraId="606B3661" w14:textId="6DB2AA59" w:rsidR="00821C9E" w:rsidRDefault="00000000">
            <w:pPr>
              <w:jc w:val="center"/>
            </w:pPr>
            <w:r>
              <w:br/>
            </w:r>
            <w:r>
              <w:br/>
            </w:r>
            <w:r>
              <w:br/>
            </w:r>
            <w:r>
              <w:br/>
            </w:r>
            <w:r>
              <w:br/>
            </w:r>
            <w:r w:rsidR="006D7079">
              <w:rPr>
                <w:noProof/>
              </w:rPr>
              <w:drawing>
                <wp:inline distT="0" distB="0" distL="0" distR="0" wp14:anchorId="7A3E02E0" wp14:editId="21C21F53">
                  <wp:extent cx="3937635" cy="4407264"/>
                  <wp:effectExtent l="0" t="0" r="5715" b="0"/>
                  <wp:docPr id="6017841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784179" name="Picture 601784179"/>
                          <pic:cNvPicPr/>
                        </pic:nvPicPr>
                        <pic:blipFill rotWithShape="1">
                          <a:blip r:embed="rId8"/>
                          <a:srcRect t="4089" b="1636"/>
                          <a:stretch>
                            <a:fillRect/>
                          </a:stretch>
                        </pic:blipFill>
                        <pic:spPr bwMode="auto">
                          <a:xfrm>
                            <a:off x="0" y="0"/>
                            <a:ext cx="3944167" cy="4414576"/>
                          </a:xfrm>
                          <a:prstGeom prst="rect">
                            <a:avLst/>
                          </a:prstGeom>
                          <a:ln>
                            <a:noFill/>
                          </a:ln>
                          <a:extLst>
                            <a:ext uri="{53640926-AAD7-44D8-BBD7-CCE9431645EC}">
                              <a14:shadowObscured xmlns:a14="http://schemas.microsoft.com/office/drawing/2010/main"/>
                            </a:ext>
                          </a:extLst>
                        </pic:spPr>
                      </pic:pic>
                    </a:graphicData>
                  </a:graphic>
                </wp:inline>
              </w:drawing>
            </w:r>
            <w:r>
              <w:br/>
            </w:r>
            <w:r>
              <w:br/>
            </w:r>
            <w:r>
              <w:br/>
            </w:r>
          </w:p>
        </w:tc>
      </w:tr>
    </w:tbl>
    <w:p w14:paraId="2640EC90" w14:textId="77777777" w:rsidR="006D7079" w:rsidRDefault="006D7079">
      <w:pPr>
        <w:jc w:val="center"/>
        <w:rPr>
          <w:b/>
        </w:rPr>
      </w:pPr>
    </w:p>
    <w:p w14:paraId="191905A7" w14:textId="77777777" w:rsidR="006D7079" w:rsidRDefault="006D7079">
      <w:pPr>
        <w:jc w:val="center"/>
        <w:rPr>
          <w:b/>
        </w:rPr>
      </w:pPr>
    </w:p>
    <w:p w14:paraId="79C17BB9" w14:textId="77777777" w:rsidR="006D7079" w:rsidRDefault="006D7079">
      <w:pPr>
        <w:jc w:val="center"/>
        <w:rPr>
          <w:b/>
        </w:rPr>
      </w:pPr>
    </w:p>
    <w:p w14:paraId="382DABE1" w14:textId="77777777" w:rsidR="006D7079" w:rsidRDefault="006D7079">
      <w:pPr>
        <w:jc w:val="center"/>
        <w:rPr>
          <w:b/>
        </w:rPr>
      </w:pPr>
    </w:p>
    <w:p w14:paraId="49697512" w14:textId="77777777" w:rsidR="006D7079" w:rsidRDefault="006D7079">
      <w:pPr>
        <w:jc w:val="center"/>
        <w:rPr>
          <w:b/>
        </w:rPr>
      </w:pPr>
    </w:p>
    <w:p w14:paraId="0A24237D" w14:textId="77777777" w:rsidR="006D7079" w:rsidRDefault="006D7079">
      <w:pPr>
        <w:jc w:val="center"/>
        <w:rPr>
          <w:b/>
        </w:rPr>
      </w:pPr>
    </w:p>
    <w:p w14:paraId="2ED0939D" w14:textId="6DBD16E4" w:rsidR="00821C9E" w:rsidRDefault="00000000">
      <w:pPr>
        <w:jc w:val="center"/>
      </w:pPr>
      <w:proofErr w:type="spellStart"/>
      <w:r>
        <w:rPr>
          <w:b/>
        </w:rPr>
        <w:t>Dokumentasi</w:t>
      </w:r>
      <w:proofErr w:type="spellEnd"/>
      <w:r>
        <w:rPr>
          <w:b/>
        </w:rPr>
        <w:t xml:space="preserve"> 2 – </w:t>
      </w:r>
      <w:proofErr w:type="spellStart"/>
      <w:r>
        <w:rPr>
          <w:b/>
        </w:rPr>
        <w:t>Penyampaian</w:t>
      </w:r>
      <w:proofErr w:type="spellEnd"/>
      <w:r>
        <w:rPr>
          <w:b/>
        </w:rPr>
        <w:t xml:space="preserve"> Materi</w:t>
      </w:r>
    </w:p>
    <w:tbl>
      <w:tblPr>
        <w:tblStyle w:val="TableGrid"/>
        <w:tblW w:w="0" w:type="auto"/>
        <w:jc w:val="center"/>
        <w:tblLook w:val="04A0" w:firstRow="1" w:lastRow="0" w:firstColumn="1" w:lastColumn="0" w:noHBand="0" w:noVBand="1"/>
      </w:tblPr>
      <w:tblGrid>
        <w:gridCol w:w="9689"/>
      </w:tblGrid>
      <w:tr w:rsidR="00821C9E" w14:paraId="464C2C70" w14:textId="77777777">
        <w:trPr>
          <w:jc w:val="center"/>
        </w:trPr>
        <w:tc>
          <w:tcPr>
            <w:tcW w:w="9689" w:type="dxa"/>
            <w:vAlign w:val="center"/>
          </w:tcPr>
          <w:p w14:paraId="12BBB645" w14:textId="3E00A9BE" w:rsidR="00821C9E" w:rsidRDefault="00000000" w:rsidP="00522B19">
            <w:pPr>
              <w:jc w:val="center"/>
            </w:pPr>
            <w:r>
              <w:br/>
            </w:r>
            <w:r>
              <w:br/>
            </w:r>
            <w:r>
              <w:br/>
            </w:r>
            <w:r>
              <w:br/>
            </w:r>
            <w:r>
              <w:br/>
            </w:r>
            <w:r w:rsidR="006D7079">
              <w:rPr>
                <w:noProof/>
              </w:rPr>
              <w:drawing>
                <wp:inline distT="0" distB="0" distL="0" distR="0" wp14:anchorId="74BF83A4" wp14:editId="7B03EF50">
                  <wp:extent cx="4871803" cy="4630483"/>
                  <wp:effectExtent l="0" t="0" r="5080" b="0"/>
                  <wp:docPr id="3090204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020493" name="Picture 309020493"/>
                          <pic:cNvPicPr/>
                        </pic:nvPicPr>
                        <pic:blipFill rotWithShape="1">
                          <a:blip r:embed="rId9"/>
                          <a:srcRect t="5218" b="3808"/>
                          <a:stretch>
                            <a:fillRect/>
                          </a:stretch>
                        </pic:blipFill>
                        <pic:spPr bwMode="auto">
                          <a:xfrm>
                            <a:off x="0" y="0"/>
                            <a:ext cx="4888873" cy="4646708"/>
                          </a:xfrm>
                          <a:prstGeom prst="rect">
                            <a:avLst/>
                          </a:prstGeom>
                          <a:ln>
                            <a:noFill/>
                          </a:ln>
                          <a:extLst>
                            <a:ext uri="{53640926-AAD7-44D8-BBD7-CCE9431645EC}">
                              <a14:shadowObscured xmlns:a14="http://schemas.microsoft.com/office/drawing/2010/main"/>
                            </a:ext>
                          </a:extLst>
                        </pic:spPr>
                      </pic:pic>
                    </a:graphicData>
                  </a:graphic>
                </wp:inline>
              </w:drawing>
            </w:r>
            <w:r w:rsidR="00522B19">
              <w:t xml:space="preserve"> </w:t>
            </w:r>
            <w:r>
              <w:br/>
            </w:r>
            <w:r>
              <w:br/>
            </w:r>
            <w:r>
              <w:br/>
            </w:r>
          </w:p>
        </w:tc>
      </w:tr>
    </w:tbl>
    <w:p w14:paraId="7351A771" w14:textId="77777777" w:rsidR="00821C9E" w:rsidRDefault="00000000">
      <w:r>
        <w:br w:type="page"/>
      </w:r>
    </w:p>
    <w:p w14:paraId="1E918354" w14:textId="77777777" w:rsidR="00821C9E" w:rsidRDefault="00000000">
      <w:pPr>
        <w:jc w:val="center"/>
      </w:pPr>
      <w:r>
        <w:rPr>
          <w:b/>
        </w:rPr>
        <w:t>Dokumentasi 3 – Pembahasan Soal dan Diskusi</w:t>
      </w:r>
    </w:p>
    <w:tbl>
      <w:tblPr>
        <w:tblStyle w:val="TableGrid"/>
        <w:tblW w:w="0" w:type="auto"/>
        <w:jc w:val="center"/>
        <w:tblLook w:val="04A0" w:firstRow="1" w:lastRow="0" w:firstColumn="1" w:lastColumn="0" w:noHBand="0" w:noVBand="1"/>
      </w:tblPr>
      <w:tblGrid>
        <w:gridCol w:w="9689"/>
      </w:tblGrid>
      <w:tr w:rsidR="00821C9E" w14:paraId="605FF43C" w14:textId="77777777">
        <w:trPr>
          <w:jc w:val="center"/>
        </w:trPr>
        <w:tc>
          <w:tcPr>
            <w:tcW w:w="9689" w:type="dxa"/>
            <w:vAlign w:val="center"/>
          </w:tcPr>
          <w:p w14:paraId="4F67E8EF" w14:textId="17D7FA07" w:rsidR="00821C9E" w:rsidRDefault="00000000">
            <w:pPr>
              <w:jc w:val="center"/>
            </w:pPr>
            <w:r>
              <w:br/>
            </w:r>
            <w:r>
              <w:br/>
            </w:r>
            <w:r>
              <w:br/>
            </w:r>
            <w:r>
              <w:br/>
            </w:r>
            <w:r>
              <w:br/>
            </w:r>
            <w:r w:rsidR="00522B19">
              <w:rPr>
                <w:noProof/>
              </w:rPr>
              <w:drawing>
                <wp:inline distT="0" distB="0" distL="0" distR="0" wp14:anchorId="539F93F7" wp14:editId="2585138A">
                  <wp:extent cx="3877040" cy="4975194"/>
                  <wp:effectExtent l="0" t="0" r="0" b="0"/>
                  <wp:docPr id="7864745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474559" name="Picture 786474559"/>
                          <pic:cNvPicPr/>
                        </pic:nvPicPr>
                        <pic:blipFill rotWithShape="1">
                          <a:blip r:embed="rId10"/>
                          <a:srcRect t="4174" b="3985"/>
                          <a:stretch>
                            <a:fillRect/>
                          </a:stretch>
                        </pic:blipFill>
                        <pic:spPr bwMode="auto">
                          <a:xfrm>
                            <a:off x="0" y="0"/>
                            <a:ext cx="3901523" cy="5006612"/>
                          </a:xfrm>
                          <a:prstGeom prst="rect">
                            <a:avLst/>
                          </a:prstGeom>
                          <a:ln>
                            <a:noFill/>
                          </a:ln>
                          <a:extLst>
                            <a:ext uri="{53640926-AAD7-44D8-BBD7-CCE9431645EC}">
                              <a14:shadowObscured xmlns:a14="http://schemas.microsoft.com/office/drawing/2010/main"/>
                            </a:ext>
                          </a:extLst>
                        </pic:spPr>
                      </pic:pic>
                    </a:graphicData>
                  </a:graphic>
                </wp:inline>
              </w:drawing>
            </w:r>
            <w:r>
              <w:br/>
            </w:r>
            <w:r>
              <w:br/>
            </w:r>
            <w:r>
              <w:br/>
            </w:r>
          </w:p>
        </w:tc>
      </w:tr>
    </w:tbl>
    <w:p w14:paraId="51603E77" w14:textId="77777777" w:rsidR="00522B19" w:rsidRDefault="00522B19">
      <w:pPr>
        <w:jc w:val="center"/>
        <w:rPr>
          <w:b/>
        </w:rPr>
      </w:pPr>
    </w:p>
    <w:p w14:paraId="38FB7466" w14:textId="77777777" w:rsidR="00522B19" w:rsidRDefault="00522B19">
      <w:pPr>
        <w:jc w:val="center"/>
        <w:rPr>
          <w:b/>
        </w:rPr>
      </w:pPr>
    </w:p>
    <w:p w14:paraId="0FA80F51" w14:textId="77777777" w:rsidR="00522B19" w:rsidRDefault="00522B19">
      <w:pPr>
        <w:jc w:val="center"/>
        <w:rPr>
          <w:b/>
        </w:rPr>
      </w:pPr>
    </w:p>
    <w:p w14:paraId="30454882" w14:textId="77777777" w:rsidR="00522B19" w:rsidRDefault="00522B19">
      <w:pPr>
        <w:jc w:val="center"/>
        <w:rPr>
          <w:b/>
        </w:rPr>
      </w:pPr>
    </w:p>
    <w:p w14:paraId="0447E5E4" w14:textId="77777777" w:rsidR="00522B19" w:rsidRDefault="00522B19">
      <w:pPr>
        <w:jc w:val="center"/>
        <w:rPr>
          <w:b/>
        </w:rPr>
      </w:pPr>
    </w:p>
    <w:p w14:paraId="3A498403" w14:textId="77777777" w:rsidR="00522B19" w:rsidRDefault="00522B19">
      <w:pPr>
        <w:jc w:val="center"/>
        <w:rPr>
          <w:b/>
        </w:rPr>
      </w:pPr>
    </w:p>
    <w:p w14:paraId="6B4F209A" w14:textId="77777777" w:rsidR="00522B19" w:rsidRDefault="00522B19">
      <w:pPr>
        <w:jc w:val="center"/>
        <w:rPr>
          <w:b/>
        </w:rPr>
      </w:pPr>
    </w:p>
    <w:p w14:paraId="5C2992B6" w14:textId="315A2BCD" w:rsidR="00821C9E" w:rsidRDefault="00000000">
      <w:pPr>
        <w:jc w:val="center"/>
      </w:pPr>
      <w:proofErr w:type="spellStart"/>
      <w:r>
        <w:rPr>
          <w:b/>
        </w:rPr>
        <w:t>Dokumentasi</w:t>
      </w:r>
      <w:proofErr w:type="spellEnd"/>
      <w:r>
        <w:rPr>
          <w:b/>
        </w:rPr>
        <w:t xml:space="preserve"> 4 – </w:t>
      </w:r>
      <w:proofErr w:type="spellStart"/>
      <w:r>
        <w:rPr>
          <w:b/>
        </w:rPr>
        <w:t>Refleksi</w:t>
      </w:r>
      <w:proofErr w:type="spellEnd"/>
      <w:r>
        <w:rPr>
          <w:b/>
        </w:rPr>
        <w:t xml:space="preserve"> dan Penutupan</w:t>
      </w:r>
    </w:p>
    <w:tbl>
      <w:tblPr>
        <w:tblStyle w:val="TableGrid"/>
        <w:tblW w:w="0" w:type="auto"/>
        <w:jc w:val="center"/>
        <w:tblLook w:val="04A0" w:firstRow="1" w:lastRow="0" w:firstColumn="1" w:lastColumn="0" w:noHBand="0" w:noVBand="1"/>
      </w:tblPr>
      <w:tblGrid>
        <w:gridCol w:w="9689"/>
      </w:tblGrid>
      <w:tr w:rsidR="00821C9E" w14:paraId="6D025D2D" w14:textId="77777777">
        <w:trPr>
          <w:jc w:val="center"/>
        </w:trPr>
        <w:tc>
          <w:tcPr>
            <w:tcW w:w="9689" w:type="dxa"/>
            <w:vAlign w:val="center"/>
          </w:tcPr>
          <w:p w14:paraId="41EE460E" w14:textId="52B8B4D1" w:rsidR="00821C9E" w:rsidRDefault="00000000">
            <w:pPr>
              <w:jc w:val="center"/>
            </w:pPr>
            <w:r>
              <w:br/>
            </w:r>
            <w:r>
              <w:br/>
            </w:r>
            <w:r>
              <w:br/>
            </w:r>
            <w:r>
              <w:br/>
            </w:r>
            <w:r>
              <w:br/>
            </w:r>
            <w:r w:rsidR="00522B19">
              <w:rPr>
                <w:noProof/>
              </w:rPr>
              <w:drawing>
                <wp:inline distT="0" distB="0" distL="0" distR="0" wp14:anchorId="12FD8F9E" wp14:editId="7DD78C64">
                  <wp:extent cx="3877310" cy="4825921"/>
                  <wp:effectExtent l="0" t="0" r="8890" b="0"/>
                  <wp:docPr id="1652610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61012" name="Picture 165261012"/>
                          <pic:cNvPicPr/>
                        </pic:nvPicPr>
                        <pic:blipFill rotWithShape="1">
                          <a:blip r:embed="rId9"/>
                          <a:srcRect t="5566" b="4679"/>
                          <a:stretch>
                            <a:fillRect/>
                          </a:stretch>
                        </pic:blipFill>
                        <pic:spPr bwMode="auto">
                          <a:xfrm>
                            <a:off x="0" y="0"/>
                            <a:ext cx="3884320" cy="4834646"/>
                          </a:xfrm>
                          <a:prstGeom prst="rect">
                            <a:avLst/>
                          </a:prstGeom>
                          <a:ln>
                            <a:noFill/>
                          </a:ln>
                          <a:extLst>
                            <a:ext uri="{53640926-AAD7-44D8-BBD7-CCE9431645EC}">
                              <a14:shadowObscured xmlns:a14="http://schemas.microsoft.com/office/drawing/2010/main"/>
                            </a:ext>
                          </a:extLst>
                        </pic:spPr>
                      </pic:pic>
                    </a:graphicData>
                  </a:graphic>
                </wp:inline>
              </w:drawing>
            </w:r>
            <w:r>
              <w:br/>
            </w:r>
            <w:r>
              <w:br/>
            </w:r>
            <w:r>
              <w:br/>
            </w:r>
          </w:p>
        </w:tc>
      </w:tr>
    </w:tbl>
    <w:p w14:paraId="0EBD7C3D" w14:textId="77777777" w:rsidR="00821C9E" w:rsidRDefault="00000000">
      <w:r>
        <w:br w:type="page"/>
      </w:r>
    </w:p>
    <w:p w14:paraId="1653F16D" w14:textId="77777777" w:rsidR="00821C9E" w:rsidRDefault="00000000">
      <w:r>
        <w:br w:type="page"/>
      </w:r>
    </w:p>
    <w:p w14:paraId="2D619E18" w14:textId="77777777" w:rsidR="00821C9E" w:rsidRDefault="00000000">
      <w:pPr>
        <w:pStyle w:val="Heading1"/>
      </w:pPr>
      <w:r>
        <w:t>Q. LAMPIRAN</w:t>
      </w:r>
    </w:p>
    <w:p w14:paraId="14FABABD" w14:textId="77777777" w:rsidR="00821C9E" w:rsidRDefault="00000000">
      <w:pPr>
        <w:spacing w:after="120"/>
      </w:pPr>
      <w:r>
        <w:t>• Lampiran 1 – Daftar Hadir Peserta (23 orang).</w:t>
      </w:r>
    </w:p>
    <w:p w14:paraId="71DAAB17" w14:textId="77777777" w:rsidR="00821C9E" w:rsidRDefault="00000000">
      <w:pPr>
        <w:spacing w:after="120"/>
      </w:pPr>
      <w:r>
        <w:t>• Lampiran 2 – Materi/slide pembahasan TKA Sejarah.</w:t>
      </w:r>
    </w:p>
    <w:p w14:paraId="6CE287AA" w14:textId="77777777" w:rsidR="00821C9E" w:rsidRDefault="00000000">
      <w:pPr>
        <w:spacing w:after="120"/>
      </w:pPr>
      <w:r>
        <w:t>• Lampiran 3 – Instrumen umpan balik peserta.</w:t>
      </w:r>
    </w:p>
    <w:p w14:paraId="497B7DC4" w14:textId="77777777" w:rsidR="00821C9E" w:rsidRDefault="00000000">
      <w:pPr>
        <w:spacing w:after="120"/>
      </w:pPr>
      <w:r>
        <w:t>• Lampiran 4 – Lembar refleksi peserta.</w:t>
      </w:r>
    </w:p>
    <w:p w14:paraId="2194AF88" w14:textId="77777777" w:rsidR="00821C9E" w:rsidRDefault="00000000">
      <w:pPr>
        <w:spacing w:after="120"/>
      </w:pPr>
      <w:r>
        <w:t>• Lampiran 5 – Dokumentasi kegiatan daring.</w:t>
      </w:r>
    </w:p>
    <w:p w14:paraId="601EBA63" w14:textId="77777777" w:rsidR="00821C9E" w:rsidRDefault="00000000">
      <w:pPr>
        <w:spacing w:after="120"/>
      </w:pPr>
      <w:r>
        <w:t>• Lampiran 6 – Bukti undangan/link kegiatan (jika tersedia).</w:t>
      </w:r>
    </w:p>
    <w:sectPr w:rsidR="00821C9E" w:rsidSect="006D7079">
      <w:headerReference w:type="even" r:id="rId11"/>
      <w:headerReference w:type="default" r:id="rId12"/>
      <w:footerReference w:type="even" r:id="rId13"/>
      <w:footerReference w:type="default" r:id="rId14"/>
      <w:headerReference w:type="first" r:id="rId15"/>
      <w:footerReference w:type="first" r:id="rId16"/>
      <w:pgSz w:w="12240" w:h="15840"/>
      <w:pgMar w:top="1134" w:right="1417"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B52C2" w14:textId="77777777" w:rsidR="00634FD3" w:rsidRDefault="00634FD3">
      <w:pPr>
        <w:spacing w:after="0" w:line="240" w:lineRule="auto"/>
      </w:pPr>
      <w:r>
        <w:separator/>
      </w:r>
    </w:p>
  </w:endnote>
  <w:endnote w:type="continuationSeparator" w:id="0">
    <w:p w14:paraId="0F0B005D" w14:textId="77777777" w:rsidR="00634FD3" w:rsidRDefault="00634F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15233" w14:textId="77777777" w:rsidR="003B785E" w:rsidRDefault="003B78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C3879" w14:textId="77777777" w:rsidR="00821C9E" w:rsidRDefault="00000000">
    <w:pPr>
      <w:pStyle w:val="Footer"/>
      <w:jc w:val="center"/>
    </w:pPr>
    <w:r>
      <w:fldChar w:fldCharType="begin"/>
    </w:r>
    <w:r>
      <w:instrText xml:space="preserve"> PAGE </w:instrText>
    </w:r>
    <w:r w:rsidR="006C0AAF">
      <w:fldChar w:fldCharType="separate"/>
    </w:r>
    <w:r w:rsidR="006C0AAF">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2917A" w14:textId="77777777" w:rsidR="003B785E" w:rsidRDefault="003B78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666BF" w14:textId="77777777" w:rsidR="00634FD3" w:rsidRDefault="00634FD3">
      <w:pPr>
        <w:spacing w:after="0" w:line="240" w:lineRule="auto"/>
      </w:pPr>
      <w:r>
        <w:separator/>
      </w:r>
    </w:p>
  </w:footnote>
  <w:footnote w:type="continuationSeparator" w:id="0">
    <w:p w14:paraId="4C9F1EC2" w14:textId="77777777" w:rsidR="00634FD3" w:rsidRDefault="00634F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E9999" w14:textId="5D885AF2" w:rsidR="003B785E" w:rsidRDefault="003B785E">
    <w:pPr>
      <w:pStyle w:val="Header"/>
    </w:pPr>
    <w:r>
      <w:rPr>
        <w:noProof/>
      </w:rPr>
      <w:pict w14:anchorId="347DEA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0769641" o:spid="_x0000_s1026" type="#_x0000_t136" style="position:absolute;margin-left:0;margin-top:0;width:602.65pt;height:80.35pt;rotation:315;z-index:-251655168;mso-position-horizontal:center;mso-position-horizontal-relative:margin;mso-position-vertical:center;mso-position-vertical-relative:margin" o:allowincell="f" fillcolor="silver" stroked="f">
          <v:fill opacity=".5"/>
          <v:textpath style="font-family:&quot;Arial&quot;;font-size:1pt" string="MGMP SEJARAH"/>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6C525" w14:textId="2C8AFD9B" w:rsidR="003B785E" w:rsidRDefault="003B785E">
    <w:pPr>
      <w:pStyle w:val="Header"/>
    </w:pPr>
    <w:r>
      <w:rPr>
        <w:noProof/>
      </w:rPr>
      <w:pict w14:anchorId="5E959B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0769642" o:spid="_x0000_s1027" type="#_x0000_t136" style="position:absolute;margin-left:0;margin-top:0;width:602.65pt;height:80.35pt;rotation:315;z-index:-251653120;mso-position-horizontal:center;mso-position-horizontal-relative:margin;mso-position-vertical:center;mso-position-vertical-relative:margin" o:allowincell="f" fillcolor="silver" stroked="f">
          <v:fill opacity=".5"/>
          <v:textpath style="font-family:&quot;Arial&quot;;font-size:1pt" string="MGMP SEJARAH"/>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9FF53" w14:textId="343A3547" w:rsidR="003B785E" w:rsidRDefault="003B785E">
    <w:pPr>
      <w:pStyle w:val="Header"/>
    </w:pPr>
    <w:r>
      <w:rPr>
        <w:noProof/>
      </w:rPr>
      <w:pict w14:anchorId="127BD8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0769640" o:spid="_x0000_s1025" type="#_x0000_t136" style="position:absolute;margin-left:0;margin-top:0;width:602.65pt;height:80.35pt;rotation:315;z-index:-251657216;mso-position-horizontal:center;mso-position-horizontal-relative:margin;mso-position-vertical:center;mso-position-vertical-relative:margin" o:allowincell="f" fillcolor="silver" stroked="f">
          <v:fill opacity=".5"/>
          <v:textpath style="font-family:&quot;Arial&quot;;font-size:1pt" string="MGMP SEJARAH"/>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26833238">
    <w:abstractNumId w:val="8"/>
  </w:num>
  <w:num w:numId="2" w16cid:durableId="153300301">
    <w:abstractNumId w:val="6"/>
  </w:num>
  <w:num w:numId="3" w16cid:durableId="42171756">
    <w:abstractNumId w:val="5"/>
  </w:num>
  <w:num w:numId="4" w16cid:durableId="330059622">
    <w:abstractNumId w:val="4"/>
  </w:num>
  <w:num w:numId="5" w16cid:durableId="585842018">
    <w:abstractNumId w:val="7"/>
  </w:num>
  <w:num w:numId="6" w16cid:durableId="231428266">
    <w:abstractNumId w:val="3"/>
  </w:num>
  <w:num w:numId="7" w16cid:durableId="2049522693">
    <w:abstractNumId w:val="2"/>
  </w:num>
  <w:num w:numId="8" w16cid:durableId="916062644">
    <w:abstractNumId w:val="1"/>
  </w:num>
  <w:num w:numId="9" w16cid:durableId="707993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4"/>
  <w:proofState w:spelling="clean" w:grammar="clean"/>
  <w:defaultTabStop w:val="72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D177D"/>
    <w:rsid w:val="0029639D"/>
    <w:rsid w:val="002B6BD3"/>
    <w:rsid w:val="00326F90"/>
    <w:rsid w:val="003B785E"/>
    <w:rsid w:val="004D5096"/>
    <w:rsid w:val="00522B19"/>
    <w:rsid w:val="00634FD3"/>
    <w:rsid w:val="006C0AAF"/>
    <w:rsid w:val="006D09E9"/>
    <w:rsid w:val="006D7079"/>
    <w:rsid w:val="00821C9E"/>
    <w:rsid w:val="008C538A"/>
    <w:rsid w:val="00AA1D8D"/>
    <w:rsid w:val="00B47730"/>
    <w:rsid w:val="00BF106F"/>
    <w:rsid w:val="00CB0664"/>
    <w:rsid w:val="00F0140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EC27ED2"/>
  <w14:defaultImageDpi w14:val="300"/>
  <w15:docId w15:val="{21DB2249-D13A-48D7-9DC2-1C58392FF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13</Pages>
  <Words>1863</Words>
  <Characters>10621</Characters>
  <Application>Microsoft Office Word</Application>
  <DocSecurity>0</DocSecurity>
  <Lines>88</Lines>
  <Paragraphs>24</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
      <vt:lpstr>A. IDENTITAS KEGIATAN</vt:lpstr>
      <vt:lpstr>B. LATAR BELAKANG</vt:lpstr>
      <vt:lpstr>C. DASAR KEGIATAN</vt:lpstr>
      <vt:lpstr>D. TUJUAN KEGIATAN</vt:lpstr>
      <vt:lpstr>E. PESERTA KEGIATAN</vt:lpstr>
      <vt:lpstr>F. SUSUNAN KEGIATAN</vt:lpstr>
      <vt:lpstr>G. MATERI YANG DISAMPAIKAN</vt:lpstr>
      <vt:lpstr>    1. Karakteristik Pembahasan Soal TKA Sejarah</vt:lpstr>
      <vt:lpstr>    2. Bentuk Stimulus</vt:lpstr>
      <vt:lpstr>    3. Kemampuan yang Dilatihkan</vt:lpstr>
      <vt:lpstr>    4. Strategi Membahas Soal</vt:lpstr>
      <vt:lpstr>H. CONTOH PEMBAHASAN SOAL</vt:lpstr>
      <vt:lpstr>I. HASIL KEGIATAN</vt:lpstr>
      <vt:lpstr>J. DISKUSI DAN TANYA JAWAB</vt:lpstr>
      <vt:lpstr>K. UMPAN BALIK PESERTA</vt:lpstr>
      <vt:lpstr>L. LEMBAR REFLEKSI PESERTA</vt:lpstr>
      <vt:lpstr>M. TINDAK LANJUT</vt:lpstr>
      <vt:lpstr>N. DAFTAR HADIR PESERTA</vt:lpstr>
      <vt:lpstr>O. PENGESAHAN DAN TANDA TANGAN</vt:lpstr>
      <vt:lpstr>P. HALAMAN DOKUMENTASI KEGIATAN</vt:lpstr>
      <vt:lpstr>Q. LAMPIRAN</vt:lpstr>
    </vt:vector>
  </TitlesOfParts>
  <Manager/>
  <Company/>
  <LinksUpToDate>false</LinksUpToDate>
  <CharactersWithSpaces>12460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PF4SW00E@outlook.com</cp:lastModifiedBy>
  <cp:revision>9</cp:revision>
  <dcterms:created xsi:type="dcterms:W3CDTF">2013-12-23T23:15:00Z</dcterms:created>
  <dcterms:modified xsi:type="dcterms:W3CDTF">2026-09-21T04:04:00Z</dcterms:modified>
  <cp:category/>
</cp:coreProperties>
</file>