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92"/>
        <w:gridCol w:w="4821"/>
        <w:gridCol w:w="2649"/>
      </w:tblGrid>
      <w:tr w:rsidR="0004335B" w:rsidRPr="00D72969" w14:paraId="42739C69" w14:textId="77777777" w:rsidTr="00085F48">
        <w:trPr>
          <w:trHeight w:val="2127"/>
          <w:jc w:val="center"/>
        </w:trPr>
        <w:tc>
          <w:tcPr>
            <w:tcW w:w="1892" w:type="dxa"/>
          </w:tcPr>
          <w:p w14:paraId="38A6F6EF" w14:textId="77777777" w:rsidR="0004335B" w:rsidRPr="00D72969" w:rsidRDefault="0004335B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445204" wp14:editId="200B568C">
                  <wp:extent cx="1027821" cy="1272540"/>
                  <wp:effectExtent l="0" t="0" r="127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190" cy="1277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1" w:type="dxa"/>
          </w:tcPr>
          <w:p w14:paraId="785C0CC8" w14:textId="77777777" w:rsidR="0004335B" w:rsidRPr="00D72969" w:rsidRDefault="0004335B" w:rsidP="00F87A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sz w:val="24"/>
                <w:szCs w:val="24"/>
              </w:rPr>
              <w:t>PEMERINTAH ACEH</w:t>
            </w:r>
            <w:r w:rsidRPr="00D7296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DINAS PENDIDIKAN</w:t>
            </w:r>
            <w:r w:rsidRPr="00D7296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SMK NEGERI 1 SABANG</w:t>
            </w:r>
            <w:r w:rsidRPr="00D7296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KONSENTRASI KEAHLIAN          DESAIN KOMUNIKASI VISUAL</w:t>
            </w:r>
          </w:p>
        </w:tc>
        <w:tc>
          <w:tcPr>
            <w:tcW w:w="2649" w:type="dxa"/>
          </w:tcPr>
          <w:p w14:paraId="7E634C50" w14:textId="77777777" w:rsidR="0004335B" w:rsidRPr="00D72969" w:rsidRDefault="0004335B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E03EC55" wp14:editId="278E70EA">
                  <wp:simplePos x="0" y="0"/>
                  <wp:positionH relativeFrom="column">
                    <wp:posOffset>401320</wp:posOffset>
                  </wp:positionH>
                  <wp:positionV relativeFrom="paragraph">
                    <wp:posOffset>1270</wp:posOffset>
                  </wp:positionV>
                  <wp:extent cx="979805" cy="1272540"/>
                  <wp:effectExtent l="0" t="0" r="0" b="3810"/>
                  <wp:wrapTight wrapText="bothSides">
                    <wp:wrapPolygon edited="0">
                      <wp:start x="0" y="0"/>
                      <wp:lineTo x="0" y="21341"/>
                      <wp:lineTo x="20998" y="21341"/>
                      <wp:lineTo x="20998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805" cy="127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2F5657D" w14:textId="77777777" w:rsidR="00017761" w:rsidRPr="00D72969" w:rsidRDefault="00000000" w:rsidP="00F87A5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sz w:val="24"/>
          <w:szCs w:val="24"/>
        </w:rPr>
        <w:t>RENCANA PELAKSANAAN PEMBELAJARAN (RPP)</w:t>
      </w:r>
    </w:p>
    <w:p w14:paraId="42B25973" w14:textId="0597DFF2" w:rsidR="00017761" w:rsidRPr="00D72969" w:rsidRDefault="00000000" w:rsidP="00F87A54">
      <w:pPr>
        <w:pStyle w:val="Heading1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72969">
        <w:rPr>
          <w:rFonts w:ascii="Times New Roman" w:hAnsi="Times New Roman" w:cs="Times New Roman"/>
          <w:color w:val="auto"/>
          <w:sz w:val="24"/>
          <w:szCs w:val="24"/>
        </w:rPr>
        <w:t>IDENTITAS MODUL</w:t>
      </w:r>
    </w:p>
    <w:tbl>
      <w:tblPr>
        <w:tblStyle w:val="TableGrid"/>
        <w:tblW w:w="0" w:type="auto"/>
        <w:jc w:val="center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4964"/>
        <w:gridCol w:w="4962"/>
      </w:tblGrid>
      <w:tr w:rsidR="00017761" w:rsidRPr="00D72969" w14:paraId="7FA75654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4F1E642C" w14:textId="77777777" w:rsidR="00017761" w:rsidRPr="00D72969" w:rsidRDefault="00000000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Satuan Pendidikan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5BF5CC31" w14:textId="77777777" w:rsidR="00017761" w:rsidRPr="00D72969" w:rsidRDefault="00000000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SMK Negeri 1 Sabang</w:t>
            </w:r>
          </w:p>
        </w:tc>
      </w:tr>
      <w:tr w:rsidR="00017761" w:rsidRPr="00D72969" w14:paraId="35DFF711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51A7CF3F" w14:textId="77777777" w:rsidR="00017761" w:rsidRPr="00D72969" w:rsidRDefault="00000000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Mata Pelajaran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2DC6921C" w14:textId="77777777" w:rsidR="00017761" w:rsidRPr="00D72969" w:rsidRDefault="00000000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 Komunikasi Visual (DKV)</w:t>
            </w:r>
          </w:p>
        </w:tc>
      </w:tr>
      <w:tr w:rsidR="00017761" w:rsidRPr="00D72969" w14:paraId="6B1B9DEA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6C16182C" w14:textId="77777777" w:rsidR="00017761" w:rsidRPr="00D72969" w:rsidRDefault="00000000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Program/Konsentrasi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26AA3763" w14:textId="77777777" w:rsidR="00017761" w:rsidRPr="00D72969" w:rsidRDefault="00000000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Seni dan Ekonomi Kreatif / Desain Komunikasi Visual</w:t>
            </w:r>
          </w:p>
        </w:tc>
      </w:tr>
      <w:tr w:rsidR="00B84D09" w:rsidRPr="00D72969" w14:paraId="43B25E7D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1D8608C1" w14:textId="77777777" w:rsidR="00B84D09" w:rsidRPr="00D72969" w:rsidRDefault="00B84D09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3A0A9993" w14:textId="13434473" w:rsidR="00B84D09" w:rsidRPr="00D72969" w:rsidRDefault="00B84D09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Teknik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Desain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Visual</w:t>
            </w:r>
          </w:p>
        </w:tc>
      </w:tr>
      <w:tr w:rsidR="00B84D09" w:rsidRPr="00D72969" w14:paraId="5CA4AA88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2CDFC331" w14:textId="77777777" w:rsidR="00B84D09" w:rsidRPr="00D72969" w:rsidRDefault="00B84D09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Kelas / Fase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1F500A37" w14:textId="6C88B9DE" w:rsidR="00B84D09" w:rsidRPr="00D72969" w:rsidRDefault="00B84D09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X / Fase E</w:t>
            </w:r>
          </w:p>
        </w:tc>
      </w:tr>
      <w:tr w:rsidR="00B84D09" w:rsidRPr="00D72969" w14:paraId="35D70357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342F1958" w14:textId="77777777" w:rsidR="00B84D09" w:rsidRPr="00D72969" w:rsidRDefault="00B84D09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Alokasi Waktu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0DEC1B11" w14:textId="0625476A" w:rsidR="00B84D09" w:rsidRPr="00D72969" w:rsidRDefault="00B84D09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24 x 45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84D09" w:rsidRPr="00D72969" w14:paraId="5C74AE3E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14A7E1DF" w14:textId="77777777" w:rsidR="00B84D09" w:rsidRPr="00D72969" w:rsidRDefault="00B84D09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Semester / TP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0790E382" w14:textId="04655518" w:rsidR="00B84D09" w:rsidRPr="00D72969" w:rsidRDefault="00B84D09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Ganjil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/ 2025/2026</w:t>
            </w:r>
          </w:p>
        </w:tc>
      </w:tr>
      <w:tr w:rsidR="00B84D09" w:rsidRPr="00D72969" w14:paraId="4140CF3C" w14:textId="77777777" w:rsidTr="00DB6560">
        <w:trPr>
          <w:jc w:val="center"/>
        </w:trPr>
        <w:tc>
          <w:tcPr>
            <w:tcW w:w="4964" w:type="dxa"/>
            <w:shd w:val="clear" w:color="auto" w:fill="B8CCE4" w:themeFill="accent1" w:themeFillTint="66"/>
            <w:vAlign w:val="center"/>
          </w:tcPr>
          <w:p w14:paraId="034D6D53" w14:textId="77777777" w:rsidR="00B84D09" w:rsidRPr="00D72969" w:rsidRDefault="00B84D09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Topik Pembelajaran</w:t>
            </w:r>
          </w:p>
        </w:tc>
        <w:tc>
          <w:tcPr>
            <w:tcW w:w="4962" w:type="dxa"/>
            <w:shd w:val="clear" w:color="auto" w:fill="B8CCE4" w:themeFill="accent1" w:themeFillTint="66"/>
            <w:vAlign w:val="center"/>
          </w:tcPr>
          <w:p w14:paraId="4C67B2BD" w14:textId="08E950BA" w:rsidR="00B84D09" w:rsidRPr="00D72969" w:rsidRDefault="00B84D09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Branding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Warung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Lokal</w:t>
            </w:r>
          </w:p>
        </w:tc>
      </w:tr>
    </w:tbl>
    <w:p w14:paraId="6E5B01B8" w14:textId="77777777" w:rsidR="00017761" w:rsidRPr="00D72969" w:rsidRDefault="00000000" w:rsidP="00F87A54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72969">
        <w:rPr>
          <w:rFonts w:ascii="Times New Roman" w:hAnsi="Times New Roman" w:cs="Times New Roman"/>
          <w:color w:val="auto"/>
          <w:sz w:val="24"/>
          <w:szCs w:val="24"/>
        </w:rPr>
        <w:t>1. KOMPETENSI INTI</w:t>
      </w:r>
    </w:p>
    <w:p w14:paraId="345DD047" w14:textId="77777777" w:rsidR="00017761" w:rsidRPr="00D72969" w:rsidRDefault="00000000" w:rsidP="00F87A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sz w:val="24"/>
          <w:szCs w:val="24"/>
        </w:rPr>
        <w:t>Capaian</w:t>
      </w:r>
      <w:proofErr w:type="spellEnd"/>
      <w:r w:rsidRPr="00D729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 w:rsidRPr="00D72969">
        <w:rPr>
          <w:rFonts w:ascii="Times New Roman" w:hAnsi="Times New Roman" w:cs="Times New Roman"/>
          <w:b/>
          <w:sz w:val="24"/>
          <w:szCs w:val="24"/>
        </w:rPr>
        <w:t xml:space="preserve"> (CP):</w:t>
      </w:r>
    </w:p>
    <w:p w14:paraId="1FA47D05" w14:textId="77777777" w:rsidR="00073FAA" w:rsidRPr="00D72969" w:rsidRDefault="00073FAA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kepribadian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diaplicasikan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Desain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Visual.</w:t>
      </w:r>
    </w:p>
    <w:p w14:paraId="045CDBC6" w14:textId="77777777" w:rsidR="00073FAA" w:rsidRPr="00D72969" w:rsidRDefault="00073FAA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Tujuan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(TP):</w:t>
      </w:r>
    </w:p>
    <w:p w14:paraId="7967DBD2" w14:textId="7CF38CCF" w:rsidR="00073FAA" w:rsidRPr="00865877" w:rsidRDefault="00073FAA" w:rsidP="00F87A54">
      <w:pPr>
        <w:numPr>
          <w:ilvl w:val="0"/>
          <w:numId w:val="26"/>
        </w:numPr>
        <w:spacing w:after="160"/>
        <w:rPr>
          <w:rFonts w:ascii="Times New Roman" w:hAnsi="Times New Roman" w:cs="Times New Roman"/>
          <w:sz w:val="24"/>
          <w:szCs w:val="24"/>
          <w:highlight w:val="cyan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877">
        <w:rPr>
          <w:rFonts w:ascii="Times New Roman" w:hAnsi="Times New Roman" w:cs="Times New Roman"/>
          <w:sz w:val="24"/>
          <w:szCs w:val="24"/>
          <w:highlight w:val="cyan"/>
        </w:rPr>
        <w:t>kepribadian</w:t>
      </w:r>
      <w:proofErr w:type="spellEnd"/>
      <w:r w:rsidRPr="00865877">
        <w:rPr>
          <w:rFonts w:ascii="Times New Roman" w:hAnsi="Times New Roman" w:cs="Times New Roman"/>
          <w:sz w:val="24"/>
          <w:szCs w:val="24"/>
          <w:highlight w:val="cyan"/>
        </w:rPr>
        <w:t xml:space="preserve"> yang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877">
        <w:rPr>
          <w:rFonts w:ascii="Times New Roman" w:hAnsi="Times New Roman" w:cs="Times New Roman"/>
          <w:sz w:val="24"/>
          <w:szCs w:val="24"/>
          <w:highlight w:val="cyan"/>
        </w:rPr>
        <w:t>pola</w:t>
      </w:r>
      <w:proofErr w:type="spellEnd"/>
      <w:r w:rsidRPr="00865877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5877">
        <w:rPr>
          <w:rFonts w:ascii="Times New Roman" w:hAnsi="Times New Roman" w:cs="Times New Roman"/>
          <w:sz w:val="24"/>
          <w:szCs w:val="24"/>
          <w:highlight w:val="cyan"/>
        </w:rPr>
        <w:t>pikir</w:t>
      </w:r>
      <w:proofErr w:type="spellEnd"/>
      <w:r w:rsidRPr="00865877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5877">
        <w:rPr>
          <w:rFonts w:ascii="Times New Roman" w:hAnsi="Times New Roman" w:cs="Times New Roman"/>
          <w:sz w:val="24"/>
          <w:szCs w:val="24"/>
          <w:highlight w:val="cyan"/>
        </w:rPr>
        <w:t>kreatif</w:t>
      </w:r>
      <w:proofErr w:type="spellEnd"/>
      <w:r w:rsidRPr="00865877">
        <w:rPr>
          <w:rFonts w:ascii="Times New Roman" w:hAnsi="Times New Roman" w:cs="Times New Roman"/>
          <w:sz w:val="24"/>
          <w:szCs w:val="24"/>
          <w:highlight w:val="cyan"/>
        </w:rPr>
        <w:t>.</w:t>
      </w:r>
    </w:p>
    <w:p w14:paraId="2068FD87" w14:textId="7B6DD575" w:rsidR="00073FAA" w:rsidRPr="00D72969" w:rsidRDefault="00073FAA" w:rsidP="00F87A54">
      <w:pPr>
        <w:numPr>
          <w:ilvl w:val="0"/>
          <w:numId w:val="26"/>
        </w:numPr>
        <w:spacing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877">
        <w:rPr>
          <w:rFonts w:ascii="Times New Roman" w:hAnsi="Times New Roman" w:cs="Times New Roman"/>
          <w:sz w:val="24"/>
          <w:szCs w:val="24"/>
          <w:highlight w:val="cyan"/>
        </w:rPr>
        <w:t>pola</w:t>
      </w:r>
      <w:proofErr w:type="spellEnd"/>
      <w:r w:rsidRPr="00865877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5877">
        <w:rPr>
          <w:rFonts w:ascii="Times New Roman" w:hAnsi="Times New Roman" w:cs="Times New Roman"/>
          <w:sz w:val="24"/>
          <w:szCs w:val="24"/>
          <w:highlight w:val="cyan"/>
        </w:rPr>
        <w:t>pikir</w:t>
      </w:r>
      <w:proofErr w:type="spellEnd"/>
      <w:r w:rsidRPr="00865877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5877">
        <w:rPr>
          <w:rFonts w:ascii="Times New Roman" w:hAnsi="Times New Roman" w:cs="Times New Roman"/>
          <w:sz w:val="24"/>
          <w:szCs w:val="24"/>
          <w:highlight w:val="cyan"/>
        </w:rPr>
        <w:t>kreatif</w:t>
      </w:r>
      <w:proofErr w:type="spellEnd"/>
      <w:r w:rsidRPr="00865877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865877">
        <w:rPr>
          <w:rFonts w:ascii="Times New Roman" w:hAnsi="Times New Roman" w:cs="Times New Roman"/>
          <w:sz w:val="24"/>
          <w:szCs w:val="24"/>
          <w:highlight w:val="cyan"/>
        </w:rPr>
        <w:t>melalui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76D2EFCB" w14:textId="1FE40978" w:rsidR="00073FAA" w:rsidRPr="00D72969" w:rsidRDefault="00D72969" w:rsidP="00F87A54">
      <w:pPr>
        <w:numPr>
          <w:ilvl w:val="0"/>
          <w:numId w:val="26"/>
        </w:numPr>
        <w:spacing w:after="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073FAA" w:rsidRPr="00D72969">
        <w:rPr>
          <w:rFonts w:ascii="Times New Roman" w:hAnsi="Times New Roman" w:cs="Times New Roman"/>
          <w:sz w:val="24"/>
          <w:szCs w:val="24"/>
        </w:rPr>
        <w:t>emahami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FAA" w:rsidRPr="00D7296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073FAA" w:rsidRPr="00D72969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73FAA" w:rsidRPr="00D7296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Desain </w:t>
      </w:r>
      <w:proofErr w:type="spellStart"/>
      <w:r w:rsidR="00073FAA" w:rsidRPr="00D7296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Visual.</w:t>
      </w:r>
    </w:p>
    <w:p w14:paraId="15463117" w14:textId="02A6557F" w:rsidR="00073FAA" w:rsidRDefault="00D72969" w:rsidP="00F87A54">
      <w:pPr>
        <w:numPr>
          <w:ilvl w:val="0"/>
          <w:numId w:val="26"/>
        </w:numPr>
        <w:spacing w:after="1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073FAA" w:rsidRPr="00D72969">
        <w:rPr>
          <w:rFonts w:ascii="Times New Roman" w:hAnsi="Times New Roman" w:cs="Times New Roman"/>
          <w:sz w:val="24"/>
          <w:szCs w:val="24"/>
        </w:rPr>
        <w:t>emahami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FAA" w:rsidRPr="00D72969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FAA"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73FAA" w:rsidRPr="00D72969">
        <w:rPr>
          <w:rFonts w:ascii="Times New Roman" w:hAnsi="Times New Roman" w:cs="Times New Roman"/>
          <w:sz w:val="24"/>
          <w:szCs w:val="24"/>
        </w:rPr>
        <w:t>diaplicasikan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FAA" w:rsidRPr="00D729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FAA" w:rsidRPr="00D72969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Desain </w:t>
      </w:r>
      <w:proofErr w:type="spellStart"/>
      <w:r w:rsidR="00073FAA" w:rsidRPr="00D7296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073FAA" w:rsidRPr="00D72969">
        <w:rPr>
          <w:rFonts w:ascii="Times New Roman" w:hAnsi="Times New Roman" w:cs="Times New Roman"/>
          <w:sz w:val="24"/>
          <w:szCs w:val="24"/>
        </w:rPr>
        <w:t xml:space="preserve"> Visual.</w:t>
      </w:r>
    </w:p>
    <w:p w14:paraId="08E1429A" w14:textId="77777777" w:rsidR="00D72969" w:rsidRPr="00D72969" w:rsidRDefault="00D72969" w:rsidP="00F87A54">
      <w:pPr>
        <w:spacing w:after="16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0D5FA06" w14:textId="77777777" w:rsidR="00073FAA" w:rsidRPr="00D72969" w:rsidRDefault="00073FAA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Pemahaman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Bermakna:</w:t>
      </w:r>
    </w:p>
    <w:p w14:paraId="6BE59AA2" w14:textId="77777777" w:rsidR="00073FAA" w:rsidRPr="00D72969" w:rsidRDefault="00073FAA" w:rsidP="00F87A54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Desain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Visual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sekadar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menguasai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software/tools</w:t>
      </w:r>
      <w:r w:rsidRPr="00D729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mindset</w:t>
      </w:r>
      <w:r w:rsidRPr="00D729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eksekusi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digital,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adaptif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komunikatif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tangguh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626A2C9D" w14:textId="77777777" w:rsidR="00073FAA" w:rsidRPr="00D72969" w:rsidRDefault="00073FAA" w:rsidP="00F87A54"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Pemantik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E3E754E" w14:textId="77777777" w:rsidR="00073FAA" w:rsidRPr="00D72969" w:rsidRDefault="00073FAA" w:rsidP="00F87A54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Bagaimana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seorang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desainer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DKV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dapat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mengolah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ide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kreatif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sebuah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brief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menjadi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visual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nyata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solutif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estetis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profesional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melalui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alur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produksi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budaya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industri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?"</w:t>
      </w:r>
    </w:p>
    <w:p w14:paraId="5D26E4E3" w14:textId="77777777" w:rsidR="00073FAA" w:rsidRPr="00D72969" w:rsidRDefault="00073FAA" w:rsidP="00F87A54"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2. PRINSIP DEEP LEARNING</w:t>
      </w:r>
    </w:p>
    <w:p w14:paraId="3827B11B" w14:textId="77777777" w:rsidR="00073FAA" w:rsidRPr="00D72969" w:rsidRDefault="00073FAA" w:rsidP="00F87A54">
      <w:pPr>
        <w:numPr>
          <w:ilvl w:val="0"/>
          <w:numId w:val="27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Segoe UI Emoji" w:hAnsi="Segoe UI Emoji" w:cs="Segoe UI Emoji"/>
          <w:sz w:val="24"/>
          <w:szCs w:val="24"/>
        </w:rPr>
        <w:t>🧠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b/>
          <w:bCs/>
          <w:sz w:val="24"/>
          <w:szCs w:val="24"/>
        </w:rPr>
        <w:t>MINDFUL (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Berkesadaran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5C22E13" w14:textId="77777777" w:rsidR="00073FAA" w:rsidRPr="00D72969" w:rsidRDefault="00073FAA" w:rsidP="00F87A54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utuh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terencana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dilatih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. Mereka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merefleksikan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etis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kesiapan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sadar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656E83DD" w14:textId="77777777" w:rsidR="00073FAA" w:rsidRPr="00D72969" w:rsidRDefault="00073FAA" w:rsidP="00F87A54">
      <w:pPr>
        <w:numPr>
          <w:ilvl w:val="0"/>
          <w:numId w:val="27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Segoe UI Emoji" w:hAnsi="Segoe UI Emoji" w:cs="Segoe UI Emoji"/>
          <w:sz w:val="24"/>
          <w:szCs w:val="24"/>
        </w:rPr>
        <w:t>💡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b/>
          <w:bCs/>
          <w:sz w:val="24"/>
          <w:szCs w:val="24"/>
        </w:rPr>
        <w:t>MEANINGFUL (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Bermakna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BC5A3E1" w14:textId="77777777" w:rsidR="00073FAA" w:rsidRPr="00D72969" w:rsidRDefault="00073FAA" w:rsidP="00F87A54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mengaitkan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DKV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"Branding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Lokal" (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simulasi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UMKM/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).</w:t>
      </w:r>
    </w:p>
    <w:p w14:paraId="482CCC79" w14:textId="77777777" w:rsidR="00073FAA" w:rsidRPr="00D72969" w:rsidRDefault="00073FAA" w:rsidP="00F87A54">
      <w:pPr>
        <w:numPr>
          <w:ilvl w:val="0"/>
          <w:numId w:val="27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Segoe UI Emoji" w:hAnsi="Segoe UI Emoji" w:cs="Segoe UI Emoji"/>
          <w:sz w:val="24"/>
          <w:szCs w:val="24"/>
        </w:rPr>
        <w:t>😊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b/>
          <w:bCs/>
          <w:sz w:val="24"/>
          <w:szCs w:val="24"/>
        </w:rPr>
        <w:t>JOYFUL (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Menggembirakan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9AD20B6" w14:textId="77777777" w:rsidR="00073FAA" w:rsidRPr="00D72969" w:rsidRDefault="00073FAA" w:rsidP="00F87A54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studio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simulasi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role-playing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vs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"Pitching Day",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mengeplorasi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ide visual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terarah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3B3DA2AA" w14:textId="77777777" w:rsidR="00017761" w:rsidRPr="00D72969" w:rsidRDefault="00000000" w:rsidP="00F87A54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72969">
        <w:rPr>
          <w:rFonts w:ascii="Times New Roman" w:hAnsi="Times New Roman" w:cs="Times New Roman"/>
          <w:color w:val="auto"/>
          <w:sz w:val="24"/>
          <w:szCs w:val="24"/>
        </w:rPr>
        <w:t>3. KEGIATAN PEMBELAJARAN (DEEP LEARNING) – MODEL PjBL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5"/>
        <w:gridCol w:w="3036"/>
        <w:gridCol w:w="2218"/>
      </w:tblGrid>
      <w:tr w:rsidR="00017761" w:rsidRPr="00D72969" w14:paraId="22391ADC" w14:textId="77777777" w:rsidTr="00073FAA">
        <w:trPr>
          <w:jc w:val="center"/>
        </w:trPr>
        <w:tc>
          <w:tcPr>
            <w:tcW w:w="2337" w:type="dxa"/>
            <w:vAlign w:val="center"/>
          </w:tcPr>
          <w:p w14:paraId="46961E03" w14:textId="77777777" w:rsidR="00017761" w:rsidRPr="00D72969" w:rsidRDefault="00000000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Tahap</w:t>
            </w:r>
            <w:proofErr w:type="spellEnd"/>
          </w:p>
        </w:tc>
        <w:tc>
          <w:tcPr>
            <w:tcW w:w="2335" w:type="dxa"/>
            <w:vAlign w:val="center"/>
          </w:tcPr>
          <w:p w14:paraId="080A3328" w14:textId="77777777" w:rsidR="00017761" w:rsidRPr="00D72969" w:rsidRDefault="00000000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Kegiatan Guru</w:t>
            </w:r>
          </w:p>
        </w:tc>
        <w:tc>
          <w:tcPr>
            <w:tcW w:w="3036" w:type="dxa"/>
            <w:vAlign w:val="center"/>
          </w:tcPr>
          <w:p w14:paraId="0A5945C0" w14:textId="77777777" w:rsidR="00017761" w:rsidRPr="00D72969" w:rsidRDefault="00000000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Kegiatan Peserta Didik</w:t>
            </w:r>
          </w:p>
        </w:tc>
        <w:tc>
          <w:tcPr>
            <w:tcW w:w="2218" w:type="dxa"/>
            <w:vAlign w:val="center"/>
          </w:tcPr>
          <w:p w14:paraId="1DD57D6A" w14:textId="77777777" w:rsidR="00017761" w:rsidRPr="00D72969" w:rsidRDefault="00000000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</w:p>
        </w:tc>
      </w:tr>
      <w:tr w:rsidR="00073FAA" w:rsidRPr="00D72969" w14:paraId="67424D7F" w14:textId="77777777" w:rsidTr="00073FAA">
        <w:trPr>
          <w:jc w:val="center"/>
        </w:trPr>
        <w:tc>
          <w:tcPr>
            <w:tcW w:w="2337" w:type="dxa"/>
            <w:vAlign w:val="center"/>
          </w:tcPr>
          <w:p w14:paraId="03C82B1D" w14:textId="377C91EC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ORIENTASI</w:t>
            </w:r>
          </w:p>
        </w:tc>
        <w:tc>
          <w:tcPr>
            <w:tcW w:w="2335" w:type="dxa"/>
            <w:vAlign w:val="center"/>
          </w:tcPr>
          <w:p w14:paraId="312AAC10" w14:textId="58642753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menyajikan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stimulus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/logo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DKV,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memandu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analogi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resep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tantangan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"Branding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Warung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Lokal".</w:t>
            </w:r>
          </w:p>
        </w:tc>
        <w:tc>
          <w:tcPr>
            <w:tcW w:w="3036" w:type="dxa"/>
            <w:vAlign w:val="center"/>
          </w:tcPr>
          <w:p w14:paraId="4D17A1F3" w14:textId="2937F150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Berdoa,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menenangkan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pikiran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contoh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logo,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pemantik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memahami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desainer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DKV.</w:t>
            </w:r>
          </w:p>
        </w:tc>
        <w:tc>
          <w:tcPr>
            <w:tcW w:w="2218" w:type="dxa"/>
            <w:vAlign w:val="center"/>
          </w:tcPr>
          <w:p w14:paraId="1EACD3B3" w14:textId="179C7717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Mindful</w:t>
            </w:r>
          </w:p>
        </w:tc>
      </w:tr>
      <w:tr w:rsidR="00073FAA" w:rsidRPr="00D72969" w14:paraId="004A6A7C" w14:textId="77777777" w:rsidTr="00073FAA">
        <w:trPr>
          <w:jc w:val="center"/>
        </w:trPr>
        <w:tc>
          <w:tcPr>
            <w:tcW w:w="2337" w:type="dxa"/>
            <w:vAlign w:val="center"/>
          </w:tcPr>
          <w:p w14:paraId="75A3E84F" w14:textId="2DCC2B13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EKSPLORASI</w:t>
            </w:r>
          </w:p>
        </w:tc>
        <w:tc>
          <w:tcPr>
            <w:tcW w:w="2335" w:type="dxa"/>
            <w:vAlign w:val="center"/>
          </w:tcPr>
          <w:p w14:paraId="2C142379" w14:textId="0AA913F3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Memfasilitasi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bedah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alur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DKV (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pre-production, production, post-production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brief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penyusunan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moodboard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eksplorasi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agensi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6" w:type="dxa"/>
            <w:vAlign w:val="center"/>
          </w:tcPr>
          <w:p w14:paraId="1BA1ADB4" w14:textId="245B5A31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isi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brief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visual (Pinterest/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Behance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),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memetakan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kata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kunci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Align w:val="center"/>
          </w:tcPr>
          <w:p w14:paraId="24919694" w14:textId="13C1BE31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Meaningful</w:t>
            </w:r>
          </w:p>
        </w:tc>
      </w:tr>
      <w:tr w:rsidR="00073FAA" w:rsidRPr="00D72969" w14:paraId="5B064860" w14:textId="77777777" w:rsidTr="00073FAA">
        <w:trPr>
          <w:jc w:val="center"/>
        </w:trPr>
        <w:tc>
          <w:tcPr>
            <w:tcW w:w="2337" w:type="dxa"/>
            <w:vAlign w:val="center"/>
          </w:tcPr>
          <w:p w14:paraId="41E3CBCC" w14:textId="3CD81AC3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KOLABORASI</w:t>
            </w:r>
          </w:p>
        </w:tc>
        <w:tc>
          <w:tcPr>
            <w:tcW w:w="2335" w:type="dxa"/>
            <w:vAlign w:val="center"/>
          </w:tcPr>
          <w:p w14:paraId="5B0E2627" w14:textId="6F08383C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agensi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membimbing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pembagian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(Art Director, Copywriter, Designer),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linimasa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mengarahkan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brainstorming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6" w:type="dxa"/>
            <w:vAlign w:val="center"/>
          </w:tcPr>
          <w:p w14:paraId="48DA949D" w14:textId="3962542A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agensi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jadwal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di Trello/Padlet,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mind map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eksplorasi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sketsa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thumbnail sketch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218" w:type="dxa"/>
            <w:vAlign w:val="center"/>
          </w:tcPr>
          <w:p w14:paraId="04841AD6" w14:textId="1811B468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Meaningful</w:t>
            </w:r>
          </w:p>
        </w:tc>
      </w:tr>
      <w:tr w:rsidR="00073FAA" w:rsidRPr="00D72969" w14:paraId="36340D6D" w14:textId="77777777" w:rsidTr="00073FAA">
        <w:trPr>
          <w:jc w:val="center"/>
        </w:trPr>
        <w:tc>
          <w:tcPr>
            <w:tcW w:w="2337" w:type="dxa"/>
            <w:vAlign w:val="center"/>
          </w:tcPr>
          <w:p w14:paraId="1B137367" w14:textId="6D8FD108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KREASI</w:t>
            </w:r>
          </w:p>
        </w:tc>
        <w:tc>
          <w:tcPr>
            <w:tcW w:w="2335" w:type="dxa"/>
            <w:vAlign w:val="center"/>
          </w:tcPr>
          <w:p w14:paraId="543EF8CE" w14:textId="2982CC45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Membimbing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eksekusi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digitalisasi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sketsa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mockup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mengontrol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visual,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memandu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persiapan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pitching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6" w:type="dxa"/>
            <w:vAlign w:val="center"/>
          </w:tcPr>
          <w:p w14:paraId="0EDBCE21" w14:textId="3E3B66C6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Mengoperasikan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software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(Canva/Figma/Adobe/Corel),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mockup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logo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warung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argumen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pitching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Align w:val="center"/>
          </w:tcPr>
          <w:p w14:paraId="217F92EB" w14:textId="1BEC8B7D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Joyful</w:t>
            </w:r>
          </w:p>
        </w:tc>
      </w:tr>
      <w:tr w:rsidR="00073FAA" w:rsidRPr="00D72969" w14:paraId="7AC8B735" w14:textId="77777777" w:rsidTr="00073FAA">
        <w:trPr>
          <w:jc w:val="center"/>
        </w:trPr>
        <w:tc>
          <w:tcPr>
            <w:tcW w:w="2337" w:type="dxa"/>
            <w:vAlign w:val="center"/>
          </w:tcPr>
          <w:p w14:paraId="05F3D017" w14:textId="0A0498E0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REFLEKSI</w:t>
            </w:r>
          </w:p>
        </w:tc>
        <w:tc>
          <w:tcPr>
            <w:tcW w:w="2335" w:type="dxa"/>
            <w:vAlign w:val="center"/>
          </w:tcPr>
          <w:p w14:paraId="7582AC63" w14:textId="05F565B2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Memandu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Pitching Day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memfasilitasi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refleksi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model 4F (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Facts, Feelings, Findings, Future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mengarahkan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penyempurnaan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6" w:type="dxa"/>
            <w:vAlign w:val="center"/>
          </w:tcPr>
          <w:p w14:paraId="311C4E59" w14:textId="038FF2C1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Mempresentasikan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menerima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umpan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balik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konstruktif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vAlign w:val="center"/>
          </w:tcPr>
          <w:p w14:paraId="25F673E4" w14:textId="492059C8" w:rsidR="00073FAA" w:rsidRPr="00D72969" w:rsidRDefault="00073FAA" w:rsidP="00F87A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Mindful</w:t>
            </w:r>
          </w:p>
        </w:tc>
      </w:tr>
    </w:tbl>
    <w:p w14:paraId="0129741A" w14:textId="7F1D67B7" w:rsidR="00017761" w:rsidRPr="00D72969" w:rsidRDefault="00000000" w:rsidP="00F87A54">
      <w:pPr>
        <w:pStyle w:val="Heading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72969">
        <w:rPr>
          <w:rFonts w:ascii="Times New Roman" w:hAnsi="Times New Roman" w:cs="Times New Roman"/>
          <w:color w:val="auto"/>
          <w:sz w:val="24"/>
          <w:szCs w:val="24"/>
        </w:rPr>
        <w:t>4. ASESMEN PEMBELAJARAN</w:t>
      </w:r>
    </w:p>
    <w:p w14:paraId="2CF80170" w14:textId="77777777" w:rsidR="008A41DC" w:rsidRPr="00D72969" w:rsidRDefault="008A41DC" w:rsidP="00F87A54">
      <w:pPr>
        <w:numPr>
          <w:ilvl w:val="0"/>
          <w:numId w:val="2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Diagnostik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(Awal):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HOTS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esai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DKV,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415BE9CC" w14:textId="77777777" w:rsidR="008A41DC" w:rsidRPr="00D72969" w:rsidRDefault="008A41DC" w:rsidP="00F87A54">
      <w:pPr>
        <w:numPr>
          <w:ilvl w:val="0"/>
          <w:numId w:val="2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Formatif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(Proses):</w:t>
      </w:r>
      <w:r w:rsidRPr="00D72969">
        <w:rPr>
          <w:rFonts w:ascii="Times New Roman" w:hAnsi="Times New Roman" w:cs="Times New Roman"/>
          <w:sz w:val="24"/>
          <w:szCs w:val="24"/>
        </w:rPr>
        <w:t xml:space="preserve"> Lembar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simulasi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role-playing</w:t>
      </w:r>
      <w:r w:rsidRPr="00D72969">
        <w:rPr>
          <w:rFonts w:ascii="Times New Roman" w:hAnsi="Times New Roman" w:cs="Times New Roman"/>
          <w:sz w:val="24"/>
          <w:szCs w:val="24"/>
        </w:rPr>
        <w:t xml:space="preserve"> /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Pitching Day</w:t>
      </w:r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),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checklist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(4F).</w:t>
      </w:r>
    </w:p>
    <w:p w14:paraId="7E251537" w14:textId="77777777" w:rsidR="008A41DC" w:rsidRPr="00D72969" w:rsidRDefault="008A41DC" w:rsidP="00F87A54">
      <w:pPr>
        <w:numPr>
          <w:ilvl w:val="0"/>
          <w:numId w:val="2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Sumatif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(Akhir):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esai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dilema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etis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D729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"Branding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Lokal" (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visual,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mockup</w:t>
      </w:r>
      <w:r w:rsidRPr="00D7296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).</w:t>
      </w:r>
    </w:p>
    <w:p w14:paraId="6FABE493" w14:textId="77777777" w:rsidR="008A41DC" w:rsidRPr="00D72969" w:rsidRDefault="008A41DC" w:rsidP="00F87A54">
      <w:pPr>
        <w:numPr>
          <w:ilvl w:val="0"/>
          <w:numId w:val="2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Teknik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unjuk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performance</w:t>
      </w:r>
      <w:r w:rsidRPr="00D729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306CD683" w14:textId="77777777" w:rsidR="008A41DC" w:rsidRDefault="008A41DC" w:rsidP="00F87A54">
      <w:pPr>
        <w:numPr>
          <w:ilvl w:val="0"/>
          <w:numId w:val="2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Instrumen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72969">
        <w:rPr>
          <w:rFonts w:ascii="Times New Roman" w:hAnsi="Times New Roman" w:cs="Times New Roman"/>
          <w:sz w:val="24"/>
          <w:szCs w:val="24"/>
        </w:rPr>
        <w:t xml:space="preserve"> Rubrik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Pitching Day</w:t>
      </w:r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rubrik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kisi-kisi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HOTS.</w:t>
      </w:r>
    </w:p>
    <w:p w14:paraId="418DA4C0" w14:textId="77777777" w:rsidR="00F87A54" w:rsidRDefault="00F87A54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09FE3DDF" w14:textId="77777777" w:rsidR="00F87A54" w:rsidRDefault="00F87A54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09E61FC3" w14:textId="77777777" w:rsidR="00BD531A" w:rsidRPr="00D72969" w:rsidRDefault="00BD531A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5A6E23D9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5. MEDIA, ALAT DAN SUMBER BELAJAR</w:t>
      </w:r>
    </w:p>
    <w:p w14:paraId="4E6227E1" w14:textId="77777777" w:rsidR="008A41DC" w:rsidRPr="00D72969" w:rsidRDefault="008A41DC" w:rsidP="00F87A54">
      <w:pPr>
        <w:numPr>
          <w:ilvl w:val="0"/>
          <w:numId w:val="2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Media &amp; Alat:</w:t>
      </w:r>
    </w:p>
    <w:p w14:paraId="26A0B9BB" w14:textId="77777777" w:rsidR="008A41DC" w:rsidRPr="00D72969" w:rsidRDefault="008A41DC" w:rsidP="00F87A54">
      <w:pPr>
        <w:numPr>
          <w:ilvl w:val="1"/>
          <w:numId w:val="2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/Laptop Studio DKV, Smartphone, LCD Projector.</w:t>
      </w:r>
    </w:p>
    <w:p w14:paraId="7F021059" w14:textId="77777777" w:rsidR="008A41DC" w:rsidRPr="00D72969" w:rsidRDefault="008A41DC" w:rsidP="00F87A54">
      <w:pPr>
        <w:numPr>
          <w:ilvl w:val="1"/>
          <w:numId w:val="2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Lunak Desain &amp; Prototyping: Figma, Canva, Adobe Illustrator/Photoshop, CorelDRAW.</w:t>
      </w:r>
    </w:p>
    <w:p w14:paraId="0D3A293C" w14:textId="77777777" w:rsidR="008A41DC" w:rsidRPr="00D72969" w:rsidRDefault="008A41DC" w:rsidP="00F87A54">
      <w:pPr>
        <w:numPr>
          <w:ilvl w:val="1"/>
          <w:numId w:val="2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Platform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Ideasi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Digital: Miro, Padlet, Trello, Google Classroom, Pinterest,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Behance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0B4CA2DD" w14:textId="77777777" w:rsidR="008A41DC" w:rsidRDefault="008A41DC" w:rsidP="00F87A54">
      <w:pPr>
        <w:numPr>
          <w:ilvl w:val="1"/>
          <w:numId w:val="2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Gambar,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Pensil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Process Wall</w:t>
      </w:r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Galeri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Karya Studio).</w:t>
      </w:r>
    </w:p>
    <w:p w14:paraId="1610B761" w14:textId="77777777" w:rsidR="008A41DC" w:rsidRPr="00D72969" w:rsidRDefault="008A41DC" w:rsidP="00F87A54">
      <w:pPr>
        <w:numPr>
          <w:ilvl w:val="0"/>
          <w:numId w:val="2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Belajar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A57B578" w14:textId="77777777" w:rsidR="008A41DC" w:rsidRPr="00D72969" w:rsidRDefault="008A41DC" w:rsidP="00F87A54">
      <w:pPr>
        <w:numPr>
          <w:ilvl w:val="1"/>
          <w:numId w:val="2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Modul Ajar DKV Fase E,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D72969">
        <w:rPr>
          <w:rFonts w:ascii="Times New Roman" w:hAnsi="Times New Roman" w:cs="Times New Roman"/>
          <w:sz w:val="24"/>
          <w:szCs w:val="24"/>
        </w:rPr>
        <w:t xml:space="preserve"> Desain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Template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Mockup</w:t>
      </w:r>
      <w:r w:rsidRPr="00D72969">
        <w:rPr>
          <w:rFonts w:ascii="Times New Roman" w:hAnsi="Times New Roman" w:cs="Times New Roman"/>
          <w:sz w:val="24"/>
          <w:szCs w:val="24"/>
        </w:rPr>
        <w:t xml:space="preserve"> Logo &amp;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31D97D09" w14:textId="77777777" w:rsidR="008A41DC" w:rsidRPr="00D72969" w:rsidRDefault="008A41DC" w:rsidP="00F87A54">
      <w:pPr>
        <w:numPr>
          <w:ilvl w:val="1"/>
          <w:numId w:val="29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Platform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Inspirasi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Industri: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Behance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Dribbble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, Pinterest.</w:t>
      </w:r>
    </w:p>
    <w:p w14:paraId="7F9E7DD5" w14:textId="77777777" w:rsidR="008A41DC" w:rsidRPr="00D72969" w:rsidRDefault="008A41DC" w:rsidP="00F87A54">
      <w:pPr>
        <w:numPr>
          <w:ilvl w:val="1"/>
          <w:numId w:val="2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/UMKM Lokal di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7E4E6417" w14:textId="77777777" w:rsidR="008A41DC" w:rsidRPr="00D72969" w:rsidRDefault="008A41DC" w:rsidP="00F87A54">
      <w:pPr>
        <w:numPr>
          <w:ilvl w:val="0"/>
          <w:numId w:val="2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Kemitraan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Pembelajaran:</w:t>
      </w:r>
    </w:p>
    <w:p w14:paraId="2062AF2F" w14:textId="77777777" w:rsidR="008A41DC" w:rsidRPr="00F87A54" w:rsidRDefault="008A41DC" w:rsidP="00F87A54">
      <w:pPr>
        <w:numPr>
          <w:ilvl w:val="1"/>
          <w:numId w:val="29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54">
        <w:rPr>
          <w:rFonts w:ascii="Times New Roman" w:hAnsi="Times New Roman" w:cs="Times New Roman"/>
          <w:sz w:val="24"/>
          <w:szCs w:val="24"/>
        </w:rPr>
        <w:t xml:space="preserve">DUDI / Industri: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UMKM/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Lokal Sabang,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Praktisi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Desainer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Grafis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Percetakan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Lokal.</w:t>
      </w:r>
    </w:p>
    <w:p w14:paraId="04E7560D" w14:textId="77777777" w:rsidR="008A41DC" w:rsidRPr="00F87A54" w:rsidRDefault="008A41DC" w:rsidP="00F87A54">
      <w:pPr>
        <w:numPr>
          <w:ilvl w:val="1"/>
          <w:numId w:val="29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54">
        <w:rPr>
          <w:rFonts w:ascii="Times New Roman" w:hAnsi="Times New Roman" w:cs="Times New Roman"/>
          <w:sz w:val="24"/>
          <w:szCs w:val="24"/>
        </w:rPr>
        <w:t xml:space="preserve">Lintas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: Guru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(PKK)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pasar/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, Guru Bahasa Indonesia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persuasif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39DCD823" w14:textId="77777777" w:rsidR="008A41DC" w:rsidRDefault="008A41DC" w:rsidP="00F87A54">
      <w:pPr>
        <w:numPr>
          <w:ilvl w:val="1"/>
          <w:numId w:val="29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54">
        <w:rPr>
          <w:rFonts w:ascii="Times New Roman" w:hAnsi="Times New Roman" w:cs="Times New Roman"/>
          <w:sz w:val="24"/>
          <w:szCs w:val="24"/>
        </w:rPr>
        <w:t>Alumni</w:t>
      </w: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Komunitas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72969">
        <w:rPr>
          <w:rFonts w:ascii="Times New Roman" w:hAnsi="Times New Roman" w:cs="Times New Roman"/>
          <w:sz w:val="24"/>
          <w:szCs w:val="24"/>
        </w:rPr>
        <w:t xml:space="preserve"> Alumni DKV SMKN 1 Sabang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mentor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sebaya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MGMP DKV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juri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tamu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Pitching Day</w:t>
      </w:r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002ECE1B" w14:textId="77777777" w:rsidR="00BD531A" w:rsidRPr="00D72969" w:rsidRDefault="00BD531A" w:rsidP="00BD531A">
      <w:pPr>
        <w:spacing w:after="16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685C7F05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6. DIFERENSIASI PEMBELAJARAN</w:t>
      </w:r>
    </w:p>
    <w:p w14:paraId="3F81C785" w14:textId="77777777" w:rsidR="008A41DC" w:rsidRDefault="008A41DC" w:rsidP="00F87A54">
      <w:pPr>
        <w:numPr>
          <w:ilvl w:val="0"/>
          <w:numId w:val="3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Diferensiasi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: Studi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kesiapan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branding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kopi modern/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takeaway</w:t>
      </w:r>
      <w:r w:rsidRPr="00F87A54">
        <w:rPr>
          <w:rFonts w:ascii="Times New Roman" w:hAnsi="Times New Roman" w:cs="Times New Roman"/>
          <w:sz w:val="24"/>
          <w:szCs w:val="24"/>
        </w:rPr>
        <w:t>).</w:t>
      </w:r>
    </w:p>
    <w:p w14:paraId="53A468F0" w14:textId="77777777" w:rsidR="00BD531A" w:rsidRDefault="00BD531A" w:rsidP="00BD531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62E0AE5B" w14:textId="77777777" w:rsidR="00BD531A" w:rsidRPr="00F87A54" w:rsidRDefault="00BD531A" w:rsidP="00BD531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70D017F3" w14:textId="77777777" w:rsidR="008A41DC" w:rsidRPr="00F87A54" w:rsidRDefault="008A41DC" w:rsidP="00BD531A">
      <w:pPr>
        <w:numPr>
          <w:ilvl w:val="0"/>
          <w:numId w:val="30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Diferensiasi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Proses: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ideasi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eksplorasi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tools</w:t>
      </w:r>
      <w:r w:rsidRPr="00F87A54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/AI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berkemampuan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7A33AEEC" w14:textId="77777777" w:rsidR="008A41DC" w:rsidRPr="00F87A54" w:rsidRDefault="008A41DC" w:rsidP="00BD531A">
      <w:pPr>
        <w:numPr>
          <w:ilvl w:val="0"/>
          <w:numId w:val="30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Diferensiasi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: Output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logo,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mockup</w:t>
      </w:r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papan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daftar menu,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paket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2BCA986F" w14:textId="77777777" w:rsidR="008A41DC" w:rsidRDefault="008A41DC" w:rsidP="00BD531A">
      <w:pPr>
        <w:numPr>
          <w:ilvl w:val="0"/>
          <w:numId w:val="30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Diferensiasi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studio DKV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island tables</w:t>
      </w:r>
      <w:r w:rsidRPr="00F87A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dilengkapi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Process Wall</w:t>
      </w:r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memajang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7ED89AE8" w14:textId="77777777" w:rsidR="00F87A54" w:rsidRPr="00F87A54" w:rsidRDefault="00F87A54" w:rsidP="00F87A54">
      <w:pPr>
        <w:spacing w:after="16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646A82D" w14:textId="77777777" w:rsidR="008A41DC" w:rsidRPr="00F87A54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7A54">
        <w:rPr>
          <w:rFonts w:ascii="Times New Roman" w:hAnsi="Times New Roman" w:cs="Times New Roman"/>
          <w:b/>
          <w:bCs/>
          <w:sz w:val="24"/>
          <w:szCs w:val="24"/>
        </w:rPr>
        <w:t>7. PENGUATAN PROFIL LULUSAN (PROFIL PELAJAR PANCASILA)</w:t>
      </w:r>
    </w:p>
    <w:p w14:paraId="2FAE95A0" w14:textId="3E718746" w:rsidR="008A41DC" w:rsidRPr="00F87A54" w:rsidRDefault="008A41DC" w:rsidP="00F87A54">
      <w:pPr>
        <w:numPr>
          <w:ilvl w:val="0"/>
          <w:numId w:val="3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Keimanan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Ketakwaan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YME &amp;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Berakhlak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Mulia: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Menjunjung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kejujuran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(anti-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plagiarisme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profesionalisme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beretika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57AED558" w14:textId="3A1C46C8" w:rsidR="008A41DC" w:rsidRPr="00F87A54" w:rsidRDefault="008A41DC" w:rsidP="00F87A54">
      <w:pPr>
        <w:numPr>
          <w:ilvl w:val="0"/>
          <w:numId w:val="3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Kewargaan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(Global Citizenship):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UMKM.</w:t>
      </w:r>
    </w:p>
    <w:p w14:paraId="693B6FFA" w14:textId="3CA06C5E" w:rsidR="008A41DC" w:rsidRDefault="008A41DC" w:rsidP="00F87A54">
      <w:pPr>
        <w:numPr>
          <w:ilvl w:val="0"/>
          <w:numId w:val="3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Penalaran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mendasar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visual.</w:t>
      </w:r>
    </w:p>
    <w:p w14:paraId="2843AFF3" w14:textId="35A97950" w:rsidR="008A41DC" w:rsidRPr="00F87A54" w:rsidRDefault="008A41DC" w:rsidP="00F87A54">
      <w:pPr>
        <w:numPr>
          <w:ilvl w:val="0"/>
          <w:numId w:val="3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brainstorming</w:t>
      </w:r>
      <w:r w:rsidRPr="00F87A5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eksplorasi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mind mapping</w:t>
      </w:r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visual yang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inovatif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47C1C6DB" w14:textId="562CA450" w:rsidR="008A41DC" w:rsidRPr="00F87A54" w:rsidRDefault="008A41DC" w:rsidP="00F87A54">
      <w:pPr>
        <w:numPr>
          <w:ilvl w:val="0"/>
          <w:numId w:val="3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proaktif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keberagaman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6FF6A7A2" w14:textId="1B535A5F" w:rsidR="008A41DC" w:rsidRPr="00F87A54" w:rsidRDefault="008A41DC" w:rsidP="00F87A54">
      <w:pPr>
        <w:numPr>
          <w:ilvl w:val="0"/>
          <w:numId w:val="3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tenggat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(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deadline</w:t>
      </w:r>
      <w:r w:rsidRPr="00F87A54">
        <w:rPr>
          <w:rFonts w:ascii="Times New Roman" w:hAnsi="Times New Roman" w:cs="Times New Roman"/>
          <w:sz w:val="24"/>
          <w:szCs w:val="24"/>
        </w:rPr>
        <w:t>).</w:t>
      </w:r>
    </w:p>
    <w:p w14:paraId="6489D727" w14:textId="58D0FF0D" w:rsidR="008A41DC" w:rsidRPr="00F87A54" w:rsidRDefault="008A41DC" w:rsidP="00F87A54">
      <w:pPr>
        <w:numPr>
          <w:ilvl w:val="0"/>
          <w:numId w:val="3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87A54">
        <w:rPr>
          <w:rFonts w:ascii="Times New Roman" w:hAnsi="Times New Roman" w:cs="Times New Roman"/>
          <w:sz w:val="24"/>
          <w:szCs w:val="24"/>
        </w:rPr>
        <w:t xml:space="preserve">Kesehatan: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ergonomi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dan mental.</w:t>
      </w:r>
    </w:p>
    <w:p w14:paraId="170FE330" w14:textId="0BCA1D00" w:rsidR="008A41DC" w:rsidRDefault="008A41DC" w:rsidP="00F87A54">
      <w:pPr>
        <w:numPr>
          <w:ilvl w:val="0"/>
          <w:numId w:val="3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Mempresentasikan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argumen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persuasif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audiens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6ED4F591" w14:textId="77777777" w:rsidR="00F87A54" w:rsidRPr="00F87A54" w:rsidRDefault="00F87A54" w:rsidP="00F87A54">
      <w:pPr>
        <w:spacing w:after="16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78B711E" w14:textId="77777777" w:rsidR="008A41DC" w:rsidRPr="00F87A54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7A54">
        <w:rPr>
          <w:rFonts w:ascii="Times New Roman" w:hAnsi="Times New Roman" w:cs="Times New Roman"/>
          <w:b/>
          <w:bCs/>
          <w:sz w:val="24"/>
          <w:szCs w:val="24"/>
        </w:rPr>
        <w:lastRenderedPageBreak/>
        <w:t>8. RENCANA TINDAK LANJUT</w:t>
      </w:r>
    </w:p>
    <w:p w14:paraId="1B7F6D15" w14:textId="77777777" w:rsidR="008A41DC" w:rsidRPr="00F87A54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87A54">
        <w:rPr>
          <w:rFonts w:ascii="Times New Roman" w:hAnsi="Times New Roman" w:cs="Times New Roman"/>
          <w:sz w:val="24"/>
          <w:szCs w:val="24"/>
        </w:rPr>
        <w:t>A. Remedial:</w:t>
      </w:r>
    </w:p>
    <w:p w14:paraId="028888AA" w14:textId="77777777" w:rsidR="008A41DC" w:rsidRPr="00F87A54" w:rsidRDefault="008A41DC" w:rsidP="00F87A54">
      <w:pPr>
        <w:numPr>
          <w:ilvl w:val="0"/>
          <w:numId w:val="32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menerjemahkan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4AEF808E" w14:textId="77777777" w:rsidR="008A41DC" w:rsidRPr="00F87A54" w:rsidRDefault="008A41DC" w:rsidP="00F87A54">
      <w:pPr>
        <w:numPr>
          <w:ilvl w:val="0"/>
          <w:numId w:val="32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Penugasan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6123942A" w14:textId="77777777" w:rsidR="008A41DC" w:rsidRPr="00F87A54" w:rsidRDefault="008A41DC" w:rsidP="00F87A54">
      <w:pPr>
        <w:numPr>
          <w:ilvl w:val="0"/>
          <w:numId w:val="32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draf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/logo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Art Director</w:t>
      </w:r>
      <w:r w:rsidRPr="00F87A54">
        <w:rPr>
          <w:rFonts w:ascii="Times New Roman" w:hAnsi="Times New Roman" w:cs="Times New Roman"/>
          <w:sz w:val="24"/>
          <w:szCs w:val="24"/>
        </w:rPr>
        <w:t xml:space="preserve"> (guru).</w:t>
      </w:r>
    </w:p>
    <w:p w14:paraId="2CF7F22A" w14:textId="77777777" w:rsidR="008A41DC" w:rsidRPr="00F87A54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87A54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Pengayaan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:</w:t>
      </w:r>
    </w:p>
    <w:p w14:paraId="3F12061B" w14:textId="77777777" w:rsidR="008A41DC" w:rsidRPr="00F87A54" w:rsidRDefault="008A41DC" w:rsidP="00F87A54">
      <w:pPr>
        <w:numPr>
          <w:ilvl w:val="0"/>
          <w:numId w:val="33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Membimbing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logo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mockup</w:t>
      </w:r>
      <w:r w:rsidRPr="00F87A54">
        <w:rPr>
          <w:rFonts w:ascii="Times New Roman" w:hAnsi="Times New Roman" w:cs="Times New Roman"/>
          <w:sz w:val="24"/>
          <w:szCs w:val="24"/>
        </w:rPr>
        <w:t xml:space="preserve"> 3D/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animasi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31811346" w14:textId="77777777" w:rsidR="008A41DC" w:rsidRPr="00F87A54" w:rsidRDefault="008A41DC" w:rsidP="00F87A54">
      <w:pPr>
        <w:numPr>
          <w:ilvl w:val="0"/>
          <w:numId w:val="33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Mengunggah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branding</w:t>
      </w:r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platform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Behance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Dribbble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).</w:t>
      </w:r>
    </w:p>
    <w:p w14:paraId="3FCD39A0" w14:textId="77777777" w:rsidR="008A41DC" w:rsidRPr="00F87A54" w:rsidRDefault="008A41DC" w:rsidP="00F87A54">
      <w:pPr>
        <w:numPr>
          <w:ilvl w:val="0"/>
          <w:numId w:val="33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Mengikutsertakan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portofolio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branding</w:t>
      </w:r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(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exhibition</w:t>
      </w:r>
      <w:r w:rsidRPr="00F87A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3F2876C2" w14:textId="77777777" w:rsidR="008A41DC" w:rsidRPr="00F87A54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87A54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Guru:</w:t>
      </w:r>
    </w:p>
    <w:p w14:paraId="0E60BCD5" w14:textId="77777777" w:rsidR="008A41DC" w:rsidRPr="00F87A54" w:rsidRDefault="008A41DC" w:rsidP="00F87A54">
      <w:pPr>
        <w:numPr>
          <w:ilvl w:val="0"/>
          <w:numId w:val="34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simulasi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(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role-playing</w:t>
      </w:r>
      <w:r w:rsidRPr="00F87A54">
        <w:rPr>
          <w:rFonts w:ascii="Times New Roman" w:hAnsi="Times New Roman" w:cs="Times New Roman"/>
          <w:sz w:val="24"/>
          <w:szCs w:val="24"/>
        </w:rPr>
        <w:t xml:space="preserve">) dan model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PjBL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3038EE61" w14:textId="77777777" w:rsidR="008A41DC" w:rsidRPr="00F87A54" w:rsidRDefault="008A41DC" w:rsidP="00F87A54">
      <w:pPr>
        <w:numPr>
          <w:ilvl w:val="0"/>
          <w:numId w:val="34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Memperbarui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repositori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r w:rsidRPr="00F87A54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DKV yang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tren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terkini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>.</w:t>
      </w:r>
    </w:p>
    <w:p w14:paraId="131DBF28" w14:textId="77777777" w:rsidR="008A41DC" w:rsidRPr="00F87A54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87A54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Didik:</w:t>
      </w:r>
    </w:p>
    <w:p w14:paraId="773B12AE" w14:textId="77777777" w:rsidR="008A41DC" w:rsidRPr="00F87A54" w:rsidRDefault="008A41DC" w:rsidP="00F87A54">
      <w:pPr>
        <w:numPr>
          <w:ilvl w:val="0"/>
          <w:numId w:val="35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Mengorganisir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file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folder </w:t>
      </w:r>
      <w:proofErr w:type="spellStart"/>
      <w:r w:rsidRPr="00F87A54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F87A54">
        <w:rPr>
          <w:rFonts w:ascii="Times New Roman" w:hAnsi="Times New Roman" w:cs="Times New Roman"/>
          <w:sz w:val="24"/>
          <w:szCs w:val="24"/>
        </w:rPr>
        <w:t xml:space="preserve"> di Cloud storage.</w:t>
      </w:r>
    </w:p>
    <w:p w14:paraId="3048A369" w14:textId="77777777" w:rsidR="008A41DC" w:rsidRDefault="008A41DC" w:rsidP="00F87A54">
      <w:pPr>
        <w:numPr>
          <w:ilvl w:val="0"/>
          <w:numId w:val="35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87A54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DKV pada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proyek-proyek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23BA83BD" w14:textId="77777777" w:rsidR="00F87A54" w:rsidRDefault="00F87A54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0CE29AF1" w14:textId="77777777" w:rsidR="00F87A54" w:rsidRDefault="00F87A54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3939FA87" w14:textId="77777777" w:rsidR="00BD531A" w:rsidRDefault="00BD531A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1E3740D3" w14:textId="77777777" w:rsidR="00BD531A" w:rsidRDefault="00BD531A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528B7573" w14:textId="77777777" w:rsidR="00BD531A" w:rsidRDefault="00BD531A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7E464397" w14:textId="77777777" w:rsidR="00BD531A" w:rsidRDefault="00BD531A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0C04E2DB" w14:textId="77777777" w:rsidR="00F87A54" w:rsidRPr="00D72969" w:rsidRDefault="00F87A54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418854C8" w14:textId="77777777" w:rsidR="00BD531A" w:rsidRDefault="00BD531A" w:rsidP="00F87A54">
      <w:pPr>
        <w:spacing w:after="16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1B2E8" w14:textId="689BF163" w:rsidR="008A41DC" w:rsidRDefault="008A41DC" w:rsidP="00F87A54">
      <w:pPr>
        <w:spacing w:after="16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LAMPIRAN A. LANGKAH-LANGKAH PEMBELAJARAN</w:t>
      </w:r>
    </w:p>
    <w:p w14:paraId="637DFF87" w14:textId="77777777" w:rsidR="00F87A54" w:rsidRPr="00D72969" w:rsidRDefault="00F87A54" w:rsidP="00F87A54">
      <w:pPr>
        <w:spacing w:after="16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295E39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KEGIATAN AWAL PEMBELAJARAN (4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@ 15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Menit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F1098EF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1: "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Mengenal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Dunia Desain &amp; Pola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Pikir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Kreatif"</w:t>
      </w:r>
    </w:p>
    <w:p w14:paraId="2AC7D5B4" w14:textId="77777777" w:rsidR="008A41DC" w:rsidRPr="00D72969" w:rsidRDefault="008A41DC" w:rsidP="00F87A54">
      <w:pPr>
        <w:numPr>
          <w:ilvl w:val="0"/>
          <w:numId w:val="3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Tujuan:</w:t>
      </w:r>
      <w:r w:rsidRPr="00D72969">
        <w:rPr>
          <w:rFonts w:ascii="Times New Roman" w:hAnsi="Times New Roman" w:cs="Times New Roman"/>
          <w:sz w:val="24"/>
          <w:szCs w:val="24"/>
        </w:rPr>
        <w:t xml:space="preserve"> Mengorientasi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DKV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sekadar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indah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4F5E1BCD" w14:textId="77777777" w:rsidR="008A41DC" w:rsidRPr="00D72969" w:rsidRDefault="008A41DC" w:rsidP="00F87A54">
      <w:pPr>
        <w:numPr>
          <w:ilvl w:val="0"/>
          <w:numId w:val="3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Langkah-langkah:</w:t>
      </w:r>
    </w:p>
    <w:p w14:paraId="685D7743" w14:textId="77777777" w:rsidR="008A41DC" w:rsidRPr="00D72969" w:rsidRDefault="008A41DC" w:rsidP="00F87A54">
      <w:pPr>
        <w:numPr>
          <w:ilvl w:val="1"/>
          <w:numId w:val="3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menyapa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memandu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memutarkan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"Day in the Life of a Graphic Designer".</w:t>
      </w:r>
    </w:p>
    <w:p w14:paraId="64B545D7" w14:textId="77777777" w:rsidR="008A41DC" w:rsidRPr="00D72969" w:rsidRDefault="008A41DC" w:rsidP="00F87A54">
      <w:pPr>
        <w:numPr>
          <w:ilvl w:val="1"/>
          <w:numId w:val="3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menampilkan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dua logo (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misal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: Pertamina vs Gojek)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memantik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: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Apakah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logo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dibuat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sekadar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iseng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strategi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bisnis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baliknya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?"</w:t>
      </w:r>
    </w:p>
    <w:p w14:paraId="194536A7" w14:textId="77777777" w:rsidR="008A41DC" w:rsidRPr="00D72969" w:rsidRDefault="008A41DC" w:rsidP="00F87A54">
      <w:pPr>
        <w:numPr>
          <w:ilvl w:val="1"/>
          <w:numId w:val="3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"Branding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Lokal".</w:t>
      </w:r>
    </w:p>
    <w:p w14:paraId="0F4E6D94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2: "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Membedah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Alur Proses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Produksi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DKV"</w:t>
      </w:r>
    </w:p>
    <w:p w14:paraId="4ECE7020" w14:textId="77777777" w:rsidR="008A41DC" w:rsidRPr="00D72969" w:rsidRDefault="008A41DC" w:rsidP="00F87A54">
      <w:pPr>
        <w:numPr>
          <w:ilvl w:val="0"/>
          <w:numId w:val="37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Tujuan: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terencana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pre-production, production, post-production</w:t>
      </w:r>
      <w:r w:rsidRPr="00D72969">
        <w:rPr>
          <w:rFonts w:ascii="Times New Roman" w:hAnsi="Times New Roman" w:cs="Times New Roman"/>
          <w:sz w:val="24"/>
          <w:szCs w:val="24"/>
        </w:rPr>
        <w:t>).</w:t>
      </w:r>
    </w:p>
    <w:p w14:paraId="60B05FA7" w14:textId="77777777" w:rsidR="008A41DC" w:rsidRPr="00D72969" w:rsidRDefault="008A41DC" w:rsidP="00F87A54">
      <w:pPr>
        <w:numPr>
          <w:ilvl w:val="0"/>
          <w:numId w:val="37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Langkah-langkah:</w:t>
      </w:r>
    </w:p>
    <w:p w14:paraId="69527650" w14:textId="77777777" w:rsidR="008A41DC" w:rsidRPr="00D72969" w:rsidRDefault="008A41DC" w:rsidP="00F87A54">
      <w:pPr>
        <w:numPr>
          <w:ilvl w:val="1"/>
          <w:numId w:val="37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analogi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: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Membuat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desain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seperti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memasak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. Ada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resep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bahan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tahapannya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."</w:t>
      </w:r>
    </w:p>
    <w:p w14:paraId="1B91C371" w14:textId="77777777" w:rsidR="008A41DC" w:rsidRPr="00D72969" w:rsidRDefault="008A41DC" w:rsidP="00F87A54">
      <w:pPr>
        <w:numPr>
          <w:ilvl w:val="1"/>
          <w:numId w:val="37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memperlihatkan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poster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menebak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pembuatannya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42037A80" w14:textId="77777777" w:rsidR="008A41DC" w:rsidRPr="00D72969" w:rsidRDefault="008A41DC" w:rsidP="00F87A54">
      <w:pPr>
        <w:numPr>
          <w:ilvl w:val="1"/>
          <w:numId w:val="37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mengaitkan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brief,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riset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, mind mapping,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sketsa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digitalisasi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mockup</w:t>
      </w:r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1A7F6009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3: "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Simulasi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Pembentukan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Tim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Agensi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Kreatif"</w:t>
      </w:r>
    </w:p>
    <w:p w14:paraId="23940373" w14:textId="77777777" w:rsidR="008A41DC" w:rsidRPr="00D72969" w:rsidRDefault="008A41DC" w:rsidP="00F87A54">
      <w:pPr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Tujuan: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Menyiapkan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mental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DKV.</w:t>
      </w:r>
    </w:p>
    <w:p w14:paraId="005525E1" w14:textId="77777777" w:rsidR="008A41DC" w:rsidRPr="00D72969" w:rsidRDefault="008A41DC" w:rsidP="00F87A54">
      <w:pPr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lastRenderedPageBreak/>
        <w:t>Langkah-langkah:</w:t>
      </w:r>
    </w:p>
    <w:p w14:paraId="5D9AC6B5" w14:textId="77777777" w:rsidR="008A41DC" w:rsidRPr="00D72969" w:rsidRDefault="008A41DC" w:rsidP="00F87A54">
      <w:pPr>
        <w:numPr>
          <w:ilvl w:val="1"/>
          <w:numId w:val="3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memandu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: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"Di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industri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desainer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jarang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bekerja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sendiri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Siapa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saja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peran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kreatif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?"</w:t>
      </w:r>
    </w:p>
    <w:p w14:paraId="15C600C6" w14:textId="77777777" w:rsidR="008A41DC" w:rsidRPr="00D72969" w:rsidRDefault="008A41DC" w:rsidP="00F87A54">
      <w:pPr>
        <w:numPr>
          <w:ilvl w:val="1"/>
          <w:numId w:val="3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(3-4 orang)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Art Director, Copywriter, Lead Designer, Researcher</w:t>
      </w:r>
      <w:r w:rsidRPr="00D72969">
        <w:rPr>
          <w:rFonts w:ascii="Times New Roman" w:hAnsi="Times New Roman" w:cs="Times New Roman"/>
          <w:sz w:val="24"/>
          <w:szCs w:val="24"/>
        </w:rPr>
        <w:t>).</w:t>
      </w:r>
    </w:p>
    <w:p w14:paraId="681866D2" w14:textId="77777777" w:rsidR="008A41DC" w:rsidRPr="00D72969" w:rsidRDefault="008A41DC" w:rsidP="00F87A54">
      <w:pPr>
        <w:numPr>
          <w:ilvl w:val="1"/>
          <w:numId w:val="38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yel-yel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keakraban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0B2D7DA7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4: "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Persiapan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Pitching Day &amp; Etika Industri"</w:t>
      </w:r>
    </w:p>
    <w:p w14:paraId="6B3A30B4" w14:textId="77777777" w:rsidR="008A41DC" w:rsidRPr="00D72969" w:rsidRDefault="008A41DC" w:rsidP="00F87A54">
      <w:pPr>
        <w:numPr>
          <w:ilvl w:val="0"/>
          <w:numId w:val="3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Tujuan: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visual dan verbal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mempresentasikan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326B5CB5" w14:textId="77777777" w:rsidR="008A41DC" w:rsidRPr="00D72969" w:rsidRDefault="008A41DC" w:rsidP="00F87A54">
      <w:pPr>
        <w:numPr>
          <w:ilvl w:val="0"/>
          <w:numId w:val="3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Langkah-langkah:</w:t>
      </w:r>
    </w:p>
    <w:p w14:paraId="5BD05435" w14:textId="77777777" w:rsidR="008A41DC" w:rsidRPr="00D72969" w:rsidRDefault="008A41DC" w:rsidP="00F87A54">
      <w:pPr>
        <w:numPr>
          <w:ilvl w:val="1"/>
          <w:numId w:val="3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memperlihatkan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rekaman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pitching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623B67E4" w14:textId="77777777" w:rsidR="008A41DC" w:rsidRPr="00D72969" w:rsidRDefault="008A41DC" w:rsidP="00F87A54">
      <w:pPr>
        <w:numPr>
          <w:ilvl w:val="1"/>
          <w:numId w:val="3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Pitching Day</w:t>
      </w:r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1C0D9296" w14:textId="77777777" w:rsidR="008A41DC" w:rsidRDefault="008A41DC" w:rsidP="00F87A54">
      <w:pPr>
        <w:numPr>
          <w:ilvl w:val="1"/>
          <w:numId w:val="39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menyepakati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check-point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linimasa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46CAC333" w14:textId="77777777" w:rsidR="00F87A54" w:rsidRPr="00D72969" w:rsidRDefault="00F87A54" w:rsidP="00F87A54">
      <w:pPr>
        <w:spacing w:after="160"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FBD4887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KEGIATAN INTI PEMBELAJARAN (Model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- 4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@ 75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Menit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B943A30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Brief &amp;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Perencanaan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Memahami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Mengaplikasi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089006D" w14:textId="77777777" w:rsidR="008A41DC" w:rsidRPr="00D72969" w:rsidRDefault="008A41DC" w:rsidP="00F87A54">
      <w:pPr>
        <w:numPr>
          <w:ilvl w:val="0"/>
          <w:numId w:val="4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Menentukan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Mendasar</w:t>
      </w:r>
      <w:proofErr w:type="spellEnd"/>
    </w:p>
    <w:p w14:paraId="52E25041" w14:textId="77777777" w:rsidR="008A41DC" w:rsidRPr="00D72969" w:rsidRDefault="008A41DC" w:rsidP="00F87A54">
      <w:pPr>
        <w:numPr>
          <w:ilvl w:val="1"/>
          <w:numId w:val="4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: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Bagaimana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dapat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menciptakan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identitas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visual (branding) yang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menarik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lokal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agar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dapat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meningkatkan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daya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tarik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kepercayaan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konsumen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?"</w:t>
      </w:r>
    </w:p>
    <w:p w14:paraId="4F2DB4CA" w14:textId="77777777" w:rsidR="008A41DC" w:rsidRPr="00D72969" w:rsidRDefault="008A41DC" w:rsidP="00F87A54">
      <w:pPr>
        <w:numPr>
          <w:ilvl w:val="1"/>
          <w:numId w:val="4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role-playing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277D87CB" w14:textId="77777777" w:rsidR="008A41DC" w:rsidRPr="00D72969" w:rsidRDefault="008A41DC" w:rsidP="00F87A54">
      <w:pPr>
        <w:numPr>
          <w:ilvl w:val="0"/>
          <w:numId w:val="4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Mendesain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Perencanaan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</w:p>
    <w:p w14:paraId="15CF4B7E" w14:textId="77777777" w:rsidR="008A41DC" w:rsidRPr="00D72969" w:rsidRDefault="008A41DC" w:rsidP="00F87A54">
      <w:pPr>
        <w:numPr>
          <w:ilvl w:val="1"/>
          <w:numId w:val="4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lastRenderedPageBreak/>
        <w:t xml:space="preserve">Tim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D72969">
        <w:rPr>
          <w:rFonts w:ascii="Times New Roman" w:hAnsi="Times New Roman" w:cs="Times New Roman"/>
          <w:sz w:val="24"/>
          <w:szCs w:val="24"/>
        </w:rPr>
        <w:t xml:space="preserve"> (target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audiens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).</w:t>
      </w:r>
    </w:p>
    <w:p w14:paraId="4C8FE4F5" w14:textId="77777777" w:rsidR="008A41DC" w:rsidRPr="00D72969" w:rsidRDefault="008A41DC" w:rsidP="00F87A54">
      <w:pPr>
        <w:numPr>
          <w:ilvl w:val="1"/>
          <w:numId w:val="40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 Trello/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tenggat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penanggung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).</w:t>
      </w:r>
    </w:p>
    <w:p w14:paraId="474F7015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2: Riset, Brainstorming &amp;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Sketsa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Kasar (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Mengaplikasi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Kreatif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D8BB0BE" w14:textId="77777777" w:rsidR="008A41DC" w:rsidRPr="00D72969" w:rsidRDefault="008A41DC" w:rsidP="00F87A54">
      <w:pPr>
        <w:numPr>
          <w:ilvl w:val="0"/>
          <w:numId w:val="4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3: Menyusun Jadwal (Create Schedule)</w:t>
      </w:r>
    </w:p>
    <w:p w14:paraId="03083E12" w14:textId="77777777" w:rsidR="008A41DC" w:rsidRPr="00D72969" w:rsidRDefault="008A41DC" w:rsidP="00F87A54">
      <w:pPr>
        <w:numPr>
          <w:ilvl w:val="1"/>
          <w:numId w:val="4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memfinalisasi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linimasa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pengerjaan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eksekusi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digital.</w:t>
      </w:r>
    </w:p>
    <w:p w14:paraId="6E41F23B" w14:textId="77777777" w:rsidR="008A41DC" w:rsidRPr="00D72969" w:rsidRDefault="008A41DC" w:rsidP="00F87A54">
      <w:pPr>
        <w:numPr>
          <w:ilvl w:val="0"/>
          <w:numId w:val="4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Memantau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Kemajuan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(Sesi Riset &amp;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Sketsa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2F6BC64" w14:textId="77777777" w:rsidR="008A41DC" w:rsidRPr="00D72969" w:rsidRDefault="008A41DC" w:rsidP="00F87A54">
      <w:pPr>
        <w:numPr>
          <w:ilvl w:val="1"/>
          <w:numId w:val="4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visual di Pinterest/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Behance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moodboard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kolaboratif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7EA63BF0" w14:textId="77777777" w:rsidR="008A41DC" w:rsidRPr="00D72969" w:rsidRDefault="008A41DC" w:rsidP="00F87A54">
      <w:pPr>
        <w:numPr>
          <w:ilvl w:val="1"/>
          <w:numId w:val="4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brainstorming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mind mapping</w:t>
      </w:r>
      <w:r w:rsidRPr="00D72969"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4A5670E1" w14:textId="77777777" w:rsidR="008A41DC" w:rsidRPr="00D72969" w:rsidRDefault="008A41DC" w:rsidP="00F87A54">
      <w:pPr>
        <w:numPr>
          <w:ilvl w:val="1"/>
          <w:numId w:val="41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minimal 5-10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kasar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thumbnail sketches</w:t>
      </w:r>
      <w:r w:rsidRPr="00D72969">
        <w:rPr>
          <w:rFonts w:ascii="Times New Roman" w:hAnsi="Times New Roman" w:cs="Times New Roman"/>
          <w:sz w:val="24"/>
          <w:szCs w:val="24"/>
        </w:rPr>
        <w:t xml:space="preserve">) logo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713549F7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Digitalisasi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, Mockup &amp;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Persiapan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Pitching (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Mengaplikasi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Komunikatif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4638DF4" w14:textId="77777777" w:rsidR="008A41DC" w:rsidRPr="00D72969" w:rsidRDefault="008A41DC" w:rsidP="00F87A54">
      <w:pPr>
        <w:numPr>
          <w:ilvl w:val="0"/>
          <w:numId w:val="42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Memantau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Kemajuan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(Sesi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Eksekusi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Digital)</w:t>
      </w:r>
    </w:p>
    <w:p w14:paraId="1A49A1FC" w14:textId="77777777" w:rsidR="008A41DC" w:rsidRPr="00D72969" w:rsidRDefault="008A41DC" w:rsidP="00F87A54">
      <w:pPr>
        <w:numPr>
          <w:ilvl w:val="1"/>
          <w:numId w:val="42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berkonsultasi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guru (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Art Director</w:t>
      </w:r>
      <w:r w:rsidRPr="00D729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15D7F9F2" w14:textId="77777777" w:rsidR="008A41DC" w:rsidRPr="00D72969" w:rsidRDefault="008A41DC" w:rsidP="00F87A54">
      <w:pPr>
        <w:numPr>
          <w:ilvl w:val="1"/>
          <w:numId w:val="42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mendigitalisasi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(Canva/Figma/Illustrator/CorelDRAW).</w:t>
      </w:r>
    </w:p>
    <w:p w14:paraId="199C71A3" w14:textId="77777777" w:rsidR="008A41DC" w:rsidRPr="00D72969" w:rsidRDefault="008A41DC" w:rsidP="00F87A54">
      <w:pPr>
        <w:numPr>
          <w:ilvl w:val="1"/>
          <w:numId w:val="42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logo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mockup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papan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nama, daftar menu,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apron).</w:t>
      </w:r>
    </w:p>
    <w:p w14:paraId="21C040F3" w14:textId="77777777" w:rsidR="008A41DC" w:rsidRPr="00D72969" w:rsidRDefault="008A41DC" w:rsidP="00F87A54">
      <w:pPr>
        <w:numPr>
          <w:ilvl w:val="1"/>
          <w:numId w:val="42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slide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pitching</w:t>
      </w:r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67886FBC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4: Pitching Day,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Evaluasi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Refleksi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Mengaplikasi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Merefleksi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83367BE" w14:textId="77777777" w:rsidR="008A41DC" w:rsidRPr="00D72969" w:rsidRDefault="008A41DC" w:rsidP="00F87A54">
      <w:pPr>
        <w:numPr>
          <w:ilvl w:val="0"/>
          <w:numId w:val="43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5: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Menguji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Hasil (Assess Outcome - Pitching Day)</w:t>
      </w:r>
    </w:p>
    <w:p w14:paraId="671FEC2B" w14:textId="77777777" w:rsidR="008A41DC" w:rsidRPr="00D72969" w:rsidRDefault="008A41DC" w:rsidP="00F87A54">
      <w:pPr>
        <w:numPr>
          <w:ilvl w:val="1"/>
          <w:numId w:val="43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mempresentasikan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branding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(5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) di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hadapan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guru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panelis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4EB4091C" w14:textId="77777777" w:rsidR="008A41DC" w:rsidRPr="00D72969" w:rsidRDefault="008A41DC" w:rsidP="00F87A54">
      <w:pPr>
        <w:numPr>
          <w:ilvl w:val="1"/>
          <w:numId w:val="43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lastRenderedPageBreak/>
        <w:t>Kelompok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konstruktif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peer review</w:t>
      </w:r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6BCE48B1" w14:textId="77777777" w:rsidR="008A41DC" w:rsidRPr="00D72969" w:rsidRDefault="008A41DC" w:rsidP="00F87A54">
      <w:pPr>
        <w:numPr>
          <w:ilvl w:val="0"/>
          <w:numId w:val="43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Sintak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PjBL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6: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Mengevaluasi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Pengalaman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(Evaluate Experience)</w:t>
      </w:r>
    </w:p>
    <w:p w14:paraId="63C7A01D" w14:textId="77777777" w:rsidR="008A41DC" w:rsidRPr="00D72969" w:rsidRDefault="008A41DC" w:rsidP="00F87A54">
      <w:pPr>
        <w:numPr>
          <w:ilvl w:val="1"/>
          <w:numId w:val="43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memandu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2A3BD657" w14:textId="77777777" w:rsidR="00F87A54" w:rsidRPr="00D72969" w:rsidRDefault="00F87A54" w:rsidP="00F87A54">
      <w:pPr>
        <w:spacing w:after="16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D815112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KEGIATAN PENUTUP (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Refleksi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Model 4F)</w:t>
      </w:r>
    </w:p>
    <w:p w14:paraId="751004C4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ditutup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4F:</w:t>
      </w:r>
    </w:p>
    <w:tbl>
      <w:tblPr>
        <w:tblStyle w:val="TableGrid"/>
        <w:tblW w:w="9925" w:type="dxa"/>
        <w:tblLook w:val="04A0" w:firstRow="1" w:lastRow="0" w:firstColumn="1" w:lastColumn="0" w:noHBand="0" w:noVBand="1"/>
      </w:tblPr>
      <w:tblGrid>
        <w:gridCol w:w="1981"/>
        <w:gridCol w:w="1981"/>
        <w:gridCol w:w="1981"/>
        <w:gridCol w:w="1979"/>
        <w:gridCol w:w="2003"/>
      </w:tblGrid>
      <w:tr w:rsidR="008A41DC" w:rsidRPr="00D72969" w14:paraId="4AE7C5E4" w14:textId="77777777" w:rsidTr="008A41DC">
        <w:tc>
          <w:tcPr>
            <w:tcW w:w="1985" w:type="dxa"/>
            <w:vAlign w:val="center"/>
          </w:tcPr>
          <w:p w14:paraId="1B986580" w14:textId="0C813AF6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1985" w:type="dxa"/>
            <w:vAlign w:val="center"/>
          </w:tcPr>
          <w:p w14:paraId="407AB31F" w14:textId="54BFB7D2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Pertemuan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1985" w:type="dxa"/>
            <w:vAlign w:val="center"/>
          </w:tcPr>
          <w:p w14:paraId="3E367B03" w14:textId="59FBE5EE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Pertemuan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985" w:type="dxa"/>
            <w:vAlign w:val="center"/>
          </w:tcPr>
          <w:p w14:paraId="4B19F842" w14:textId="2FB0B1DB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Pertemuan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1985" w:type="dxa"/>
            <w:vAlign w:val="center"/>
          </w:tcPr>
          <w:p w14:paraId="3E55D178" w14:textId="28A3E298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Pertemuan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</w:t>
            </w:r>
          </w:p>
        </w:tc>
      </w:tr>
      <w:tr w:rsidR="008A41DC" w:rsidRPr="00D72969" w14:paraId="548E8F56" w14:textId="77777777" w:rsidTr="008A41DC">
        <w:tc>
          <w:tcPr>
            <w:tcW w:w="1985" w:type="dxa"/>
            <w:vAlign w:val="center"/>
          </w:tcPr>
          <w:p w14:paraId="460FBD50" w14:textId="3238B85D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Facts (Fakta)</w:t>
            </w:r>
          </w:p>
        </w:tc>
        <w:tc>
          <w:tcPr>
            <w:tcW w:w="1985" w:type="dxa"/>
            <w:vAlign w:val="center"/>
          </w:tcPr>
          <w:p w14:paraId="64DE84FF" w14:textId="450584C7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brief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agensi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47A109CC" w14:textId="7FC39A95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riset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visual, </w:t>
            </w:r>
            <w:proofErr w:type="spellStart"/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moodboard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sketsa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thumbnail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0801A4D0" w14:textId="0E0E5399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Mengubah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sketsa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digital &amp;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mockup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421C80E6" w14:textId="56A9C5A9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Pitching Day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menerima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umpan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balik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A41DC" w:rsidRPr="00D72969" w14:paraId="0058FD7D" w14:textId="77777777" w:rsidTr="008A41DC">
        <w:tc>
          <w:tcPr>
            <w:tcW w:w="1985" w:type="dxa"/>
            <w:vAlign w:val="center"/>
          </w:tcPr>
          <w:p w14:paraId="7671C77F" w14:textId="4A10BD42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Feelings (Perasaan)</w:t>
            </w:r>
          </w:p>
        </w:tc>
        <w:tc>
          <w:tcPr>
            <w:tcW w:w="1985" w:type="dxa"/>
            <w:vAlign w:val="center"/>
          </w:tcPr>
          <w:p w14:paraId="05FF4050" w14:textId="7F397725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Tertantang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memerankan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agensi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2C52E334" w14:textId="5A9CD567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Seru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pusing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mengeluarkan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sketsa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ide.</w:t>
            </w:r>
          </w:p>
        </w:tc>
        <w:tc>
          <w:tcPr>
            <w:tcW w:w="1985" w:type="dxa"/>
            <w:vAlign w:val="center"/>
          </w:tcPr>
          <w:p w14:paraId="02E306D4" w14:textId="4DB3C023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Bangga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melihat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sketsa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ide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berubah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digital.</w:t>
            </w:r>
          </w:p>
        </w:tc>
        <w:tc>
          <w:tcPr>
            <w:tcW w:w="1985" w:type="dxa"/>
            <w:vAlign w:val="center"/>
          </w:tcPr>
          <w:p w14:paraId="5A89AAB0" w14:textId="03DED1E4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Lega,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bangga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percaya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mempresentasikan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A41DC" w:rsidRPr="00D72969" w14:paraId="530B32C9" w14:textId="77777777" w:rsidTr="008A41DC">
        <w:tc>
          <w:tcPr>
            <w:tcW w:w="1985" w:type="dxa"/>
            <w:vAlign w:val="center"/>
          </w:tcPr>
          <w:p w14:paraId="593C8CAF" w14:textId="1626BCC5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Findings (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Temuan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14:paraId="02EDEFB8" w14:textId="67249A18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keinginan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kunci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7D1206A9" w14:textId="02388455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Semakin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sketsa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dibuat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semakin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idenya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379670AB" w14:textId="4D395CC9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Mockup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melihat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wujud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nyata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216D107D" w14:textId="2CA975CC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Kritik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konstruktif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sangat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penting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menyempurnakan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A41DC" w:rsidRPr="00D72969" w14:paraId="01CC4871" w14:textId="77777777" w:rsidTr="008A41DC">
        <w:tc>
          <w:tcPr>
            <w:tcW w:w="1985" w:type="dxa"/>
            <w:vAlign w:val="center"/>
          </w:tcPr>
          <w:p w14:paraId="538A7A32" w14:textId="7C18D75E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Future (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Penerapan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14:paraId="027EB88B" w14:textId="600B1D32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teliti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instruksi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brief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527A60F2" w14:textId="256BDE4F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Berani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menggambar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ide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alternatif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takut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dinilai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salah.</w:t>
            </w:r>
          </w:p>
        </w:tc>
        <w:tc>
          <w:tcPr>
            <w:tcW w:w="1985" w:type="dxa"/>
            <w:vAlign w:val="center"/>
          </w:tcPr>
          <w:p w14:paraId="3BE60373" w14:textId="363C39B1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Berlatih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merapikan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vectoring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tata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presisi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021F33F7" w14:textId="3F7E0F98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Berlatih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persuasif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B5BEC40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1A66BDA1" w14:textId="77777777" w:rsidR="00BD531A" w:rsidRDefault="00BD531A" w:rsidP="00F87A54">
      <w:pPr>
        <w:spacing w:after="16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DCB7C1" w14:textId="26295320" w:rsidR="008A41DC" w:rsidRDefault="008A41DC" w:rsidP="00F87A54">
      <w:pPr>
        <w:spacing w:after="16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LAMPIRAN B. INSTRUMEN ASESMEN PEMBELAJARAN</w:t>
      </w:r>
    </w:p>
    <w:p w14:paraId="41174110" w14:textId="77777777" w:rsidR="00F87A54" w:rsidRPr="00D72969" w:rsidRDefault="00F87A54" w:rsidP="00F87A54">
      <w:pPr>
        <w:spacing w:after="16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23EEF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1. ASESMEN DIAGNOSTIK (AWAL PEMBELAJARAN)</w:t>
      </w:r>
    </w:p>
    <w:p w14:paraId="6EB505CD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A. Soal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Pilihan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Ganda HOTS</w:t>
      </w:r>
    </w:p>
    <w:p w14:paraId="31AC8568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Soal 1 (Level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Kognitif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C4 -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Menganalisis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286AB0B" w14:textId="77777777" w:rsidR="008A41DC" w:rsidRPr="00D72969" w:rsidRDefault="008A41DC" w:rsidP="00F87A54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i/>
          <w:iCs/>
          <w:sz w:val="24"/>
          <w:szCs w:val="24"/>
        </w:rPr>
        <w:t>Stimulus: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brief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kedai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kopi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"Senja Kala"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menargetkan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18-25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). Klien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logo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modern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minimalis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sentuhan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hangat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brief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: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"Saya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ingin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logo yang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simpel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seperti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Apple,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nuansa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etnik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batik, dan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warnanya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cerah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seperti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oranye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senja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agar 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energik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."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Desainer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menggabungkan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kontradiktif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mengaburkan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visual.</w:t>
      </w:r>
    </w:p>
    <w:p w14:paraId="435C8AAE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Pertanyaan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brief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desainer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menggambar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...</w:t>
      </w:r>
    </w:p>
    <w:p w14:paraId="50410C34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font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dekoratif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menggabungkan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modern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6A7DFC4E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menggambar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logo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cangkir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kopi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ornamen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batik yang sangat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rumit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7E453F3B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Mengidentifikasi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prioritas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utama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pesan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menonjolkan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kesan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'modern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minimalis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'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atau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'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hangat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tradisional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'.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197C726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oranye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agar logo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menonjol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 media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76BFDB70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kedai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kopi agar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dibuatkan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logonya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39524156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Soal 2 (Level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Kognitif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C5 -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Mengevaluasi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3A15E94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i/>
          <w:iCs/>
          <w:sz w:val="24"/>
          <w:szCs w:val="24"/>
        </w:rPr>
        <w:t>Stimulus:</w:t>
      </w:r>
      <w:r w:rsidRPr="00D72969">
        <w:rPr>
          <w:rFonts w:ascii="Times New Roman" w:hAnsi="Times New Roman" w:cs="Times New Roman"/>
          <w:sz w:val="24"/>
          <w:szCs w:val="24"/>
        </w:rPr>
        <w:t xml:space="preserve"> Tim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opsi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logo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"Senja Kala".</w:t>
      </w:r>
    </w:p>
    <w:p w14:paraId="00B6218C" w14:textId="77777777" w:rsidR="008A41DC" w:rsidRPr="00D72969" w:rsidRDefault="008A41DC" w:rsidP="00F87A54">
      <w:pPr>
        <w:numPr>
          <w:ilvl w:val="0"/>
          <w:numId w:val="44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Logo A: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Cangkir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kopi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one-line art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simpel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monokrom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uap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menyimbolkan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gunungan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wayang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halus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663199CD" w14:textId="77777777" w:rsidR="008A41DC" w:rsidRDefault="008A41DC" w:rsidP="00F87A54">
      <w:pPr>
        <w:numPr>
          <w:ilvl w:val="0"/>
          <w:numId w:val="44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Logo B: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Lingkaran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gradasi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oranye-jingga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cerah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tekstur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kayu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garis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hiasan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rumit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sekelilingnya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0AD20AF6" w14:textId="77777777" w:rsidR="00BD531A" w:rsidRDefault="00BD531A" w:rsidP="00BD531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5C8169A9" w14:textId="77777777" w:rsidR="00BD531A" w:rsidRPr="00D72969" w:rsidRDefault="00BD531A" w:rsidP="00BD531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17E6322E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desainer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audiens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751FD271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Pertanyaan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manakah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?</w:t>
      </w:r>
    </w:p>
    <w:p w14:paraId="60D9410B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A. Logo B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oranye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cerah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09A136EA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B. Logo A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lebih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berhasil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karena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mampu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memadukan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konsep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modern dan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tradisional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halus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serta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mempertahankan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keterbacaan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tinggi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Kunci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08C4626A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logo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kopi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710020D8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D. Logo B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ornamen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mahal.</w:t>
      </w:r>
    </w:p>
    <w:p w14:paraId="2CF90258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E. Logo A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dicetak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spanduk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.</w:t>
      </w:r>
    </w:p>
    <w:p w14:paraId="67DBB7D1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B. Soal Esai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Diagnostik</w:t>
      </w:r>
      <w:proofErr w:type="spellEnd"/>
    </w:p>
    <w:p w14:paraId="7327C28F" w14:textId="77777777" w:rsidR="008A41DC" w:rsidRPr="00D72969" w:rsidRDefault="008A41DC" w:rsidP="00F87A54">
      <w:pPr>
        <w:numPr>
          <w:ilvl w:val="0"/>
          <w:numId w:val="45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Temanmu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keripik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pisang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memintamu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logonya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kamu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ajukan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kepadanya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kamu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alasannya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!</w:t>
      </w:r>
    </w:p>
    <w:p w14:paraId="575FEEE5" w14:textId="77777777" w:rsidR="008A41DC" w:rsidRPr="00D72969" w:rsidRDefault="008A41DC" w:rsidP="00F87A54">
      <w:pPr>
        <w:numPr>
          <w:ilvl w:val="0"/>
          <w:numId w:val="45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"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"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berbakat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".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desainer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DKV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argumenmu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!</w:t>
      </w:r>
    </w:p>
    <w:p w14:paraId="165CA647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2. ASESMEN FORMATIF (PROSES PEMBELAJARAN)</w:t>
      </w:r>
    </w:p>
    <w:p w14:paraId="7B63B886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Lembar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Observasi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Simulasi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Pitching Day</w:t>
      </w:r>
    </w:p>
    <w:p w14:paraId="3BAAD881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Mata Pelajaran:</w:t>
      </w:r>
      <w:r w:rsidRPr="00D72969">
        <w:rPr>
          <w:rFonts w:ascii="Times New Roman" w:hAnsi="Times New Roman" w:cs="Times New Roman"/>
          <w:sz w:val="24"/>
          <w:szCs w:val="24"/>
        </w:rPr>
        <w:t xml:space="preserve"> Dasar Desain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Visual</w:t>
      </w:r>
    </w:p>
    <w:p w14:paraId="24408F07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72969">
        <w:rPr>
          <w:rFonts w:ascii="Times New Roman" w:hAnsi="Times New Roman" w:cs="Times New Roman"/>
          <w:sz w:val="24"/>
          <w:szCs w:val="24"/>
        </w:rPr>
        <w:t xml:space="preserve"> Branding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Lokal</w:t>
      </w:r>
    </w:p>
    <w:p w14:paraId="5BBBC1EE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Nama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Agensi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Kelompok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Pr="00D72969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1"/>
        <w:gridCol w:w="1407"/>
        <w:gridCol w:w="1412"/>
        <w:gridCol w:w="1417"/>
        <w:gridCol w:w="1470"/>
        <w:gridCol w:w="1407"/>
        <w:gridCol w:w="1412"/>
      </w:tblGrid>
      <w:tr w:rsidR="008A41DC" w:rsidRPr="00D72969" w14:paraId="5AAD7E4C" w14:textId="77777777" w:rsidTr="002462E6">
        <w:tc>
          <w:tcPr>
            <w:tcW w:w="1418" w:type="dxa"/>
            <w:vAlign w:val="center"/>
          </w:tcPr>
          <w:p w14:paraId="2AC75442" w14:textId="4B8BFA8F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18" w:type="dxa"/>
            <w:vAlign w:val="center"/>
          </w:tcPr>
          <w:p w14:paraId="3BF81F33" w14:textId="54180A6D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Nama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Siswa</w:t>
            </w:r>
            <w:proofErr w:type="spellEnd"/>
          </w:p>
        </w:tc>
        <w:tc>
          <w:tcPr>
            <w:tcW w:w="1418" w:type="dxa"/>
            <w:vAlign w:val="center"/>
          </w:tcPr>
          <w:p w14:paraId="38D1BC59" w14:textId="3954E691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Analisis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Masalah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(1-100)</w:t>
            </w:r>
          </w:p>
        </w:tc>
        <w:tc>
          <w:tcPr>
            <w:tcW w:w="1418" w:type="dxa"/>
            <w:vAlign w:val="center"/>
          </w:tcPr>
          <w:p w14:paraId="61336D7C" w14:textId="091E22E5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Kolaborasi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Tim (1-100)</w:t>
            </w:r>
          </w:p>
        </w:tc>
        <w:tc>
          <w:tcPr>
            <w:tcW w:w="1418" w:type="dxa"/>
            <w:vAlign w:val="center"/>
          </w:tcPr>
          <w:p w14:paraId="0CFC0F02" w14:textId="642D52FA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Komunikasi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Presentasi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(1-100)</w:t>
            </w:r>
          </w:p>
        </w:tc>
        <w:tc>
          <w:tcPr>
            <w:tcW w:w="1418" w:type="dxa"/>
            <w:vAlign w:val="center"/>
          </w:tcPr>
          <w:p w14:paraId="3CD874DA" w14:textId="39D52BF8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Nilai Akhir</w:t>
            </w:r>
          </w:p>
        </w:tc>
        <w:tc>
          <w:tcPr>
            <w:tcW w:w="1418" w:type="dxa"/>
            <w:vAlign w:val="center"/>
          </w:tcPr>
          <w:p w14:paraId="5707A0B7" w14:textId="42049931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Predikat</w:t>
            </w:r>
            <w:proofErr w:type="spellEnd"/>
          </w:p>
        </w:tc>
      </w:tr>
      <w:tr w:rsidR="008A41DC" w:rsidRPr="00D72969" w14:paraId="380E8D4D" w14:textId="77777777" w:rsidTr="002462E6">
        <w:tc>
          <w:tcPr>
            <w:tcW w:w="1418" w:type="dxa"/>
            <w:vAlign w:val="center"/>
          </w:tcPr>
          <w:p w14:paraId="4CD30013" w14:textId="4575CD4F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5B6CA45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07A8C16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85D0BB8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49788FC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46ED7AE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B550786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DC" w:rsidRPr="00D72969" w14:paraId="19105A62" w14:textId="77777777" w:rsidTr="002462E6">
        <w:tc>
          <w:tcPr>
            <w:tcW w:w="1418" w:type="dxa"/>
            <w:vAlign w:val="center"/>
          </w:tcPr>
          <w:p w14:paraId="214F92EC" w14:textId="535227BD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04C43A4F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6FDA29E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B5470E5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17BF7CD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BDE61FE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D62241D" w14:textId="77777777" w:rsidR="008A41DC" w:rsidRPr="00D72969" w:rsidRDefault="008A41DC" w:rsidP="00BD531A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5A0DF3" w14:textId="16EA89E2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Rumus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Nilai Akhir:</w:t>
      </w:r>
      <w:r w:rsidRPr="00D72969">
        <w:rPr>
          <w:rFonts w:ascii="Times New Roman" w:hAnsi="Times New Roman" w:cs="Times New Roman"/>
          <w:sz w:val="24"/>
          <w:szCs w:val="24"/>
        </w:rPr>
        <w:t xml:space="preserve"> $(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Tim +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) / 3</w:t>
      </w:r>
    </w:p>
    <w:p w14:paraId="444AF5FE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7FD5DFBE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Rubrik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Observasi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Pitching Day:</w:t>
      </w:r>
    </w:p>
    <w:tbl>
      <w:tblPr>
        <w:tblStyle w:val="TableGrid"/>
        <w:tblW w:w="9925" w:type="dxa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1985"/>
        <w:gridCol w:w="1985"/>
      </w:tblGrid>
      <w:tr w:rsidR="008A41DC" w:rsidRPr="00D72969" w14:paraId="1F6707B7" w14:textId="77777777" w:rsidTr="008A41DC">
        <w:tc>
          <w:tcPr>
            <w:tcW w:w="1985" w:type="dxa"/>
            <w:vAlign w:val="center"/>
          </w:tcPr>
          <w:p w14:paraId="7CE7D8C7" w14:textId="03F10B8F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1985" w:type="dxa"/>
            <w:vAlign w:val="center"/>
          </w:tcPr>
          <w:p w14:paraId="6574354A" w14:textId="51550EF7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Sangat Baik (90-100)</w:t>
            </w:r>
          </w:p>
        </w:tc>
        <w:tc>
          <w:tcPr>
            <w:tcW w:w="1985" w:type="dxa"/>
            <w:vAlign w:val="center"/>
          </w:tcPr>
          <w:p w14:paraId="362D577D" w14:textId="472C0567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Baik (80-89)</w:t>
            </w:r>
          </w:p>
        </w:tc>
        <w:tc>
          <w:tcPr>
            <w:tcW w:w="1985" w:type="dxa"/>
            <w:vAlign w:val="center"/>
          </w:tcPr>
          <w:p w14:paraId="048216B4" w14:textId="7ED81AEE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Cukup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(70-79)</w:t>
            </w:r>
          </w:p>
        </w:tc>
        <w:tc>
          <w:tcPr>
            <w:tcW w:w="1985" w:type="dxa"/>
            <w:vAlign w:val="center"/>
          </w:tcPr>
          <w:p w14:paraId="0DADA506" w14:textId="438E067C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Kurang (&lt;70)</w:t>
            </w:r>
          </w:p>
        </w:tc>
      </w:tr>
      <w:tr w:rsidR="008A41DC" w:rsidRPr="00D72969" w14:paraId="7EEB30A5" w14:textId="77777777" w:rsidTr="008A41DC">
        <w:tc>
          <w:tcPr>
            <w:tcW w:w="1985" w:type="dxa"/>
            <w:vAlign w:val="center"/>
          </w:tcPr>
          <w:p w14:paraId="028357B6" w14:textId="3A9B9DC9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Analisis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1985" w:type="dxa"/>
            <w:vAlign w:val="center"/>
          </w:tcPr>
          <w:p w14:paraId="03C89220" w14:textId="7F010095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Solusi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sangat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cerdas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poin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brief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409A8129" w14:textId="648048CA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Solusi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relevan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sebagian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poin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brief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0259E0D3" w14:textId="2875668B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Solusi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umum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poin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brief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terlewat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4D12A82A" w14:textId="3AEBB152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Solusi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relevan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brief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A41DC" w:rsidRPr="00D72969" w14:paraId="4408CE97" w14:textId="77777777" w:rsidTr="008A41DC">
        <w:tc>
          <w:tcPr>
            <w:tcW w:w="1985" w:type="dxa"/>
            <w:vAlign w:val="center"/>
          </w:tcPr>
          <w:p w14:paraId="680ED954" w14:textId="7EFE73EC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Kolaborasi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Tim</w:t>
            </w:r>
          </w:p>
        </w:tc>
        <w:tc>
          <w:tcPr>
            <w:tcW w:w="1985" w:type="dxa"/>
            <w:vAlign w:val="center"/>
          </w:tcPr>
          <w:p w14:paraId="1CB44B94" w14:textId="02B21C79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Pembagian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sangat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seimbang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kompak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4BC41AFF" w14:textId="05FB0BA0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Ada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pembagian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didominasi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oleh 1-2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3D4C8540" w14:textId="0AF9BF6A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Pembagian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pasif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3BA0AF35" w14:textId="2A30F827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Hanya 1 orang yang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berbicara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lain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terlibat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A41DC" w:rsidRPr="00D72969" w14:paraId="440DB5CA" w14:textId="77777777" w:rsidTr="008A41DC">
        <w:tc>
          <w:tcPr>
            <w:tcW w:w="1985" w:type="dxa"/>
            <w:vAlign w:val="center"/>
          </w:tcPr>
          <w:p w14:paraId="0B30AF7D" w14:textId="33ACB2A9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Komunikasi</w:t>
            </w:r>
            <w:proofErr w:type="spellEnd"/>
          </w:p>
        </w:tc>
        <w:tc>
          <w:tcPr>
            <w:tcW w:w="1985" w:type="dxa"/>
            <w:vAlign w:val="center"/>
          </w:tcPr>
          <w:p w14:paraId="65C90AF3" w14:textId="034EBCB7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sangat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terstruktur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percaya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argumen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sangat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6CB6037C" w14:textId="7EAA583F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alur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lancar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argumen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penyokong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1DB0ABE1" w14:textId="680869B0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lancar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argumen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penyokong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lemah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1DBE85B9" w14:textId="25CB7EFF" w:rsidR="008A41DC" w:rsidRPr="00D72969" w:rsidRDefault="008A41DC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menolak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berbicara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0BFBE0B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C4AF1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>3. ASESMEN SUMATIF (AKHIR PEMBELAJARAN)</w:t>
      </w:r>
    </w:p>
    <w:p w14:paraId="4123C11D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A. Kisi-Kisi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Sumatif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1985"/>
        <w:gridCol w:w="1986"/>
      </w:tblGrid>
      <w:tr w:rsidR="00CF2955" w:rsidRPr="00D72969" w14:paraId="75F5C9F5" w14:textId="77777777" w:rsidTr="00DF2B37">
        <w:tc>
          <w:tcPr>
            <w:tcW w:w="1985" w:type="dxa"/>
            <w:vAlign w:val="center"/>
          </w:tcPr>
          <w:p w14:paraId="5641350A" w14:textId="2B04302E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985" w:type="dxa"/>
            <w:vAlign w:val="center"/>
          </w:tcPr>
          <w:p w14:paraId="1E9CA8C9" w14:textId="5AB918E5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Tujuan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1985" w:type="dxa"/>
            <w:vAlign w:val="center"/>
          </w:tcPr>
          <w:p w14:paraId="7B03ECED" w14:textId="09FCEE46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Pokok</w:t>
            </w:r>
            <w:proofErr w:type="spellEnd"/>
          </w:p>
        </w:tc>
        <w:tc>
          <w:tcPr>
            <w:tcW w:w="1985" w:type="dxa"/>
            <w:vAlign w:val="center"/>
          </w:tcPr>
          <w:p w14:paraId="60A52BFE" w14:textId="474DA82E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1986" w:type="dxa"/>
            <w:vAlign w:val="center"/>
          </w:tcPr>
          <w:p w14:paraId="3B959EB1" w14:textId="0939C1C2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</w:tr>
      <w:tr w:rsidR="00CF2955" w:rsidRPr="00D72969" w14:paraId="11941137" w14:textId="77777777" w:rsidTr="00DF2B37">
        <w:tc>
          <w:tcPr>
            <w:tcW w:w="1985" w:type="dxa"/>
            <w:vAlign w:val="center"/>
          </w:tcPr>
          <w:p w14:paraId="7151BE27" w14:textId="07CAE92D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67F8CBA3" w14:textId="0E601195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kepribadian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pikir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kreatif</w:t>
            </w:r>
            <w:proofErr w:type="spellEnd"/>
          </w:p>
        </w:tc>
        <w:tc>
          <w:tcPr>
            <w:tcW w:w="1985" w:type="dxa"/>
            <w:vAlign w:val="center"/>
          </w:tcPr>
          <w:p w14:paraId="4EA91497" w14:textId="168F3761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Pikir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Kreatif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Kepribadian</w:t>
            </w:r>
            <w:proofErr w:type="spellEnd"/>
          </w:p>
        </w:tc>
        <w:tc>
          <w:tcPr>
            <w:tcW w:w="1985" w:type="dxa"/>
            <w:vAlign w:val="center"/>
          </w:tcPr>
          <w:p w14:paraId="4787BFAB" w14:textId="0F4C4B33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desainer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revisi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kritik</w:t>
            </w:r>
            <w:proofErr w:type="spellEnd"/>
          </w:p>
        </w:tc>
        <w:tc>
          <w:tcPr>
            <w:tcW w:w="1986" w:type="dxa"/>
            <w:vAlign w:val="center"/>
          </w:tcPr>
          <w:p w14:paraId="3DD0E2A8" w14:textId="7CED9786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PG (1-10)</w:t>
            </w:r>
          </w:p>
        </w:tc>
      </w:tr>
      <w:tr w:rsidR="00CF2955" w:rsidRPr="00D72969" w14:paraId="09E98DBF" w14:textId="77777777" w:rsidTr="00DF2B37">
        <w:tc>
          <w:tcPr>
            <w:tcW w:w="1985" w:type="dxa"/>
            <w:vAlign w:val="center"/>
          </w:tcPr>
          <w:p w14:paraId="786517B6" w14:textId="41DAF221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594B8BD0" w14:textId="0787BEF9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DKV</w:t>
            </w:r>
          </w:p>
        </w:tc>
        <w:tc>
          <w:tcPr>
            <w:tcW w:w="1985" w:type="dxa"/>
            <w:vAlign w:val="center"/>
          </w:tcPr>
          <w:p w14:paraId="423F9D94" w14:textId="7DB607E8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Alur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DKV &amp; Tools</w:t>
            </w:r>
          </w:p>
        </w:tc>
        <w:tc>
          <w:tcPr>
            <w:tcW w:w="1985" w:type="dxa"/>
            <w:vAlign w:val="center"/>
          </w:tcPr>
          <w:p w14:paraId="1D8D09A4" w14:textId="4B5A4AFD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tahapan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pre-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production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post-production</w:t>
            </w:r>
          </w:p>
        </w:tc>
        <w:tc>
          <w:tcPr>
            <w:tcW w:w="1986" w:type="dxa"/>
            <w:vAlign w:val="center"/>
          </w:tcPr>
          <w:p w14:paraId="46B78802" w14:textId="61FBA18D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PG (11-30)</w:t>
            </w:r>
          </w:p>
        </w:tc>
      </w:tr>
      <w:tr w:rsidR="00CF2955" w:rsidRPr="00D72969" w14:paraId="3E5AFB01" w14:textId="77777777" w:rsidTr="00DF2B37">
        <w:tc>
          <w:tcPr>
            <w:tcW w:w="1985" w:type="dxa"/>
            <w:vAlign w:val="center"/>
          </w:tcPr>
          <w:p w14:paraId="5FEF83C5" w14:textId="0D718FAB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029EFCEE" w14:textId="58A146BF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DKV</w:t>
            </w:r>
          </w:p>
        </w:tc>
        <w:tc>
          <w:tcPr>
            <w:tcW w:w="1985" w:type="dxa"/>
            <w:vAlign w:val="center"/>
          </w:tcPr>
          <w:p w14:paraId="2859DA34" w14:textId="3E23ECFF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&amp; Etika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Profesi</w:t>
            </w:r>
            <w:proofErr w:type="spellEnd"/>
          </w:p>
        </w:tc>
        <w:tc>
          <w:tcPr>
            <w:tcW w:w="1985" w:type="dxa"/>
            <w:vAlign w:val="center"/>
          </w:tcPr>
          <w:p w14:paraId="1A14C906" w14:textId="0347C3CA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perselisihan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brief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deadline</w:t>
            </w: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</w:tc>
        <w:tc>
          <w:tcPr>
            <w:tcW w:w="1986" w:type="dxa"/>
            <w:vAlign w:val="center"/>
          </w:tcPr>
          <w:p w14:paraId="2A70A447" w14:textId="732EC4FE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PG (31-40)</w:t>
            </w:r>
          </w:p>
        </w:tc>
      </w:tr>
      <w:tr w:rsidR="00CF2955" w:rsidRPr="00D72969" w14:paraId="4FBD924A" w14:textId="77777777" w:rsidTr="00DF2B37">
        <w:tc>
          <w:tcPr>
            <w:tcW w:w="1985" w:type="dxa"/>
            <w:vAlign w:val="center"/>
          </w:tcPr>
          <w:p w14:paraId="435C2C94" w14:textId="64482F59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42271417" w14:textId="404D4977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Mengaplikasikan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alur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</w:p>
        </w:tc>
        <w:tc>
          <w:tcPr>
            <w:tcW w:w="1985" w:type="dxa"/>
            <w:vAlign w:val="center"/>
          </w:tcPr>
          <w:p w14:paraId="703A8687" w14:textId="700835CA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Brief &amp;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Sketsa</w:t>
            </w:r>
            <w:proofErr w:type="spellEnd"/>
          </w:p>
        </w:tc>
        <w:tc>
          <w:tcPr>
            <w:tcW w:w="1985" w:type="dxa"/>
            <w:vAlign w:val="center"/>
          </w:tcPr>
          <w:p w14:paraId="1047D086" w14:textId="0604853E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langkah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9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branding</w:t>
            </w:r>
          </w:p>
        </w:tc>
        <w:tc>
          <w:tcPr>
            <w:tcW w:w="1986" w:type="dxa"/>
            <w:vAlign w:val="center"/>
          </w:tcPr>
          <w:p w14:paraId="2E175250" w14:textId="76783C90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Esai (1-3)</w:t>
            </w:r>
          </w:p>
        </w:tc>
      </w:tr>
      <w:tr w:rsidR="00CF2955" w:rsidRPr="00D72969" w14:paraId="7502BCC4" w14:textId="77777777" w:rsidTr="00DF2B37">
        <w:tc>
          <w:tcPr>
            <w:tcW w:w="1985" w:type="dxa"/>
            <w:vAlign w:val="center"/>
          </w:tcPr>
          <w:p w14:paraId="36A208CF" w14:textId="7DB8647C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0138C492" w14:textId="25F3D2C6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dilema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etis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profesionalisme</w:t>
            </w:r>
            <w:proofErr w:type="spellEnd"/>
          </w:p>
        </w:tc>
        <w:tc>
          <w:tcPr>
            <w:tcW w:w="1985" w:type="dxa"/>
            <w:vAlign w:val="center"/>
          </w:tcPr>
          <w:p w14:paraId="79D9C092" w14:textId="15E9B4CC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Dilema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Etis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Industri DKV</w:t>
            </w:r>
          </w:p>
        </w:tc>
        <w:tc>
          <w:tcPr>
            <w:tcW w:w="1985" w:type="dxa"/>
            <w:vAlign w:val="center"/>
          </w:tcPr>
          <w:p w14:paraId="31BD8F56" w14:textId="41C9B8CC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revisi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</w:p>
        </w:tc>
        <w:tc>
          <w:tcPr>
            <w:tcW w:w="1986" w:type="dxa"/>
            <w:vAlign w:val="center"/>
          </w:tcPr>
          <w:p w14:paraId="5030A3A4" w14:textId="72C336E8" w:rsidR="00CF2955" w:rsidRPr="00D72969" w:rsidRDefault="00CF2955" w:rsidP="00BD531A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Esai (4-5)</w:t>
            </w:r>
          </w:p>
        </w:tc>
      </w:tr>
    </w:tbl>
    <w:p w14:paraId="3F5BC07B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3A11B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B. Soal Esai Studi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Kasus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Sumatif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368625A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Soal Studi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Kasus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(Level C5 -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Mengevaluasi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5691CC7E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D72969">
        <w:rPr>
          <w:rFonts w:ascii="Times New Roman" w:hAnsi="Times New Roman" w:cs="Times New Roman"/>
          <w:sz w:val="24"/>
          <w:szCs w:val="24"/>
        </w:rPr>
        <w:t xml:space="preserve">Kamu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agensi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. Timmu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logo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brief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final artwork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hendak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diserahkan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memakan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lama,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padahal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r w:rsidRPr="00D72969">
        <w:rPr>
          <w:rFonts w:ascii="Times New Roman" w:hAnsi="Times New Roman" w:cs="Times New Roman"/>
          <w:i/>
          <w:iCs/>
          <w:sz w:val="24"/>
          <w:szCs w:val="24"/>
        </w:rPr>
        <w:t>deadline</w:t>
      </w:r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kesepakatan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Atasanmu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kamu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secepatnya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demi "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".</w:t>
      </w:r>
    </w:p>
    <w:p w14:paraId="325EE7A6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i/>
          <w:iCs/>
          <w:sz w:val="24"/>
          <w:szCs w:val="24"/>
        </w:rPr>
        <w:t>Pertanyaan</w:t>
      </w:r>
      <w:proofErr w:type="spellEnd"/>
      <w:r w:rsidRPr="00D72969">
        <w:rPr>
          <w:rFonts w:ascii="Times New Roman" w:hAnsi="Times New Roman" w:cs="Times New Roman"/>
          <w:i/>
          <w:iCs/>
          <w:sz w:val="24"/>
          <w:szCs w:val="24"/>
        </w:rPr>
        <w:t xml:space="preserve"> Evaluasi:</w:t>
      </w:r>
    </w:p>
    <w:p w14:paraId="7DE99807" w14:textId="77777777" w:rsidR="008A41DC" w:rsidRPr="00D72969" w:rsidRDefault="008A41DC" w:rsidP="00F87A54">
      <w:pPr>
        <w:numPr>
          <w:ilvl w:val="0"/>
          <w:numId w:val="4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dilema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DKV!</w:t>
      </w:r>
    </w:p>
    <w:p w14:paraId="057A44C0" w14:textId="77777777" w:rsidR="008A41DC" w:rsidRPr="00D72969" w:rsidRDefault="008A41DC" w:rsidP="00F87A54">
      <w:pPr>
        <w:numPr>
          <w:ilvl w:val="0"/>
          <w:numId w:val="4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kamu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?</w:t>
      </w:r>
    </w:p>
    <w:p w14:paraId="3EAC2522" w14:textId="77777777" w:rsidR="008A41DC" w:rsidRDefault="008A41DC" w:rsidP="00F87A54">
      <w:pPr>
        <w:numPr>
          <w:ilvl w:val="0"/>
          <w:numId w:val="4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2969">
        <w:rPr>
          <w:rFonts w:ascii="Times New Roman" w:hAnsi="Times New Roman" w:cs="Times New Roman"/>
          <w:sz w:val="24"/>
          <w:szCs w:val="24"/>
        </w:rPr>
        <w:t>Tentukan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bijak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komunikasimu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2969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72969">
        <w:rPr>
          <w:rFonts w:ascii="Times New Roman" w:hAnsi="Times New Roman" w:cs="Times New Roman"/>
          <w:sz w:val="24"/>
          <w:szCs w:val="24"/>
        </w:rPr>
        <w:t>!</w:t>
      </w:r>
    </w:p>
    <w:p w14:paraId="2510617D" w14:textId="77777777" w:rsidR="00BD531A" w:rsidRDefault="00BD531A" w:rsidP="00BD531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34214A34" w14:textId="77777777" w:rsidR="00BD531A" w:rsidRDefault="00BD531A" w:rsidP="00BD531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35E2FDDB" w14:textId="77777777" w:rsidR="00BD531A" w:rsidRDefault="00BD531A" w:rsidP="00BD531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66707D3F" w14:textId="77777777" w:rsidR="00BD531A" w:rsidRDefault="00BD531A" w:rsidP="00BD531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00CCE1BE" w14:textId="77777777" w:rsidR="00BD531A" w:rsidRPr="00D72969" w:rsidRDefault="00BD531A" w:rsidP="00BD531A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6D1969B5" w14:textId="77777777" w:rsidR="008A41DC" w:rsidRPr="00D72969" w:rsidRDefault="008A41DC" w:rsidP="00F87A54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C. Rubrik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D72969">
        <w:rPr>
          <w:rFonts w:ascii="Times New Roman" w:hAnsi="Times New Roman" w:cs="Times New Roman"/>
          <w:b/>
          <w:bCs/>
          <w:sz w:val="24"/>
          <w:szCs w:val="24"/>
        </w:rPr>
        <w:t xml:space="preserve"> Esai </w:t>
      </w:r>
      <w:proofErr w:type="spellStart"/>
      <w:r w:rsidRPr="00D72969">
        <w:rPr>
          <w:rFonts w:ascii="Times New Roman" w:hAnsi="Times New Roman" w:cs="Times New Roman"/>
          <w:b/>
          <w:bCs/>
          <w:sz w:val="24"/>
          <w:szCs w:val="24"/>
        </w:rPr>
        <w:t>Sumatif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1985"/>
        <w:gridCol w:w="1986"/>
      </w:tblGrid>
      <w:tr w:rsidR="00CF2955" w:rsidRPr="00D72969" w14:paraId="1F0D354D" w14:textId="77777777" w:rsidTr="00CA2BC4">
        <w:tc>
          <w:tcPr>
            <w:tcW w:w="1985" w:type="dxa"/>
            <w:vAlign w:val="center"/>
          </w:tcPr>
          <w:p w14:paraId="642B5E5F" w14:textId="3BD428D7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Kriteria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985" w:type="dxa"/>
            <w:vAlign w:val="center"/>
          </w:tcPr>
          <w:p w14:paraId="6ED053F3" w14:textId="552F8D95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Skor 0-10</w:t>
            </w:r>
          </w:p>
        </w:tc>
        <w:tc>
          <w:tcPr>
            <w:tcW w:w="1985" w:type="dxa"/>
            <w:vAlign w:val="center"/>
          </w:tcPr>
          <w:p w14:paraId="493191A1" w14:textId="1C575FED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Skor 11-20</w:t>
            </w:r>
          </w:p>
        </w:tc>
        <w:tc>
          <w:tcPr>
            <w:tcW w:w="1985" w:type="dxa"/>
            <w:vAlign w:val="center"/>
          </w:tcPr>
          <w:p w14:paraId="0DACAD2D" w14:textId="5F07D5EC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Skor 21-30</w:t>
            </w:r>
          </w:p>
        </w:tc>
        <w:tc>
          <w:tcPr>
            <w:tcW w:w="1986" w:type="dxa"/>
            <w:vAlign w:val="center"/>
          </w:tcPr>
          <w:p w14:paraId="347C491A" w14:textId="4AA69BDF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Skor 31-40</w:t>
            </w:r>
          </w:p>
        </w:tc>
      </w:tr>
      <w:tr w:rsidR="00CF2955" w:rsidRPr="00D72969" w14:paraId="7953C45A" w14:textId="77777777" w:rsidTr="00CA2BC4">
        <w:tc>
          <w:tcPr>
            <w:tcW w:w="1985" w:type="dxa"/>
            <w:vAlign w:val="center"/>
          </w:tcPr>
          <w:p w14:paraId="58C2900E" w14:textId="74B68B62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Pemahaman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Konsep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Budaya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Kerja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Etika</w:t>
            </w:r>
          </w:p>
        </w:tc>
        <w:tc>
          <w:tcPr>
            <w:tcW w:w="1985" w:type="dxa"/>
            <w:vAlign w:val="center"/>
          </w:tcPr>
          <w:p w14:paraId="3B1D550F" w14:textId="1A0E127C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etika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profesi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6F54F078" w14:textId="28E7D778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sedikit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istilah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tanpa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289A2B80" w14:textId="6141E7D0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etika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mengaitkannya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kasus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vAlign w:val="center"/>
          </w:tcPr>
          <w:p w14:paraId="3D838360" w14:textId="386712DF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komprehensif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dilema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etis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DKV.</w:t>
            </w:r>
          </w:p>
        </w:tc>
      </w:tr>
      <w:tr w:rsidR="00CF2955" w:rsidRPr="00D72969" w14:paraId="6A1D5CD2" w14:textId="77777777" w:rsidTr="00CA2BC4">
        <w:tc>
          <w:tcPr>
            <w:tcW w:w="1985" w:type="dxa"/>
            <w:vAlign w:val="center"/>
          </w:tcPr>
          <w:p w14:paraId="1DA09FAB" w14:textId="654BB599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Kemampuan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Evaluasi &amp; Solusi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Kasus</w:t>
            </w:r>
            <w:proofErr w:type="spellEnd"/>
          </w:p>
        </w:tc>
        <w:tc>
          <w:tcPr>
            <w:tcW w:w="1985" w:type="dxa"/>
            <w:vAlign w:val="center"/>
          </w:tcPr>
          <w:p w14:paraId="361A170C" w14:textId="24829E74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logis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21F2FC7B" w14:textId="420582E2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Solusi yang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realistis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emosional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01CCBB5A" w14:textId="687B0186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vAlign w:val="center"/>
          </w:tcPr>
          <w:p w14:paraId="263C15CF" w14:textId="51F66152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sudut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pandang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memberi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strategis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2955" w:rsidRPr="00D72969" w14:paraId="58781CE7" w14:textId="77777777" w:rsidTr="00CA2BC4">
        <w:tc>
          <w:tcPr>
            <w:tcW w:w="1985" w:type="dxa"/>
            <w:vAlign w:val="center"/>
          </w:tcPr>
          <w:p w14:paraId="037EE518" w14:textId="7400795A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Struktur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Argumentasi</w:t>
            </w:r>
            <w:proofErr w:type="spellEnd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1985" w:type="dxa"/>
            <w:vAlign w:val="center"/>
          </w:tcPr>
          <w:p w14:paraId="36278669" w14:textId="513C677B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acak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terstruktur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255C48EE" w14:textId="155AC835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terstruktur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argumen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lemah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14:paraId="6066A3AE" w14:textId="56BF49A8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terstruktur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argumen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dipahami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vAlign w:val="center"/>
          </w:tcPr>
          <w:p w14:paraId="5CA24684" w14:textId="037998E9" w:rsidR="00CF2955" w:rsidRPr="00D72969" w:rsidRDefault="00CF2955" w:rsidP="00F87A54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 sangat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terstruktur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sistematis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logis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persuasif</w:t>
            </w:r>
            <w:proofErr w:type="spellEnd"/>
            <w:r w:rsidRPr="00D72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C736443" w14:textId="2FB284AE" w:rsidR="00BE4597" w:rsidRPr="00D72969" w:rsidRDefault="008A41DC" w:rsidP="00F87A54">
      <w:pPr>
        <w:pStyle w:val="Heading1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72969">
        <w:rPr>
          <w:rFonts w:ascii="Times New Roman" w:hAnsi="Times New Roman" w:cs="Times New Roman"/>
          <w:i/>
          <w:iCs/>
          <w:color w:val="auto"/>
          <w:sz w:val="24"/>
          <w:szCs w:val="24"/>
        </w:rPr>
        <w:t>Nilai Akhir Esai:</w:t>
      </w:r>
      <w:r w:rsidRPr="00D72969">
        <w:rPr>
          <w:rFonts w:ascii="Times New Roman" w:hAnsi="Times New Roman" w:cs="Times New Roman"/>
          <w:color w:val="auto"/>
          <w:sz w:val="24"/>
          <w:szCs w:val="24"/>
        </w:rPr>
        <w:t xml:space="preserve"> Total Skor </w:t>
      </w:r>
      <w:proofErr w:type="spellStart"/>
      <w:r w:rsidRPr="00D72969">
        <w:rPr>
          <w:rFonts w:ascii="Times New Roman" w:hAnsi="Times New Roman" w:cs="Times New Roman"/>
          <w:color w:val="auto"/>
          <w:sz w:val="24"/>
          <w:szCs w:val="24"/>
        </w:rPr>
        <w:t>Kriteria</w:t>
      </w:r>
      <w:proofErr w:type="spellEnd"/>
      <w:r w:rsidRPr="00D72969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Pr="00D72969">
        <w:rPr>
          <w:rFonts w:ascii="Times New Roman" w:hAnsi="Times New Roman" w:cs="Times New Roman"/>
          <w:color w:val="auto"/>
          <w:sz w:val="24"/>
          <w:szCs w:val="24"/>
        </w:rPr>
        <w:t>Maksimal</w:t>
      </w:r>
      <w:proofErr w:type="spellEnd"/>
      <w:r w:rsidRPr="00D72969">
        <w:rPr>
          <w:rFonts w:ascii="Times New Roman" w:hAnsi="Times New Roman" w:cs="Times New Roman"/>
          <w:color w:val="auto"/>
          <w:sz w:val="24"/>
          <w:szCs w:val="24"/>
        </w:rPr>
        <w:t xml:space="preserve"> 120 / 1.2 = Skala 100).</w:t>
      </w:r>
    </w:p>
    <w:sectPr w:rsidR="00BE4597" w:rsidRPr="00D72969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E0F32" w14:textId="77777777" w:rsidR="00340678" w:rsidRDefault="00340678">
      <w:pPr>
        <w:spacing w:after="0" w:line="240" w:lineRule="auto"/>
      </w:pPr>
      <w:r>
        <w:separator/>
      </w:r>
    </w:p>
  </w:endnote>
  <w:endnote w:type="continuationSeparator" w:id="0">
    <w:p w14:paraId="75749F71" w14:textId="77777777" w:rsidR="00340678" w:rsidRDefault="00340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B04FE" w14:textId="77777777" w:rsidR="00340678" w:rsidRDefault="00340678">
      <w:pPr>
        <w:spacing w:after="0" w:line="240" w:lineRule="auto"/>
      </w:pPr>
      <w:r>
        <w:separator/>
      </w:r>
    </w:p>
  </w:footnote>
  <w:footnote w:type="continuationSeparator" w:id="0">
    <w:p w14:paraId="14880169" w14:textId="77777777" w:rsidR="00340678" w:rsidRDefault="00340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636279"/>
    <w:multiLevelType w:val="multilevel"/>
    <w:tmpl w:val="06DC6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F6406A"/>
    <w:multiLevelType w:val="multilevel"/>
    <w:tmpl w:val="CA5C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A266A2"/>
    <w:multiLevelType w:val="multilevel"/>
    <w:tmpl w:val="2FBA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D03C73"/>
    <w:multiLevelType w:val="multilevel"/>
    <w:tmpl w:val="727E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CB1C27"/>
    <w:multiLevelType w:val="multilevel"/>
    <w:tmpl w:val="7754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C2496D"/>
    <w:multiLevelType w:val="multilevel"/>
    <w:tmpl w:val="2230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3D2EFA"/>
    <w:multiLevelType w:val="multilevel"/>
    <w:tmpl w:val="AF32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7228CC"/>
    <w:multiLevelType w:val="multilevel"/>
    <w:tmpl w:val="CF2C7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982426"/>
    <w:multiLevelType w:val="multilevel"/>
    <w:tmpl w:val="EB88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3810AE"/>
    <w:multiLevelType w:val="multilevel"/>
    <w:tmpl w:val="0A42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931FC0"/>
    <w:multiLevelType w:val="multilevel"/>
    <w:tmpl w:val="A616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504A5B"/>
    <w:multiLevelType w:val="multilevel"/>
    <w:tmpl w:val="A712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E80B36"/>
    <w:multiLevelType w:val="multilevel"/>
    <w:tmpl w:val="6C626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005174"/>
    <w:multiLevelType w:val="multilevel"/>
    <w:tmpl w:val="281E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600BEC"/>
    <w:multiLevelType w:val="multilevel"/>
    <w:tmpl w:val="40BA9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2F6EB2"/>
    <w:multiLevelType w:val="multilevel"/>
    <w:tmpl w:val="E2F6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E26A41"/>
    <w:multiLevelType w:val="multilevel"/>
    <w:tmpl w:val="0BFE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D55199"/>
    <w:multiLevelType w:val="multilevel"/>
    <w:tmpl w:val="26D66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AC7234"/>
    <w:multiLevelType w:val="multilevel"/>
    <w:tmpl w:val="0BDE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2127CA"/>
    <w:multiLevelType w:val="multilevel"/>
    <w:tmpl w:val="3018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43563B"/>
    <w:multiLevelType w:val="multilevel"/>
    <w:tmpl w:val="9ECC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8A1534"/>
    <w:multiLevelType w:val="multilevel"/>
    <w:tmpl w:val="61068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B220F8"/>
    <w:multiLevelType w:val="multilevel"/>
    <w:tmpl w:val="DEBA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5E14C0"/>
    <w:multiLevelType w:val="multilevel"/>
    <w:tmpl w:val="90F4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2004D0"/>
    <w:multiLevelType w:val="multilevel"/>
    <w:tmpl w:val="91DE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387EF2"/>
    <w:multiLevelType w:val="multilevel"/>
    <w:tmpl w:val="9C1A0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C01114"/>
    <w:multiLevelType w:val="multilevel"/>
    <w:tmpl w:val="A98A9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6E420F"/>
    <w:multiLevelType w:val="multilevel"/>
    <w:tmpl w:val="01DC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B04D13"/>
    <w:multiLevelType w:val="multilevel"/>
    <w:tmpl w:val="40D82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C72F48"/>
    <w:multiLevelType w:val="multilevel"/>
    <w:tmpl w:val="0FFC7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771F8F"/>
    <w:multiLevelType w:val="multilevel"/>
    <w:tmpl w:val="ED36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626996"/>
    <w:multiLevelType w:val="multilevel"/>
    <w:tmpl w:val="E252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C23037"/>
    <w:multiLevelType w:val="multilevel"/>
    <w:tmpl w:val="F2B4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983B44"/>
    <w:multiLevelType w:val="multilevel"/>
    <w:tmpl w:val="CFFC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CB7A5B"/>
    <w:multiLevelType w:val="multilevel"/>
    <w:tmpl w:val="9FA4F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3365C4"/>
    <w:multiLevelType w:val="multilevel"/>
    <w:tmpl w:val="C16C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402845"/>
    <w:multiLevelType w:val="multilevel"/>
    <w:tmpl w:val="4F920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1582480">
    <w:abstractNumId w:val="8"/>
  </w:num>
  <w:num w:numId="2" w16cid:durableId="1208420490">
    <w:abstractNumId w:val="6"/>
  </w:num>
  <w:num w:numId="3" w16cid:durableId="1393768864">
    <w:abstractNumId w:val="5"/>
  </w:num>
  <w:num w:numId="4" w16cid:durableId="1192451281">
    <w:abstractNumId w:val="4"/>
  </w:num>
  <w:num w:numId="5" w16cid:durableId="95103681">
    <w:abstractNumId w:val="7"/>
  </w:num>
  <w:num w:numId="6" w16cid:durableId="1663508649">
    <w:abstractNumId w:val="3"/>
  </w:num>
  <w:num w:numId="7" w16cid:durableId="1357193100">
    <w:abstractNumId w:val="2"/>
  </w:num>
  <w:num w:numId="8" w16cid:durableId="1196163087">
    <w:abstractNumId w:val="1"/>
  </w:num>
  <w:num w:numId="9" w16cid:durableId="930695491">
    <w:abstractNumId w:val="0"/>
  </w:num>
  <w:num w:numId="10" w16cid:durableId="1889681847">
    <w:abstractNumId w:val="31"/>
  </w:num>
  <w:num w:numId="11" w16cid:durableId="590505124">
    <w:abstractNumId w:val="25"/>
  </w:num>
  <w:num w:numId="12" w16cid:durableId="1069617562">
    <w:abstractNumId w:val="18"/>
  </w:num>
  <w:num w:numId="13" w16cid:durableId="166790124">
    <w:abstractNumId w:val="14"/>
  </w:num>
  <w:num w:numId="14" w16cid:durableId="935865175">
    <w:abstractNumId w:val="22"/>
  </w:num>
  <w:num w:numId="15" w16cid:durableId="1353258744">
    <w:abstractNumId w:val="41"/>
  </w:num>
  <w:num w:numId="16" w16cid:durableId="1781487429">
    <w:abstractNumId w:val="35"/>
  </w:num>
  <w:num w:numId="17" w16cid:durableId="1146359732">
    <w:abstractNumId w:val="24"/>
  </w:num>
  <w:num w:numId="18" w16cid:durableId="1376656677">
    <w:abstractNumId w:val="19"/>
  </w:num>
  <w:num w:numId="19" w16cid:durableId="1715036895">
    <w:abstractNumId w:val="33"/>
  </w:num>
  <w:num w:numId="20" w16cid:durableId="1941063885">
    <w:abstractNumId w:val="26"/>
  </w:num>
  <w:num w:numId="21" w16cid:durableId="1699620679">
    <w:abstractNumId w:val="23"/>
  </w:num>
  <w:num w:numId="22" w16cid:durableId="1536848779">
    <w:abstractNumId w:val="16"/>
  </w:num>
  <w:num w:numId="23" w16cid:durableId="1210843679">
    <w:abstractNumId w:val="40"/>
  </w:num>
  <w:num w:numId="24" w16cid:durableId="1580014681">
    <w:abstractNumId w:val="11"/>
  </w:num>
  <w:num w:numId="25" w16cid:durableId="50924713">
    <w:abstractNumId w:val="27"/>
  </w:num>
  <w:num w:numId="26" w16cid:durableId="1152329016">
    <w:abstractNumId w:val="9"/>
  </w:num>
  <w:num w:numId="27" w16cid:durableId="804200936">
    <w:abstractNumId w:val="12"/>
  </w:num>
  <w:num w:numId="28" w16cid:durableId="2050182148">
    <w:abstractNumId w:val="21"/>
  </w:num>
  <w:num w:numId="29" w16cid:durableId="1365711561">
    <w:abstractNumId w:val="39"/>
  </w:num>
  <w:num w:numId="30" w16cid:durableId="411053117">
    <w:abstractNumId w:val="32"/>
  </w:num>
  <w:num w:numId="31" w16cid:durableId="1933314065">
    <w:abstractNumId w:val="28"/>
  </w:num>
  <w:num w:numId="32" w16cid:durableId="482891647">
    <w:abstractNumId w:val="20"/>
  </w:num>
  <w:num w:numId="33" w16cid:durableId="1357543101">
    <w:abstractNumId w:val="42"/>
  </w:num>
  <w:num w:numId="34" w16cid:durableId="1860853826">
    <w:abstractNumId w:val="44"/>
  </w:num>
  <w:num w:numId="35" w16cid:durableId="141241031">
    <w:abstractNumId w:val="13"/>
  </w:num>
  <w:num w:numId="36" w16cid:durableId="2028873620">
    <w:abstractNumId w:val="30"/>
  </w:num>
  <w:num w:numId="37" w16cid:durableId="1004747284">
    <w:abstractNumId w:val="17"/>
  </w:num>
  <w:num w:numId="38" w16cid:durableId="1736275491">
    <w:abstractNumId w:val="29"/>
  </w:num>
  <w:num w:numId="39" w16cid:durableId="783884116">
    <w:abstractNumId w:val="38"/>
  </w:num>
  <w:num w:numId="40" w16cid:durableId="1454127674">
    <w:abstractNumId w:val="15"/>
  </w:num>
  <w:num w:numId="41" w16cid:durableId="1264849664">
    <w:abstractNumId w:val="43"/>
  </w:num>
  <w:num w:numId="42" w16cid:durableId="1355375387">
    <w:abstractNumId w:val="10"/>
  </w:num>
  <w:num w:numId="43" w16cid:durableId="2048992691">
    <w:abstractNumId w:val="36"/>
  </w:num>
  <w:num w:numId="44" w16cid:durableId="1143423773">
    <w:abstractNumId w:val="34"/>
  </w:num>
  <w:num w:numId="45" w16cid:durableId="1652177028">
    <w:abstractNumId w:val="45"/>
  </w:num>
  <w:num w:numId="46" w16cid:durableId="84575267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761"/>
    <w:rsid w:val="000273E2"/>
    <w:rsid w:val="00034616"/>
    <w:rsid w:val="0004335B"/>
    <w:rsid w:val="00057041"/>
    <w:rsid w:val="0006063C"/>
    <w:rsid w:val="00071E5B"/>
    <w:rsid w:val="00073FAA"/>
    <w:rsid w:val="00124B81"/>
    <w:rsid w:val="0015074B"/>
    <w:rsid w:val="001534BC"/>
    <w:rsid w:val="00215A0A"/>
    <w:rsid w:val="002351C2"/>
    <w:rsid w:val="0029639D"/>
    <w:rsid w:val="00326F90"/>
    <w:rsid w:val="00340678"/>
    <w:rsid w:val="006077BC"/>
    <w:rsid w:val="006C6076"/>
    <w:rsid w:val="007123FE"/>
    <w:rsid w:val="007433C4"/>
    <w:rsid w:val="00773AC1"/>
    <w:rsid w:val="00865877"/>
    <w:rsid w:val="008A41DC"/>
    <w:rsid w:val="008F23DA"/>
    <w:rsid w:val="00A86CB2"/>
    <w:rsid w:val="00AA1D8D"/>
    <w:rsid w:val="00B47730"/>
    <w:rsid w:val="00B84D09"/>
    <w:rsid w:val="00BD531A"/>
    <w:rsid w:val="00BE4597"/>
    <w:rsid w:val="00C132D4"/>
    <w:rsid w:val="00CB0664"/>
    <w:rsid w:val="00CC1D9D"/>
    <w:rsid w:val="00CF2955"/>
    <w:rsid w:val="00D72969"/>
    <w:rsid w:val="00DB6560"/>
    <w:rsid w:val="00EA4D8D"/>
    <w:rsid w:val="00F87A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E9AE0"/>
  <w14:defaultImageDpi w14:val="300"/>
  <w15:docId w15:val="{B5824E00-6033-4FF7-BE43-6B0C0884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16</Pages>
  <Words>3112</Words>
  <Characters>17741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Cut Wilda Farmi</cp:lastModifiedBy>
  <cp:revision>7</cp:revision>
  <dcterms:created xsi:type="dcterms:W3CDTF">2026-09-11T14:55:00Z</dcterms:created>
  <dcterms:modified xsi:type="dcterms:W3CDTF">2026-09-16T06:22:00Z</dcterms:modified>
  <cp:category/>
</cp:coreProperties>
</file>