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0CD5C" w14:textId="053D0110" w:rsidR="00CE0A92" w:rsidRDefault="00AB3492" w:rsidP="00D26C09">
      <w:pPr>
        <w:pStyle w:val="Heading1"/>
        <w:jc w:val="center"/>
        <w:rPr>
          <w:rFonts w:asciiTheme="majorBidi" w:hAnsiTheme="majorBidi"/>
          <w:color w:val="000000" w:themeColor="text1"/>
        </w:rPr>
      </w:pPr>
      <w:r w:rsidRPr="003F03D7">
        <w:rPr>
          <w:rFonts w:asciiTheme="majorBidi" w:hAnsiTheme="majorBidi"/>
          <w:color w:val="000000" w:themeColor="text1"/>
        </w:rPr>
        <w:t>RENCANA PEMBELAJARAN MENDALAM (RPM)</w:t>
      </w:r>
    </w:p>
    <w:p w14:paraId="140959C1" w14:textId="77777777" w:rsidR="003F03D7" w:rsidRPr="003F03D7" w:rsidRDefault="003F03D7" w:rsidP="00D26C09"/>
    <w:p w14:paraId="06B34639" w14:textId="3F0D5E26" w:rsidR="00CE0A92" w:rsidRDefault="00AB3492" w:rsidP="002829A7">
      <w:proofErr w:type="spellStart"/>
      <w:r>
        <w:t>Satuan</w:t>
      </w:r>
      <w:proofErr w:type="spellEnd"/>
      <w:r>
        <w:t xml:space="preserve"> </w:t>
      </w:r>
      <w:proofErr w:type="spellStart"/>
      <w:proofErr w:type="gramStart"/>
      <w:r>
        <w:t>Pendidikan</w:t>
      </w:r>
      <w:proofErr w:type="spellEnd"/>
      <w:r>
        <w:t xml:space="preserve"> :</w:t>
      </w:r>
      <w:proofErr w:type="gramEnd"/>
      <w:r>
        <w:t xml:space="preserve"> </w:t>
      </w:r>
      <w:r w:rsidR="002829A7">
        <w:t>SMP</w:t>
      </w:r>
      <w:r w:rsidR="003C6082">
        <w:t xml:space="preserve">LB </w:t>
      </w:r>
      <w:r>
        <w:br/>
        <w:t xml:space="preserve">Mata </w:t>
      </w:r>
      <w:proofErr w:type="spellStart"/>
      <w:r>
        <w:t>Pelajaran</w:t>
      </w:r>
      <w:proofErr w:type="spellEnd"/>
      <w:r w:rsidR="003C6082">
        <w:t xml:space="preserve">      </w:t>
      </w:r>
      <w:r w:rsidR="002829A7">
        <w:t xml:space="preserve"> : </w:t>
      </w:r>
      <w:proofErr w:type="spellStart"/>
      <w:r w:rsidR="002829A7">
        <w:t>Pendidikan</w:t>
      </w:r>
      <w:proofErr w:type="spellEnd"/>
      <w:r w:rsidR="002829A7">
        <w:t xml:space="preserve"> Islam </w:t>
      </w:r>
      <w:r>
        <w:br/>
      </w:r>
      <w:proofErr w:type="spellStart"/>
      <w:r>
        <w:t>Fase</w:t>
      </w:r>
      <w:proofErr w:type="spellEnd"/>
      <w:r>
        <w:t>/</w:t>
      </w:r>
      <w:proofErr w:type="spellStart"/>
      <w:r>
        <w:t>Kelas</w:t>
      </w:r>
      <w:proofErr w:type="spellEnd"/>
      <w:r w:rsidR="003C6082">
        <w:t xml:space="preserve">              </w:t>
      </w:r>
      <w:r>
        <w:t xml:space="preserve">: </w:t>
      </w:r>
      <w:r w:rsidR="002829A7">
        <w:t>D / VII ( 7 )</w:t>
      </w:r>
      <w:r>
        <w:br/>
      </w:r>
      <w:proofErr w:type="spellStart"/>
      <w:r>
        <w:t>Tema</w:t>
      </w:r>
      <w:proofErr w:type="spellEnd"/>
      <w:r w:rsidR="00360B70">
        <w:t xml:space="preserve"> / </w:t>
      </w:r>
      <w:proofErr w:type="spellStart"/>
      <w:r w:rsidR="00360B70">
        <w:t>subtema</w:t>
      </w:r>
      <w:proofErr w:type="spellEnd"/>
      <w:r w:rsidR="00360B70">
        <w:t xml:space="preserve">    </w:t>
      </w:r>
      <w:r w:rsidR="00C3360E">
        <w:t xml:space="preserve"> </w:t>
      </w:r>
      <w:r>
        <w:t xml:space="preserve"> :</w:t>
      </w:r>
      <w:r w:rsidR="002829A7">
        <w:t xml:space="preserve"> </w:t>
      </w:r>
      <w:proofErr w:type="spellStart"/>
      <w:r w:rsidR="00D806E7">
        <w:t>Aku</w:t>
      </w:r>
      <w:proofErr w:type="spellEnd"/>
      <w:r w:rsidR="00D806E7">
        <w:t xml:space="preserve"> </w:t>
      </w:r>
      <w:proofErr w:type="spellStart"/>
      <w:r w:rsidR="00D806E7">
        <w:t>Cinta</w:t>
      </w:r>
      <w:proofErr w:type="spellEnd"/>
      <w:r w:rsidR="00D806E7">
        <w:t xml:space="preserve"> Allah SWT ( </w:t>
      </w:r>
      <w:r w:rsidR="00CC22C0">
        <w:t xml:space="preserve">Allah </w:t>
      </w:r>
      <w:proofErr w:type="spellStart"/>
      <w:r w:rsidR="00CC22C0">
        <w:t>Pencipta</w:t>
      </w:r>
      <w:proofErr w:type="spellEnd"/>
      <w:r w:rsidR="00CC22C0">
        <w:t xml:space="preserve"> </w:t>
      </w:r>
      <w:proofErr w:type="spellStart"/>
      <w:r w:rsidR="00CC22C0">
        <w:t>Selamanya</w:t>
      </w:r>
      <w:proofErr w:type="spellEnd"/>
      <w:r w:rsidR="00CC22C0">
        <w:t xml:space="preserve"> )</w:t>
      </w:r>
      <w:r>
        <w:br/>
      </w:r>
      <w:proofErr w:type="spellStart"/>
      <w:r>
        <w:t>Alokasi</w:t>
      </w:r>
      <w:proofErr w:type="spellEnd"/>
      <w:r>
        <w:t xml:space="preserve"> </w:t>
      </w:r>
      <w:proofErr w:type="spellStart"/>
      <w:r>
        <w:t>Waktu</w:t>
      </w:r>
      <w:proofErr w:type="spellEnd"/>
      <w:r w:rsidR="00C3360E">
        <w:t xml:space="preserve">      </w:t>
      </w:r>
      <w:r>
        <w:t xml:space="preserve"> : 2 JP (2 x 3</w:t>
      </w:r>
      <w:r w:rsidR="002829A7">
        <w:t xml:space="preserve">5 </w:t>
      </w:r>
      <w:proofErr w:type="spellStart"/>
      <w:r>
        <w:t>menit</w:t>
      </w:r>
      <w:proofErr w:type="spellEnd"/>
      <w:r>
        <w:t>)</w:t>
      </w: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2518"/>
        <w:gridCol w:w="6237"/>
      </w:tblGrid>
      <w:tr w:rsidR="00CE0A92" w14:paraId="7A2FFC58" w14:textId="77777777" w:rsidTr="00A17945">
        <w:tc>
          <w:tcPr>
            <w:tcW w:w="2518" w:type="dxa"/>
            <w:shd w:val="clear" w:color="auto" w:fill="4F81BD"/>
          </w:tcPr>
          <w:p w14:paraId="2699BFAA" w14:textId="77777777" w:rsidR="00CE0A92" w:rsidRDefault="00AB3492" w:rsidP="00D26C09">
            <w:pPr>
              <w:spacing w:line="276" w:lineRule="auto"/>
              <w:jc w:val="center"/>
            </w:pPr>
            <w:r>
              <w:rPr>
                <w:b/>
                <w:color w:val="FFFFFF"/>
              </w:rPr>
              <w:t>Identifikasi</w:t>
            </w:r>
          </w:p>
        </w:tc>
        <w:tc>
          <w:tcPr>
            <w:tcW w:w="6237" w:type="dxa"/>
          </w:tcPr>
          <w:p w14:paraId="1B4EE670" w14:textId="074E3C6D" w:rsidR="00A17945" w:rsidRPr="00D26C09" w:rsidRDefault="00A17945" w:rsidP="00D26C09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spacing w:line="276" w:lineRule="auto"/>
              <w:jc w:val="both"/>
              <w:outlineLvl w:val="1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Profil Peserta Didik</w:t>
            </w:r>
          </w:p>
          <w:p w14:paraId="7C604F38" w14:textId="4E28681C" w:rsidR="004257AA" w:rsidRDefault="00A81F54" w:rsidP="00D6230F">
            <w:pPr>
              <w:pStyle w:val="ListParagraph"/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spacing w:val="-1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</w:t>
            </w:r>
            <w:r w:rsidRPr="00D26C09">
              <w:rPr>
                <w:rFonts w:asciiTheme="majorBidi" w:hAnsiTheme="majorBidi" w:cstheme="majorBidi"/>
                <w:spacing w:val="-1"/>
                <w:szCs w:val="24"/>
              </w:rPr>
              <w:t>eserta</w:t>
            </w:r>
            <w:proofErr w:type="spellEnd"/>
            <w:r w:rsidRPr="00D26C09">
              <w:rPr>
                <w:rFonts w:asciiTheme="majorBidi" w:hAnsiTheme="majorBidi" w:cstheme="majorBidi"/>
                <w:spacing w:val="-16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pacing w:val="-1"/>
                <w:szCs w:val="24"/>
              </w:rPr>
              <w:t>didik</w:t>
            </w:r>
            <w:proofErr w:type="spellEnd"/>
            <w:r w:rsidRPr="00D26C09">
              <w:rPr>
                <w:rFonts w:asciiTheme="majorBidi" w:hAnsiTheme="majorBidi" w:cstheme="majorBidi"/>
                <w:spacing w:val="-25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pacing w:val="-1"/>
                <w:szCs w:val="24"/>
              </w:rPr>
              <w:t>berna</w:t>
            </w:r>
            <w:r w:rsidR="004257AA">
              <w:rPr>
                <w:rFonts w:asciiTheme="majorBidi" w:hAnsiTheme="majorBidi" w:cstheme="majorBidi"/>
                <w:spacing w:val="-1"/>
                <w:szCs w:val="24"/>
              </w:rPr>
              <w:t>ma</w:t>
            </w:r>
            <w:proofErr w:type="spellEnd"/>
            <w:r w:rsidR="004257AA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4257AA">
              <w:rPr>
                <w:rFonts w:asciiTheme="majorBidi" w:hAnsiTheme="majorBidi" w:cstheme="majorBidi"/>
                <w:spacing w:val="-1"/>
                <w:szCs w:val="24"/>
              </w:rPr>
              <w:t>M.fadhil,Muldami,rizkan</w:t>
            </w:r>
            <w:proofErr w:type="spellEnd"/>
            <w:r w:rsidR="004257AA">
              <w:rPr>
                <w:rFonts w:asciiTheme="majorBidi" w:hAnsiTheme="majorBidi" w:cstheme="majorBidi"/>
                <w:spacing w:val="-1"/>
                <w:szCs w:val="24"/>
              </w:rPr>
              <w:t xml:space="preserve">  </w:t>
            </w:r>
            <w:r w:rsidR="002829A7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2829A7">
              <w:rPr>
                <w:rFonts w:asciiTheme="majorBidi" w:hAnsiTheme="majorBidi" w:cstheme="majorBidi"/>
                <w:spacing w:val="-1"/>
                <w:szCs w:val="24"/>
              </w:rPr>
              <w:t>memiliki</w:t>
            </w:r>
            <w:proofErr w:type="spellEnd"/>
            <w:r w:rsidR="002829A7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2829A7">
              <w:rPr>
                <w:rFonts w:asciiTheme="majorBidi" w:hAnsiTheme="majorBidi" w:cstheme="majorBidi"/>
                <w:spacing w:val="-1"/>
                <w:szCs w:val="24"/>
              </w:rPr>
              <w:t>ketunaan</w:t>
            </w:r>
            <w:proofErr w:type="spellEnd"/>
            <w:r w:rsidR="002829A7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2829A7">
              <w:rPr>
                <w:rFonts w:asciiTheme="majorBidi" w:hAnsiTheme="majorBidi" w:cstheme="majorBidi"/>
                <w:spacing w:val="-1"/>
                <w:szCs w:val="24"/>
              </w:rPr>
              <w:t>tunagrah</w:t>
            </w:r>
            <w:r w:rsidR="004257AA">
              <w:rPr>
                <w:rFonts w:asciiTheme="majorBidi" w:hAnsiTheme="majorBidi" w:cstheme="majorBidi"/>
                <w:spacing w:val="-1"/>
                <w:szCs w:val="24"/>
              </w:rPr>
              <w:t>i</w:t>
            </w:r>
            <w:r w:rsidR="002829A7">
              <w:rPr>
                <w:rFonts w:asciiTheme="majorBidi" w:hAnsiTheme="majorBidi" w:cstheme="majorBidi"/>
                <w:spacing w:val="-1"/>
                <w:szCs w:val="24"/>
              </w:rPr>
              <w:t>ta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ringan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(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hambatan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intelektual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)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mereka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memiliki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tingkat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kecerdasan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( IQ )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sehingga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kesulitan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memahami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konsep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abstrak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tentan</w:t>
            </w:r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g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apa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yang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dimaksud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dengan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aku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cinta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allah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.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cepat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lupa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materi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yang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diajarkan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dan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membutuhkan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metode</w:t>
            </w:r>
            <w:proofErr w:type="spellEnd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peng</w:t>
            </w:r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ulangan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agar </w:t>
            </w:r>
            <w:proofErr w:type="spellStart"/>
            <w:r w:rsidR="00D6230F">
              <w:rPr>
                <w:rFonts w:asciiTheme="majorBidi" w:hAnsiTheme="majorBidi" w:cstheme="majorBidi"/>
                <w:spacing w:val="-1"/>
                <w:szCs w:val="24"/>
              </w:rPr>
              <w:t>melekat</w:t>
            </w:r>
            <w:r w:rsidR="00982181">
              <w:rPr>
                <w:rFonts w:asciiTheme="majorBidi" w:hAnsiTheme="majorBidi" w:cstheme="majorBidi"/>
                <w:spacing w:val="-1"/>
                <w:szCs w:val="24"/>
              </w:rPr>
              <w:t>.dan</w:t>
            </w:r>
            <w:proofErr w:type="spellEnd"/>
            <w:r w:rsidR="00982181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  <w:spacing w:val="-1"/>
                <w:szCs w:val="24"/>
              </w:rPr>
              <w:t>sebagian</w:t>
            </w:r>
            <w:proofErr w:type="spellEnd"/>
            <w:r w:rsidR="00982181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  <w:spacing w:val="-1"/>
                <w:szCs w:val="24"/>
              </w:rPr>
              <w:t>siswa</w:t>
            </w:r>
            <w:proofErr w:type="spellEnd"/>
            <w:r w:rsidR="00982181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  <w:spacing w:val="-1"/>
                <w:szCs w:val="24"/>
              </w:rPr>
              <w:t>seperti</w:t>
            </w:r>
            <w:proofErr w:type="spellEnd"/>
            <w:r w:rsidR="00982181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</w:p>
          <w:p w14:paraId="695B944E" w14:textId="5E507AE6" w:rsidR="00982181" w:rsidRDefault="00982181" w:rsidP="00982181">
            <w:pPr>
              <w:pStyle w:val="ListParagraph"/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spacing w:val="-1"/>
                <w:szCs w:val="24"/>
              </w:rPr>
            </w:pPr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M.FADHIL mengalami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hambatan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dalam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melafalkan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atau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mengungk</w:t>
            </w:r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apkan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kembali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apa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saja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tentang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ciptaan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allah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swt.akan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tetapi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masih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bisa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menyebutkan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salah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satu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ciptaan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allah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</w:p>
          <w:p w14:paraId="395E711B" w14:textId="77777777" w:rsidR="00982181" w:rsidRDefault="00982181" w:rsidP="00982181">
            <w:pPr>
              <w:pStyle w:val="ListParagraph"/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spacing w:val="-1"/>
                <w:szCs w:val="24"/>
              </w:rPr>
            </w:pPr>
          </w:p>
          <w:p w14:paraId="7725FE2F" w14:textId="6871CD3E" w:rsidR="00982181" w:rsidRDefault="00982181" w:rsidP="00982181">
            <w:pPr>
              <w:pStyle w:val="ListParagraph"/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spacing w:val="-1"/>
                <w:szCs w:val="24"/>
              </w:rPr>
            </w:pPr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MULDAMI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dan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RIZKAN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dapa</w:t>
            </w:r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t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melafalkan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rincian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aku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cinta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>allah</w:t>
            </w:r>
            <w:proofErr w:type="spellEnd"/>
            <w:r w:rsidR="003407C4"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akan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tetapi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mereka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cepat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lupa.ketiga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szCs w:val="24"/>
              </w:rPr>
              <w:t>siswa</w:t>
            </w:r>
            <w:proofErr w:type="spell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</w:t>
            </w:r>
            <w:proofErr w:type="gramStart"/>
            <w:r>
              <w:rPr>
                <w:rFonts w:asciiTheme="majorBidi" w:hAnsiTheme="majorBidi" w:cstheme="majorBidi"/>
                <w:spacing w:val="-1"/>
                <w:szCs w:val="24"/>
              </w:rPr>
              <w:t>ini  jika</w:t>
            </w:r>
            <w:proofErr w:type="gramEnd"/>
            <w:r>
              <w:rPr>
                <w:rFonts w:asciiTheme="majorBidi" w:hAnsiTheme="majorBidi" w:cstheme="majorBidi"/>
                <w:spacing w:val="-1"/>
                <w:szCs w:val="24"/>
              </w:rPr>
              <w:t xml:space="preserve"> dalam pembelajaran mereka tidak menarik atau monoton mereka cepat bosan.</w:t>
            </w:r>
          </w:p>
          <w:p w14:paraId="463E46D8" w14:textId="77777777" w:rsidR="00982181" w:rsidRPr="00982181" w:rsidRDefault="00982181" w:rsidP="00982181">
            <w:pPr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spacing w:val="-1"/>
                <w:szCs w:val="24"/>
              </w:rPr>
            </w:pPr>
          </w:p>
          <w:p w14:paraId="099A92FA" w14:textId="77777777" w:rsidR="00D6230F" w:rsidRPr="00D6230F" w:rsidRDefault="00D6230F" w:rsidP="00D6230F">
            <w:pPr>
              <w:pStyle w:val="ListParagraph"/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spacing w:val="-1"/>
                <w:szCs w:val="24"/>
              </w:rPr>
            </w:pPr>
          </w:p>
          <w:p w14:paraId="5367F3BE" w14:textId="77777777" w:rsidR="004257AA" w:rsidRDefault="004257AA" w:rsidP="004257AA">
            <w:pPr>
              <w:pStyle w:val="ListParagraph"/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spacing w:val="-1"/>
                <w:szCs w:val="24"/>
              </w:rPr>
            </w:pPr>
          </w:p>
          <w:p w14:paraId="00B383A7" w14:textId="15CC2303" w:rsidR="00915691" w:rsidRPr="00D26C09" w:rsidRDefault="00915691" w:rsidP="004257AA">
            <w:pPr>
              <w:pStyle w:val="ListParagraph"/>
              <w:widowControl w:val="0"/>
              <w:autoSpaceDE w:val="0"/>
              <w:autoSpaceDN w:val="0"/>
              <w:jc w:val="both"/>
              <w:outlineLvl w:val="1"/>
              <w:rPr>
                <w:rFonts w:asciiTheme="majorBidi" w:hAnsiTheme="majorBidi" w:cstheme="majorBidi"/>
                <w:b/>
                <w:bCs/>
                <w:spacing w:val="-13"/>
                <w:szCs w:val="24"/>
              </w:rPr>
            </w:pPr>
            <w:r w:rsidRPr="00D26C09">
              <w:rPr>
                <w:rFonts w:asciiTheme="majorBidi" w:hAnsiTheme="majorBidi" w:cstheme="majorBidi"/>
                <w:b/>
                <w:bCs/>
                <w:spacing w:val="-13"/>
                <w:szCs w:val="24"/>
              </w:rPr>
              <w:t>Dimensi Profil Lulusan</w:t>
            </w:r>
          </w:p>
          <w:p w14:paraId="1A8181D9" w14:textId="77777777" w:rsidR="00915691" w:rsidRPr="00D26C09" w:rsidRDefault="00685C18" w:rsidP="00AC75B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spacing w:line="276" w:lineRule="auto"/>
              <w:ind w:left="1024" w:hanging="283"/>
              <w:jc w:val="both"/>
              <w:outlineLvl w:val="1"/>
              <w:rPr>
                <w:rFonts w:asciiTheme="majorBidi" w:hAnsiTheme="majorBidi" w:cstheme="majorBidi"/>
                <w:spacing w:val="-13"/>
                <w:szCs w:val="24"/>
              </w:rPr>
            </w:pPr>
            <w:r w:rsidRPr="00D26C09">
              <w:rPr>
                <w:rFonts w:asciiTheme="majorBidi" w:hAnsiTheme="majorBidi" w:cstheme="majorBidi"/>
                <w:spacing w:val="-13"/>
                <w:szCs w:val="24"/>
              </w:rPr>
              <w:t>Beriman dan bertaqwa</w:t>
            </w:r>
          </w:p>
          <w:p w14:paraId="64E04158" w14:textId="77777777" w:rsidR="00685C18" w:rsidRPr="00D26C09" w:rsidRDefault="00685C18" w:rsidP="00AC75B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spacing w:line="276" w:lineRule="auto"/>
              <w:ind w:left="1024" w:hanging="283"/>
              <w:jc w:val="both"/>
              <w:outlineLvl w:val="1"/>
              <w:rPr>
                <w:rFonts w:asciiTheme="majorBidi" w:hAnsiTheme="majorBidi" w:cstheme="majorBidi"/>
                <w:spacing w:val="-13"/>
                <w:szCs w:val="24"/>
              </w:rPr>
            </w:pPr>
            <w:r w:rsidRPr="00D26C09">
              <w:rPr>
                <w:rFonts w:asciiTheme="majorBidi" w:hAnsiTheme="majorBidi" w:cstheme="majorBidi"/>
                <w:spacing w:val="-13"/>
                <w:szCs w:val="24"/>
              </w:rPr>
              <w:t>Kemandirian</w:t>
            </w:r>
          </w:p>
          <w:p w14:paraId="735AB71E" w14:textId="6BB04663" w:rsidR="00685C18" w:rsidRPr="00D26C09" w:rsidRDefault="00685C18" w:rsidP="00AC75BE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spacing w:line="276" w:lineRule="auto"/>
              <w:ind w:left="1024" w:hanging="283"/>
              <w:jc w:val="both"/>
              <w:outlineLvl w:val="1"/>
              <w:rPr>
                <w:rFonts w:asciiTheme="majorBidi" w:hAnsiTheme="majorBidi" w:cstheme="majorBidi"/>
                <w:spacing w:val="-13"/>
                <w:szCs w:val="24"/>
              </w:rPr>
            </w:pPr>
            <w:r w:rsidRPr="00D26C09">
              <w:rPr>
                <w:rFonts w:asciiTheme="majorBidi" w:hAnsiTheme="majorBidi" w:cstheme="majorBidi"/>
                <w:spacing w:val="-13"/>
                <w:szCs w:val="24"/>
              </w:rPr>
              <w:t>Kesehatan</w:t>
            </w:r>
          </w:p>
        </w:tc>
      </w:tr>
      <w:tr w:rsidR="00CE0A92" w14:paraId="612A1DF3" w14:textId="77777777" w:rsidTr="00A17945">
        <w:tc>
          <w:tcPr>
            <w:tcW w:w="2518" w:type="dxa"/>
            <w:shd w:val="clear" w:color="auto" w:fill="4F81BD"/>
          </w:tcPr>
          <w:p w14:paraId="1DF0C551" w14:textId="2F6C7413" w:rsidR="00CE0A92" w:rsidRDefault="00D6230F" w:rsidP="00D26C09">
            <w:pPr>
              <w:spacing w:line="276" w:lineRule="auto"/>
              <w:jc w:val="center"/>
            </w:pPr>
            <w:proofErr w:type="spellStart"/>
            <w:r>
              <w:rPr>
                <w:b/>
                <w:color w:val="FFFFFF"/>
              </w:rPr>
              <w:t>keterbatasan</w:t>
            </w:r>
            <w:proofErr w:type="spellEnd"/>
            <w:r>
              <w:rPr>
                <w:b/>
                <w:color w:val="FFFFFF"/>
              </w:rPr>
              <w:t xml:space="preserve"> </w:t>
            </w:r>
          </w:p>
        </w:tc>
        <w:tc>
          <w:tcPr>
            <w:tcW w:w="6237" w:type="dxa"/>
          </w:tcPr>
          <w:p w14:paraId="09CF69D4" w14:textId="72C9F071" w:rsidR="0086149B" w:rsidRPr="00A64C35" w:rsidRDefault="00AB3492" w:rsidP="00D26C09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Tujuan</w:t>
            </w:r>
            <w:proofErr w:type="spellEnd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Pembelajaran</w:t>
            </w:r>
            <w:proofErr w:type="spellEnd"/>
            <w:r w:rsidR="00A64C35">
              <w:rPr>
                <w:rFonts w:asciiTheme="majorBidi" w:hAnsiTheme="majorBidi" w:cstheme="majorBidi"/>
                <w:b/>
                <w:bCs/>
                <w:szCs w:val="24"/>
              </w:rPr>
              <w:t xml:space="preserve"> (</w:t>
            </w:r>
            <w:proofErr w:type="spellStart"/>
            <w:r w:rsidR="00A64C35">
              <w:rPr>
                <w:rFonts w:asciiTheme="majorBidi" w:hAnsiTheme="majorBidi" w:cstheme="majorBidi"/>
                <w:b/>
                <w:bCs/>
                <w:szCs w:val="24"/>
              </w:rPr>
              <w:t>Capaian</w:t>
            </w:r>
            <w:proofErr w:type="spellEnd"/>
            <w:r w:rsidR="00A64C35">
              <w:rPr>
                <w:rFonts w:asciiTheme="majorBidi" w:hAnsiTheme="majorBidi" w:cstheme="majorBidi"/>
                <w:b/>
                <w:bCs/>
                <w:szCs w:val="24"/>
              </w:rPr>
              <w:t xml:space="preserve"> </w:t>
            </w:r>
            <w:proofErr w:type="spellStart"/>
            <w:r w:rsidR="00A64C35">
              <w:rPr>
                <w:rFonts w:asciiTheme="majorBidi" w:hAnsiTheme="majorBidi" w:cstheme="majorBidi"/>
                <w:b/>
                <w:bCs/>
                <w:szCs w:val="24"/>
              </w:rPr>
              <w:t>Pembelajaran</w:t>
            </w:r>
            <w:proofErr w:type="spellEnd"/>
            <w:r w:rsidR="00A64C35">
              <w:rPr>
                <w:rFonts w:asciiTheme="majorBidi" w:hAnsiTheme="majorBidi" w:cstheme="majorBidi"/>
                <w:b/>
                <w:bCs/>
                <w:szCs w:val="24"/>
              </w:rPr>
              <w:t>)</w:t>
            </w:r>
          </w:p>
          <w:p w14:paraId="01921FDC" w14:textId="21702BE5" w:rsidR="00BF6502" w:rsidRPr="00A07902" w:rsidRDefault="00BF6502" w:rsidP="00D806E7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    </w:t>
            </w:r>
            <w:proofErr w:type="spellStart"/>
            <w:r w:rsidRPr="00A07902">
              <w:rPr>
                <w:rFonts w:asciiTheme="majorBidi" w:hAnsiTheme="majorBidi" w:cstheme="majorBidi"/>
              </w:rPr>
              <w:t>Peserta</w:t>
            </w:r>
            <w:proofErr w:type="spellEnd"/>
            <w:r w:rsidRPr="00A079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7902">
              <w:rPr>
                <w:rFonts w:asciiTheme="majorBidi" w:hAnsiTheme="majorBidi" w:cstheme="majorBidi"/>
              </w:rPr>
              <w:t>didik</w:t>
            </w:r>
            <w:proofErr w:type="spellEnd"/>
            <w:r w:rsidRPr="00A0790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A07902">
              <w:rPr>
                <w:rFonts w:asciiTheme="majorBidi" w:hAnsiTheme="majorBidi" w:cstheme="majorBidi"/>
              </w:rPr>
              <w:t>mampu</w:t>
            </w:r>
            <w:proofErr w:type="spellEnd"/>
            <w:r w:rsidRPr="00A07902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merespon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per</w:t>
            </w:r>
            <w:r w:rsidR="00D806E7">
              <w:rPr>
                <w:rFonts w:asciiTheme="majorBidi" w:hAnsiTheme="majorBidi" w:cstheme="majorBidi"/>
              </w:rPr>
              <w:t>intah</w:t>
            </w:r>
            <w:proofErr w:type="spellEnd"/>
            <w:r w:rsidR="00D806E7">
              <w:rPr>
                <w:rFonts w:asciiTheme="majorBidi" w:hAnsiTheme="majorBidi" w:cstheme="majorBidi"/>
              </w:rPr>
              <w:t>/</w:t>
            </w:r>
            <w:proofErr w:type="spellStart"/>
            <w:r w:rsidR="00D806E7">
              <w:rPr>
                <w:rFonts w:asciiTheme="majorBidi" w:hAnsiTheme="majorBidi" w:cstheme="majorBidi"/>
              </w:rPr>
              <w:t>arahan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sederhana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dan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dapat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memahami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aku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cinta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Allah SWT. </w:t>
            </w:r>
            <w:proofErr w:type="spellStart"/>
            <w:proofErr w:type="gramStart"/>
            <w:r w:rsidR="00D806E7">
              <w:rPr>
                <w:rFonts w:asciiTheme="majorBidi" w:hAnsiTheme="majorBidi" w:cstheme="majorBidi"/>
              </w:rPr>
              <w:t>baik</w:t>
            </w:r>
            <w:proofErr w:type="spellEnd"/>
            <w:proofErr w:type="gram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secara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</w:rPr>
              <w:t>pesan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</w:rPr>
              <w:t>lisan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</w:rPr>
              <w:t>maupun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D806E7">
              <w:rPr>
                <w:rFonts w:asciiTheme="majorBidi" w:hAnsiTheme="majorBidi" w:cstheme="majorBidi"/>
              </w:rPr>
              <w:t>dengan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 media </w:t>
            </w:r>
            <w:proofErr w:type="spellStart"/>
            <w:r w:rsidR="00D806E7">
              <w:rPr>
                <w:rFonts w:asciiTheme="majorBidi" w:hAnsiTheme="majorBidi" w:cstheme="majorBidi"/>
              </w:rPr>
              <w:t>gambar</w:t>
            </w:r>
            <w:proofErr w:type="spellEnd"/>
            <w:r w:rsidR="00D806E7">
              <w:rPr>
                <w:rFonts w:asciiTheme="majorBidi" w:hAnsiTheme="majorBidi" w:cstheme="majorBidi"/>
              </w:rPr>
              <w:t xml:space="preserve">/ poster 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</w:t>
            </w:r>
            <w:r w:rsidRPr="00A07902">
              <w:rPr>
                <w:rFonts w:asciiTheme="majorBidi" w:hAnsiTheme="majorBidi" w:cstheme="majorBidi"/>
              </w:rPr>
              <w:t>ngenali</w:t>
            </w:r>
            <w:proofErr w:type="spellEnd"/>
            <w:r w:rsidRPr="00A07902">
              <w:rPr>
                <w:rFonts w:asciiTheme="majorBidi" w:hAnsiTheme="majorBidi" w:cstheme="majorBidi"/>
              </w:rPr>
              <w:t xml:space="preserve"> </w:t>
            </w:r>
            <w:r w:rsidR="00982181">
              <w:rPr>
                <w:rFonts w:asciiTheme="majorBidi" w:hAnsiTheme="majorBidi" w:cstheme="majorBidi"/>
              </w:rPr>
              <w:t xml:space="preserve">video </w:t>
            </w:r>
            <w:proofErr w:type="spellStart"/>
            <w:r w:rsidR="00982181">
              <w:rPr>
                <w:rFonts w:asciiTheme="majorBidi" w:hAnsiTheme="majorBidi" w:cstheme="majorBidi"/>
              </w:rPr>
              <w:t>pendek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agar </w:t>
            </w:r>
            <w:proofErr w:type="spellStart"/>
            <w:r w:rsidR="00982181">
              <w:rPr>
                <w:rFonts w:asciiTheme="majorBidi" w:hAnsiTheme="majorBidi" w:cstheme="majorBidi"/>
              </w:rPr>
              <w:t>materi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</w:rPr>
              <w:t>abstrak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</w:rPr>
              <w:t>lebih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</w:rPr>
              <w:t>mudah</w:t>
            </w:r>
            <w:proofErr w:type="spellEnd"/>
            <w:r w:rsidR="0098218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982181">
              <w:rPr>
                <w:rFonts w:asciiTheme="majorBidi" w:hAnsiTheme="majorBidi" w:cstheme="majorBidi"/>
              </w:rPr>
              <w:t>dibayangkan</w:t>
            </w:r>
            <w:proofErr w:type="spellEnd"/>
            <w:r w:rsidR="00D806E7">
              <w:rPr>
                <w:rFonts w:asciiTheme="majorBidi" w:hAnsiTheme="majorBidi" w:cstheme="majorBidi"/>
              </w:rPr>
              <w:t>.</w:t>
            </w:r>
          </w:p>
          <w:p w14:paraId="6C58FFE4" w14:textId="77777777" w:rsidR="00051E4F" w:rsidRDefault="00051E4F" w:rsidP="00051E4F">
            <w:pPr>
              <w:rPr>
                <w:rFonts w:asciiTheme="majorBidi" w:hAnsiTheme="majorBidi" w:cstheme="majorBidi"/>
              </w:rPr>
            </w:pPr>
            <w:proofErr w:type="spellStart"/>
            <w:r w:rsidRPr="001E0ECA">
              <w:rPr>
                <w:rFonts w:asciiTheme="majorBidi" w:hAnsiTheme="majorBidi" w:cstheme="majorBidi"/>
              </w:rPr>
              <w:t>Untuk</w:t>
            </w:r>
            <w:proofErr w:type="spellEnd"/>
            <w:r w:rsidRPr="001E0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E0ECA">
              <w:rPr>
                <w:rFonts w:asciiTheme="majorBidi" w:hAnsiTheme="majorBidi" w:cstheme="majorBidi"/>
              </w:rPr>
              <w:t>mencapai</w:t>
            </w:r>
            <w:proofErr w:type="spellEnd"/>
            <w:r w:rsidRPr="001E0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E0ECA">
              <w:rPr>
                <w:rFonts w:asciiTheme="majorBidi" w:hAnsiTheme="majorBidi" w:cstheme="majorBidi"/>
              </w:rPr>
              <w:t>hal</w:t>
            </w:r>
            <w:proofErr w:type="spellEnd"/>
            <w:r w:rsidRPr="001E0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E0ECA">
              <w:rPr>
                <w:rFonts w:asciiTheme="majorBidi" w:hAnsiTheme="majorBidi" w:cstheme="majorBidi"/>
              </w:rPr>
              <w:t>tersebut</w:t>
            </w:r>
            <w:proofErr w:type="spellEnd"/>
            <w:r w:rsidRPr="001E0EC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E0ECA">
              <w:rPr>
                <w:rFonts w:asciiTheme="majorBidi" w:hAnsiTheme="majorBidi" w:cstheme="majorBidi"/>
              </w:rPr>
              <w:t>peserta</w:t>
            </w:r>
            <w:proofErr w:type="spellEnd"/>
            <w:r w:rsidRPr="001E0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E0ECA">
              <w:rPr>
                <w:rFonts w:asciiTheme="majorBidi" w:hAnsiTheme="majorBidi" w:cstheme="majorBidi"/>
              </w:rPr>
              <w:t>didik</w:t>
            </w:r>
            <w:proofErr w:type="spellEnd"/>
            <w:r w:rsidRPr="001E0EC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E0ECA">
              <w:rPr>
                <w:rFonts w:asciiTheme="majorBidi" w:hAnsiTheme="majorBidi" w:cstheme="majorBidi"/>
              </w:rPr>
              <w:t>akan</w:t>
            </w:r>
            <w:proofErr w:type="spellEnd"/>
            <w:r w:rsidRPr="001E0ECA">
              <w:rPr>
                <w:rFonts w:asciiTheme="majorBidi" w:hAnsiTheme="majorBidi" w:cstheme="majorBidi"/>
              </w:rPr>
              <w:t>:</w:t>
            </w:r>
          </w:p>
          <w:p w14:paraId="48AC6CC4" w14:textId="77777777" w:rsidR="00D806E7" w:rsidRDefault="00D806E7" w:rsidP="00051E4F">
            <w:pPr>
              <w:rPr>
                <w:rFonts w:asciiTheme="majorBidi" w:hAnsiTheme="majorBidi" w:cstheme="majorBidi"/>
              </w:rPr>
            </w:pPr>
          </w:p>
          <w:p w14:paraId="2F11807C" w14:textId="77777777" w:rsidR="00D806E7" w:rsidRDefault="00D806E7" w:rsidP="00D806E7">
            <w:pPr>
              <w:pStyle w:val="ListParagraph"/>
              <w:numPr>
                <w:ilvl w:val="0"/>
                <w:numId w:val="23"/>
              </w:numPr>
              <w:rPr>
                <w:rFonts w:asciiTheme="majorBidi" w:hAnsiTheme="majorBidi" w:cstheme="majorBidi"/>
              </w:rPr>
            </w:pPr>
            <w:proofErr w:type="spellStart"/>
            <w:r w:rsidRPr="001D3EE6">
              <w:rPr>
                <w:rFonts w:asciiTheme="majorBidi" w:hAnsiTheme="majorBidi" w:cstheme="majorBidi"/>
              </w:rPr>
              <w:t>Melalui</w:t>
            </w:r>
            <w:proofErr w:type="spellEnd"/>
            <w:r w:rsidRPr="001D3E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EE6">
              <w:rPr>
                <w:rFonts w:asciiTheme="majorBidi" w:hAnsiTheme="majorBidi" w:cstheme="majorBidi"/>
              </w:rPr>
              <w:t>penjelasan</w:t>
            </w:r>
            <w:proofErr w:type="spellEnd"/>
            <w:r w:rsidRPr="001D3E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EE6">
              <w:rPr>
                <w:rFonts w:asciiTheme="majorBidi" w:hAnsiTheme="majorBidi" w:cstheme="majorBidi"/>
              </w:rPr>
              <w:t>dari</w:t>
            </w:r>
            <w:proofErr w:type="spellEnd"/>
            <w:r w:rsidRPr="001D3EE6">
              <w:rPr>
                <w:rFonts w:asciiTheme="majorBidi" w:hAnsiTheme="majorBidi" w:cstheme="majorBidi"/>
              </w:rPr>
              <w:t xml:space="preserve"> guru </w:t>
            </w:r>
            <w:proofErr w:type="spellStart"/>
            <w:proofErr w:type="gramStart"/>
            <w:r w:rsidRPr="001D3EE6">
              <w:rPr>
                <w:rFonts w:asciiTheme="majorBidi" w:hAnsiTheme="majorBidi" w:cstheme="majorBidi"/>
              </w:rPr>
              <w:t>te</w:t>
            </w:r>
            <w:r>
              <w:rPr>
                <w:rFonts w:asciiTheme="majorBidi" w:hAnsiTheme="majorBidi" w:cstheme="majorBidi"/>
              </w:rPr>
              <w:t>ntang</w:t>
            </w:r>
            <w:proofErr w:type="spellEnd"/>
            <w:r>
              <w:rPr>
                <w:rFonts w:asciiTheme="majorBidi" w:hAnsiTheme="majorBidi" w:cstheme="majorBidi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</w:rPr>
              <w:t>Aku</w:t>
            </w:r>
            <w:proofErr w:type="spellEnd"/>
            <w:proofErr w:type="gram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cinta</w:t>
            </w:r>
            <w:proofErr w:type="spellEnd"/>
            <w:r>
              <w:rPr>
                <w:rFonts w:asciiTheme="majorBidi" w:hAnsiTheme="majorBidi" w:cstheme="majorBidi"/>
              </w:rPr>
              <w:t xml:space="preserve"> Allah SWT  </w:t>
            </w:r>
            <w:r w:rsidRPr="001D3EE6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D3EE6">
              <w:rPr>
                <w:rFonts w:asciiTheme="majorBidi" w:hAnsiTheme="majorBidi" w:cstheme="majorBidi"/>
              </w:rPr>
              <w:t>siswa</w:t>
            </w:r>
            <w:proofErr w:type="spellEnd"/>
            <w:r w:rsidRPr="001D3E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EE6">
              <w:rPr>
                <w:rFonts w:asciiTheme="majorBidi" w:hAnsiTheme="majorBidi" w:cstheme="majorBidi"/>
              </w:rPr>
              <w:t>mampu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memahami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bahwa</w:t>
            </w:r>
            <w:proofErr w:type="spellEnd"/>
            <w:r>
              <w:rPr>
                <w:rFonts w:asciiTheme="majorBidi" w:hAnsiTheme="majorBidi" w:cstheme="majorBidi"/>
              </w:rPr>
              <w:t xml:space="preserve"> Allah SWT yang </w:t>
            </w:r>
            <w:proofErr w:type="spellStart"/>
            <w:r>
              <w:rPr>
                <w:rFonts w:asciiTheme="majorBidi" w:hAnsiTheme="majorBidi" w:cstheme="majorBidi"/>
              </w:rPr>
              <w:t>menciptakan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segala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sesuatu</w:t>
            </w:r>
            <w:proofErr w:type="spellEnd"/>
            <w:r>
              <w:rPr>
                <w:rFonts w:asciiTheme="majorBidi" w:hAnsiTheme="majorBidi" w:cstheme="majorBidi"/>
              </w:rPr>
              <w:t xml:space="preserve"> .</w:t>
            </w:r>
          </w:p>
          <w:p w14:paraId="4D7AEB10" w14:textId="77777777" w:rsidR="00D806E7" w:rsidRDefault="00D806E7" w:rsidP="00D806E7">
            <w:pPr>
              <w:pStyle w:val="ListParagraph"/>
              <w:numPr>
                <w:ilvl w:val="0"/>
                <w:numId w:val="23"/>
              </w:numPr>
              <w:rPr>
                <w:rFonts w:asciiTheme="majorBidi" w:hAnsiTheme="majorBidi" w:cstheme="majorBidi"/>
              </w:rPr>
            </w:pPr>
            <w:r w:rsidRPr="001D3E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EE6">
              <w:rPr>
                <w:rFonts w:asciiTheme="majorBidi" w:hAnsiTheme="majorBidi" w:cstheme="majorBidi"/>
              </w:rPr>
              <w:t>Melalui</w:t>
            </w:r>
            <w:proofErr w:type="spellEnd"/>
            <w:r w:rsidRPr="001D3E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EE6">
              <w:rPr>
                <w:rFonts w:asciiTheme="majorBidi" w:hAnsiTheme="majorBidi" w:cstheme="majorBidi"/>
              </w:rPr>
              <w:t>penjelasan</w:t>
            </w:r>
            <w:proofErr w:type="spellEnd"/>
            <w:r w:rsidRPr="001D3EE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D3EE6">
              <w:rPr>
                <w:rFonts w:asciiTheme="majorBidi" w:hAnsiTheme="majorBidi" w:cstheme="majorBidi"/>
              </w:rPr>
              <w:t>dari</w:t>
            </w:r>
            <w:proofErr w:type="spellEnd"/>
            <w:r w:rsidRPr="001D3EE6">
              <w:rPr>
                <w:rFonts w:asciiTheme="majorBidi" w:hAnsiTheme="majorBidi" w:cstheme="majorBidi"/>
              </w:rPr>
              <w:t xml:space="preserve"> guru </w:t>
            </w:r>
            <w:proofErr w:type="spellStart"/>
            <w:r w:rsidRPr="001D3EE6">
              <w:rPr>
                <w:rFonts w:asciiTheme="majorBidi" w:hAnsiTheme="majorBidi" w:cstheme="majorBidi"/>
              </w:rPr>
              <w:t>tentan</w:t>
            </w:r>
            <w:r>
              <w:rPr>
                <w:rFonts w:asciiTheme="majorBidi" w:hAnsiTheme="majorBidi" w:cstheme="majorBidi"/>
              </w:rPr>
              <w:t>g</w:t>
            </w:r>
            <w:proofErr w:type="spellEnd"/>
            <w:r>
              <w:rPr>
                <w:rFonts w:asciiTheme="majorBidi" w:hAnsiTheme="majorBidi" w:cstheme="majorBidi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</w:rPr>
              <w:t>Aku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cinta</w:t>
            </w:r>
            <w:proofErr w:type="spellEnd"/>
            <w:r>
              <w:rPr>
                <w:rFonts w:asciiTheme="majorBidi" w:hAnsiTheme="majorBidi" w:cstheme="majorBidi"/>
              </w:rPr>
              <w:t xml:space="preserve"> Allah SWT , </w:t>
            </w:r>
            <w:proofErr w:type="spellStart"/>
            <w:r>
              <w:rPr>
                <w:rFonts w:asciiTheme="majorBidi" w:hAnsiTheme="majorBidi" w:cstheme="majorBidi"/>
              </w:rPr>
              <w:t>siswa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mampu</w:t>
            </w:r>
            <w:proofErr w:type="spellEnd"/>
            <w:r>
              <w:rPr>
                <w:rFonts w:asciiTheme="majorBidi" w:hAnsiTheme="majorBidi" w:cstheme="majorBidi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</w:rPr>
              <w:t>menyebutkan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ciptaan</w:t>
            </w:r>
            <w:proofErr w:type="spellEnd"/>
            <w:r>
              <w:rPr>
                <w:rFonts w:asciiTheme="majorBidi" w:hAnsiTheme="majorBidi" w:cstheme="majorBidi"/>
              </w:rPr>
              <w:t xml:space="preserve"> Allah SWT ( </w:t>
            </w:r>
            <w:proofErr w:type="spellStart"/>
            <w:r>
              <w:rPr>
                <w:rFonts w:asciiTheme="majorBidi" w:hAnsiTheme="majorBidi" w:cstheme="majorBidi"/>
              </w:rPr>
              <w:t>Alam</w:t>
            </w:r>
            <w:proofErr w:type="spellEnd"/>
            <w:r>
              <w:rPr>
                <w:rFonts w:asciiTheme="majorBidi" w:hAnsiTheme="majorBidi" w:cstheme="majorBidi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</w:rPr>
              <w:t>hewan,tumbuhan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manusia</w:t>
            </w:r>
            <w:proofErr w:type="spellEnd"/>
            <w:r>
              <w:rPr>
                <w:rFonts w:asciiTheme="majorBidi" w:hAnsiTheme="majorBidi" w:cstheme="majorBidi"/>
              </w:rPr>
              <w:t xml:space="preserve"> )</w:t>
            </w:r>
          </w:p>
          <w:p w14:paraId="200D9BAF" w14:textId="5224B952" w:rsidR="00D806E7" w:rsidRDefault="00D806E7" w:rsidP="00CC22C0">
            <w:pPr>
              <w:pStyle w:val="ListParagraph"/>
              <w:numPr>
                <w:ilvl w:val="0"/>
                <w:numId w:val="23"/>
              </w:numPr>
              <w:rPr>
                <w:rFonts w:asciiTheme="majorBidi" w:hAnsiTheme="majorBidi" w:cstheme="majorBidi"/>
              </w:rPr>
            </w:pPr>
            <w:proofErr w:type="spellStart"/>
            <w:r w:rsidRPr="007259E2">
              <w:rPr>
                <w:rFonts w:asciiTheme="majorBidi" w:hAnsiTheme="majorBidi" w:cstheme="majorBidi"/>
              </w:rPr>
              <w:t>Melalui</w:t>
            </w:r>
            <w:proofErr w:type="spellEnd"/>
            <w:r w:rsidRPr="007259E2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7259E2">
              <w:rPr>
                <w:rFonts w:asciiTheme="majorBidi" w:hAnsiTheme="majorBidi" w:cstheme="majorBidi"/>
              </w:rPr>
              <w:t>penjelasan</w:t>
            </w:r>
            <w:proofErr w:type="spellEnd"/>
            <w:r w:rsidRPr="007259E2"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dari</w:t>
            </w:r>
            <w:proofErr w:type="spellEnd"/>
            <w:r>
              <w:rPr>
                <w:rFonts w:asciiTheme="majorBidi" w:hAnsiTheme="majorBidi" w:cstheme="majorBidi"/>
              </w:rPr>
              <w:t xml:space="preserve"> guru </w:t>
            </w:r>
            <w:proofErr w:type="spellStart"/>
            <w:r>
              <w:rPr>
                <w:rFonts w:asciiTheme="majorBidi" w:hAnsiTheme="majorBidi" w:cstheme="majorBidi"/>
              </w:rPr>
              <w:t>tentang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C22C0">
              <w:rPr>
                <w:rFonts w:asciiTheme="majorBidi" w:hAnsiTheme="majorBidi" w:cstheme="majorBidi"/>
              </w:rPr>
              <w:t>Aku</w:t>
            </w:r>
            <w:proofErr w:type="spellEnd"/>
            <w:r w:rsidR="00CC22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C22C0">
              <w:rPr>
                <w:rFonts w:asciiTheme="majorBidi" w:hAnsiTheme="majorBidi" w:cstheme="majorBidi"/>
              </w:rPr>
              <w:t>cinta</w:t>
            </w:r>
            <w:proofErr w:type="spellEnd"/>
            <w:r w:rsidR="00CC22C0">
              <w:rPr>
                <w:rFonts w:asciiTheme="majorBidi" w:hAnsiTheme="majorBidi" w:cstheme="majorBidi"/>
              </w:rPr>
              <w:t xml:space="preserve"> Allah </w:t>
            </w:r>
            <w:proofErr w:type="spellStart"/>
            <w:r w:rsidR="00CC22C0">
              <w:rPr>
                <w:rFonts w:asciiTheme="majorBidi" w:hAnsiTheme="majorBidi" w:cstheme="majorBidi"/>
              </w:rPr>
              <w:lastRenderedPageBreak/>
              <w:t>siswa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mampu</w:t>
            </w:r>
            <w:proofErr w:type="spellEnd"/>
            <w:r>
              <w:rPr>
                <w:rFonts w:asciiTheme="majorBidi" w:hAnsiTheme="majorBidi" w:cstheme="majorBidi"/>
              </w:rPr>
              <w:t xml:space="preserve">  </w:t>
            </w:r>
            <w:proofErr w:type="spellStart"/>
            <w:r w:rsidR="00CC22C0">
              <w:rPr>
                <w:rFonts w:asciiTheme="majorBidi" w:hAnsiTheme="majorBidi" w:cstheme="majorBidi"/>
              </w:rPr>
              <w:t>menjodohkan</w:t>
            </w:r>
            <w:proofErr w:type="spellEnd"/>
            <w:r w:rsidR="00CC22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C22C0">
              <w:rPr>
                <w:rFonts w:asciiTheme="majorBidi" w:hAnsiTheme="majorBidi" w:cstheme="majorBidi"/>
              </w:rPr>
              <w:t>ciptaan</w:t>
            </w:r>
            <w:proofErr w:type="spellEnd"/>
            <w:r w:rsidR="00CC22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C22C0">
              <w:rPr>
                <w:rFonts w:asciiTheme="majorBidi" w:hAnsiTheme="majorBidi" w:cstheme="majorBidi"/>
              </w:rPr>
              <w:t>allah</w:t>
            </w:r>
            <w:proofErr w:type="spellEnd"/>
            <w:r w:rsidR="00CC22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C22C0">
              <w:rPr>
                <w:rFonts w:asciiTheme="majorBidi" w:hAnsiTheme="majorBidi" w:cstheme="majorBidi"/>
              </w:rPr>
              <w:t>dan</w:t>
            </w:r>
            <w:proofErr w:type="spellEnd"/>
            <w:r w:rsidR="00CC22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C22C0">
              <w:rPr>
                <w:rFonts w:asciiTheme="majorBidi" w:hAnsiTheme="majorBidi" w:cstheme="majorBidi"/>
              </w:rPr>
              <w:t>buatan</w:t>
            </w:r>
            <w:proofErr w:type="spellEnd"/>
            <w:r w:rsidR="00CC22C0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CC22C0">
              <w:rPr>
                <w:rFonts w:asciiTheme="majorBidi" w:hAnsiTheme="majorBidi" w:cstheme="majorBidi"/>
              </w:rPr>
              <w:t>manusia</w:t>
            </w:r>
            <w:proofErr w:type="spellEnd"/>
            <w:r>
              <w:rPr>
                <w:rFonts w:asciiTheme="majorBidi" w:hAnsiTheme="majorBidi" w:cstheme="majorBidi"/>
              </w:rPr>
              <w:t xml:space="preserve">) </w:t>
            </w:r>
          </w:p>
          <w:p w14:paraId="65E66C42" w14:textId="257579DC" w:rsidR="00CC22C0" w:rsidRPr="007259E2" w:rsidRDefault="00CC22C0" w:rsidP="00CC22C0">
            <w:pPr>
              <w:pStyle w:val="ListParagraph"/>
              <w:numPr>
                <w:ilvl w:val="0"/>
                <w:numId w:val="23"/>
              </w:num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Melalui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penjelasan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dari</w:t>
            </w:r>
            <w:proofErr w:type="spellEnd"/>
            <w:r>
              <w:rPr>
                <w:rFonts w:asciiTheme="majorBidi" w:hAnsiTheme="majorBidi" w:cstheme="majorBidi"/>
              </w:rPr>
              <w:t xml:space="preserve"> guru </w:t>
            </w:r>
            <w:proofErr w:type="spellStart"/>
            <w:r>
              <w:rPr>
                <w:rFonts w:asciiTheme="majorBidi" w:hAnsiTheme="majorBidi" w:cstheme="majorBidi"/>
              </w:rPr>
              <w:t>tentang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aku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cinta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allah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siswa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mampu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melukis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ciptaan</w:t>
            </w:r>
            <w:proofErr w:type="spellEnd"/>
            <w:r>
              <w:rPr>
                <w:rFonts w:asciiTheme="majorBidi" w:hAnsiTheme="majorBidi" w:cstheme="majorBidi"/>
              </w:rPr>
              <w:t xml:space="preserve"> Allah </w:t>
            </w:r>
            <w:proofErr w:type="spellStart"/>
            <w:r>
              <w:rPr>
                <w:rFonts w:asciiTheme="majorBidi" w:hAnsiTheme="majorBidi" w:cstheme="majorBidi"/>
              </w:rPr>
              <w:t>seperti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pohon,matahari,langit,dan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hewan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kupu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kupu</w:t>
            </w:r>
            <w:proofErr w:type="spellEnd"/>
          </w:p>
          <w:p w14:paraId="19D5830E" w14:textId="77777777" w:rsidR="00D806E7" w:rsidRPr="001E0ECA" w:rsidRDefault="00D806E7" w:rsidP="00051E4F">
            <w:pPr>
              <w:rPr>
                <w:rFonts w:asciiTheme="majorBidi" w:hAnsiTheme="majorBidi" w:cstheme="majorBidi"/>
              </w:rPr>
            </w:pPr>
          </w:p>
          <w:p w14:paraId="0AC56DE6" w14:textId="11FEF524" w:rsidR="00C264EE" w:rsidRPr="00D26C09" w:rsidRDefault="00AB3492" w:rsidP="00D26C09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Praktik</w:t>
            </w:r>
            <w:proofErr w:type="spellEnd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Pedagogik</w:t>
            </w:r>
            <w:proofErr w:type="spellEnd"/>
          </w:p>
          <w:p w14:paraId="45F54C85" w14:textId="7391562C" w:rsidR="00D153D6" w:rsidRPr="00D26C09" w:rsidRDefault="00AB3492" w:rsidP="00D26C09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1024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>Pendekatan: Pembelajaran Mendalam.</w:t>
            </w:r>
            <w:r w:rsidRPr="00D26C09">
              <w:rPr>
                <w:rFonts w:asciiTheme="majorBidi" w:hAnsiTheme="majorBidi" w:cstheme="majorBidi"/>
                <w:szCs w:val="24"/>
              </w:rPr>
              <w:br/>
              <w:t>Strategi: Demonstrasi, praktik, visual.</w:t>
            </w:r>
            <w:r w:rsidRPr="00D26C09">
              <w:rPr>
                <w:rFonts w:asciiTheme="majorBidi" w:hAnsiTheme="majorBidi" w:cstheme="majorBidi"/>
                <w:szCs w:val="24"/>
              </w:rPr>
              <w:br/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Metode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>: Ta</w:t>
            </w:r>
            <w:r w:rsidR="0056148A">
              <w:rPr>
                <w:rFonts w:asciiTheme="majorBidi" w:hAnsiTheme="majorBidi" w:cstheme="majorBidi"/>
                <w:szCs w:val="24"/>
              </w:rPr>
              <w:t xml:space="preserve">nya </w:t>
            </w:r>
            <w:proofErr w:type="spellStart"/>
            <w:r w:rsidR="0056148A">
              <w:rPr>
                <w:rFonts w:asciiTheme="majorBidi" w:hAnsiTheme="majorBidi" w:cstheme="majorBidi"/>
                <w:szCs w:val="24"/>
              </w:rPr>
              <w:t>Jawab</w:t>
            </w:r>
            <w:proofErr w:type="spellEnd"/>
            <w:r w:rsidR="0056148A">
              <w:rPr>
                <w:rFonts w:asciiTheme="majorBidi" w:hAnsiTheme="majorBidi" w:cstheme="majorBidi"/>
                <w:szCs w:val="24"/>
              </w:rPr>
              <w:t xml:space="preserve">, </w:t>
            </w:r>
            <w:proofErr w:type="spellStart"/>
            <w:r w:rsidR="0056148A">
              <w:rPr>
                <w:rFonts w:asciiTheme="majorBidi" w:hAnsiTheme="majorBidi" w:cstheme="majorBidi"/>
                <w:szCs w:val="24"/>
              </w:rPr>
              <w:t>s</w:t>
            </w:r>
            <w:r w:rsidRPr="00D26C09">
              <w:rPr>
                <w:rFonts w:asciiTheme="majorBidi" w:hAnsiTheme="majorBidi" w:cstheme="majorBidi"/>
                <w:szCs w:val="24"/>
              </w:rPr>
              <w:t>imulasi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454C6FE5" w14:textId="19FB2780" w:rsidR="00D153D6" w:rsidRPr="00D26C09" w:rsidRDefault="00AB3492" w:rsidP="00D26C09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Mitra</w:t>
            </w:r>
            <w:r w:rsidR="00D153D6" w:rsidRPr="00D26C09">
              <w:rPr>
                <w:rFonts w:asciiTheme="majorBidi" w:hAnsiTheme="majorBidi" w:cstheme="majorBidi"/>
                <w:b/>
                <w:bCs/>
                <w:szCs w:val="24"/>
              </w:rPr>
              <w:t>Pembelajaran</w:t>
            </w:r>
            <w:proofErr w:type="spellEnd"/>
          </w:p>
          <w:p w14:paraId="3E4C3BC4" w14:textId="77777777" w:rsidR="00215ADC" w:rsidRPr="00D26C09" w:rsidRDefault="00AB3492" w:rsidP="00D26C09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1024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>Orang tua</w:t>
            </w:r>
          </w:p>
          <w:p w14:paraId="5AADD07B" w14:textId="77777777" w:rsidR="00215ADC" w:rsidRPr="00D26C09" w:rsidRDefault="00215ADC" w:rsidP="00D26C09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1024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>Guru</w:t>
            </w:r>
          </w:p>
          <w:p w14:paraId="277A7EFE" w14:textId="2B22A8CD" w:rsidR="00215ADC" w:rsidRPr="00D26C09" w:rsidRDefault="00AB3492" w:rsidP="00D26C09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Theme="majorBidi" w:hAnsiTheme="majorBidi" w:cstheme="majorBidi"/>
                <w:b/>
                <w:bCs/>
                <w:szCs w:val="24"/>
              </w:rPr>
            </w:pPr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Lingkungan</w:t>
            </w:r>
            <w:r w:rsidR="00215ADC" w:rsidRPr="00D26C09">
              <w:rPr>
                <w:rFonts w:asciiTheme="majorBidi" w:hAnsiTheme="majorBidi" w:cstheme="majorBidi"/>
                <w:b/>
                <w:bCs/>
                <w:szCs w:val="24"/>
              </w:rPr>
              <w:t xml:space="preserve"> Pembelajaran</w:t>
            </w:r>
          </w:p>
          <w:p w14:paraId="20D48AC5" w14:textId="697971A2" w:rsidR="0079579B" w:rsidRPr="00D26C09" w:rsidRDefault="00F42FB0" w:rsidP="00D26C09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1024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Budaya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belajar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: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Mendorong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kemand</w:t>
            </w:r>
            <w:r w:rsidR="003407C4">
              <w:rPr>
                <w:rFonts w:asciiTheme="majorBidi" w:hAnsiTheme="majorBidi" w:cstheme="majorBidi"/>
                <w:szCs w:val="24"/>
              </w:rPr>
              <w:t>irian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untuk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dapat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mencari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dilingkungan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sekolah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maupun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d</w:t>
            </w:r>
            <w:r w:rsidR="0079579B" w:rsidRPr="00D26C09">
              <w:rPr>
                <w:rFonts w:asciiTheme="majorBidi" w:hAnsiTheme="majorBidi" w:cstheme="majorBidi"/>
                <w:szCs w:val="24"/>
              </w:rPr>
              <w:t>i</w:t>
            </w:r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luar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kelas</w:t>
            </w:r>
            <w:proofErr w:type="spellEnd"/>
            <w:r w:rsidR="0079579B"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5E808BCF" w14:textId="77777777" w:rsidR="0079579B" w:rsidRPr="00D26C09" w:rsidRDefault="0079579B" w:rsidP="00D26C09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1024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>Rumah dan Ruang kelas.</w:t>
            </w:r>
          </w:p>
          <w:p w14:paraId="687D203E" w14:textId="77777777" w:rsidR="00671501" w:rsidRPr="00D26C09" w:rsidRDefault="00AB3492" w:rsidP="00D26C09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Theme="majorBidi" w:hAnsiTheme="majorBidi" w:cstheme="majorBidi"/>
                <w:b/>
                <w:bCs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Pemanfaatan</w:t>
            </w:r>
            <w:proofErr w:type="spellEnd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 xml:space="preserve"> Digital</w:t>
            </w:r>
          </w:p>
          <w:p w14:paraId="38CE65F4" w14:textId="00705E5D" w:rsidR="00CE0A92" w:rsidRPr="00D26C09" w:rsidRDefault="005C18F7" w:rsidP="00D26C09">
            <w:pPr>
              <w:pStyle w:val="ListParagraph"/>
              <w:spacing w:line="276" w:lineRule="auto"/>
              <w:rPr>
                <w:rFonts w:asciiTheme="majorBidi" w:hAnsiTheme="majorBidi" w:cstheme="majorBidi"/>
                <w:b/>
                <w:bCs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Pinterest</w:t>
            </w:r>
            <w:proofErr w:type="spellEnd"/>
            <w:r w:rsidR="0056148A">
              <w:rPr>
                <w:rFonts w:asciiTheme="majorBidi" w:hAnsiTheme="majorBidi" w:cstheme="majorBidi"/>
                <w:szCs w:val="24"/>
              </w:rPr>
              <w:t xml:space="preserve">, </w:t>
            </w:r>
            <w:proofErr w:type="spellStart"/>
            <w:r w:rsidR="0056148A">
              <w:rPr>
                <w:rFonts w:asciiTheme="majorBidi" w:hAnsiTheme="majorBidi" w:cstheme="majorBidi"/>
                <w:szCs w:val="24"/>
              </w:rPr>
              <w:t>canva</w:t>
            </w:r>
            <w:proofErr w:type="spellEnd"/>
            <w:r w:rsidR="0056148A">
              <w:rPr>
                <w:rFonts w:asciiTheme="majorBidi" w:hAnsiTheme="majorBidi" w:cstheme="majorBidi"/>
                <w:szCs w:val="24"/>
              </w:rPr>
              <w:t>,</w:t>
            </w:r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671501" w:rsidRPr="00D26C09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video.</w:t>
            </w:r>
          </w:p>
        </w:tc>
      </w:tr>
      <w:tr w:rsidR="00CE0A92" w14:paraId="78AF33B1" w14:textId="77777777" w:rsidTr="00A17945">
        <w:tc>
          <w:tcPr>
            <w:tcW w:w="2518" w:type="dxa"/>
            <w:shd w:val="clear" w:color="auto" w:fill="4F81BD"/>
          </w:tcPr>
          <w:p w14:paraId="27CBEB17" w14:textId="77777777" w:rsidR="00CE0A92" w:rsidRDefault="00AB3492" w:rsidP="00D26C09">
            <w:pPr>
              <w:spacing w:line="276" w:lineRule="auto"/>
              <w:jc w:val="center"/>
            </w:pPr>
            <w:r>
              <w:rPr>
                <w:b/>
                <w:color w:val="FFFFFF"/>
              </w:rPr>
              <w:lastRenderedPageBreak/>
              <w:t>Pengalaman Belajar</w:t>
            </w:r>
          </w:p>
        </w:tc>
        <w:tc>
          <w:tcPr>
            <w:tcW w:w="6237" w:type="dxa"/>
          </w:tcPr>
          <w:p w14:paraId="0D3C5952" w14:textId="77777777" w:rsidR="007C4BA0" w:rsidRPr="00D26C09" w:rsidRDefault="00AB3492" w:rsidP="00AC75BE">
            <w:pPr>
              <w:pStyle w:val="ListParagraph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Langkah</w:t>
            </w:r>
            <w:proofErr w:type="spellEnd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Pembelajaran</w:t>
            </w:r>
            <w:proofErr w:type="spellEnd"/>
          </w:p>
          <w:p w14:paraId="1F5887EF" w14:textId="2618CB96" w:rsidR="007C4BA0" w:rsidRPr="00D26C09" w:rsidRDefault="00AB3492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>Salam</w:t>
            </w:r>
            <w:r w:rsidR="005C18F7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5C18F7" w:rsidRPr="00D26C09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="005C18F7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5C18F7" w:rsidRPr="00D26C09">
              <w:rPr>
                <w:rFonts w:asciiTheme="majorBidi" w:hAnsiTheme="majorBidi" w:cstheme="majorBidi"/>
                <w:szCs w:val="24"/>
              </w:rPr>
              <w:t>ber</w:t>
            </w:r>
            <w:r w:rsidRPr="00D26C09">
              <w:rPr>
                <w:rFonts w:asciiTheme="majorBidi" w:hAnsiTheme="majorBidi" w:cstheme="majorBidi"/>
                <w:szCs w:val="24"/>
              </w:rPr>
              <w:t>doa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75DF3E86" w14:textId="11304283" w:rsidR="007C4BA0" w:rsidRPr="00D26C09" w:rsidRDefault="00EB7CFE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 xml:space="preserve">Guru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memberikan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ape</w:t>
            </w:r>
            <w:r w:rsidR="003407C4">
              <w:rPr>
                <w:rFonts w:asciiTheme="majorBidi" w:hAnsiTheme="majorBidi" w:cstheme="majorBidi"/>
                <w:szCs w:val="24"/>
              </w:rPr>
              <w:t>rsepsi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gambar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mengenai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aku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cinta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allah</w:t>
            </w:r>
            <w:proofErr w:type="gramStart"/>
            <w:r w:rsidR="003407C4">
              <w:rPr>
                <w:rFonts w:asciiTheme="majorBidi" w:hAnsiTheme="majorBidi" w:cstheme="majorBidi"/>
                <w:szCs w:val="24"/>
              </w:rPr>
              <w:t>,seperti</w:t>
            </w:r>
            <w:proofErr w:type="spellEnd"/>
            <w:proofErr w:type="gram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gambar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nya,baik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itu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manusia,tumbuhan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hewan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6880B891" w14:textId="77777777" w:rsidR="008A2461" w:rsidRPr="00D26C09" w:rsidRDefault="00EB7CFE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>Guru Menyampaikan tujuan pembelajaran</w:t>
            </w:r>
            <w:r w:rsidR="00EB73EE" w:rsidRPr="00D26C09">
              <w:rPr>
                <w:rFonts w:asciiTheme="majorBidi" w:hAnsiTheme="majorBidi" w:cstheme="majorBidi"/>
                <w:szCs w:val="24"/>
              </w:rPr>
              <w:t xml:space="preserve"> kepada peserta didik.</w:t>
            </w:r>
          </w:p>
          <w:p w14:paraId="016216F3" w14:textId="0508E6B5" w:rsidR="00FC3AA9" w:rsidRPr="00D26C09" w:rsidRDefault="003407C4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Guru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menunjukkan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gambar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aku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cinta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proofErr w:type="gram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mengenalkan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manusia</w:t>
            </w:r>
            <w:proofErr w:type="spellEnd"/>
            <w:r w:rsidR="00EB73EE" w:rsidRPr="00D26C09">
              <w:rPr>
                <w:rFonts w:asciiTheme="majorBidi" w:hAnsiTheme="majorBidi" w:cstheme="majorBidi"/>
                <w:szCs w:val="24"/>
              </w:rPr>
              <w:t xml:space="preserve">, </w:t>
            </w:r>
            <w:proofErr w:type="spellStart"/>
            <w:r w:rsidR="00EB73EE" w:rsidRPr="00D26C09">
              <w:rPr>
                <w:rFonts w:asciiTheme="majorBidi" w:hAnsiTheme="majorBidi" w:cstheme="majorBidi"/>
                <w:szCs w:val="24"/>
              </w:rPr>
              <w:t>lalu</w:t>
            </w:r>
            <w:proofErr w:type="spellEnd"/>
            <w:r w:rsidR="00EB73EE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B73EE" w:rsidRPr="00D26C09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="00EB73EE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B73EE" w:rsidRPr="00D26C09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="00EB73EE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B73EE" w:rsidRPr="00D26C09">
              <w:rPr>
                <w:rFonts w:asciiTheme="majorBidi" w:hAnsiTheme="majorBidi" w:cstheme="majorBidi"/>
                <w:szCs w:val="24"/>
              </w:rPr>
              <w:t>mengamati</w:t>
            </w:r>
            <w:proofErr w:type="spellEnd"/>
            <w:r w:rsidR="00EB73EE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B73EE" w:rsidRPr="00D26C09">
              <w:rPr>
                <w:rFonts w:asciiTheme="majorBidi" w:hAnsiTheme="majorBidi" w:cstheme="majorBidi"/>
                <w:szCs w:val="24"/>
              </w:rPr>
              <w:t>gambar</w:t>
            </w:r>
            <w:proofErr w:type="spellEnd"/>
            <w:r w:rsidR="00EB73EE"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0E339B9A" w14:textId="49F4FE81" w:rsidR="00FC3AA9" w:rsidRPr="00D26C09" w:rsidRDefault="00C56AE7" w:rsidP="003407C4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 xml:space="preserve">Guru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menjelaskan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tentang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aku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cinta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proofErr w:type="gramStart"/>
            <w:r w:rsidR="003407C4"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proofErr w:type="gram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dengan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singkat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jelas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padat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>.</w:t>
            </w:r>
          </w:p>
          <w:p w14:paraId="7A0C0F96" w14:textId="77777777" w:rsidR="00FC3AA9" w:rsidRPr="00D26C09" w:rsidRDefault="008E4B55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mengamati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penjelasan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guru.</w:t>
            </w:r>
          </w:p>
          <w:p w14:paraId="3C0266B6" w14:textId="59ADC19C" w:rsidR="000754D8" w:rsidRPr="00D26C09" w:rsidRDefault="008E4B55" w:rsidP="003407C4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 xml:space="preserve">Guru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menunjukkan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proofErr w:type="gramStart"/>
            <w:r w:rsidR="003407C4"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proofErr w:type="gramEnd"/>
            <w:r w:rsidR="003407C4">
              <w:rPr>
                <w:rFonts w:asciiTheme="majorBidi" w:hAnsiTheme="majorBidi" w:cstheme="majorBidi"/>
                <w:szCs w:val="24"/>
              </w:rPr>
              <w:t xml:space="preserve"> yang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ada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di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linkungan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belajar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>.</w:t>
            </w:r>
          </w:p>
          <w:p w14:paraId="1C04A839" w14:textId="72D8DD21" w:rsidR="000754D8" w:rsidRPr="00D26C09" w:rsidRDefault="009873E1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memperhatikan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cara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guru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saat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guru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memberitahukan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atau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menunjukkan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manusia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</w:p>
          <w:p w14:paraId="5F97C517" w14:textId="5D0D6A0B" w:rsidR="000754D8" w:rsidRPr="00D26C09" w:rsidRDefault="00B07A0C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langsung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di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uji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coba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dalam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menunjukkan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proofErr w:type="gramStart"/>
            <w:r w:rsidR="003407C4"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proofErr w:type="gram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manusia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apakah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mereka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sudah</w:t>
            </w:r>
            <w:proofErr w:type="spellEnd"/>
            <w:r w:rsidR="003407C4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3407C4">
              <w:rPr>
                <w:rFonts w:asciiTheme="majorBidi" w:hAnsiTheme="majorBidi" w:cstheme="majorBidi"/>
                <w:szCs w:val="24"/>
              </w:rPr>
              <w:t>paham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>.</w:t>
            </w:r>
            <w:r w:rsidR="00EF2E02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</w:p>
          <w:p w14:paraId="61889693" w14:textId="3E6EBADF" w:rsidR="000754D8" w:rsidRPr="00D26C09" w:rsidRDefault="003407C4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Guru </w:t>
            </w:r>
            <w:proofErr w:type="spellStart"/>
            <w:proofErr w:type="gramStart"/>
            <w:r>
              <w:rPr>
                <w:rFonts w:asciiTheme="majorBidi" w:hAnsiTheme="majorBidi" w:cstheme="majorBidi"/>
                <w:szCs w:val="24"/>
              </w:rPr>
              <w:t>memperbaiki</w:t>
            </w:r>
            <w:proofErr w:type="spellEnd"/>
            <w:proofErr w:type="gram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atau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menjelaskan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jika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yang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ditunjukkan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Cs w:val="24"/>
              </w:rPr>
              <w:t>itu</w:t>
            </w:r>
            <w:proofErr w:type="spellEnd"/>
            <w:r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slah</w:t>
            </w:r>
            <w:proofErr w:type="spellEnd"/>
            <w:r w:rsidR="00CB5F88"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65100B86" w14:textId="4F99E458" w:rsidR="00E34979" w:rsidRPr="00E43D52" w:rsidRDefault="00CB5F88" w:rsidP="00E43D52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>Guru</w:t>
            </w:r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menunjukkan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perbedaan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proofErr w:type="gramStart"/>
            <w:r w:rsidR="00E43D52"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proofErr w:type="gram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lastRenderedPageBreak/>
              <w:t>manusia</w:t>
            </w:r>
            <w:proofErr w:type="spellEnd"/>
            <w:r w:rsidR="002F0C46"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7D44FDBE" w14:textId="4F47430C" w:rsidR="00E34979" w:rsidRPr="00E43D52" w:rsidRDefault="00D4650E" w:rsidP="00E43D52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Cs w:val="24"/>
              </w:rPr>
              <w:t>Pes</w:t>
            </w:r>
            <w:r w:rsidR="00E43D52">
              <w:rPr>
                <w:rFonts w:asciiTheme="majorBidi" w:hAnsiTheme="majorBidi" w:cstheme="majorBidi"/>
                <w:szCs w:val="24"/>
              </w:rPr>
              <w:t>erta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diberikan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tugas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LKPD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mengenai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tentang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aku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cinta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proofErr w:type="gramStart"/>
            <w:r w:rsidR="00E43D52"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proofErr w:type="gram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mengenal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ciptaan</w:t>
            </w:r>
            <w:proofErr w:type="spellEnd"/>
            <w:r w:rsidR="00E43D52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E43D52">
              <w:rPr>
                <w:rFonts w:asciiTheme="majorBidi" w:hAnsiTheme="majorBidi" w:cstheme="majorBidi"/>
                <w:szCs w:val="24"/>
              </w:rPr>
              <w:t>allah</w:t>
            </w:r>
            <w:proofErr w:type="spellEnd"/>
            <w:r w:rsidR="004E5940" w:rsidRPr="00E43D52">
              <w:rPr>
                <w:rFonts w:asciiTheme="majorBidi" w:hAnsiTheme="majorBidi" w:cstheme="majorBidi"/>
                <w:szCs w:val="24"/>
              </w:rPr>
              <w:t>.</w:t>
            </w:r>
          </w:p>
          <w:p w14:paraId="0D1F3C02" w14:textId="024DCA42" w:rsidR="00E34979" w:rsidRPr="00D26C09" w:rsidRDefault="00AD79DB" w:rsidP="00AC75BE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menjawab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8B5999" w:rsidRPr="00D26C09">
              <w:rPr>
                <w:rFonts w:asciiTheme="majorBidi" w:hAnsiTheme="majorBidi" w:cstheme="majorBidi"/>
                <w:szCs w:val="24"/>
              </w:rPr>
              <w:t>pertanyaan</w:t>
            </w:r>
            <w:proofErr w:type="spellEnd"/>
            <w:r w:rsidR="008B5999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8B5999" w:rsidRPr="00D26C09">
              <w:rPr>
                <w:rFonts w:asciiTheme="majorBidi" w:hAnsiTheme="majorBidi" w:cstheme="majorBidi"/>
                <w:szCs w:val="24"/>
              </w:rPr>
              <w:t>refleksi</w:t>
            </w:r>
            <w:proofErr w:type="spellEnd"/>
            <w:r w:rsidR="008B5999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8B5999" w:rsidRPr="00D26C09">
              <w:rPr>
                <w:rFonts w:asciiTheme="majorBidi" w:hAnsiTheme="majorBidi" w:cstheme="majorBidi"/>
                <w:szCs w:val="24"/>
              </w:rPr>
              <w:t>dengan</w:t>
            </w:r>
            <w:proofErr w:type="spellEnd"/>
            <w:r w:rsidR="008B5999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8B5999" w:rsidRPr="00D26C09">
              <w:rPr>
                <w:rFonts w:asciiTheme="majorBidi" w:hAnsiTheme="majorBidi" w:cstheme="majorBidi"/>
                <w:szCs w:val="24"/>
              </w:rPr>
              <w:t>per</w:t>
            </w:r>
            <w:r w:rsidR="006A306D" w:rsidRPr="00D26C09">
              <w:rPr>
                <w:rFonts w:asciiTheme="majorBidi" w:hAnsiTheme="majorBidi" w:cstheme="majorBidi"/>
                <w:szCs w:val="24"/>
              </w:rPr>
              <w:t>tanyaan</w:t>
            </w:r>
            <w:proofErr w:type="spellEnd"/>
            <w:r w:rsidR="006A306D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6A306D" w:rsidRPr="00D26C09">
              <w:rPr>
                <w:rFonts w:asciiTheme="majorBidi" w:hAnsiTheme="majorBidi" w:cstheme="majorBidi"/>
                <w:szCs w:val="24"/>
              </w:rPr>
              <w:t>reflektif</w:t>
            </w:r>
            <w:proofErr w:type="spellEnd"/>
            <w:r w:rsidR="00E34979"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533304FA" w14:textId="77777777" w:rsidR="005737C1" w:rsidRPr="00D26C09" w:rsidRDefault="006A306D" w:rsidP="00AC75BE">
            <w:pPr>
              <w:pStyle w:val="ListParagraph"/>
              <w:numPr>
                <w:ilvl w:val="0"/>
                <w:numId w:val="21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menceritakan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proofErr w:type="gramStart"/>
            <w:r w:rsidR="00377537" w:rsidRPr="00D26C09">
              <w:rPr>
                <w:rFonts w:asciiTheme="majorBidi" w:hAnsiTheme="majorBidi" w:cstheme="majorBidi"/>
                <w:szCs w:val="24"/>
              </w:rPr>
              <w:t>apa</w:t>
            </w:r>
            <w:proofErr w:type="spellEnd"/>
            <w:proofErr w:type="gramEnd"/>
            <w:r w:rsidR="00377537" w:rsidRPr="00D26C09">
              <w:rPr>
                <w:rFonts w:asciiTheme="majorBidi" w:hAnsiTheme="majorBidi" w:cstheme="majorBidi"/>
                <w:szCs w:val="24"/>
              </w:rPr>
              <w:t xml:space="preserve"> yang </w:t>
            </w:r>
            <w:proofErr w:type="spellStart"/>
            <w:r w:rsidR="00377537" w:rsidRPr="00D26C09">
              <w:rPr>
                <w:rFonts w:asciiTheme="majorBidi" w:hAnsiTheme="majorBidi" w:cstheme="majorBidi"/>
                <w:szCs w:val="24"/>
              </w:rPr>
              <w:t>telah</w:t>
            </w:r>
            <w:proofErr w:type="spellEnd"/>
            <w:r w:rsidR="00377537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A15367" w:rsidRPr="00D26C09">
              <w:rPr>
                <w:rFonts w:asciiTheme="majorBidi" w:hAnsiTheme="majorBidi" w:cstheme="majorBidi"/>
                <w:szCs w:val="24"/>
              </w:rPr>
              <w:t>dipelajari</w:t>
            </w:r>
            <w:proofErr w:type="spellEnd"/>
            <w:r w:rsidR="00A15367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A15367" w:rsidRPr="00D26C09">
              <w:rPr>
                <w:rFonts w:asciiTheme="majorBidi" w:hAnsiTheme="majorBidi" w:cstheme="majorBidi"/>
                <w:szCs w:val="24"/>
              </w:rPr>
              <w:t>dengan</w:t>
            </w:r>
            <w:proofErr w:type="spellEnd"/>
            <w:r w:rsidR="00A15367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A15367" w:rsidRPr="00D26C09">
              <w:rPr>
                <w:rFonts w:asciiTheme="majorBidi" w:hAnsiTheme="majorBidi" w:cstheme="majorBidi"/>
                <w:szCs w:val="24"/>
              </w:rPr>
              <w:t>bantuan</w:t>
            </w:r>
            <w:proofErr w:type="spellEnd"/>
            <w:r w:rsidR="00A15367" w:rsidRPr="00D26C09">
              <w:rPr>
                <w:rFonts w:asciiTheme="majorBidi" w:hAnsiTheme="majorBidi" w:cstheme="majorBidi"/>
                <w:szCs w:val="24"/>
              </w:rPr>
              <w:t xml:space="preserve"> guru.</w:t>
            </w:r>
          </w:p>
          <w:p w14:paraId="058220AA" w14:textId="5C49F8EA" w:rsidR="00DE394E" w:rsidRPr="00D26C09" w:rsidRDefault="003161AD" w:rsidP="00AC75BE">
            <w:pPr>
              <w:pStyle w:val="ListParagraph"/>
              <w:numPr>
                <w:ilvl w:val="0"/>
                <w:numId w:val="21"/>
              </w:numPr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 xml:space="preserve">Guru </w:t>
            </w:r>
            <w:proofErr w:type="spellStart"/>
            <w:proofErr w:type="gramStart"/>
            <w:r w:rsidRPr="00D26C09">
              <w:rPr>
                <w:rFonts w:asciiTheme="majorBidi" w:hAnsiTheme="majorBidi" w:cstheme="majorBidi"/>
                <w:szCs w:val="24"/>
              </w:rPr>
              <w:t>memuliakan</w:t>
            </w:r>
            <w:proofErr w:type="spellEnd"/>
            <w:proofErr w:type="gram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peserta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didik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mengapresiasi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742FBA" w:rsidRPr="00D26C09">
              <w:rPr>
                <w:rFonts w:asciiTheme="majorBidi" w:hAnsiTheme="majorBidi" w:cstheme="majorBidi"/>
                <w:szCs w:val="24"/>
              </w:rPr>
              <w:t>pencapaian</w:t>
            </w:r>
            <w:proofErr w:type="spellEnd"/>
            <w:r w:rsidR="00742FBA" w:rsidRPr="00D26C09">
              <w:rPr>
                <w:rFonts w:asciiTheme="majorBidi" w:hAnsiTheme="majorBidi" w:cstheme="majorBidi"/>
                <w:szCs w:val="24"/>
              </w:rPr>
              <w:t xml:space="preserve"> yang </w:t>
            </w:r>
            <w:proofErr w:type="spellStart"/>
            <w:r w:rsidR="00742FBA" w:rsidRPr="00D26C09">
              <w:rPr>
                <w:rFonts w:asciiTheme="majorBidi" w:hAnsiTheme="majorBidi" w:cstheme="majorBidi"/>
                <w:szCs w:val="24"/>
              </w:rPr>
              <w:t>sudah</w:t>
            </w:r>
            <w:proofErr w:type="spellEnd"/>
            <w:r w:rsidR="00742FBA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742FBA" w:rsidRPr="00D26C09">
              <w:rPr>
                <w:rFonts w:asciiTheme="majorBidi" w:hAnsiTheme="majorBidi" w:cstheme="majorBidi"/>
                <w:szCs w:val="24"/>
              </w:rPr>
              <w:t>diperoleh</w:t>
            </w:r>
            <w:proofErr w:type="spellEnd"/>
            <w:r w:rsidR="00742FBA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742FBA" w:rsidRPr="00D26C09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="00742FBA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742FBA" w:rsidRPr="00D26C09">
              <w:rPr>
                <w:rFonts w:asciiTheme="majorBidi" w:hAnsiTheme="majorBidi" w:cstheme="majorBidi"/>
                <w:szCs w:val="24"/>
              </w:rPr>
              <w:t>memberi</w:t>
            </w:r>
            <w:proofErr w:type="spellEnd"/>
            <w:r w:rsidR="00742FBA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742FBA" w:rsidRPr="00D26C09">
              <w:rPr>
                <w:rFonts w:asciiTheme="majorBidi" w:hAnsiTheme="majorBidi" w:cstheme="majorBidi"/>
                <w:szCs w:val="24"/>
              </w:rPr>
              <w:t>umpan</w:t>
            </w:r>
            <w:proofErr w:type="spellEnd"/>
            <w:r w:rsidR="00742FBA"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="00742FBA" w:rsidRPr="00D26C09">
              <w:rPr>
                <w:rFonts w:asciiTheme="majorBidi" w:hAnsiTheme="majorBidi" w:cstheme="majorBidi"/>
                <w:szCs w:val="24"/>
              </w:rPr>
              <w:t>balik</w:t>
            </w:r>
            <w:proofErr w:type="spellEnd"/>
            <w:r w:rsidR="00742FBA"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550695D7" w14:textId="2D06650C" w:rsidR="000E0624" w:rsidRPr="00D26C09" w:rsidRDefault="00DE394E" w:rsidP="00AC75BE">
            <w:pPr>
              <w:pStyle w:val="ListParagraph"/>
              <w:spacing w:line="276" w:lineRule="auto"/>
              <w:jc w:val="both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</w:p>
        </w:tc>
      </w:tr>
      <w:tr w:rsidR="00CE0A92" w14:paraId="07D76C6F" w14:textId="77777777" w:rsidTr="00A17945">
        <w:tc>
          <w:tcPr>
            <w:tcW w:w="2518" w:type="dxa"/>
            <w:shd w:val="clear" w:color="auto" w:fill="4F81BD"/>
          </w:tcPr>
          <w:p w14:paraId="745EFE4A" w14:textId="77777777" w:rsidR="00CE0A92" w:rsidRDefault="00AB3492" w:rsidP="00D26C09">
            <w:pPr>
              <w:spacing w:line="276" w:lineRule="auto"/>
              <w:jc w:val="center"/>
            </w:pPr>
            <w:r>
              <w:rPr>
                <w:b/>
                <w:color w:val="FFFFFF"/>
              </w:rPr>
              <w:lastRenderedPageBreak/>
              <w:t>Asesmen</w:t>
            </w:r>
          </w:p>
        </w:tc>
        <w:tc>
          <w:tcPr>
            <w:tcW w:w="6237" w:type="dxa"/>
          </w:tcPr>
          <w:p w14:paraId="685AD17E" w14:textId="77777777" w:rsidR="00CE0A92" w:rsidRPr="00D26C09" w:rsidRDefault="00AB3492" w:rsidP="00D26C09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Theme="majorBidi" w:hAnsiTheme="majorBidi" w:cstheme="majorBidi"/>
                <w:szCs w:val="24"/>
              </w:rPr>
            </w:pPr>
            <w:r w:rsidRPr="00D26C09">
              <w:rPr>
                <w:rFonts w:asciiTheme="majorBidi" w:hAnsiTheme="majorBidi" w:cstheme="majorBidi"/>
                <w:b/>
                <w:bCs/>
                <w:szCs w:val="24"/>
              </w:rPr>
              <w:t>Asesmen</w:t>
            </w:r>
            <w:r w:rsidRPr="00D26C09">
              <w:rPr>
                <w:rFonts w:asciiTheme="majorBidi" w:hAnsiTheme="majorBidi" w:cstheme="majorBidi"/>
                <w:szCs w:val="24"/>
              </w:rPr>
              <w:br/>
              <w:t>Formatif: Observasi.</w:t>
            </w:r>
            <w:r w:rsidRPr="00D26C09">
              <w:rPr>
                <w:rFonts w:asciiTheme="majorBidi" w:hAnsiTheme="majorBidi" w:cstheme="majorBidi"/>
                <w:szCs w:val="24"/>
              </w:rPr>
              <w:br/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Sumatif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: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Praktik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>.</w:t>
            </w:r>
          </w:p>
          <w:p w14:paraId="7658DBB5" w14:textId="614C78FE" w:rsidR="00D05443" w:rsidRPr="00D26C09" w:rsidRDefault="00D05443" w:rsidP="00D26C09">
            <w:pPr>
              <w:spacing w:line="276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Aspek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yang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dinilai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rubrik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82"/>
              <w:gridCol w:w="1816"/>
              <w:gridCol w:w="1033"/>
              <w:gridCol w:w="1309"/>
              <w:gridCol w:w="1271"/>
            </w:tblGrid>
            <w:tr w:rsidR="00D05443" w:rsidRPr="00D26C09" w14:paraId="4E649A2C" w14:textId="77777777" w:rsidTr="000009B9">
              <w:tc>
                <w:tcPr>
                  <w:tcW w:w="1728" w:type="dxa"/>
                </w:tcPr>
                <w:p w14:paraId="49F1A7C3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No</w:t>
                  </w:r>
                </w:p>
              </w:tc>
              <w:tc>
                <w:tcPr>
                  <w:tcW w:w="1728" w:type="dxa"/>
                </w:tcPr>
                <w:p w14:paraId="56BDCB2A" w14:textId="3067CBC5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proofErr w:type="spellStart"/>
                  <w:r w:rsidRPr="00D26C09">
                    <w:rPr>
                      <w:rFonts w:asciiTheme="majorBidi" w:hAnsiTheme="majorBidi" w:cstheme="majorBidi"/>
                      <w:szCs w:val="24"/>
                    </w:rPr>
                    <w:t>Aspek</w:t>
                  </w:r>
                  <w:proofErr w:type="spellEnd"/>
                  <w:r w:rsidR="007C36C0" w:rsidRPr="00D26C09"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 w:rsidR="007C36C0" w:rsidRPr="00D26C09">
                    <w:rPr>
                      <w:rFonts w:asciiTheme="majorBidi" w:hAnsiTheme="majorBidi" w:cstheme="majorBidi"/>
                      <w:szCs w:val="24"/>
                    </w:rPr>
                    <w:t>Dinilai</w:t>
                  </w:r>
                  <w:proofErr w:type="spellEnd"/>
                </w:p>
              </w:tc>
              <w:tc>
                <w:tcPr>
                  <w:tcW w:w="1728" w:type="dxa"/>
                </w:tcPr>
                <w:p w14:paraId="4A27F69B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Kriteria 3</w:t>
                  </w:r>
                </w:p>
              </w:tc>
              <w:tc>
                <w:tcPr>
                  <w:tcW w:w="1728" w:type="dxa"/>
                </w:tcPr>
                <w:p w14:paraId="7A2C64CF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Kriteria 2</w:t>
                  </w:r>
                </w:p>
              </w:tc>
              <w:tc>
                <w:tcPr>
                  <w:tcW w:w="1728" w:type="dxa"/>
                </w:tcPr>
                <w:p w14:paraId="14244480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Kriteria 1</w:t>
                  </w:r>
                </w:p>
              </w:tc>
            </w:tr>
            <w:tr w:rsidR="00D05443" w:rsidRPr="00D26C09" w14:paraId="1CECE1C7" w14:textId="77777777" w:rsidTr="000009B9">
              <w:tc>
                <w:tcPr>
                  <w:tcW w:w="1728" w:type="dxa"/>
                </w:tcPr>
                <w:p w14:paraId="047B6241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1</w:t>
                  </w:r>
                </w:p>
              </w:tc>
              <w:tc>
                <w:tcPr>
                  <w:tcW w:w="1728" w:type="dxa"/>
                </w:tcPr>
                <w:p w14:paraId="0C750A0B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Identifikasi perilaku</w:t>
                  </w:r>
                </w:p>
              </w:tc>
              <w:tc>
                <w:tcPr>
                  <w:tcW w:w="1728" w:type="dxa"/>
                </w:tcPr>
                <w:p w14:paraId="010F04D8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Benar semua</w:t>
                  </w:r>
                </w:p>
              </w:tc>
              <w:tc>
                <w:tcPr>
                  <w:tcW w:w="1728" w:type="dxa"/>
                </w:tcPr>
                <w:p w14:paraId="38397277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Sebagian besar</w:t>
                  </w:r>
                </w:p>
              </w:tc>
              <w:tc>
                <w:tcPr>
                  <w:tcW w:w="1728" w:type="dxa"/>
                </w:tcPr>
                <w:p w14:paraId="0EE90837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Perlu bantuan</w:t>
                  </w:r>
                </w:p>
              </w:tc>
            </w:tr>
            <w:tr w:rsidR="00D05443" w:rsidRPr="00D26C09" w14:paraId="036BA5D2" w14:textId="77777777" w:rsidTr="000009B9">
              <w:tc>
                <w:tcPr>
                  <w:tcW w:w="1728" w:type="dxa"/>
                </w:tcPr>
                <w:p w14:paraId="469E40D2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2</w:t>
                  </w:r>
                </w:p>
              </w:tc>
              <w:tc>
                <w:tcPr>
                  <w:tcW w:w="1728" w:type="dxa"/>
                </w:tcPr>
                <w:p w14:paraId="4029949A" w14:textId="5A0CFE5D" w:rsidR="00D05443" w:rsidRPr="00D26C09" w:rsidRDefault="00447172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Menjelaskan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apa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saja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ciptaan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allah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swt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r w:rsidR="00E43D52"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</w:p>
              </w:tc>
              <w:tc>
                <w:tcPr>
                  <w:tcW w:w="1728" w:type="dxa"/>
                </w:tcPr>
                <w:p w14:paraId="1636A965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Jelas</w:t>
                  </w:r>
                </w:p>
              </w:tc>
              <w:tc>
                <w:tcPr>
                  <w:tcW w:w="1728" w:type="dxa"/>
                </w:tcPr>
                <w:p w14:paraId="4A0D4C2D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Sebagian</w:t>
                  </w:r>
                </w:p>
              </w:tc>
              <w:tc>
                <w:tcPr>
                  <w:tcW w:w="1728" w:type="dxa"/>
                </w:tcPr>
                <w:p w14:paraId="7B3034EF" w14:textId="41F8E5E8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Belum</w:t>
                  </w:r>
                  <w:r w:rsidR="000C05C6" w:rsidRPr="00D26C09">
                    <w:rPr>
                      <w:rFonts w:asciiTheme="majorBidi" w:hAnsiTheme="majorBidi" w:cstheme="majorBidi"/>
                      <w:szCs w:val="24"/>
                    </w:rPr>
                    <w:t xml:space="preserve"> mampu</w:t>
                  </w:r>
                </w:p>
              </w:tc>
            </w:tr>
            <w:tr w:rsidR="00D05443" w:rsidRPr="00D26C09" w14:paraId="0B9C0694" w14:textId="77777777" w:rsidTr="000009B9">
              <w:tc>
                <w:tcPr>
                  <w:tcW w:w="1728" w:type="dxa"/>
                </w:tcPr>
                <w:p w14:paraId="53C51978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3</w:t>
                  </w:r>
                </w:p>
              </w:tc>
              <w:tc>
                <w:tcPr>
                  <w:tcW w:w="1728" w:type="dxa"/>
                </w:tcPr>
                <w:p w14:paraId="4B6EE291" w14:textId="15897877" w:rsidR="00D05443" w:rsidRPr="00D26C09" w:rsidRDefault="00447172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Anak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mampu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mengenali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benda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benda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langit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(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ciptaan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allah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)</w:t>
                  </w:r>
                </w:p>
              </w:tc>
              <w:tc>
                <w:tcPr>
                  <w:tcW w:w="1728" w:type="dxa"/>
                </w:tcPr>
                <w:p w14:paraId="77F6A392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Mandiri</w:t>
                  </w:r>
                </w:p>
              </w:tc>
              <w:tc>
                <w:tcPr>
                  <w:tcW w:w="1728" w:type="dxa"/>
                </w:tcPr>
                <w:p w14:paraId="4BEE2282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Sedikit bantuan</w:t>
                  </w:r>
                </w:p>
              </w:tc>
              <w:tc>
                <w:tcPr>
                  <w:tcW w:w="1728" w:type="dxa"/>
                </w:tcPr>
                <w:p w14:paraId="09AEA27B" w14:textId="5BB4B48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Belum</w:t>
                  </w:r>
                  <w:r w:rsidR="001D6AA3" w:rsidRPr="00D26C09">
                    <w:rPr>
                      <w:rFonts w:asciiTheme="majorBidi" w:hAnsiTheme="majorBidi" w:cstheme="majorBidi"/>
                      <w:szCs w:val="24"/>
                    </w:rPr>
                    <w:t xml:space="preserve"> mampu</w:t>
                  </w:r>
                </w:p>
              </w:tc>
            </w:tr>
            <w:tr w:rsidR="00D05443" w:rsidRPr="00D26C09" w14:paraId="7ACA977A" w14:textId="77777777" w:rsidTr="000009B9">
              <w:tc>
                <w:tcPr>
                  <w:tcW w:w="1728" w:type="dxa"/>
                </w:tcPr>
                <w:p w14:paraId="7BB51096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4</w:t>
                  </w:r>
                </w:p>
              </w:tc>
              <w:tc>
                <w:tcPr>
                  <w:tcW w:w="1728" w:type="dxa"/>
                </w:tcPr>
                <w:p w14:paraId="6C4A4CDD" w14:textId="185E2AC2" w:rsidR="00D05443" w:rsidRPr="00D26C09" w:rsidRDefault="00447172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Menunjuk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ciptaan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allah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</w:p>
              </w:tc>
              <w:tc>
                <w:tcPr>
                  <w:tcW w:w="1728" w:type="dxa"/>
                </w:tcPr>
                <w:p w14:paraId="7973BC95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Mandiri</w:t>
                  </w:r>
                </w:p>
              </w:tc>
              <w:tc>
                <w:tcPr>
                  <w:tcW w:w="1728" w:type="dxa"/>
                </w:tcPr>
                <w:p w14:paraId="68169B89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proofErr w:type="spellStart"/>
                  <w:r w:rsidRPr="00D26C09">
                    <w:rPr>
                      <w:rFonts w:asciiTheme="majorBidi" w:hAnsiTheme="majorBidi" w:cstheme="majorBidi"/>
                      <w:szCs w:val="24"/>
                    </w:rPr>
                    <w:t>Diingatkan</w:t>
                  </w:r>
                  <w:proofErr w:type="spellEnd"/>
                </w:p>
              </w:tc>
              <w:tc>
                <w:tcPr>
                  <w:tcW w:w="1728" w:type="dxa"/>
                </w:tcPr>
                <w:p w14:paraId="4659B6E7" w14:textId="75D1EF65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Belum</w:t>
                  </w:r>
                  <w:r w:rsidR="001D6AA3" w:rsidRPr="00D26C09">
                    <w:rPr>
                      <w:rFonts w:asciiTheme="majorBidi" w:hAnsiTheme="majorBidi" w:cstheme="majorBidi"/>
                      <w:szCs w:val="24"/>
                    </w:rPr>
                    <w:t xml:space="preserve"> mampu</w:t>
                  </w:r>
                </w:p>
              </w:tc>
            </w:tr>
            <w:tr w:rsidR="00D05443" w:rsidRPr="00D26C09" w14:paraId="3E91631D" w14:textId="77777777" w:rsidTr="000009B9">
              <w:tc>
                <w:tcPr>
                  <w:tcW w:w="1728" w:type="dxa"/>
                </w:tcPr>
                <w:p w14:paraId="4922222C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5</w:t>
                  </w:r>
                </w:p>
              </w:tc>
              <w:tc>
                <w:tcPr>
                  <w:tcW w:w="1728" w:type="dxa"/>
                </w:tcPr>
                <w:p w14:paraId="3D85DFC1" w14:textId="0CCCD300" w:rsidR="00D05443" w:rsidRPr="00D26C09" w:rsidRDefault="00447172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Mmencocokkan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pola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atau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menghubungkan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gambar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ciptaan</w:t>
                  </w:r>
                  <w:proofErr w:type="spellEnd"/>
                  <w:r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/>
                      <w:szCs w:val="24"/>
                    </w:rPr>
                    <w:t>allah</w:t>
                  </w:r>
                  <w:proofErr w:type="spellEnd"/>
                </w:p>
              </w:tc>
              <w:tc>
                <w:tcPr>
                  <w:tcW w:w="1728" w:type="dxa"/>
                </w:tcPr>
                <w:p w14:paraId="53E5CCEC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Mandiri</w:t>
                  </w:r>
                </w:p>
              </w:tc>
              <w:tc>
                <w:tcPr>
                  <w:tcW w:w="1728" w:type="dxa"/>
                </w:tcPr>
                <w:p w14:paraId="31F36376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proofErr w:type="spellStart"/>
                  <w:r w:rsidRPr="00D26C09">
                    <w:rPr>
                      <w:rFonts w:asciiTheme="majorBidi" w:hAnsiTheme="majorBidi" w:cstheme="majorBidi"/>
                      <w:szCs w:val="24"/>
                    </w:rPr>
                    <w:t>Dengan</w:t>
                  </w:r>
                  <w:proofErr w:type="spellEnd"/>
                  <w:r w:rsidRPr="00D26C09">
                    <w:rPr>
                      <w:rFonts w:asciiTheme="majorBidi" w:hAnsiTheme="majorBidi" w:cstheme="majorBidi"/>
                      <w:szCs w:val="24"/>
                    </w:rPr>
                    <w:t xml:space="preserve"> </w:t>
                  </w:r>
                  <w:proofErr w:type="spellStart"/>
                  <w:r w:rsidRPr="00D26C09">
                    <w:rPr>
                      <w:rFonts w:asciiTheme="majorBidi" w:hAnsiTheme="majorBidi" w:cstheme="majorBidi"/>
                      <w:szCs w:val="24"/>
                    </w:rPr>
                    <w:t>arahan</w:t>
                  </w:r>
                  <w:proofErr w:type="spellEnd"/>
                </w:p>
              </w:tc>
              <w:tc>
                <w:tcPr>
                  <w:tcW w:w="1728" w:type="dxa"/>
                </w:tcPr>
                <w:p w14:paraId="613B64A8" w14:textId="685A2E4F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Belum</w:t>
                  </w:r>
                  <w:r w:rsidR="001D6AA3" w:rsidRPr="00D26C09">
                    <w:rPr>
                      <w:rFonts w:asciiTheme="majorBidi" w:hAnsiTheme="majorBidi" w:cstheme="majorBidi"/>
                      <w:szCs w:val="24"/>
                    </w:rPr>
                    <w:t xml:space="preserve"> mampu</w:t>
                  </w:r>
                </w:p>
              </w:tc>
            </w:tr>
            <w:tr w:rsidR="00D05443" w:rsidRPr="00D26C09" w14:paraId="2E9FA904" w14:textId="77777777" w:rsidTr="000009B9">
              <w:tc>
                <w:tcPr>
                  <w:tcW w:w="1728" w:type="dxa"/>
                </w:tcPr>
                <w:p w14:paraId="6A942075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6</w:t>
                  </w:r>
                </w:p>
              </w:tc>
              <w:tc>
                <w:tcPr>
                  <w:tcW w:w="1728" w:type="dxa"/>
                </w:tcPr>
                <w:p w14:paraId="4FAE08F0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Sikap</w:t>
                  </w:r>
                </w:p>
              </w:tc>
              <w:tc>
                <w:tcPr>
                  <w:tcW w:w="1728" w:type="dxa"/>
                </w:tcPr>
                <w:p w14:paraId="6299B042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Aktif</w:t>
                  </w:r>
                </w:p>
              </w:tc>
              <w:tc>
                <w:tcPr>
                  <w:tcW w:w="1728" w:type="dxa"/>
                </w:tcPr>
                <w:p w14:paraId="3D0BC259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Cukup aktif</w:t>
                  </w:r>
                </w:p>
              </w:tc>
              <w:tc>
                <w:tcPr>
                  <w:tcW w:w="1728" w:type="dxa"/>
                </w:tcPr>
                <w:p w14:paraId="072B992B" w14:textId="77777777" w:rsidR="00D05443" w:rsidRPr="00D26C09" w:rsidRDefault="00D05443" w:rsidP="00D26C09">
                  <w:pPr>
                    <w:spacing w:line="276" w:lineRule="auto"/>
                    <w:jc w:val="center"/>
                    <w:rPr>
                      <w:rFonts w:asciiTheme="majorBidi" w:hAnsiTheme="majorBidi" w:cstheme="majorBidi"/>
                      <w:szCs w:val="24"/>
                    </w:rPr>
                  </w:pPr>
                  <w:r w:rsidRPr="00D26C09">
                    <w:rPr>
                      <w:rFonts w:asciiTheme="majorBidi" w:hAnsiTheme="majorBidi" w:cstheme="majorBidi"/>
                      <w:szCs w:val="24"/>
                    </w:rPr>
                    <w:t>Perlu bimbingan</w:t>
                  </w:r>
                </w:p>
              </w:tc>
            </w:tr>
          </w:tbl>
          <w:p w14:paraId="3E23C03E" w14:textId="57C07B47" w:rsidR="00D05443" w:rsidRPr="00D26C09" w:rsidRDefault="00C45B64" w:rsidP="00D26C09">
            <w:pPr>
              <w:pStyle w:val="Heading2"/>
              <w:spacing w:line="276" w:lineRule="auto"/>
              <w:outlineLvl w:val="1"/>
              <w:rPr>
                <w:rFonts w:asciiTheme="majorBidi" w:hAnsiTheme="majorBidi"/>
                <w:color w:val="auto"/>
                <w:sz w:val="24"/>
                <w:szCs w:val="24"/>
              </w:rPr>
            </w:pPr>
            <w:r w:rsidRPr="00D26C09">
              <w:rPr>
                <w:rFonts w:asciiTheme="majorBidi" w:hAnsiTheme="majorBidi"/>
                <w:color w:val="auto"/>
                <w:sz w:val="24"/>
                <w:szCs w:val="24"/>
              </w:rPr>
              <w:t>Penilaian</w:t>
            </w:r>
          </w:p>
          <w:p w14:paraId="581BAC92" w14:textId="77777777" w:rsidR="00D05443" w:rsidRPr="00D26C09" w:rsidRDefault="00D05443" w:rsidP="00D26C09">
            <w:pPr>
              <w:spacing w:line="276" w:lineRule="auto"/>
              <w:rPr>
                <w:rFonts w:asciiTheme="majorBidi" w:hAnsiTheme="majorBidi" w:cstheme="majorBidi"/>
                <w:szCs w:val="24"/>
              </w:rPr>
            </w:pP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Skor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3 =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Sangat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Baik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br/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Skor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2 =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Baik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br/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Skor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1 =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Perlu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Bimbingan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br/>
            </w:r>
            <w:r w:rsidRPr="00D26C09">
              <w:rPr>
                <w:rFonts w:asciiTheme="majorBidi" w:hAnsiTheme="majorBidi" w:cstheme="majorBidi"/>
                <w:szCs w:val="24"/>
              </w:rPr>
              <w:br/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Nilai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= (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Skor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yang </w:t>
            </w:r>
            <w:proofErr w:type="spellStart"/>
            <w:r w:rsidRPr="00D26C09">
              <w:rPr>
                <w:rFonts w:asciiTheme="majorBidi" w:hAnsiTheme="majorBidi" w:cstheme="majorBidi"/>
                <w:szCs w:val="24"/>
              </w:rPr>
              <w:t>diperoleh</w:t>
            </w:r>
            <w:proofErr w:type="spellEnd"/>
            <w:r w:rsidRPr="00D26C09">
              <w:rPr>
                <w:rFonts w:asciiTheme="majorBidi" w:hAnsiTheme="majorBidi" w:cstheme="majorBidi"/>
                <w:szCs w:val="24"/>
              </w:rPr>
              <w:t xml:space="preserve"> / 18) x 100</w:t>
            </w:r>
          </w:p>
          <w:p w14:paraId="7B4E59C9" w14:textId="6F865473" w:rsidR="00D26C09" w:rsidRPr="00D26C09" w:rsidRDefault="00D26C09" w:rsidP="00D26C09">
            <w:pPr>
              <w:spacing w:line="276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6E678DE7" w14:textId="77777777" w:rsidR="008B0CA4" w:rsidRDefault="008B0CA4" w:rsidP="00D26C09"/>
    <w:p w14:paraId="69ECBA98" w14:textId="77777777" w:rsidR="00DD35D0" w:rsidRDefault="00DD35D0" w:rsidP="00D26C09"/>
    <w:p w14:paraId="563F8F76" w14:textId="77777777" w:rsidR="00951B76" w:rsidRDefault="00951B76" w:rsidP="00D26C09"/>
    <w:p w14:paraId="51BEADE0" w14:textId="77777777" w:rsidR="00951B76" w:rsidRDefault="00951B76" w:rsidP="00D26C09"/>
    <w:p w14:paraId="63BC2E94" w14:textId="2FDD2B24" w:rsidR="00223329" w:rsidRPr="00223329" w:rsidRDefault="00223329" w:rsidP="00223329">
      <w:pPr>
        <w:widowControl w:val="0"/>
        <w:autoSpaceDE w:val="0"/>
        <w:autoSpaceDN w:val="0"/>
        <w:spacing w:after="0" w:line="360" w:lineRule="auto"/>
        <w:outlineLvl w:val="1"/>
        <w:rPr>
          <w:rFonts w:cs="Times New Roman"/>
          <w:b/>
          <w:szCs w:val="24"/>
        </w:rPr>
      </w:pPr>
      <w:r w:rsidRPr="00223329">
        <w:rPr>
          <w:rFonts w:cs="Times New Roman"/>
          <w:b/>
          <w:szCs w:val="24"/>
        </w:rPr>
        <w:t>Mengetahui                                                                        Pegasing, 01 Agustus 2026</w:t>
      </w:r>
    </w:p>
    <w:p w14:paraId="4553D13C" w14:textId="5E0B68D0" w:rsidR="00223329" w:rsidRPr="00223329" w:rsidRDefault="00223329" w:rsidP="00223329">
      <w:pPr>
        <w:widowControl w:val="0"/>
        <w:autoSpaceDE w:val="0"/>
        <w:autoSpaceDN w:val="0"/>
        <w:spacing w:after="0" w:line="360" w:lineRule="auto"/>
        <w:outlineLvl w:val="1"/>
        <w:rPr>
          <w:rFonts w:cs="Times New Roman"/>
          <w:b/>
          <w:szCs w:val="24"/>
        </w:rPr>
      </w:pPr>
      <w:r w:rsidRPr="00223329">
        <w:rPr>
          <w:rFonts w:cs="Times New Roman"/>
          <w:b/>
          <w:szCs w:val="24"/>
        </w:rPr>
        <w:t xml:space="preserve">   </w:t>
      </w:r>
      <w:proofErr w:type="spellStart"/>
      <w:r w:rsidRPr="00223329">
        <w:rPr>
          <w:rFonts w:cs="Times New Roman"/>
          <w:b/>
          <w:szCs w:val="24"/>
        </w:rPr>
        <w:t>Kepala</w:t>
      </w:r>
      <w:proofErr w:type="spellEnd"/>
      <w:r w:rsidRPr="00223329">
        <w:rPr>
          <w:rFonts w:cs="Times New Roman"/>
          <w:b/>
          <w:szCs w:val="24"/>
        </w:rPr>
        <w:t xml:space="preserve"> </w:t>
      </w:r>
      <w:proofErr w:type="spellStart"/>
      <w:r w:rsidRPr="00223329">
        <w:rPr>
          <w:rFonts w:cs="Times New Roman"/>
          <w:b/>
          <w:szCs w:val="24"/>
        </w:rPr>
        <w:t>Sekolah</w:t>
      </w:r>
      <w:proofErr w:type="spellEnd"/>
      <w:r w:rsidRPr="00223329">
        <w:rPr>
          <w:rFonts w:cs="Times New Roman"/>
          <w:b/>
          <w:szCs w:val="24"/>
        </w:rPr>
        <w:t xml:space="preserve">                                                       </w:t>
      </w:r>
      <w:r w:rsidR="00447172">
        <w:rPr>
          <w:rFonts w:cs="Times New Roman"/>
          <w:b/>
          <w:szCs w:val="24"/>
        </w:rPr>
        <w:t xml:space="preserve">                      Guru </w:t>
      </w:r>
      <w:proofErr w:type="spellStart"/>
      <w:r w:rsidR="00447172">
        <w:rPr>
          <w:rFonts w:cs="Times New Roman"/>
          <w:b/>
          <w:szCs w:val="24"/>
        </w:rPr>
        <w:t>Mapel</w:t>
      </w:r>
      <w:proofErr w:type="spellEnd"/>
    </w:p>
    <w:p w14:paraId="3B8ED319" w14:textId="77777777" w:rsidR="00223329" w:rsidRPr="00223329" w:rsidRDefault="00223329" w:rsidP="00223329">
      <w:pPr>
        <w:widowControl w:val="0"/>
        <w:autoSpaceDE w:val="0"/>
        <w:autoSpaceDN w:val="0"/>
        <w:spacing w:after="0" w:line="360" w:lineRule="auto"/>
        <w:jc w:val="both"/>
        <w:outlineLvl w:val="1"/>
        <w:rPr>
          <w:rFonts w:cs="Times New Roman"/>
          <w:b/>
          <w:szCs w:val="24"/>
        </w:rPr>
      </w:pPr>
    </w:p>
    <w:p w14:paraId="714539ED" w14:textId="77777777" w:rsidR="00223329" w:rsidRPr="00223329" w:rsidRDefault="00223329" w:rsidP="00223329">
      <w:pPr>
        <w:widowControl w:val="0"/>
        <w:autoSpaceDE w:val="0"/>
        <w:autoSpaceDN w:val="0"/>
        <w:spacing w:after="0" w:line="360" w:lineRule="auto"/>
        <w:jc w:val="both"/>
        <w:outlineLvl w:val="1"/>
        <w:rPr>
          <w:rFonts w:cs="Times New Roman"/>
          <w:b/>
          <w:szCs w:val="24"/>
        </w:rPr>
      </w:pPr>
    </w:p>
    <w:p w14:paraId="07CC1CC2" w14:textId="77777777" w:rsidR="00223329" w:rsidRPr="00223329" w:rsidRDefault="00223329" w:rsidP="00223329">
      <w:pPr>
        <w:widowControl w:val="0"/>
        <w:autoSpaceDE w:val="0"/>
        <w:autoSpaceDN w:val="0"/>
        <w:spacing w:after="0" w:line="360" w:lineRule="auto"/>
        <w:jc w:val="both"/>
        <w:outlineLvl w:val="1"/>
        <w:rPr>
          <w:rFonts w:cs="Times New Roman"/>
          <w:b/>
          <w:szCs w:val="24"/>
        </w:rPr>
      </w:pPr>
    </w:p>
    <w:p w14:paraId="3C77E211" w14:textId="77777777" w:rsidR="00223329" w:rsidRPr="00223329" w:rsidRDefault="00223329" w:rsidP="00223329">
      <w:pPr>
        <w:pStyle w:val="ListParagraph"/>
        <w:spacing w:line="360" w:lineRule="auto"/>
        <w:jc w:val="both"/>
        <w:rPr>
          <w:rFonts w:cs="Times New Roman"/>
          <w:b/>
          <w:szCs w:val="24"/>
        </w:rPr>
      </w:pPr>
    </w:p>
    <w:p w14:paraId="598D8801" w14:textId="2464336F" w:rsidR="00E25D53" w:rsidRPr="00E25D53" w:rsidRDefault="00223329" w:rsidP="00E25D53">
      <w:pPr>
        <w:pStyle w:val="NoSpacing"/>
        <w:rPr>
          <w:rFonts w:asciiTheme="majorBidi" w:hAnsiTheme="majorBidi" w:cstheme="majorBidi"/>
          <w:b/>
          <w:sz w:val="24"/>
          <w:szCs w:val="24"/>
        </w:rPr>
      </w:pPr>
      <w:r w:rsidRPr="00E25D53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E25D53" w:rsidRPr="00E25D53">
        <w:rPr>
          <w:rFonts w:asciiTheme="majorBidi" w:hAnsiTheme="majorBidi" w:cstheme="majorBidi"/>
          <w:b/>
          <w:sz w:val="24"/>
          <w:szCs w:val="24"/>
        </w:rPr>
        <w:t xml:space="preserve">MAYA SARI, </w:t>
      </w:r>
      <w:proofErr w:type="spellStart"/>
      <w:r w:rsidR="00E25D53" w:rsidRPr="00E25D53">
        <w:rPr>
          <w:rFonts w:asciiTheme="majorBidi" w:hAnsiTheme="majorBidi" w:cstheme="majorBidi"/>
          <w:b/>
          <w:sz w:val="24"/>
          <w:szCs w:val="24"/>
        </w:rPr>
        <w:t>S.Pd</w:t>
      </w:r>
      <w:proofErr w:type="spellEnd"/>
      <w:r w:rsidR="00E25D53" w:rsidRPr="00E25D53">
        <w:rPr>
          <w:rFonts w:asciiTheme="majorBidi" w:hAnsiTheme="majorBidi" w:cstheme="majorBidi"/>
          <w:b/>
          <w:sz w:val="24"/>
          <w:szCs w:val="24"/>
        </w:rPr>
        <w:t xml:space="preserve">                                            </w:t>
      </w:r>
      <w:r w:rsidR="00447172">
        <w:rPr>
          <w:rFonts w:asciiTheme="majorBidi" w:hAnsiTheme="majorBidi" w:cstheme="majorBidi"/>
          <w:b/>
          <w:sz w:val="24"/>
          <w:szCs w:val="24"/>
        </w:rPr>
        <w:t xml:space="preserve">          FKI TIAS </w:t>
      </w:r>
      <w:proofErr w:type="spellStart"/>
      <w:r w:rsidR="00447172">
        <w:rPr>
          <w:rFonts w:asciiTheme="majorBidi" w:hAnsiTheme="majorBidi" w:cstheme="majorBidi"/>
          <w:b/>
          <w:sz w:val="24"/>
          <w:szCs w:val="24"/>
        </w:rPr>
        <w:t>FRAHAYU</w:t>
      </w:r>
      <w:proofErr w:type="gramStart"/>
      <w:r w:rsidR="00E25D53" w:rsidRPr="00E25D53">
        <w:rPr>
          <w:rFonts w:asciiTheme="majorBidi" w:hAnsiTheme="majorBidi" w:cstheme="majorBidi"/>
          <w:b/>
          <w:sz w:val="24"/>
          <w:szCs w:val="24"/>
        </w:rPr>
        <w:t>,S.Pd</w:t>
      </w:r>
      <w:proofErr w:type="spellEnd"/>
      <w:proofErr w:type="gramEnd"/>
    </w:p>
    <w:p w14:paraId="25A78101" w14:textId="77777777" w:rsidR="00E25D53" w:rsidRPr="00E25D53" w:rsidRDefault="00E25D53" w:rsidP="00E25D53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E25D53">
        <w:rPr>
          <w:rFonts w:asciiTheme="majorBidi" w:hAnsiTheme="majorBidi" w:cstheme="majorBidi"/>
          <w:sz w:val="24"/>
          <w:szCs w:val="24"/>
        </w:rPr>
        <w:t>NIP.19860327 200904 2 003</w:t>
      </w:r>
    </w:p>
    <w:p w14:paraId="545EF8A1" w14:textId="260CD9C2" w:rsidR="00223329" w:rsidRPr="00E25D53" w:rsidRDefault="00223329" w:rsidP="00E25D53">
      <w:pPr>
        <w:spacing w:line="360" w:lineRule="auto"/>
        <w:rPr>
          <w:rFonts w:cs="Times New Roman"/>
          <w:b/>
          <w:szCs w:val="24"/>
        </w:rPr>
      </w:pPr>
    </w:p>
    <w:p w14:paraId="2F3529BD" w14:textId="77777777" w:rsidR="00C44920" w:rsidRDefault="00C44920" w:rsidP="00D26C09"/>
    <w:p w14:paraId="5D71DDA5" w14:textId="70A6A4CD" w:rsidR="00C44920" w:rsidRDefault="00064166" w:rsidP="00D26C09">
      <w:r>
        <w:t xml:space="preserve"> </w:t>
      </w:r>
    </w:p>
    <w:p w14:paraId="337BF265" w14:textId="4949D3EA" w:rsidR="00965528" w:rsidRDefault="00965528" w:rsidP="00447172">
      <w:pPr>
        <w:rPr>
          <w:rFonts w:ascii="Trace" w:hAnsi="Trace"/>
          <w:b/>
          <w:bCs/>
          <w:sz w:val="56"/>
          <w:szCs w:val="56"/>
        </w:rPr>
      </w:pPr>
    </w:p>
    <w:p w14:paraId="6F9B23AC" w14:textId="77777777" w:rsidR="00447172" w:rsidRDefault="00447172" w:rsidP="00447172">
      <w:pPr>
        <w:rPr>
          <w:rFonts w:ascii="Trace" w:hAnsi="Trace"/>
          <w:b/>
          <w:bCs/>
          <w:sz w:val="56"/>
          <w:szCs w:val="56"/>
        </w:rPr>
      </w:pPr>
    </w:p>
    <w:p w14:paraId="2DB47D77" w14:textId="77777777" w:rsidR="00447172" w:rsidRDefault="00447172" w:rsidP="00447172">
      <w:pPr>
        <w:rPr>
          <w:rFonts w:ascii="Trace" w:hAnsi="Trace"/>
          <w:b/>
          <w:bCs/>
          <w:sz w:val="56"/>
          <w:szCs w:val="56"/>
        </w:rPr>
      </w:pPr>
    </w:p>
    <w:p w14:paraId="003DFB00" w14:textId="77777777" w:rsidR="00447172" w:rsidRDefault="00447172" w:rsidP="00447172">
      <w:pPr>
        <w:rPr>
          <w:rFonts w:ascii="Trace" w:hAnsi="Trace"/>
          <w:b/>
          <w:bCs/>
          <w:sz w:val="56"/>
          <w:szCs w:val="56"/>
        </w:rPr>
      </w:pPr>
    </w:p>
    <w:p w14:paraId="64D2EE63" w14:textId="77777777" w:rsidR="00447172" w:rsidRDefault="00447172" w:rsidP="00447172">
      <w:pPr>
        <w:rPr>
          <w:rFonts w:ascii="Trace" w:hAnsi="Trace"/>
          <w:b/>
          <w:bCs/>
          <w:sz w:val="56"/>
          <w:szCs w:val="56"/>
        </w:rPr>
      </w:pPr>
    </w:p>
    <w:p w14:paraId="0B103F6F" w14:textId="77777777" w:rsidR="00447172" w:rsidRDefault="00447172" w:rsidP="00447172">
      <w:pPr>
        <w:rPr>
          <w:rFonts w:ascii="Trace" w:hAnsi="Trace"/>
          <w:b/>
          <w:bCs/>
          <w:sz w:val="56"/>
          <w:szCs w:val="56"/>
        </w:rPr>
      </w:pPr>
    </w:p>
    <w:p w14:paraId="095E43AB" w14:textId="77777777" w:rsidR="00447172" w:rsidRDefault="00447172" w:rsidP="00447172">
      <w:pPr>
        <w:rPr>
          <w:rFonts w:ascii="Trace" w:hAnsi="Trace"/>
          <w:b/>
          <w:bCs/>
          <w:sz w:val="56"/>
          <w:szCs w:val="56"/>
        </w:rPr>
      </w:pPr>
    </w:p>
    <w:p w14:paraId="32A9E81F" w14:textId="7B584FEF" w:rsidR="00DE3EF7" w:rsidRDefault="00DE3EF7" w:rsidP="00DE3EF7">
      <w:pPr>
        <w:pStyle w:val="NormalWeb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5FF83BB" wp14:editId="51D2C4AD">
            <wp:simplePos x="0" y="0"/>
            <wp:positionH relativeFrom="column">
              <wp:posOffset>-707065</wp:posOffset>
            </wp:positionH>
            <wp:positionV relativeFrom="paragraph">
              <wp:posOffset>-691116</wp:posOffset>
            </wp:positionV>
            <wp:extent cx="6762307" cy="10090297"/>
            <wp:effectExtent l="0" t="0" r="635" b="6350"/>
            <wp:wrapNone/>
            <wp:docPr id="1" name="Picture 1" descr="C:\Users\ACER\Downloads\WhatsApp Image 2026-09-15 at 10.02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wnloads\WhatsApp Image 2026-09-15 at 10.02.47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307" cy="1009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56AF65" w14:textId="4BFF850F" w:rsidR="00447172" w:rsidRDefault="00447172" w:rsidP="00447172">
      <w:pPr>
        <w:rPr>
          <w:rFonts w:ascii="Trace" w:hAnsi="Trace"/>
          <w:b/>
          <w:bCs/>
          <w:sz w:val="56"/>
          <w:szCs w:val="56"/>
        </w:rPr>
      </w:pPr>
    </w:p>
    <w:p w14:paraId="363082FB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7E1DA615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52796EBC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179A0CEC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0BEE7F6C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579B02DD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70C9ADB3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0419AEEE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6858A086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2B131A22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16DE61F2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25FD7437" w14:textId="77777777" w:rsidR="00DE3EF7" w:rsidRDefault="00DE3EF7" w:rsidP="00447172">
      <w:pPr>
        <w:rPr>
          <w:rFonts w:ascii="Trace" w:hAnsi="Trace"/>
          <w:b/>
          <w:bCs/>
          <w:sz w:val="56"/>
          <w:szCs w:val="56"/>
        </w:rPr>
      </w:pPr>
    </w:p>
    <w:p w14:paraId="56B07C1B" w14:textId="37684D47" w:rsidR="00DE3EF7" w:rsidRDefault="00DE3EF7" w:rsidP="00DE3EF7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05DEFD85" wp14:editId="2208671B">
                <wp:extent cx="308610" cy="308610"/>
                <wp:effectExtent l="0" t="0" r="0" b="0"/>
                <wp:docPr id="2" name="Rectangle 2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0881E0A7" w14:textId="4A19E8E1" w:rsidR="00DE3EF7" w:rsidRDefault="00E22BD3" w:rsidP="00DE3EF7">
      <w:pPr>
        <w:pStyle w:val="NormalWeb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0929184" wp14:editId="2F247B37">
            <wp:simplePos x="0" y="0"/>
            <wp:positionH relativeFrom="column">
              <wp:posOffset>-1057910</wp:posOffset>
            </wp:positionH>
            <wp:positionV relativeFrom="paragraph">
              <wp:posOffset>-1031078</wp:posOffset>
            </wp:positionV>
            <wp:extent cx="7432159" cy="10813312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9-15 at 10.05.48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2159" cy="10813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E3EF7">
        <w:rPr>
          <w:noProof/>
        </w:rPr>
        <mc:AlternateContent>
          <mc:Choice Requires="wps">
            <w:drawing>
              <wp:inline distT="0" distB="0" distL="0" distR="0" wp14:anchorId="0C7891E6" wp14:editId="0F81A4AB">
                <wp:extent cx="308610" cy="308610"/>
                <wp:effectExtent l="0" t="0" r="0" b="0"/>
                <wp:docPr id="4" name="Rectangle 4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Bw02tvsAgAAAgYAAA4AAAAA&#10;AAAAAAAAAAAALgIAAGRycy9lMm9Eb2MueG1sUEsBAi0AFAAGAAgAAAAhAJj2bA3ZAAAAAwEAAA8A&#10;AAAAAAAAAAAAAAAARgUAAGRycy9kb3ducmV2LnhtbFBLBQYAAAAABAAEAPMAAABMBgAAAAA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3E9944FE" w14:textId="7E34C942" w:rsidR="00DE3EF7" w:rsidRDefault="00DE3EF7" w:rsidP="00DE3EF7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023ECF09" wp14:editId="31E312E5">
                <wp:extent cx="308610" cy="308610"/>
                <wp:effectExtent l="0" t="0" r="0" b="0"/>
                <wp:docPr id="5" name="Rectangle 5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12C6D2B9" w14:textId="2498230E" w:rsidR="00DE3EF7" w:rsidRDefault="00DE3EF7" w:rsidP="00DE3EF7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161A8757" wp14:editId="2178711D">
                <wp:extent cx="308610" cy="308610"/>
                <wp:effectExtent l="0" t="0" r="0" b="0"/>
                <wp:docPr id="6" name="Rectangle 6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071D2DC6" w14:textId="1C8C32C1" w:rsidR="00DE3EF7" w:rsidRDefault="00DE3EF7" w:rsidP="00DE3EF7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708A5CF6" wp14:editId="47FEFF12">
                <wp:extent cx="308610" cy="308610"/>
                <wp:effectExtent l="0" t="0" r="0" b="0"/>
                <wp:docPr id="9" name="Rectangle 9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TtKNrsAgAAAgYAAA4AAAAA&#10;AAAAAAAAAAAALgIAAGRycy9lMm9Eb2MueG1sUEsBAi0AFAAGAAgAAAAhAJj2bA3ZAAAAAwEAAA8A&#10;AAAAAAAAAAAAAAAARgUAAGRycy9kb3ducmV2LnhtbFBLBQYAAAAABAAEAPMAAABMBgAAAAA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7AE52595" w14:textId="08F3A0A4" w:rsidR="00E22BD3" w:rsidRPr="00E22BD3" w:rsidRDefault="00E22BD3" w:rsidP="00E22BD3">
      <w:pPr>
        <w:pStyle w:val="NormalWeb"/>
      </w:pPr>
      <w:r w:rsidRPr="00E22BD3">
        <mc:AlternateContent>
          <mc:Choice Requires="wps">
            <w:drawing>
              <wp:inline distT="0" distB="0" distL="0" distR="0" wp14:anchorId="2B7D2445" wp14:editId="329B4004">
                <wp:extent cx="308610" cy="308610"/>
                <wp:effectExtent l="0" t="0" r="0" b="0"/>
                <wp:docPr id="11" name="Rectangle 11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549DA65F" w14:textId="40F14510" w:rsidR="00E22BD3" w:rsidRDefault="00E22BD3" w:rsidP="00E22BD3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5D2AF8F5" wp14:editId="103E4BDE">
                <wp:extent cx="308610" cy="308610"/>
                <wp:effectExtent l="0" t="0" r="0" b="0"/>
                <wp:docPr id="12" name="Rectangle 12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7722CD78" w14:textId="2ABC61EC" w:rsidR="00DE3EF7" w:rsidRDefault="00DE3EF7" w:rsidP="00DE3EF7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2EF7E541" wp14:editId="353F6904">
                <wp:extent cx="308610" cy="308610"/>
                <wp:effectExtent l="0" t="0" r="0" b="0"/>
                <wp:docPr id="8" name="Rectangle 8" descr="C:\Users\ACER\Downloads\WhatsApp Image 2026-09-15 at 10.05.48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alt="Description: C:\Users\ACER\Downloads\WhatsApp Image 2026-09-15 at 10.05.48.jpe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GEv5vHsAgAAAgYAAA4AAAAA&#10;AAAAAAAAAAAALgIAAGRycy9lMm9Eb2MueG1sUEsBAi0AFAAGAAgAAAAhAJj2bA3ZAAAAAwEAAA8A&#10;AAAAAAAAAAAAAAAARgUAAGRycy9kb3ducmV2LnhtbFBLBQYAAAAABAAEAPMAAABMBgAAAAA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0760227F" w14:textId="77777777" w:rsidR="00DE3EF7" w:rsidRPr="00965528" w:rsidRDefault="00DE3EF7" w:rsidP="00DE3EF7">
      <w:pPr>
        <w:rPr>
          <w:rFonts w:ascii="Trace" w:hAnsi="Trace"/>
          <w:b/>
          <w:bCs/>
          <w:sz w:val="56"/>
          <w:szCs w:val="56"/>
        </w:rPr>
      </w:pPr>
    </w:p>
    <w:sectPr w:rsidR="00DE3EF7" w:rsidRPr="00965528" w:rsidSect="003F03D7">
      <w:footerReference w:type="default" r:id="rId11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2263E" w14:textId="77777777" w:rsidR="00583679" w:rsidRDefault="00583679" w:rsidP="00DE3EF7">
      <w:pPr>
        <w:spacing w:after="0" w:line="240" w:lineRule="auto"/>
      </w:pPr>
      <w:r>
        <w:separator/>
      </w:r>
    </w:p>
  </w:endnote>
  <w:endnote w:type="continuationSeparator" w:id="0">
    <w:p w14:paraId="5070A25A" w14:textId="77777777" w:rsidR="00583679" w:rsidRDefault="00583679" w:rsidP="00DE3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ce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DCA14" w14:textId="77777777" w:rsidR="00DE3EF7" w:rsidRDefault="00DE3EF7">
    <w:pPr>
      <w:pStyle w:val="Footer"/>
    </w:pPr>
  </w:p>
  <w:p w14:paraId="29962FEB" w14:textId="77777777" w:rsidR="00DE3EF7" w:rsidRDefault="00DE3E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98088" w14:textId="77777777" w:rsidR="00583679" w:rsidRDefault="00583679" w:rsidP="00DE3EF7">
      <w:pPr>
        <w:spacing w:after="0" w:line="240" w:lineRule="auto"/>
      </w:pPr>
      <w:r>
        <w:separator/>
      </w:r>
    </w:p>
  </w:footnote>
  <w:footnote w:type="continuationSeparator" w:id="0">
    <w:p w14:paraId="74701259" w14:textId="77777777" w:rsidR="00583679" w:rsidRDefault="00583679" w:rsidP="00DE3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6F2E92"/>
    <w:multiLevelType w:val="hybridMultilevel"/>
    <w:tmpl w:val="B2B69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27A2A7D"/>
    <w:multiLevelType w:val="hybridMultilevel"/>
    <w:tmpl w:val="915CFD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FEB25E1"/>
    <w:multiLevelType w:val="hybridMultilevel"/>
    <w:tmpl w:val="E77ADE64"/>
    <w:lvl w:ilvl="0" w:tplc="1F94B3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A35E4"/>
    <w:multiLevelType w:val="hybridMultilevel"/>
    <w:tmpl w:val="82AEAAAC"/>
    <w:lvl w:ilvl="0" w:tplc="07C0A5BA">
      <w:start w:val="1"/>
      <w:numFmt w:val="upperLetter"/>
      <w:lvlText w:val="%1."/>
      <w:lvlJc w:val="left"/>
      <w:pPr>
        <w:ind w:left="360" w:hanging="360"/>
      </w:pPr>
      <w:rPr>
        <w:rFonts w:cstheme="minorBid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D77E45"/>
    <w:multiLevelType w:val="hybridMultilevel"/>
    <w:tmpl w:val="CE7E751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294166F"/>
    <w:multiLevelType w:val="hybridMultilevel"/>
    <w:tmpl w:val="944EEC88"/>
    <w:lvl w:ilvl="0" w:tplc="F882236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7E331B3"/>
    <w:multiLevelType w:val="hybridMultilevel"/>
    <w:tmpl w:val="C5E8FB40"/>
    <w:lvl w:ilvl="0" w:tplc="95821C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3D1005"/>
    <w:multiLevelType w:val="hybridMultilevel"/>
    <w:tmpl w:val="373EB6D8"/>
    <w:lvl w:ilvl="0" w:tplc="171AC3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16C0115"/>
    <w:multiLevelType w:val="hybridMultilevel"/>
    <w:tmpl w:val="6122B9B2"/>
    <w:lvl w:ilvl="0" w:tplc="10E696DE">
      <w:start w:val="1"/>
      <w:numFmt w:val="upperLetter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C43602"/>
    <w:multiLevelType w:val="hybridMultilevel"/>
    <w:tmpl w:val="FF342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272E2F"/>
    <w:multiLevelType w:val="hybridMultilevel"/>
    <w:tmpl w:val="0D468700"/>
    <w:lvl w:ilvl="0" w:tplc="171AC3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4BF5A65"/>
    <w:multiLevelType w:val="hybridMultilevel"/>
    <w:tmpl w:val="3F7CC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A6235E"/>
    <w:multiLevelType w:val="hybridMultilevel"/>
    <w:tmpl w:val="EB84E9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750DF2"/>
    <w:multiLevelType w:val="hybridMultilevel"/>
    <w:tmpl w:val="6534D6BE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17"/>
  </w:num>
  <w:num w:numId="12">
    <w:abstractNumId w:val="12"/>
  </w:num>
  <w:num w:numId="13">
    <w:abstractNumId w:val="10"/>
  </w:num>
  <w:num w:numId="14">
    <w:abstractNumId w:val="11"/>
  </w:num>
  <w:num w:numId="15">
    <w:abstractNumId w:val="20"/>
  </w:num>
  <w:num w:numId="16">
    <w:abstractNumId w:val="9"/>
  </w:num>
  <w:num w:numId="17">
    <w:abstractNumId w:val="18"/>
  </w:num>
  <w:num w:numId="18">
    <w:abstractNumId w:val="16"/>
  </w:num>
  <w:num w:numId="19">
    <w:abstractNumId w:val="19"/>
  </w:num>
  <w:num w:numId="20">
    <w:abstractNumId w:val="15"/>
  </w:num>
  <w:num w:numId="21">
    <w:abstractNumId w:val="14"/>
  </w:num>
  <w:num w:numId="22">
    <w:abstractNumId w:val="13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7D08"/>
    <w:rsid w:val="00034616"/>
    <w:rsid w:val="00034BFE"/>
    <w:rsid w:val="00051E4F"/>
    <w:rsid w:val="0006063C"/>
    <w:rsid w:val="00064166"/>
    <w:rsid w:val="000754D8"/>
    <w:rsid w:val="00086DD4"/>
    <w:rsid w:val="000C05C6"/>
    <w:rsid w:val="000E0624"/>
    <w:rsid w:val="000E5004"/>
    <w:rsid w:val="0015074B"/>
    <w:rsid w:val="001D6AA3"/>
    <w:rsid w:val="002062FA"/>
    <w:rsid w:val="00215485"/>
    <w:rsid w:val="00215ADC"/>
    <w:rsid w:val="00223329"/>
    <w:rsid w:val="002829A7"/>
    <w:rsid w:val="0029639D"/>
    <w:rsid w:val="002F0C46"/>
    <w:rsid w:val="003161AD"/>
    <w:rsid w:val="00326D6B"/>
    <w:rsid w:val="00326F90"/>
    <w:rsid w:val="003407C4"/>
    <w:rsid w:val="00360B70"/>
    <w:rsid w:val="00377537"/>
    <w:rsid w:val="003A62B3"/>
    <w:rsid w:val="003C6082"/>
    <w:rsid w:val="003D733C"/>
    <w:rsid w:val="003F03D7"/>
    <w:rsid w:val="004257AA"/>
    <w:rsid w:val="004363F1"/>
    <w:rsid w:val="00447172"/>
    <w:rsid w:val="004C7AC1"/>
    <w:rsid w:val="004D6B04"/>
    <w:rsid w:val="004E5940"/>
    <w:rsid w:val="005467B5"/>
    <w:rsid w:val="005476F9"/>
    <w:rsid w:val="0056148A"/>
    <w:rsid w:val="005737C1"/>
    <w:rsid w:val="0058330D"/>
    <w:rsid w:val="00583679"/>
    <w:rsid w:val="00597598"/>
    <w:rsid w:val="005C18F7"/>
    <w:rsid w:val="005D6ECA"/>
    <w:rsid w:val="00611BC3"/>
    <w:rsid w:val="00671501"/>
    <w:rsid w:val="00685C18"/>
    <w:rsid w:val="00697044"/>
    <w:rsid w:val="006A306D"/>
    <w:rsid w:val="006A5983"/>
    <w:rsid w:val="006C1CE7"/>
    <w:rsid w:val="00715D2E"/>
    <w:rsid w:val="00742FBA"/>
    <w:rsid w:val="0079579B"/>
    <w:rsid w:val="007C36C0"/>
    <w:rsid w:val="007C4BA0"/>
    <w:rsid w:val="00830545"/>
    <w:rsid w:val="0086149B"/>
    <w:rsid w:val="008A2461"/>
    <w:rsid w:val="008B0CA4"/>
    <w:rsid w:val="008B5999"/>
    <w:rsid w:val="008E4B55"/>
    <w:rsid w:val="00900C04"/>
    <w:rsid w:val="00915691"/>
    <w:rsid w:val="00921021"/>
    <w:rsid w:val="00951B76"/>
    <w:rsid w:val="00956B8F"/>
    <w:rsid w:val="00965528"/>
    <w:rsid w:val="00973250"/>
    <w:rsid w:val="00982181"/>
    <w:rsid w:val="009873E1"/>
    <w:rsid w:val="00992C07"/>
    <w:rsid w:val="009C2674"/>
    <w:rsid w:val="00A15367"/>
    <w:rsid w:val="00A163BB"/>
    <w:rsid w:val="00A17945"/>
    <w:rsid w:val="00A53786"/>
    <w:rsid w:val="00A64C35"/>
    <w:rsid w:val="00A81F54"/>
    <w:rsid w:val="00AA1D8D"/>
    <w:rsid w:val="00AB3492"/>
    <w:rsid w:val="00AC75BE"/>
    <w:rsid w:val="00AD79DB"/>
    <w:rsid w:val="00AE50ED"/>
    <w:rsid w:val="00AF2E5D"/>
    <w:rsid w:val="00B07A0C"/>
    <w:rsid w:val="00B210F1"/>
    <w:rsid w:val="00B47730"/>
    <w:rsid w:val="00BA21A7"/>
    <w:rsid w:val="00BF6502"/>
    <w:rsid w:val="00C264EE"/>
    <w:rsid w:val="00C3360E"/>
    <w:rsid w:val="00C3752C"/>
    <w:rsid w:val="00C44920"/>
    <w:rsid w:val="00C457E0"/>
    <w:rsid w:val="00C45B64"/>
    <w:rsid w:val="00C56AE7"/>
    <w:rsid w:val="00C84916"/>
    <w:rsid w:val="00CB0664"/>
    <w:rsid w:val="00CB5F88"/>
    <w:rsid w:val="00CC22C0"/>
    <w:rsid w:val="00CE0A92"/>
    <w:rsid w:val="00D05443"/>
    <w:rsid w:val="00D13F98"/>
    <w:rsid w:val="00D153D6"/>
    <w:rsid w:val="00D26C09"/>
    <w:rsid w:val="00D4650E"/>
    <w:rsid w:val="00D6230F"/>
    <w:rsid w:val="00D771EB"/>
    <w:rsid w:val="00D806E7"/>
    <w:rsid w:val="00D81FA7"/>
    <w:rsid w:val="00DA1F4C"/>
    <w:rsid w:val="00DD35D0"/>
    <w:rsid w:val="00DE0F2B"/>
    <w:rsid w:val="00DE394E"/>
    <w:rsid w:val="00DE3EF7"/>
    <w:rsid w:val="00E22BD3"/>
    <w:rsid w:val="00E25D53"/>
    <w:rsid w:val="00E34979"/>
    <w:rsid w:val="00E43D52"/>
    <w:rsid w:val="00E64813"/>
    <w:rsid w:val="00EB4727"/>
    <w:rsid w:val="00EB73EE"/>
    <w:rsid w:val="00EB7CFE"/>
    <w:rsid w:val="00EF2E02"/>
    <w:rsid w:val="00F42FB0"/>
    <w:rsid w:val="00FC3A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8CE6A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DE3EF7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E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DE3EF7"/>
    <w:pPr>
      <w:spacing w:before="100" w:beforeAutospacing="1" w:after="100" w:afterAutospacing="1" w:line="240" w:lineRule="auto"/>
    </w:pPr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E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836B09-F1ED-4E05-8086-6893DB45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7</cp:revision>
  <cp:lastPrinted>2026-07-28T04:45:00Z</cp:lastPrinted>
  <dcterms:created xsi:type="dcterms:W3CDTF">2026-07-30T13:10:00Z</dcterms:created>
  <dcterms:modified xsi:type="dcterms:W3CDTF">2026-09-15T03:30:00Z</dcterms:modified>
  <cp:category/>
</cp:coreProperties>
</file>