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CCB1" w14:textId="77777777" w:rsidR="00A73AFC" w:rsidRDefault="006E2842">
      <w:pPr>
        <w:jc w:val="center"/>
      </w:pPr>
      <w:r>
        <w:rPr>
          <w:b/>
          <w:sz w:val="30"/>
        </w:rPr>
        <w:t>KARTU SOAL ASESMEN SEJARAH</w:t>
      </w:r>
    </w:p>
    <w:p w14:paraId="437E8121" w14:textId="77777777" w:rsidR="00A73AFC" w:rsidRDefault="006E2842">
      <w:pPr>
        <w:jc w:val="center"/>
      </w:pPr>
      <w:r>
        <w:rPr>
          <w:b/>
          <w:sz w:val="26"/>
        </w:rPr>
        <w:t>KARTU SOAL NOMOR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1C52D3BE" w14:textId="77777777">
        <w:trPr>
          <w:jc w:val="center"/>
        </w:trPr>
        <w:tc>
          <w:tcPr>
            <w:tcW w:w="2381" w:type="dxa"/>
            <w:vAlign w:val="center"/>
          </w:tcPr>
          <w:p w14:paraId="672C9977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35085933" w14:textId="77777777" w:rsidR="00A73AFC" w:rsidRDefault="006E2842">
            <w:r>
              <w:t xml:space="preserve">Peserta didik mampu memahami konsep dasar ilmu sejarah dan </w:t>
            </w:r>
            <w:r>
              <w:t>mengaplikasikan cara berpikir sejarah dalam menganalisis peristiwa masa lalu.</w:t>
            </w:r>
          </w:p>
        </w:tc>
      </w:tr>
      <w:tr w:rsidR="00A73AFC" w14:paraId="47E45D73" w14:textId="77777777">
        <w:trPr>
          <w:jc w:val="center"/>
        </w:trPr>
        <w:tc>
          <w:tcPr>
            <w:tcW w:w="2381" w:type="dxa"/>
            <w:vAlign w:val="center"/>
          </w:tcPr>
          <w:p w14:paraId="3091EE2D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696AF921" w14:textId="77777777" w:rsidR="00A73AFC" w:rsidRDefault="006E2842">
            <w:r>
              <w:t>Konsep Dasar Sejarah (Diakronik &amp; Sinkronik)</w:t>
            </w:r>
          </w:p>
        </w:tc>
      </w:tr>
      <w:tr w:rsidR="00A73AFC" w14:paraId="5AE3CD32" w14:textId="77777777">
        <w:trPr>
          <w:jc w:val="center"/>
        </w:trPr>
        <w:tc>
          <w:tcPr>
            <w:tcW w:w="2381" w:type="dxa"/>
            <w:vAlign w:val="center"/>
          </w:tcPr>
          <w:p w14:paraId="1EE1E54A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B25F98F" w14:textId="77777777" w:rsidR="00A73AFC" w:rsidRDefault="006E2842">
            <w:r>
              <w:t>Fase E</w:t>
            </w:r>
          </w:p>
        </w:tc>
      </w:tr>
      <w:tr w:rsidR="00A73AFC" w14:paraId="6CE457F3" w14:textId="77777777">
        <w:trPr>
          <w:jc w:val="center"/>
        </w:trPr>
        <w:tc>
          <w:tcPr>
            <w:tcW w:w="2381" w:type="dxa"/>
            <w:vAlign w:val="center"/>
          </w:tcPr>
          <w:p w14:paraId="7043E6BB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77F77F87" w14:textId="77777777" w:rsidR="00A73AFC" w:rsidRDefault="006E2842">
            <w:r>
              <w:t>Menentukan contoh peristiwa sejarah berdasarkan cara berpikir sejarah diakronik/sinkronik.</w:t>
            </w:r>
          </w:p>
        </w:tc>
      </w:tr>
      <w:tr w:rsidR="00A73AFC" w14:paraId="5B70438F" w14:textId="77777777">
        <w:trPr>
          <w:jc w:val="center"/>
        </w:trPr>
        <w:tc>
          <w:tcPr>
            <w:tcW w:w="2381" w:type="dxa"/>
            <w:vAlign w:val="center"/>
          </w:tcPr>
          <w:p w14:paraId="0F0EF380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4BA03078" w14:textId="77777777" w:rsidR="00A73AFC" w:rsidRDefault="006E2842">
            <w:r>
              <w:t>L2 (Aplikasi)</w:t>
            </w:r>
          </w:p>
        </w:tc>
      </w:tr>
      <w:tr w:rsidR="00A73AFC" w14:paraId="71A679B2" w14:textId="77777777">
        <w:trPr>
          <w:jc w:val="center"/>
        </w:trPr>
        <w:tc>
          <w:tcPr>
            <w:tcW w:w="2381" w:type="dxa"/>
            <w:vAlign w:val="center"/>
          </w:tcPr>
          <w:p w14:paraId="7CDCA83A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382EACC3" w14:textId="77777777" w:rsidR="00A73AFC" w:rsidRDefault="006E2842">
            <w:r>
              <w:t>Pilihan Ganda (PG)</w:t>
            </w:r>
          </w:p>
        </w:tc>
      </w:tr>
      <w:tr w:rsidR="00A73AFC" w14:paraId="53DDFBF7" w14:textId="77777777">
        <w:trPr>
          <w:jc w:val="center"/>
        </w:trPr>
        <w:tc>
          <w:tcPr>
            <w:tcW w:w="2381" w:type="dxa"/>
            <w:vAlign w:val="center"/>
          </w:tcPr>
          <w:p w14:paraId="1A979F19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5BF3841" w14:textId="77777777" w:rsidR="00A73AFC" w:rsidRDefault="006E2842">
            <w:r>
              <w:t>1</w:t>
            </w:r>
          </w:p>
        </w:tc>
      </w:tr>
    </w:tbl>
    <w:p w14:paraId="06181138" w14:textId="77777777" w:rsidR="00A73AFC" w:rsidRDefault="006E2842">
      <w:r>
        <w:rPr>
          <w:b/>
        </w:rPr>
        <w:t>Soal</w:t>
      </w:r>
    </w:p>
    <w:p w14:paraId="645946B1" w14:textId="77777777" w:rsidR="00A73AFC" w:rsidRDefault="006E2842">
      <w:r>
        <w:t xml:space="preserve">Perhatikan kajian berikut: (1) menelusuri perkembangan Proklamasi Kemerdekaan dari kekalahan Jepang sampai pembentukan pemerintahan; (2) mengkaji kondisi sosial, </w:t>
      </w:r>
      <w:r>
        <w:t>ekonomi, dan politik Indonesia pada tahun 1945 secara bersamaan. Pernyataan yang tepat adalah …</w:t>
      </w:r>
    </w:p>
    <w:p w14:paraId="4FF9DABA" w14:textId="77777777" w:rsidR="00A73AFC" w:rsidRDefault="006E2842">
      <w:r>
        <w:t>A. Keduanya sinkronik</w:t>
      </w:r>
    </w:p>
    <w:p w14:paraId="3F48F706" w14:textId="77777777" w:rsidR="00A73AFC" w:rsidRDefault="006E2842">
      <w:r>
        <w:t>B. Keduanya diakronik</w:t>
      </w:r>
    </w:p>
    <w:p w14:paraId="6D3978C5" w14:textId="77777777" w:rsidR="00A73AFC" w:rsidRDefault="006E2842">
      <w:r>
        <w:t>C. (1) diakronik dan (2) sinkronik</w:t>
      </w:r>
    </w:p>
    <w:p w14:paraId="50DB045E" w14:textId="77777777" w:rsidR="00A73AFC" w:rsidRDefault="006E2842">
      <w:r>
        <w:t>D. (1) sinkronik dan (2) diakronik</w:t>
      </w:r>
    </w:p>
    <w:p w14:paraId="7D436C14" w14:textId="77777777" w:rsidR="00A73AFC" w:rsidRDefault="006E2842">
      <w:r>
        <w:t>E. Keduanya bukan cara berpikir sejarah</w:t>
      </w:r>
    </w:p>
    <w:p w14:paraId="1E96249E" w14:textId="77777777" w:rsidR="00A73AFC" w:rsidRDefault="006E2842">
      <w:r>
        <w:t>Petunj</w:t>
      </w:r>
      <w:r>
        <w:t>uk: Pilih satu jawaban yang paling tepat.</w:t>
      </w:r>
    </w:p>
    <w:p w14:paraId="010783DD" w14:textId="77777777" w:rsidR="00A73AFC" w:rsidRDefault="006E2842">
      <w:r>
        <w:rPr>
          <w:b/>
        </w:rPr>
        <w:t xml:space="preserve">Kunci Jawaban: </w:t>
      </w:r>
      <w:r>
        <w:t>C</w:t>
      </w:r>
    </w:p>
    <w:p w14:paraId="185A6D2F" w14:textId="77777777" w:rsidR="00A73AFC" w:rsidRDefault="006E2842">
      <w:r>
        <w:rPr>
          <w:b/>
        </w:rPr>
        <w:t xml:space="preserve">Pembahasan: </w:t>
      </w:r>
      <w:r>
        <w:t>Diakronik menelusuri perkembangan peristiwa sepanjang waktu, sedangkan sinkronik mengkaji berbagai aspek dalam satu kurun waktu.</w:t>
      </w:r>
    </w:p>
    <w:p w14:paraId="601B6AE2" w14:textId="77777777" w:rsidR="00A73AFC" w:rsidRDefault="006E2842">
      <w:r>
        <w:br w:type="page"/>
      </w:r>
    </w:p>
    <w:p w14:paraId="16E03808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38387331" w14:textId="77777777">
        <w:trPr>
          <w:jc w:val="center"/>
        </w:trPr>
        <w:tc>
          <w:tcPr>
            <w:tcW w:w="2381" w:type="dxa"/>
            <w:vAlign w:val="center"/>
          </w:tcPr>
          <w:p w14:paraId="32D2577C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4A72FBF3" w14:textId="77777777" w:rsidR="00A73AFC" w:rsidRDefault="006E2842">
            <w:r>
              <w:t>Peserta didik m</w:t>
            </w:r>
            <w:r>
              <w:t>ampu menganalisis konsep perkembangan ekonomi dan dinamika kerajaan-kerajaan Islam di Indonesia.</w:t>
            </w:r>
          </w:p>
        </w:tc>
      </w:tr>
      <w:tr w:rsidR="00A73AFC" w14:paraId="563D3B63" w14:textId="77777777">
        <w:trPr>
          <w:jc w:val="center"/>
        </w:trPr>
        <w:tc>
          <w:tcPr>
            <w:tcW w:w="2381" w:type="dxa"/>
            <w:vAlign w:val="center"/>
          </w:tcPr>
          <w:p w14:paraId="68A7F770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0ECC7F53" w14:textId="77777777" w:rsidR="00A73AFC" w:rsidRDefault="006E2842">
            <w:r>
              <w:t>Kerajaan-Kerajaan Islam di Nusantara</w:t>
            </w:r>
          </w:p>
        </w:tc>
      </w:tr>
      <w:tr w:rsidR="00A73AFC" w14:paraId="38896655" w14:textId="77777777">
        <w:trPr>
          <w:jc w:val="center"/>
        </w:trPr>
        <w:tc>
          <w:tcPr>
            <w:tcW w:w="2381" w:type="dxa"/>
            <w:vAlign w:val="center"/>
          </w:tcPr>
          <w:p w14:paraId="061C3390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02F2D2B0" w14:textId="77777777" w:rsidR="00A73AFC" w:rsidRDefault="006E2842">
            <w:r>
              <w:t>Fase F</w:t>
            </w:r>
          </w:p>
        </w:tc>
      </w:tr>
      <w:tr w:rsidR="00A73AFC" w14:paraId="44209F19" w14:textId="77777777">
        <w:trPr>
          <w:jc w:val="center"/>
        </w:trPr>
        <w:tc>
          <w:tcPr>
            <w:tcW w:w="2381" w:type="dxa"/>
            <w:vAlign w:val="center"/>
          </w:tcPr>
          <w:p w14:paraId="0A278DCC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2A777718" w14:textId="77777777" w:rsidR="00A73AFC" w:rsidRDefault="006E2842">
            <w:r>
              <w:t xml:space="preserve">Menjelaskan faktor-faktor yang mempengaruhi perkembangan ekonomi di </w:t>
            </w:r>
            <w:r>
              <w:t>kerajaan islam nusantara, berdasarkan fakta perkembangan kerajaan islam tersebut.</w:t>
            </w:r>
          </w:p>
        </w:tc>
      </w:tr>
      <w:tr w:rsidR="00A73AFC" w14:paraId="76BCE042" w14:textId="77777777">
        <w:trPr>
          <w:jc w:val="center"/>
        </w:trPr>
        <w:tc>
          <w:tcPr>
            <w:tcW w:w="2381" w:type="dxa"/>
            <w:vAlign w:val="center"/>
          </w:tcPr>
          <w:p w14:paraId="32845195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193A9042" w14:textId="77777777" w:rsidR="00A73AFC" w:rsidRDefault="006E2842">
            <w:r>
              <w:t>L2 (Aplikasi)</w:t>
            </w:r>
          </w:p>
        </w:tc>
      </w:tr>
      <w:tr w:rsidR="00A73AFC" w14:paraId="34B40D24" w14:textId="77777777">
        <w:trPr>
          <w:jc w:val="center"/>
        </w:trPr>
        <w:tc>
          <w:tcPr>
            <w:tcW w:w="2381" w:type="dxa"/>
            <w:vAlign w:val="center"/>
          </w:tcPr>
          <w:p w14:paraId="46F42B3A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202B359A" w14:textId="77777777" w:rsidR="00A73AFC" w:rsidRDefault="006E2842">
            <w:r>
              <w:t>Pilihan Ganda Kompleks (PGK)</w:t>
            </w:r>
          </w:p>
        </w:tc>
      </w:tr>
      <w:tr w:rsidR="00A73AFC" w14:paraId="5511827C" w14:textId="77777777">
        <w:trPr>
          <w:jc w:val="center"/>
        </w:trPr>
        <w:tc>
          <w:tcPr>
            <w:tcW w:w="2381" w:type="dxa"/>
            <w:vAlign w:val="center"/>
          </w:tcPr>
          <w:p w14:paraId="7A6900C1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294EF4C9" w14:textId="77777777" w:rsidR="00A73AFC" w:rsidRDefault="006E2842">
            <w:r>
              <w:t>2</w:t>
            </w:r>
          </w:p>
        </w:tc>
      </w:tr>
    </w:tbl>
    <w:p w14:paraId="1BC7A31E" w14:textId="77777777" w:rsidR="00A73AFC" w:rsidRDefault="006E2842">
      <w:r>
        <w:rPr>
          <w:b/>
        </w:rPr>
        <w:t>Soal</w:t>
      </w:r>
    </w:p>
    <w:p w14:paraId="54C98818" w14:textId="77777777" w:rsidR="00A73AFC" w:rsidRDefault="006E2842">
      <w:r>
        <w:t>Perhatikan pernyataan berikut tentang perkembangan ekonomi kerajaan Islam di Nusan</w:t>
      </w:r>
      <w:r>
        <w:t>tara!</w:t>
      </w:r>
      <w:r>
        <w:br/>
        <w:t>1) Kerajaan pesisir berada pada jalur pelayaran.</w:t>
      </w:r>
      <w:r>
        <w:br/>
        <w:t>2) Pelabuhan menjadi tempat bertemunya pedagang berbagai daerah.</w:t>
      </w:r>
      <w:r>
        <w:br/>
        <w:t>3) Komoditas seperti rempah-rempah mendukung perdagangan.</w:t>
      </w:r>
      <w:r>
        <w:br/>
        <w:t>4) Kerajaan menutup hubungan dengan pedagang luar.</w:t>
      </w:r>
      <w:r>
        <w:br/>
        <w:t>5) Jaringan perdagangan ant</w:t>
      </w:r>
      <w:r>
        <w:t>arpulau berkembang.</w:t>
      </w:r>
      <w:r>
        <w:br/>
      </w:r>
      <w:r>
        <w:br/>
        <w:t>Manakah pernyataan yang tepat menjelaskan faktor perkembangan ekonomi kerajaan Islam?</w:t>
      </w:r>
    </w:p>
    <w:p w14:paraId="5276E486" w14:textId="77777777" w:rsidR="00A73AFC" w:rsidRDefault="006E2842">
      <w:r>
        <w:t>A. 1, 2, dan 3</w:t>
      </w:r>
    </w:p>
    <w:p w14:paraId="3629C06C" w14:textId="77777777" w:rsidR="00A73AFC" w:rsidRDefault="006E2842">
      <w:r>
        <w:t>B. 1, 2, dan 5</w:t>
      </w:r>
    </w:p>
    <w:p w14:paraId="7AC7BD9B" w14:textId="77777777" w:rsidR="00A73AFC" w:rsidRDefault="006E2842">
      <w:r>
        <w:t>C. 2, 3, dan 5</w:t>
      </w:r>
    </w:p>
    <w:p w14:paraId="5BC1E35C" w14:textId="77777777" w:rsidR="00A73AFC" w:rsidRDefault="006E2842">
      <w:r>
        <w:t>D. 1, 3, 4, dan 5</w:t>
      </w:r>
    </w:p>
    <w:p w14:paraId="383C2A99" w14:textId="77777777" w:rsidR="00A73AFC" w:rsidRDefault="006E2842">
      <w:r>
        <w:t>E. 1, 2, 3, dan 5</w:t>
      </w:r>
    </w:p>
    <w:p w14:paraId="773AF1D1" w14:textId="77777777" w:rsidR="00A73AFC" w:rsidRDefault="006E2842">
      <w:r>
        <w:t xml:space="preserve">Petunjuk: Pilih satu jawaban yang paling tepat </w:t>
      </w:r>
      <w:r>
        <w:t>berdasarkan kombinasi pernyataan.</w:t>
      </w:r>
    </w:p>
    <w:p w14:paraId="2B5BCEA5" w14:textId="77777777" w:rsidR="00A73AFC" w:rsidRDefault="006E2842">
      <w:r>
        <w:rPr>
          <w:b/>
        </w:rPr>
        <w:t xml:space="preserve">Kunci Jawaban: </w:t>
      </w:r>
      <w:r>
        <w:t>E</w:t>
      </w:r>
    </w:p>
    <w:p w14:paraId="7C13632F" w14:textId="77777777" w:rsidR="00A73AFC" w:rsidRDefault="006E2842">
      <w:r>
        <w:rPr>
          <w:b/>
        </w:rPr>
        <w:t xml:space="preserve">Pembahasan: </w:t>
      </w:r>
      <w:r>
        <w:t>: Letak strategis, pelabuhan, komoditas, dan jaringan perdagangan merupakan faktor penting kemajuan ekonomi kerajaan Islam pesisir.</w:t>
      </w:r>
    </w:p>
    <w:p w14:paraId="0ED0FAB6" w14:textId="77777777" w:rsidR="00A73AFC" w:rsidRDefault="006E2842">
      <w:r>
        <w:br w:type="page"/>
      </w:r>
    </w:p>
    <w:p w14:paraId="022EDCAE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4E657ACD" w14:textId="77777777">
        <w:trPr>
          <w:jc w:val="center"/>
        </w:trPr>
        <w:tc>
          <w:tcPr>
            <w:tcW w:w="2381" w:type="dxa"/>
            <w:vAlign w:val="center"/>
          </w:tcPr>
          <w:p w14:paraId="5AD4BA67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2DFFEE4B" w14:textId="77777777" w:rsidR="00A73AFC" w:rsidRDefault="006E2842">
            <w:r>
              <w:t xml:space="preserve">Peserta didik </w:t>
            </w:r>
            <w:r>
              <w:t>mampu menganalisis latar belakang, proses, dan tujuan Kedatangan Bangsa-Bangsa Eropa ke Indonesia</w:t>
            </w:r>
          </w:p>
        </w:tc>
      </w:tr>
      <w:tr w:rsidR="00A73AFC" w14:paraId="60C7BB8E" w14:textId="77777777">
        <w:trPr>
          <w:jc w:val="center"/>
        </w:trPr>
        <w:tc>
          <w:tcPr>
            <w:tcW w:w="2381" w:type="dxa"/>
            <w:vAlign w:val="center"/>
          </w:tcPr>
          <w:p w14:paraId="2624F639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7306A3D3" w14:textId="77777777" w:rsidR="00A73AFC" w:rsidRDefault="006E2842">
            <w:r>
              <w:t>Kedatangan Bangsa-Bangsa Eropa ke Indonesia</w:t>
            </w:r>
          </w:p>
        </w:tc>
      </w:tr>
      <w:tr w:rsidR="00A73AFC" w14:paraId="5B0689B5" w14:textId="77777777">
        <w:trPr>
          <w:jc w:val="center"/>
        </w:trPr>
        <w:tc>
          <w:tcPr>
            <w:tcW w:w="2381" w:type="dxa"/>
            <w:vAlign w:val="center"/>
          </w:tcPr>
          <w:p w14:paraId="6973119F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7E77F532" w14:textId="77777777" w:rsidR="00A73AFC" w:rsidRDefault="006E2842">
            <w:r>
              <w:t>Fase F</w:t>
            </w:r>
          </w:p>
        </w:tc>
      </w:tr>
      <w:tr w:rsidR="00A73AFC" w14:paraId="48B2CE4F" w14:textId="77777777">
        <w:trPr>
          <w:jc w:val="center"/>
        </w:trPr>
        <w:tc>
          <w:tcPr>
            <w:tcW w:w="2381" w:type="dxa"/>
            <w:vAlign w:val="center"/>
          </w:tcPr>
          <w:p w14:paraId="24DDB90D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6910E875" w14:textId="77777777" w:rsidR="00A73AFC" w:rsidRDefault="006E2842">
            <w:r>
              <w:t>Menganalisis tujuan kedatangan bangsa eropa ke nusantara, berdasarkan f</w:t>
            </w:r>
            <w:r>
              <w:t>akta sejarah yang terjadi pada masa awal kedatangan bangsa Eropa.</w:t>
            </w:r>
          </w:p>
        </w:tc>
      </w:tr>
      <w:tr w:rsidR="00A73AFC" w14:paraId="0C5DB0A6" w14:textId="77777777">
        <w:trPr>
          <w:jc w:val="center"/>
        </w:trPr>
        <w:tc>
          <w:tcPr>
            <w:tcW w:w="2381" w:type="dxa"/>
            <w:vAlign w:val="center"/>
          </w:tcPr>
          <w:p w14:paraId="0EA18591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658DCF7C" w14:textId="77777777" w:rsidR="00A73AFC" w:rsidRDefault="006E2842">
            <w:r>
              <w:t>L3 (Penalaran)</w:t>
            </w:r>
          </w:p>
        </w:tc>
      </w:tr>
      <w:tr w:rsidR="00A73AFC" w14:paraId="564D74FB" w14:textId="77777777">
        <w:trPr>
          <w:jc w:val="center"/>
        </w:trPr>
        <w:tc>
          <w:tcPr>
            <w:tcW w:w="2381" w:type="dxa"/>
            <w:vAlign w:val="center"/>
          </w:tcPr>
          <w:p w14:paraId="014E99AA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3F69BB91" w14:textId="77777777" w:rsidR="00A73AFC" w:rsidRDefault="006E2842">
            <w:r>
              <w:t>Pilihan Ganda (PG)</w:t>
            </w:r>
          </w:p>
        </w:tc>
      </w:tr>
      <w:tr w:rsidR="00A73AFC" w14:paraId="127C6F1E" w14:textId="77777777">
        <w:trPr>
          <w:jc w:val="center"/>
        </w:trPr>
        <w:tc>
          <w:tcPr>
            <w:tcW w:w="2381" w:type="dxa"/>
            <w:vAlign w:val="center"/>
          </w:tcPr>
          <w:p w14:paraId="748D952D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76A0D0F0" w14:textId="77777777" w:rsidR="00A73AFC" w:rsidRDefault="006E2842">
            <w:r>
              <w:t>3</w:t>
            </w:r>
          </w:p>
        </w:tc>
      </w:tr>
    </w:tbl>
    <w:p w14:paraId="4ABF82FA" w14:textId="77777777" w:rsidR="00A73AFC" w:rsidRDefault="006E2842">
      <w:r>
        <w:rPr>
          <w:b/>
        </w:rPr>
        <w:t>Soal</w:t>
      </w:r>
    </w:p>
    <w:p w14:paraId="301089B0" w14:textId="77777777" w:rsidR="00A73AFC" w:rsidRDefault="006E2842">
      <w:r>
        <w:t xml:space="preserve">Bangsa Eropa awalnya mencari jalur menuju sumber rempah-rempah. Setelah tiba di Nusantara, </w:t>
      </w:r>
      <w:r>
        <w:t>aktivitas mereka berkembang menjadi monopoli dan penguasaan wilayah. Kesimpulan yang paling tepat adalah …</w:t>
      </w:r>
    </w:p>
    <w:p w14:paraId="057EE8C0" w14:textId="77777777" w:rsidR="00A73AFC" w:rsidRDefault="006E2842">
      <w:r>
        <w:t>A. Hanya penelitian geografis</w:t>
      </w:r>
    </w:p>
    <w:p w14:paraId="70B3CFFC" w14:textId="77777777" w:rsidR="00A73AFC" w:rsidRDefault="006E2842">
      <w:r>
        <w:t>B. Hanya pendidikan</w:t>
      </w:r>
    </w:p>
    <w:p w14:paraId="3D3EE644" w14:textId="77777777" w:rsidR="00A73AFC" w:rsidRDefault="006E2842">
      <w:r>
        <w:t>C. Mencari keuntungan, kekuasaan, dan menyebarkan agama</w:t>
      </w:r>
    </w:p>
    <w:p w14:paraId="311491F3" w14:textId="77777777" w:rsidR="00A73AFC" w:rsidRDefault="006E2842">
      <w:r>
        <w:t>D. Membantu kerajaan Nusantara</w:t>
      </w:r>
    </w:p>
    <w:p w14:paraId="7D2FE98C" w14:textId="77777777" w:rsidR="00A73AFC" w:rsidRDefault="006E2842">
      <w:r>
        <w:t>E. Menghinda</w:t>
      </w:r>
      <w:r>
        <w:t>ri perdagangan</w:t>
      </w:r>
    </w:p>
    <w:p w14:paraId="321F8AA2" w14:textId="77777777" w:rsidR="00A73AFC" w:rsidRDefault="006E2842">
      <w:r>
        <w:t>Petunjuk: Pilih satu jawaban yang paling tepat.</w:t>
      </w:r>
    </w:p>
    <w:p w14:paraId="7F163C8B" w14:textId="77777777" w:rsidR="00A73AFC" w:rsidRDefault="006E2842">
      <w:r>
        <w:rPr>
          <w:b/>
        </w:rPr>
        <w:t xml:space="preserve">Kunci Jawaban: </w:t>
      </w:r>
      <w:r>
        <w:t>C</w:t>
      </w:r>
    </w:p>
    <w:p w14:paraId="131D9C95" w14:textId="77777777" w:rsidR="00A73AFC" w:rsidRDefault="006E2842">
      <w:r>
        <w:rPr>
          <w:b/>
        </w:rPr>
        <w:t xml:space="preserve">Pembahasan: </w:t>
      </w:r>
      <w:r>
        <w:t>Kedatangan bangsa Eropa berkaitan dengan kepentingan ekonomi, kekuasaan/kejayaan, dan penyebaran agama.</w:t>
      </w:r>
    </w:p>
    <w:p w14:paraId="720CABCF" w14:textId="77777777" w:rsidR="00A73AFC" w:rsidRDefault="006E2842">
      <w:r>
        <w:br w:type="page"/>
      </w:r>
    </w:p>
    <w:p w14:paraId="6B28206E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4D0E8297" w14:textId="77777777">
        <w:trPr>
          <w:jc w:val="center"/>
        </w:trPr>
        <w:tc>
          <w:tcPr>
            <w:tcW w:w="2381" w:type="dxa"/>
            <w:vAlign w:val="center"/>
          </w:tcPr>
          <w:p w14:paraId="7D70FC17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7284005A" w14:textId="77777777" w:rsidR="00A73AFC" w:rsidRDefault="006E2842">
            <w:r>
              <w:t>Peserta didik mampu</w:t>
            </w:r>
            <w:r>
              <w:t xml:space="preserve"> menghubungkan ide perjuangan para tokoh pergerakan nasional dengan konteks kehidupan bermasyarakat dan berbangsa saat ini.</w:t>
            </w:r>
          </w:p>
        </w:tc>
      </w:tr>
      <w:tr w:rsidR="00A73AFC" w14:paraId="4B899565" w14:textId="77777777">
        <w:trPr>
          <w:jc w:val="center"/>
        </w:trPr>
        <w:tc>
          <w:tcPr>
            <w:tcW w:w="2381" w:type="dxa"/>
            <w:vAlign w:val="center"/>
          </w:tcPr>
          <w:p w14:paraId="40B4CB79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72EEBB05" w14:textId="77777777" w:rsidR="00A73AFC" w:rsidRDefault="006E2842">
            <w:r>
              <w:t>Pergerakan Nasional Indonesia</w:t>
            </w:r>
          </w:p>
        </w:tc>
      </w:tr>
      <w:tr w:rsidR="00A73AFC" w14:paraId="640BD33E" w14:textId="77777777">
        <w:trPr>
          <w:jc w:val="center"/>
        </w:trPr>
        <w:tc>
          <w:tcPr>
            <w:tcW w:w="2381" w:type="dxa"/>
            <w:vAlign w:val="center"/>
          </w:tcPr>
          <w:p w14:paraId="783510CA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26D21211" w14:textId="77777777" w:rsidR="00A73AFC" w:rsidRDefault="006E2842">
            <w:r>
              <w:t>Fase F</w:t>
            </w:r>
          </w:p>
        </w:tc>
      </w:tr>
      <w:tr w:rsidR="00A73AFC" w14:paraId="2EBFBDD1" w14:textId="77777777">
        <w:trPr>
          <w:jc w:val="center"/>
        </w:trPr>
        <w:tc>
          <w:tcPr>
            <w:tcW w:w="2381" w:type="dxa"/>
            <w:vAlign w:val="center"/>
          </w:tcPr>
          <w:p w14:paraId="34B3CCCA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70C41DFF" w14:textId="77777777" w:rsidR="00A73AFC" w:rsidRDefault="006E2842">
            <w:r>
              <w:t xml:space="preserve">Menjelaskan hubungan ide perjuangan salah satu tokoh </w:t>
            </w:r>
            <w:r>
              <w:t>pergerakan nasional dengan kehidupan masa kini.</w:t>
            </w:r>
          </w:p>
        </w:tc>
      </w:tr>
      <w:tr w:rsidR="00A73AFC" w14:paraId="66F47D53" w14:textId="77777777">
        <w:trPr>
          <w:jc w:val="center"/>
        </w:trPr>
        <w:tc>
          <w:tcPr>
            <w:tcW w:w="2381" w:type="dxa"/>
            <w:vAlign w:val="center"/>
          </w:tcPr>
          <w:p w14:paraId="0CE1D046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4DFFBCA2" w14:textId="77777777" w:rsidR="00A73AFC" w:rsidRDefault="006E2842">
            <w:r>
              <w:t>L2 (Aplikasi)</w:t>
            </w:r>
          </w:p>
        </w:tc>
      </w:tr>
      <w:tr w:rsidR="00A73AFC" w14:paraId="0BEE3013" w14:textId="77777777">
        <w:trPr>
          <w:jc w:val="center"/>
        </w:trPr>
        <w:tc>
          <w:tcPr>
            <w:tcW w:w="2381" w:type="dxa"/>
            <w:vAlign w:val="center"/>
          </w:tcPr>
          <w:p w14:paraId="4C78B743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4E1B6493" w14:textId="77777777" w:rsidR="00A73AFC" w:rsidRDefault="006E2842">
            <w:r>
              <w:t>Pilihan Ganda Kompleks (PGK)</w:t>
            </w:r>
          </w:p>
        </w:tc>
      </w:tr>
      <w:tr w:rsidR="00A73AFC" w14:paraId="11F517D3" w14:textId="77777777">
        <w:trPr>
          <w:jc w:val="center"/>
        </w:trPr>
        <w:tc>
          <w:tcPr>
            <w:tcW w:w="2381" w:type="dxa"/>
            <w:vAlign w:val="center"/>
          </w:tcPr>
          <w:p w14:paraId="4BB7061E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7729619" w14:textId="77777777" w:rsidR="00A73AFC" w:rsidRDefault="006E2842">
            <w:r>
              <w:t>4</w:t>
            </w:r>
          </w:p>
        </w:tc>
      </w:tr>
    </w:tbl>
    <w:p w14:paraId="029FABDC" w14:textId="77777777" w:rsidR="00A73AFC" w:rsidRDefault="006E2842">
      <w:r>
        <w:rPr>
          <w:b/>
        </w:rPr>
        <w:t>Soal</w:t>
      </w:r>
    </w:p>
    <w:p w14:paraId="4290BEDC" w14:textId="77777777" w:rsidR="00A73AFC" w:rsidRDefault="006E2842">
      <w:r>
        <w:t>Perhatikan penerapan nilai perjuangan Ki Hajar Dewantara berikut!</w:t>
      </w:r>
      <w:r>
        <w:br/>
        <w:t xml:space="preserve">1) Mendorong pemerataan kesempatan </w:t>
      </w:r>
      <w:r>
        <w:t>belajar.</w:t>
      </w:r>
      <w:r>
        <w:br/>
        <w:t>2) Mengembangkan pendidikan yang membentuk karakter.</w:t>
      </w:r>
      <w:r>
        <w:br/>
        <w:t>3) Menggunakan ilmu untuk kepentingan masyarakat.</w:t>
      </w:r>
      <w:r>
        <w:br/>
        <w:t>4) Membatasi pendidikan untuk kelompok tertentu.</w:t>
      </w:r>
      <w:r>
        <w:br/>
        <w:t>5) Menghindari perkembangan ilmu pengetahuan.</w:t>
      </w:r>
      <w:r>
        <w:br/>
      </w:r>
      <w:r>
        <w:br/>
        <w:t>Pilihan yang mencerminkan penerapan gagasan ters</w:t>
      </w:r>
      <w:r>
        <w:t>ebut adalah …</w:t>
      </w:r>
    </w:p>
    <w:p w14:paraId="45F6D0A5" w14:textId="77777777" w:rsidR="00A73AFC" w:rsidRDefault="006E2842">
      <w:r>
        <w:t>A. 1, 2, dan 3</w:t>
      </w:r>
    </w:p>
    <w:p w14:paraId="28AF28CD" w14:textId="77777777" w:rsidR="00A73AFC" w:rsidRDefault="006E2842">
      <w:r>
        <w:t>B. 1 dan 4</w:t>
      </w:r>
    </w:p>
    <w:p w14:paraId="62BD18A9" w14:textId="77777777" w:rsidR="00A73AFC" w:rsidRDefault="006E2842">
      <w:r>
        <w:t>C. 2 dan 5</w:t>
      </w:r>
    </w:p>
    <w:p w14:paraId="0B680395" w14:textId="77777777" w:rsidR="00A73AFC" w:rsidRDefault="006E2842">
      <w:r>
        <w:t>D. 3, 4, dan 5</w:t>
      </w:r>
    </w:p>
    <w:p w14:paraId="305E2C18" w14:textId="77777777" w:rsidR="00A73AFC" w:rsidRDefault="006E2842">
      <w:r>
        <w:t>E. 1, 4, dan 5</w:t>
      </w:r>
    </w:p>
    <w:p w14:paraId="27CE5AB4" w14:textId="77777777" w:rsidR="00A73AFC" w:rsidRDefault="006E2842">
      <w:r>
        <w:t>Petunjuk: Pilih satu jawaban yang paling tepat berdasarkan kombinasi pernyataan.</w:t>
      </w:r>
    </w:p>
    <w:p w14:paraId="327A77E5" w14:textId="77777777" w:rsidR="00A73AFC" w:rsidRDefault="006E2842">
      <w:r>
        <w:rPr>
          <w:b/>
        </w:rPr>
        <w:t xml:space="preserve">Kunci Jawaban: </w:t>
      </w:r>
      <w:r>
        <w:t>A</w:t>
      </w:r>
    </w:p>
    <w:p w14:paraId="1F565121" w14:textId="77777777" w:rsidR="00A73AFC" w:rsidRDefault="006E2842">
      <w:r>
        <w:rPr>
          <w:b/>
        </w:rPr>
        <w:t xml:space="preserve">Pembahasan: </w:t>
      </w:r>
      <w:r>
        <w:t xml:space="preserve">: Nilai perjuangan Ki Hajar Dewantara relevan melalui pendidikan </w:t>
      </w:r>
      <w:r>
        <w:t>yang mencerdaskan, membentuk karakter, dan memberi manfaat bagi masyarakat.</w:t>
      </w:r>
    </w:p>
    <w:p w14:paraId="4D7316A9" w14:textId="77777777" w:rsidR="00A73AFC" w:rsidRDefault="006E2842">
      <w:r>
        <w:br w:type="page"/>
      </w:r>
    </w:p>
    <w:p w14:paraId="533929A9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4D435F83" w14:textId="77777777">
        <w:trPr>
          <w:jc w:val="center"/>
        </w:trPr>
        <w:tc>
          <w:tcPr>
            <w:tcW w:w="2381" w:type="dxa"/>
            <w:vAlign w:val="center"/>
          </w:tcPr>
          <w:p w14:paraId="5300112F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44A01B48" w14:textId="77777777" w:rsidR="00A73AFC" w:rsidRDefault="006E2842">
            <w:r>
              <w:t>Peserta didik mampu mengevaluasi latar belakang, proses, dan dinamika peristiwa politik/ekonomi pada masa transisi lahirnya Orde Baru.</w:t>
            </w:r>
          </w:p>
        </w:tc>
      </w:tr>
      <w:tr w:rsidR="00A73AFC" w14:paraId="6D013DDC" w14:textId="77777777">
        <w:trPr>
          <w:jc w:val="center"/>
        </w:trPr>
        <w:tc>
          <w:tcPr>
            <w:tcW w:w="2381" w:type="dxa"/>
            <w:vAlign w:val="center"/>
          </w:tcPr>
          <w:p w14:paraId="2CB413EF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136D8E85" w14:textId="77777777" w:rsidR="00A73AFC" w:rsidRDefault="006E2842">
            <w:r>
              <w:t>Lahirnya Pemerintahan Orde Baru</w:t>
            </w:r>
          </w:p>
        </w:tc>
      </w:tr>
      <w:tr w:rsidR="00A73AFC" w14:paraId="76432ADB" w14:textId="77777777">
        <w:trPr>
          <w:jc w:val="center"/>
        </w:trPr>
        <w:tc>
          <w:tcPr>
            <w:tcW w:w="2381" w:type="dxa"/>
            <w:vAlign w:val="center"/>
          </w:tcPr>
          <w:p w14:paraId="63AF0DF1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4DB6BB7B" w14:textId="77777777" w:rsidR="00A73AFC" w:rsidRDefault="006E2842">
            <w:r>
              <w:t>Fase F</w:t>
            </w:r>
          </w:p>
        </w:tc>
      </w:tr>
      <w:tr w:rsidR="00A73AFC" w14:paraId="06F1EED3" w14:textId="77777777">
        <w:trPr>
          <w:jc w:val="center"/>
        </w:trPr>
        <w:tc>
          <w:tcPr>
            <w:tcW w:w="2381" w:type="dxa"/>
            <w:vAlign w:val="center"/>
          </w:tcPr>
          <w:p w14:paraId="09D01736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0F172BA4" w14:textId="77777777" w:rsidR="00A73AFC" w:rsidRDefault="006E2842">
            <w:r>
              <w:t>Menganalisis peristiwa penting terkait kebijakan/ekonomi/politik berdasar fakta sejarah lahirnya orde baru.</w:t>
            </w:r>
          </w:p>
        </w:tc>
      </w:tr>
      <w:tr w:rsidR="00A73AFC" w14:paraId="3C0C5199" w14:textId="77777777">
        <w:trPr>
          <w:jc w:val="center"/>
        </w:trPr>
        <w:tc>
          <w:tcPr>
            <w:tcW w:w="2381" w:type="dxa"/>
            <w:vAlign w:val="center"/>
          </w:tcPr>
          <w:p w14:paraId="0A63C9A1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313AE913" w14:textId="77777777" w:rsidR="00A73AFC" w:rsidRDefault="006E2842">
            <w:r>
              <w:t>L3 (Penalaran)</w:t>
            </w:r>
          </w:p>
        </w:tc>
      </w:tr>
      <w:tr w:rsidR="00A73AFC" w14:paraId="521FB1AF" w14:textId="77777777">
        <w:trPr>
          <w:jc w:val="center"/>
        </w:trPr>
        <w:tc>
          <w:tcPr>
            <w:tcW w:w="2381" w:type="dxa"/>
            <w:vAlign w:val="center"/>
          </w:tcPr>
          <w:p w14:paraId="3FA3304D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7280CC04" w14:textId="77777777" w:rsidR="00A73AFC" w:rsidRDefault="006E2842">
            <w:r>
              <w:t>Pilihan Ganda (PG)</w:t>
            </w:r>
          </w:p>
        </w:tc>
      </w:tr>
      <w:tr w:rsidR="00A73AFC" w14:paraId="7DEF40EA" w14:textId="77777777">
        <w:trPr>
          <w:jc w:val="center"/>
        </w:trPr>
        <w:tc>
          <w:tcPr>
            <w:tcW w:w="2381" w:type="dxa"/>
            <w:vAlign w:val="center"/>
          </w:tcPr>
          <w:p w14:paraId="24F066B6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35A10951" w14:textId="77777777" w:rsidR="00A73AFC" w:rsidRDefault="006E2842">
            <w:r>
              <w:t>5</w:t>
            </w:r>
          </w:p>
        </w:tc>
      </w:tr>
    </w:tbl>
    <w:p w14:paraId="5E9A3EB4" w14:textId="77777777" w:rsidR="00A73AFC" w:rsidRDefault="006E2842">
      <w:r>
        <w:rPr>
          <w:b/>
        </w:rPr>
        <w:t>Soal</w:t>
      </w:r>
    </w:p>
    <w:p w14:paraId="5E64563B" w14:textId="77777777" w:rsidR="00A73AFC" w:rsidRDefault="006E2842">
      <w:r>
        <w:t>Krisis ekonomi, inflasi tinggi, ketidakstabilan politik, dan tuntutan perubahan menjadi ciri masa transisi menuju Orde Baru. Kesimpulan yang tepat adalah …</w:t>
      </w:r>
    </w:p>
    <w:p w14:paraId="4A4D0347" w14:textId="77777777" w:rsidR="00A73AFC" w:rsidRDefault="006E2842">
      <w:r>
        <w:t>A. Stabilitas sudah tercapai</w:t>
      </w:r>
    </w:p>
    <w:p w14:paraId="07839F93" w14:textId="77777777" w:rsidR="00A73AFC" w:rsidRDefault="006E2842">
      <w:r>
        <w:t xml:space="preserve">B. Krisis multidimensional memperbesar tuntutan </w:t>
      </w:r>
      <w:r>
        <w:t>penataan politik dan ekonomi</w:t>
      </w:r>
    </w:p>
    <w:p w14:paraId="5F8D89A4" w14:textId="77777777" w:rsidR="00A73AFC" w:rsidRDefault="006E2842">
      <w:r>
        <w:t>C. Ekonomi terlalu maju</w:t>
      </w:r>
    </w:p>
    <w:p w14:paraId="53E63E1B" w14:textId="77777777" w:rsidR="00A73AFC" w:rsidRDefault="006E2842">
      <w:r>
        <w:t>D. Hanya perdagangan internasional yang berpengaruh</w:t>
      </w:r>
    </w:p>
    <w:p w14:paraId="42E9705E" w14:textId="77777777" w:rsidR="00A73AFC" w:rsidRDefault="006E2842">
      <w:r>
        <w:t>E. Kondisi sosial-politik tidak berpengaruh</w:t>
      </w:r>
    </w:p>
    <w:p w14:paraId="1088A8D5" w14:textId="77777777" w:rsidR="00A73AFC" w:rsidRDefault="006E2842">
      <w:r>
        <w:t>Petunjuk: Pilih satu jawaban yang paling tepat.</w:t>
      </w:r>
    </w:p>
    <w:p w14:paraId="65C1AF52" w14:textId="77777777" w:rsidR="00A73AFC" w:rsidRDefault="006E2842">
      <w:r>
        <w:rPr>
          <w:b/>
        </w:rPr>
        <w:t xml:space="preserve">Kunci Jawaban: </w:t>
      </w:r>
      <w:r>
        <w:t>B</w:t>
      </w:r>
    </w:p>
    <w:p w14:paraId="526FC29E" w14:textId="77777777" w:rsidR="00A73AFC" w:rsidRDefault="006E2842">
      <w:r>
        <w:rPr>
          <w:b/>
        </w:rPr>
        <w:t xml:space="preserve">Pembahasan: </w:t>
      </w:r>
      <w:r>
        <w:t>Krisis ekonomi dan politik mem</w:t>
      </w:r>
      <w:r>
        <w:t>perkuat tuntutan terhadap perubahan serta penataan kembali kehidupan politik dan ekonomi.</w:t>
      </w:r>
    </w:p>
    <w:p w14:paraId="2489FB78" w14:textId="77777777" w:rsidR="00A73AFC" w:rsidRDefault="006E2842">
      <w:r>
        <w:br w:type="page"/>
      </w:r>
    </w:p>
    <w:p w14:paraId="5C80FCCA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7B3E1515" w14:textId="77777777">
        <w:trPr>
          <w:jc w:val="center"/>
        </w:trPr>
        <w:tc>
          <w:tcPr>
            <w:tcW w:w="2381" w:type="dxa"/>
            <w:vAlign w:val="center"/>
          </w:tcPr>
          <w:p w14:paraId="5B6EB530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4129CA2E" w14:textId="77777777" w:rsidR="00A73AFC" w:rsidRDefault="006E2842">
            <w:r>
              <w:t>Peserta didik mampu mengidentifikasi faktor-faktor penentu kemajuan perdagangan dan ekonomi kerajaan Islam di Nusantara.</w:t>
            </w:r>
          </w:p>
        </w:tc>
      </w:tr>
      <w:tr w:rsidR="00A73AFC" w14:paraId="3F6FF734" w14:textId="77777777">
        <w:trPr>
          <w:jc w:val="center"/>
        </w:trPr>
        <w:tc>
          <w:tcPr>
            <w:tcW w:w="2381" w:type="dxa"/>
            <w:vAlign w:val="center"/>
          </w:tcPr>
          <w:p w14:paraId="17BBC6AF" w14:textId="77777777" w:rsidR="00A73AFC" w:rsidRDefault="006E2842">
            <w:r>
              <w:rPr>
                <w:b/>
              </w:rPr>
              <w:t>Mat</w:t>
            </w:r>
            <w:r>
              <w:rPr>
                <w:b/>
              </w:rPr>
              <w:t>eri</w:t>
            </w:r>
          </w:p>
        </w:tc>
        <w:tc>
          <w:tcPr>
            <w:tcW w:w="7087" w:type="dxa"/>
            <w:vAlign w:val="center"/>
          </w:tcPr>
          <w:p w14:paraId="19C1EB63" w14:textId="77777777" w:rsidR="00A73AFC" w:rsidRDefault="006E2842">
            <w:r>
              <w:t>Kehidupan Ekonomi Kerajaan Islam</w:t>
            </w:r>
          </w:p>
        </w:tc>
      </w:tr>
      <w:tr w:rsidR="00A73AFC" w14:paraId="6BD1C5C0" w14:textId="77777777">
        <w:trPr>
          <w:jc w:val="center"/>
        </w:trPr>
        <w:tc>
          <w:tcPr>
            <w:tcW w:w="2381" w:type="dxa"/>
            <w:vAlign w:val="center"/>
          </w:tcPr>
          <w:p w14:paraId="456B4F3F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40CBF70F" w14:textId="77777777" w:rsidR="00A73AFC" w:rsidRDefault="006E2842">
            <w:r>
              <w:t>Fase F</w:t>
            </w:r>
          </w:p>
        </w:tc>
      </w:tr>
      <w:tr w:rsidR="00A73AFC" w14:paraId="504969B5" w14:textId="77777777">
        <w:trPr>
          <w:jc w:val="center"/>
        </w:trPr>
        <w:tc>
          <w:tcPr>
            <w:tcW w:w="2381" w:type="dxa"/>
            <w:vAlign w:val="center"/>
          </w:tcPr>
          <w:p w14:paraId="699C45A4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2B289E30" w14:textId="77777777" w:rsidR="00A73AFC" w:rsidRDefault="006E2842">
            <w:r>
              <w:t>Menentukan faktor perkembangan ekonomi pada masa kerajaan Islam nusantara berdasarkan informasi kehidupan ekonomi pada masa tersebut.</w:t>
            </w:r>
          </w:p>
        </w:tc>
      </w:tr>
      <w:tr w:rsidR="00A73AFC" w14:paraId="2C854582" w14:textId="77777777">
        <w:trPr>
          <w:jc w:val="center"/>
        </w:trPr>
        <w:tc>
          <w:tcPr>
            <w:tcW w:w="2381" w:type="dxa"/>
            <w:vAlign w:val="center"/>
          </w:tcPr>
          <w:p w14:paraId="2B692F87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7D5121A9" w14:textId="77777777" w:rsidR="00A73AFC" w:rsidRDefault="006E2842">
            <w:r>
              <w:t>L2 (Aplikasi)</w:t>
            </w:r>
          </w:p>
        </w:tc>
      </w:tr>
      <w:tr w:rsidR="00A73AFC" w14:paraId="7C026277" w14:textId="77777777">
        <w:trPr>
          <w:jc w:val="center"/>
        </w:trPr>
        <w:tc>
          <w:tcPr>
            <w:tcW w:w="2381" w:type="dxa"/>
            <w:vAlign w:val="center"/>
          </w:tcPr>
          <w:p w14:paraId="0FC86279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576720F" w14:textId="77777777" w:rsidR="00A73AFC" w:rsidRDefault="006E2842">
            <w:r>
              <w:t>Pilihan Ganda Kompleks (PGK)</w:t>
            </w:r>
          </w:p>
        </w:tc>
      </w:tr>
      <w:tr w:rsidR="00A73AFC" w14:paraId="4238633C" w14:textId="77777777">
        <w:trPr>
          <w:jc w:val="center"/>
        </w:trPr>
        <w:tc>
          <w:tcPr>
            <w:tcW w:w="2381" w:type="dxa"/>
            <w:vAlign w:val="center"/>
          </w:tcPr>
          <w:p w14:paraId="02887834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87817DD" w14:textId="77777777" w:rsidR="00A73AFC" w:rsidRDefault="006E2842">
            <w:r>
              <w:t>7</w:t>
            </w:r>
          </w:p>
        </w:tc>
      </w:tr>
    </w:tbl>
    <w:p w14:paraId="0843DF80" w14:textId="77777777" w:rsidR="00A73AFC" w:rsidRDefault="006E2842">
      <w:r>
        <w:rPr>
          <w:b/>
        </w:rPr>
        <w:t>Soal</w:t>
      </w:r>
    </w:p>
    <w:p w14:paraId="2EE1D7CA" w14:textId="77777777" w:rsidR="00A73AFC" w:rsidRDefault="006E2842">
      <w:r>
        <w:t>Perhatikan faktor berikut!</w:t>
      </w:r>
      <w:r>
        <w:br/>
        <w:t>1) Letak strategis di jalur perdagangan.</w:t>
      </w:r>
      <w:r>
        <w:br/>
        <w:t>2) Tersedianya komoditas perdagangan.</w:t>
      </w:r>
      <w:r>
        <w:br/>
        <w:t>3) Pelabuhan yang ramai.</w:t>
      </w:r>
      <w:r>
        <w:br/>
        <w:t>4) Larangan perdagangan antarpulau.</w:t>
      </w:r>
      <w:r>
        <w:br/>
        <w:t>5) Hubungan dengan pedagang dari berbaga</w:t>
      </w:r>
      <w:r>
        <w:t>i daerah.</w:t>
      </w:r>
      <w:r>
        <w:br/>
      </w:r>
      <w:r>
        <w:br/>
        <w:t>Faktor yang mendukung kemajuan ekonomi kerajaan Islam ditunjukkan oleh …</w:t>
      </w:r>
    </w:p>
    <w:p w14:paraId="29203341" w14:textId="77777777" w:rsidR="00A73AFC" w:rsidRDefault="006E2842">
      <w:r>
        <w:t>A. 1, 2, dan 3</w:t>
      </w:r>
    </w:p>
    <w:p w14:paraId="535B1A68" w14:textId="77777777" w:rsidR="00A73AFC" w:rsidRDefault="006E2842">
      <w:r>
        <w:t>B. 1, 2, dan 5</w:t>
      </w:r>
    </w:p>
    <w:p w14:paraId="6910E0CB" w14:textId="77777777" w:rsidR="00A73AFC" w:rsidRDefault="006E2842">
      <w:r>
        <w:t>C. 2, 3, dan 5</w:t>
      </w:r>
    </w:p>
    <w:p w14:paraId="478CC3DB" w14:textId="77777777" w:rsidR="00A73AFC" w:rsidRDefault="006E2842">
      <w:r>
        <w:t>D. 1, 2, 3, dan 5</w:t>
      </w:r>
    </w:p>
    <w:p w14:paraId="7E4288EA" w14:textId="77777777" w:rsidR="00A73AFC" w:rsidRDefault="006E2842">
      <w:r>
        <w:t>E. 1, 3, 4, dan 5</w:t>
      </w:r>
    </w:p>
    <w:p w14:paraId="598B6979" w14:textId="77777777" w:rsidR="00A73AFC" w:rsidRDefault="006E2842">
      <w:r>
        <w:t>Petunjuk: Pilih satu jawaban yang paling tepat berdasarkan kombinasi pernyataan.</w:t>
      </w:r>
    </w:p>
    <w:p w14:paraId="545A3985" w14:textId="77777777" w:rsidR="00A73AFC" w:rsidRDefault="006E2842">
      <w:r>
        <w:rPr>
          <w:b/>
        </w:rPr>
        <w:t>Kunci Jawa</w:t>
      </w:r>
      <w:r>
        <w:rPr>
          <w:b/>
        </w:rPr>
        <w:t xml:space="preserve">ban: </w:t>
      </w:r>
      <w:r>
        <w:t>D</w:t>
      </w:r>
    </w:p>
    <w:p w14:paraId="245D991B" w14:textId="77777777" w:rsidR="00A73AFC" w:rsidRDefault="006E2842">
      <w:r>
        <w:rPr>
          <w:b/>
        </w:rPr>
        <w:t xml:space="preserve">Pembahasan: </w:t>
      </w:r>
      <w:r>
        <w:t>: Komoditas dagang dan jaringan perdagangan antarpulau memperkuat aktivitas ekonomi kerajaan Islam.</w:t>
      </w:r>
    </w:p>
    <w:p w14:paraId="35C768F7" w14:textId="77777777" w:rsidR="00A73AFC" w:rsidRDefault="006E2842">
      <w:r>
        <w:br w:type="page"/>
      </w:r>
    </w:p>
    <w:p w14:paraId="3E12A27F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6601AF23" w14:textId="77777777">
        <w:trPr>
          <w:jc w:val="center"/>
        </w:trPr>
        <w:tc>
          <w:tcPr>
            <w:tcW w:w="2381" w:type="dxa"/>
            <w:vAlign w:val="center"/>
          </w:tcPr>
          <w:p w14:paraId="6BF0C903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0F5C60FE" w14:textId="77777777" w:rsidR="00A73AFC" w:rsidRDefault="006E2842">
            <w:r>
              <w:t xml:space="preserve">Peserta didik mampu mengevaluasi dan menyimpulkan keabsahan serta keberagaman </w:t>
            </w:r>
            <w:r>
              <w:t>sumber-sumber sejarah.</w:t>
            </w:r>
          </w:p>
        </w:tc>
      </w:tr>
      <w:tr w:rsidR="00A73AFC" w14:paraId="08B30D2D" w14:textId="77777777">
        <w:trPr>
          <w:jc w:val="center"/>
        </w:trPr>
        <w:tc>
          <w:tcPr>
            <w:tcW w:w="2381" w:type="dxa"/>
            <w:vAlign w:val="center"/>
          </w:tcPr>
          <w:p w14:paraId="69A8BAC3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0911BE02" w14:textId="77777777" w:rsidR="00A73AFC" w:rsidRDefault="006E2842">
            <w:r>
              <w:t>Sumber-Sumber Sejarah</w:t>
            </w:r>
          </w:p>
        </w:tc>
      </w:tr>
      <w:tr w:rsidR="00A73AFC" w14:paraId="1E1A1D7A" w14:textId="77777777">
        <w:trPr>
          <w:jc w:val="center"/>
        </w:trPr>
        <w:tc>
          <w:tcPr>
            <w:tcW w:w="2381" w:type="dxa"/>
            <w:vAlign w:val="center"/>
          </w:tcPr>
          <w:p w14:paraId="580D1E89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0A59478A" w14:textId="77777777" w:rsidR="00A73AFC" w:rsidRDefault="006E2842">
            <w:r>
              <w:t>Fase E</w:t>
            </w:r>
          </w:p>
        </w:tc>
      </w:tr>
      <w:tr w:rsidR="00A73AFC" w14:paraId="59E6B1C3" w14:textId="77777777">
        <w:trPr>
          <w:jc w:val="center"/>
        </w:trPr>
        <w:tc>
          <w:tcPr>
            <w:tcW w:w="2381" w:type="dxa"/>
            <w:vAlign w:val="center"/>
          </w:tcPr>
          <w:p w14:paraId="6AE98877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1C253172" w14:textId="77777777" w:rsidR="00A73AFC" w:rsidRDefault="006E2842">
            <w:r>
              <w:t>Menyimpulkan berbagai sumber sejarah berdasarkan deskripsi fakta sejarah pada periode tertentu.</w:t>
            </w:r>
          </w:p>
        </w:tc>
      </w:tr>
      <w:tr w:rsidR="00A73AFC" w14:paraId="4298D47C" w14:textId="77777777">
        <w:trPr>
          <w:jc w:val="center"/>
        </w:trPr>
        <w:tc>
          <w:tcPr>
            <w:tcW w:w="2381" w:type="dxa"/>
            <w:vAlign w:val="center"/>
          </w:tcPr>
          <w:p w14:paraId="023E6D65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2FF77038" w14:textId="77777777" w:rsidR="00A73AFC" w:rsidRDefault="006E2842">
            <w:r>
              <w:t>L3 (Penalaran)</w:t>
            </w:r>
          </w:p>
        </w:tc>
      </w:tr>
      <w:tr w:rsidR="00A73AFC" w14:paraId="752D217A" w14:textId="77777777">
        <w:trPr>
          <w:jc w:val="center"/>
        </w:trPr>
        <w:tc>
          <w:tcPr>
            <w:tcW w:w="2381" w:type="dxa"/>
            <w:vAlign w:val="center"/>
          </w:tcPr>
          <w:p w14:paraId="7C1C761B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6AEBDA93" w14:textId="77777777" w:rsidR="00A73AFC" w:rsidRDefault="006E2842">
            <w:r>
              <w:t>Pilihan Ganda (PG)</w:t>
            </w:r>
          </w:p>
        </w:tc>
      </w:tr>
      <w:tr w:rsidR="00A73AFC" w14:paraId="7C1DDC18" w14:textId="77777777">
        <w:trPr>
          <w:jc w:val="center"/>
        </w:trPr>
        <w:tc>
          <w:tcPr>
            <w:tcW w:w="2381" w:type="dxa"/>
            <w:vAlign w:val="center"/>
          </w:tcPr>
          <w:p w14:paraId="5F6A2AB2" w14:textId="77777777" w:rsidR="00A73AFC" w:rsidRDefault="006E2842">
            <w:r>
              <w:rPr>
                <w:b/>
              </w:rPr>
              <w:t>Nomor So</w:t>
            </w:r>
            <w:r>
              <w:rPr>
                <w:b/>
              </w:rPr>
              <w:t>al</w:t>
            </w:r>
          </w:p>
        </w:tc>
        <w:tc>
          <w:tcPr>
            <w:tcW w:w="7087" w:type="dxa"/>
            <w:vAlign w:val="center"/>
          </w:tcPr>
          <w:p w14:paraId="06F4E5BB" w14:textId="77777777" w:rsidR="00A73AFC" w:rsidRDefault="006E2842">
            <w:r>
              <w:t>8</w:t>
            </w:r>
          </w:p>
        </w:tc>
      </w:tr>
    </w:tbl>
    <w:p w14:paraId="20918885" w14:textId="77777777" w:rsidR="00A73AFC" w:rsidRDefault="006E2842">
      <w:r>
        <w:rPr>
          <w:b/>
        </w:rPr>
        <w:t>Soal</w:t>
      </w:r>
    </w:p>
    <w:p w14:paraId="0A2F1D47" w14:textId="77777777" w:rsidR="00A73AFC" w:rsidRDefault="006E2842">
      <w:r>
        <w:t>Peneliti menggunakan surat dan foto dari masa pendudukan Jepang serta buku sejarah yang ditulis kemudian. Kesimpulan yang tepat adalah …</w:t>
      </w:r>
    </w:p>
    <w:p w14:paraId="4C82E0CB" w14:textId="77777777" w:rsidR="00A73AFC" w:rsidRDefault="006E2842">
      <w:r>
        <w:t>A. Semua primer</w:t>
      </w:r>
    </w:p>
    <w:p w14:paraId="53F6A7D5" w14:textId="77777777" w:rsidR="00A73AFC" w:rsidRDefault="006E2842">
      <w:r>
        <w:t>B. Surat/foto dapat menjadi primer, buku sejarah umumnya sekunder</w:t>
      </w:r>
    </w:p>
    <w:p w14:paraId="38917949" w14:textId="77777777" w:rsidR="00A73AFC" w:rsidRDefault="006E2842">
      <w:r>
        <w:t xml:space="preserve">C. Hanya buku yang </w:t>
      </w:r>
      <w:r>
        <w:t>dapat digunakan</w:t>
      </w:r>
    </w:p>
    <w:p w14:paraId="3FE6B65E" w14:textId="77777777" w:rsidR="00A73AFC" w:rsidRDefault="006E2842">
      <w:r>
        <w:t>D. Semua wawancara primer</w:t>
      </w:r>
    </w:p>
    <w:p w14:paraId="10EF0D9E" w14:textId="77777777" w:rsidR="00A73AFC" w:rsidRDefault="006E2842">
      <w:r>
        <w:t>E. Foto bukan sumber sejarah</w:t>
      </w:r>
    </w:p>
    <w:p w14:paraId="3DEA153B" w14:textId="77777777" w:rsidR="00A73AFC" w:rsidRDefault="006E2842">
      <w:r>
        <w:t>Petunjuk: Pilih satu jawaban yang paling tepat.</w:t>
      </w:r>
    </w:p>
    <w:p w14:paraId="583D4010" w14:textId="77777777" w:rsidR="00A73AFC" w:rsidRDefault="006E2842">
      <w:r>
        <w:rPr>
          <w:b/>
        </w:rPr>
        <w:t xml:space="preserve">Kunci Jawaban: </w:t>
      </w:r>
      <w:r>
        <w:t>B</w:t>
      </w:r>
    </w:p>
    <w:p w14:paraId="40CF9887" w14:textId="77777777" w:rsidR="00A73AFC" w:rsidRDefault="006E2842">
      <w:r>
        <w:rPr>
          <w:b/>
        </w:rPr>
        <w:t xml:space="preserve">Pembahasan: </w:t>
      </w:r>
      <w:r>
        <w:t xml:space="preserve">Sumber yang berasal dari masa peristiwa dapat menjadi sumber primer, sedangkan kajian yang ditulis kemudian </w:t>
      </w:r>
      <w:r>
        <w:t>umumnya termasuk sumber sekunder.</w:t>
      </w:r>
    </w:p>
    <w:p w14:paraId="771B5067" w14:textId="77777777" w:rsidR="00A73AFC" w:rsidRDefault="006E2842">
      <w:r>
        <w:br w:type="page"/>
      </w:r>
    </w:p>
    <w:p w14:paraId="6DE865B1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3C9DD54F" w14:textId="77777777">
        <w:trPr>
          <w:jc w:val="center"/>
        </w:trPr>
        <w:tc>
          <w:tcPr>
            <w:tcW w:w="2381" w:type="dxa"/>
            <w:vAlign w:val="center"/>
          </w:tcPr>
          <w:p w14:paraId="07923542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0F11E57E" w14:textId="77777777" w:rsidR="00A73AFC" w:rsidRDefault="006E2842">
            <w:r>
              <w:t>Peserta didik mampu menganalisis perlawanan bangsa Indonesia terhadap pendudukan militer Jepang.</w:t>
            </w:r>
          </w:p>
        </w:tc>
      </w:tr>
      <w:tr w:rsidR="00A73AFC" w14:paraId="45CF139B" w14:textId="77777777">
        <w:trPr>
          <w:jc w:val="center"/>
        </w:trPr>
        <w:tc>
          <w:tcPr>
            <w:tcW w:w="2381" w:type="dxa"/>
            <w:vAlign w:val="center"/>
          </w:tcPr>
          <w:p w14:paraId="0E0D1CEE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281B9926" w14:textId="77777777" w:rsidR="00A73AFC" w:rsidRDefault="006E2842">
            <w:r>
              <w:t>Pendudukan Militer Jepang di Indonesia</w:t>
            </w:r>
          </w:p>
        </w:tc>
      </w:tr>
      <w:tr w:rsidR="00A73AFC" w14:paraId="6ADA438A" w14:textId="77777777">
        <w:trPr>
          <w:jc w:val="center"/>
        </w:trPr>
        <w:tc>
          <w:tcPr>
            <w:tcW w:w="2381" w:type="dxa"/>
            <w:vAlign w:val="center"/>
          </w:tcPr>
          <w:p w14:paraId="3430021E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30CE0673" w14:textId="77777777" w:rsidR="00A73AFC" w:rsidRDefault="006E2842">
            <w:r>
              <w:t>Fase F</w:t>
            </w:r>
          </w:p>
        </w:tc>
      </w:tr>
      <w:tr w:rsidR="00A73AFC" w14:paraId="11348D5B" w14:textId="77777777">
        <w:trPr>
          <w:jc w:val="center"/>
        </w:trPr>
        <w:tc>
          <w:tcPr>
            <w:tcW w:w="2381" w:type="dxa"/>
            <w:vAlign w:val="center"/>
          </w:tcPr>
          <w:p w14:paraId="525DF633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79BAE01C" w14:textId="77777777" w:rsidR="00A73AFC" w:rsidRDefault="006E2842">
            <w:r>
              <w:t>Mengidentifikasi latar belakang perlawanan tokoh pergerakan nasional berdasarkan informasi mengenai salah satu perlawanan Bangsa Indonesia terhadap Jepang.</w:t>
            </w:r>
          </w:p>
        </w:tc>
      </w:tr>
      <w:tr w:rsidR="00A73AFC" w14:paraId="06B619E5" w14:textId="77777777">
        <w:trPr>
          <w:jc w:val="center"/>
        </w:trPr>
        <w:tc>
          <w:tcPr>
            <w:tcW w:w="2381" w:type="dxa"/>
            <w:vAlign w:val="center"/>
          </w:tcPr>
          <w:p w14:paraId="281FA737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615EA393" w14:textId="77777777" w:rsidR="00A73AFC" w:rsidRDefault="006E2842">
            <w:r>
              <w:t>L2 (Aplikasi)</w:t>
            </w:r>
          </w:p>
        </w:tc>
      </w:tr>
      <w:tr w:rsidR="00A73AFC" w14:paraId="66550945" w14:textId="77777777">
        <w:trPr>
          <w:jc w:val="center"/>
        </w:trPr>
        <w:tc>
          <w:tcPr>
            <w:tcW w:w="2381" w:type="dxa"/>
            <w:vAlign w:val="center"/>
          </w:tcPr>
          <w:p w14:paraId="130C115A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51027526" w14:textId="77777777" w:rsidR="00A73AFC" w:rsidRDefault="006E2842">
            <w:r>
              <w:t>Pilihan Ganda Kompleks (PGK)</w:t>
            </w:r>
          </w:p>
        </w:tc>
      </w:tr>
      <w:tr w:rsidR="00A73AFC" w14:paraId="5B4C49B2" w14:textId="77777777">
        <w:trPr>
          <w:jc w:val="center"/>
        </w:trPr>
        <w:tc>
          <w:tcPr>
            <w:tcW w:w="2381" w:type="dxa"/>
            <w:vAlign w:val="center"/>
          </w:tcPr>
          <w:p w14:paraId="67518D6E" w14:textId="77777777" w:rsidR="00A73AFC" w:rsidRDefault="006E2842">
            <w:r>
              <w:rPr>
                <w:b/>
              </w:rPr>
              <w:t xml:space="preserve">Nomor </w:t>
            </w:r>
            <w:r>
              <w:rPr>
                <w:b/>
              </w:rPr>
              <w:t>Soal</w:t>
            </w:r>
          </w:p>
        </w:tc>
        <w:tc>
          <w:tcPr>
            <w:tcW w:w="7087" w:type="dxa"/>
            <w:vAlign w:val="center"/>
          </w:tcPr>
          <w:p w14:paraId="3EABAE58" w14:textId="77777777" w:rsidR="00A73AFC" w:rsidRDefault="006E2842">
            <w:r>
              <w:t>9</w:t>
            </w:r>
          </w:p>
        </w:tc>
      </w:tr>
    </w:tbl>
    <w:p w14:paraId="18B428CE" w14:textId="77777777" w:rsidR="00A73AFC" w:rsidRDefault="006E2842">
      <w:r>
        <w:rPr>
          <w:b/>
        </w:rPr>
        <w:t>Soal</w:t>
      </w:r>
    </w:p>
    <w:p w14:paraId="528E12F8" w14:textId="77777777" w:rsidR="00A73AFC" w:rsidRDefault="006E2842">
      <w:r>
        <w:t>Perhatikan faktor berikut yang berkaitan dengan perlawanan terhadap pendudukan Jepang!</w:t>
      </w:r>
      <w:r>
        <w:br/>
        <w:t>1) Romusha.</w:t>
      </w:r>
      <w:r>
        <w:br/>
        <w:t>2) Kekurangan pangan.</w:t>
      </w:r>
      <w:r>
        <w:br/>
        <w:t>3) Penindasan terhadap rakyat.</w:t>
      </w:r>
      <w:r>
        <w:br/>
        <w:t>4) Kebebasan politik yang luas.</w:t>
      </w:r>
      <w:r>
        <w:br/>
        <w:t>5) Beban ekonomi yang berat.</w:t>
      </w:r>
      <w:r>
        <w:br/>
      </w:r>
      <w:r>
        <w:br/>
        <w:t>Faktor yang dapat menjadi lat</w:t>
      </w:r>
      <w:r>
        <w:t>ar belakang perlawanan adalah …</w:t>
      </w:r>
    </w:p>
    <w:p w14:paraId="2F7A8D69" w14:textId="77777777" w:rsidR="00A73AFC" w:rsidRDefault="006E2842">
      <w:r>
        <w:t>A. 1, 2, dan 3</w:t>
      </w:r>
    </w:p>
    <w:p w14:paraId="0B8FBC68" w14:textId="77777777" w:rsidR="00A73AFC" w:rsidRDefault="006E2842">
      <w:r>
        <w:t>B. 1, 2, dan 5</w:t>
      </w:r>
    </w:p>
    <w:p w14:paraId="243B8B4B" w14:textId="77777777" w:rsidR="00A73AFC" w:rsidRDefault="006E2842">
      <w:r>
        <w:t>C. 2, 3, dan 5</w:t>
      </w:r>
    </w:p>
    <w:p w14:paraId="1B5B87DA" w14:textId="77777777" w:rsidR="00A73AFC" w:rsidRDefault="006E2842">
      <w:r>
        <w:t>D. 1, 2, 3, dan 5</w:t>
      </w:r>
    </w:p>
    <w:p w14:paraId="2177743D" w14:textId="77777777" w:rsidR="00A73AFC" w:rsidRDefault="006E2842">
      <w:r>
        <w:t>E. 1, 4, dan 5</w:t>
      </w:r>
    </w:p>
    <w:p w14:paraId="7EB30AEB" w14:textId="77777777" w:rsidR="00A73AFC" w:rsidRDefault="006E2842">
      <w:r>
        <w:t>Petunjuk: Pilih satu jawaban yang paling tepat berdasarkan kombinasi pernyataan.</w:t>
      </w:r>
    </w:p>
    <w:p w14:paraId="35B6D381" w14:textId="77777777" w:rsidR="00A73AFC" w:rsidRDefault="006E2842">
      <w:r>
        <w:rPr>
          <w:b/>
        </w:rPr>
        <w:t xml:space="preserve">Kunci Jawaban: </w:t>
      </w:r>
      <w:r>
        <w:t>D</w:t>
      </w:r>
    </w:p>
    <w:p w14:paraId="41DCD8B3" w14:textId="77777777" w:rsidR="00A73AFC" w:rsidRDefault="006E2842">
      <w:r>
        <w:rPr>
          <w:b/>
        </w:rPr>
        <w:t xml:space="preserve">Pembahasan: </w:t>
      </w:r>
      <w:r>
        <w:t>: Penindasan dan tekanan sosial-ekon</w:t>
      </w:r>
      <w:r>
        <w:t>omi pendudukan Jepang menjadi faktor munculnya perlawanan.</w:t>
      </w:r>
    </w:p>
    <w:p w14:paraId="507226E4" w14:textId="77777777" w:rsidR="00A73AFC" w:rsidRDefault="006E2842">
      <w:r>
        <w:br w:type="page"/>
      </w:r>
    </w:p>
    <w:p w14:paraId="464AC6D4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481070E7" w14:textId="77777777">
        <w:trPr>
          <w:jc w:val="center"/>
        </w:trPr>
        <w:tc>
          <w:tcPr>
            <w:tcW w:w="2381" w:type="dxa"/>
            <w:vAlign w:val="center"/>
          </w:tcPr>
          <w:p w14:paraId="3DBA903A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393BD969" w14:textId="77777777" w:rsidR="00A73AFC" w:rsidRDefault="006E2842">
            <w:r>
              <w:t>Peserta didik mampu menginterpretasikan hasil-hasil kebudayaan dan peninggalan masyarakat Hindu-Buddha di Nusantara.</w:t>
            </w:r>
          </w:p>
        </w:tc>
      </w:tr>
      <w:tr w:rsidR="00A73AFC" w14:paraId="1454F28B" w14:textId="77777777">
        <w:trPr>
          <w:jc w:val="center"/>
        </w:trPr>
        <w:tc>
          <w:tcPr>
            <w:tcW w:w="2381" w:type="dxa"/>
            <w:vAlign w:val="center"/>
          </w:tcPr>
          <w:p w14:paraId="39C82D01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4F734618" w14:textId="77777777" w:rsidR="00A73AFC" w:rsidRDefault="006E2842">
            <w:r>
              <w:t xml:space="preserve">Kerajaan </w:t>
            </w:r>
            <w:r>
              <w:t>Hindu-Buddha di Nusantara</w:t>
            </w:r>
          </w:p>
        </w:tc>
      </w:tr>
      <w:tr w:rsidR="00A73AFC" w14:paraId="6CAD870E" w14:textId="77777777">
        <w:trPr>
          <w:jc w:val="center"/>
        </w:trPr>
        <w:tc>
          <w:tcPr>
            <w:tcW w:w="2381" w:type="dxa"/>
            <w:vAlign w:val="center"/>
          </w:tcPr>
          <w:p w14:paraId="19E98096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2DF6B5E9" w14:textId="77777777" w:rsidR="00A73AFC" w:rsidRDefault="006E2842">
            <w:r>
              <w:t>Fase F</w:t>
            </w:r>
          </w:p>
        </w:tc>
      </w:tr>
      <w:tr w:rsidR="00A73AFC" w14:paraId="20532B27" w14:textId="77777777">
        <w:trPr>
          <w:jc w:val="center"/>
        </w:trPr>
        <w:tc>
          <w:tcPr>
            <w:tcW w:w="2381" w:type="dxa"/>
            <w:vAlign w:val="center"/>
          </w:tcPr>
          <w:p w14:paraId="58231500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54E99703" w14:textId="77777777" w:rsidR="00A73AFC" w:rsidRDefault="006E2842">
            <w:r>
              <w:t>Mengintepretasikan kehidupan sosial/budaya masyarakat pada masa kerajaan Hindu-Budha berdasarkan gambar relief.</w:t>
            </w:r>
          </w:p>
        </w:tc>
      </w:tr>
      <w:tr w:rsidR="00A73AFC" w14:paraId="0DFA6BF9" w14:textId="77777777">
        <w:trPr>
          <w:jc w:val="center"/>
        </w:trPr>
        <w:tc>
          <w:tcPr>
            <w:tcW w:w="2381" w:type="dxa"/>
            <w:vAlign w:val="center"/>
          </w:tcPr>
          <w:p w14:paraId="31AB4193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11FF660B" w14:textId="77777777" w:rsidR="00A73AFC" w:rsidRDefault="006E2842">
            <w:r>
              <w:t>L2 (Aplikasi)</w:t>
            </w:r>
          </w:p>
        </w:tc>
      </w:tr>
      <w:tr w:rsidR="00A73AFC" w14:paraId="77859520" w14:textId="77777777">
        <w:trPr>
          <w:jc w:val="center"/>
        </w:trPr>
        <w:tc>
          <w:tcPr>
            <w:tcW w:w="2381" w:type="dxa"/>
            <w:vAlign w:val="center"/>
          </w:tcPr>
          <w:p w14:paraId="5B0CD6DE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69BF152" w14:textId="77777777" w:rsidR="00A73AFC" w:rsidRDefault="006E2842">
            <w:r>
              <w:t>Pilihan Ganda (PG)</w:t>
            </w:r>
          </w:p>
        </w:tc>
      </w:tr>
      <w:tr w:rsidR="00A73AFC" w14:paraId="04165C34" w14:textId="77777777">
        <w:trPr>
          <w:jc w:val="center"/>
        </w:trPr>
        <w:tc>
          <w:tcPr>
            <w:tcW w:w="2381" w:type="dxa"/>
            <w:vAlign w:val="center"/>
          </w:tcPr>
          <w:p w14:paraId="5AB6F19F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37604A7D" w14:textId="77777777" w:rsidR="00A73AFC" w:rsidRDefault="006E2842">
            <w:r>
              <w:t>10</w:t>
            </w:r>
          </w:p>
        </w:tc>
      </w:tr>
    </w:tbl>
    <w:p w14:paraId="68DBF29B" w14:textId="77777777" w:rsidR="00A73AFC" w:rsidRDefault="006E2842">
      <w:r>
        <w:rPr>
          <w:b/>
        </w:rPr>
        <w:t>Soal</w:t>
      </w:r>
    </w:p>
    <w:p w14:paraId="58F71B98" w14:textId="77777777" w:rsidR="00A73AFC" w:rsidRDefault="006E2842">
      <w:r>
        <w:t>Sebuah relief candi menggambarkan pertanian, perdagangan, transportasi, dan interaksi kelompok. Interpretasi yang tepat adalah …</w:t>
      </w:r>
    </w:p>
    <w:p w14:paraId="1AEA76A7" w14:textId="77777777" w:rsidR="00A73AFC" w:rsidRDefault="006E2842">
      <w:r>
        <w:t>A. Hanya kegiatan keagamaan</w:t>
      </w:r>
    </w:p>
    <w:p w14:paraId="2FD6B5BE" w14:textId="77777777" w:rsidR="00A73AFC" w:rsidRDefault="006E2842">
      <w:r>
        <w:t>B. Kehidupan masyarakat mencakup aktivitas sosial dan ekonomi</w:t>
      </w:r>
    </w:p>
    <w:p w14:paraId="5B070207" w14:textId="77777777" w:rsidR="00A73AFC" w:rsidRDefault="006E2842">
      <w:r>
        <w:t>C. Tidak ada pembagian pekerjaan</w:t>
      </w:r>
    </w:p>
    <w:p w14:paraId="36E5B5BD" w14:textId="77777777" w:rsidR="00A73AFC" w:rsidRDefault="006E2842">
      <w:r>
        <w:t>D. Hanya kehidupan raja</w:t>
      </w:r>
    </w:p>
    <w:p w14:paraId="2579DC6B" w14:textId="77777777" w:rsidR="00A73AFC" w:rsidRDefault="006E2842">
      <w:r>
        <w:t>E. Ekonomi belum dikenal</w:t>
      </w:r>
    </w:p>
    <w:p w14:paraId="4F09B6A8" w14:textId="77777777" w:rsidR="00A73AFC" w:rsidRDefault="006E2842">
      <w:r>
        <w:t>Petunjuk: Pilih satu jawaban yang paling tepat.</w:t>
      </w:r>
    </w:p>
    <w:p w14:paraId="42B1374E" w14:textId="77777777" w:rsidR="00A73AFC" w:rsidRDefault="006E2842">
      <w:r>
        <w:rPr>
          <w:b/>
        </w:rPr>
        <w:t xml:space="preserve">Kunci Jawaban: </w:t>
      </w:r>
      <w:r>
        <w:t>B</w:t>
      </w:r>
    </w:p>
    <w:p w14:paraId="23A370DF" w14:textId="77777777" w:rsidR="00A73AFC" w:rsidRDefault="006E2842">
      <w:r>
        <w:rPr>
          <w:b/>
        </w:rPr>
        <w:t xml:space="preserve">Pembahasan: </w:t>
      </w:r>
      <w:r>
        <w:t>Relief tersebut menunjukkan kehidupan masyarakat yang beragam, termasuk kegiatan sosial dan ekonomi.</w:t>
      </w:r>
    </w:p>
    <w:p w14:paraId="502DE411" w14:textId="77777777" w:rsidR="00A73AFC" w:rsidRDefault="006E2842">
      <w:r>
        <w:br w:type="page"/>
      </w:r>
    </w:p>
    <w:p w14:paraId="0B933DD7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3EE07805" w14:textId="77777777">
        <w:trPr>
          <w:jc w:val="center"/>
        </w:trPr>
        <w:tc>
          <w:tcPr>
            <w:tcW w:w="2381" w:type="dxa"/>
            <w:vAlign w:val="center"/>
          </w:tcPr>
          <w:p w14:paraId="2AB81688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7345266F" w14:textId="77777777" w:rsidR="00A73AFC" w:rsidRDefault="006E2842">
            <w:r>
              <w:t>Peserta didik mampu menganalisis konsep perubahan dan keberlanjutan dalam kehidupan masyarakat akibat peristiwa sejarah.</w:t>
            </w:r>
          </w:p>
        </w:tc>
      </w:tr>
      <w:tr w:rsidR="00A73AFC" w14:paraId="33D3A468" w14:textId="77777777">
        <w:trPr>
          <w:jc w:val="center"/>
        </w:trPr>
        <w:tc>
          <w:tcPr>
            <w:tcW w:w="2381" w:type="dxa"/>
            <w:vAlign w:val="center"/>
          </w:tcPr>
          <w:p w14:paraId="44692FDB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125DCECF" w14:textId="77777777" w:rsidR="00A73AFC" w:rsidRDefault="006E2842">
            <w:r>
              <w:t>Perubahan &amp; Keberlanjutan dalam Sejarah</w:t>
            </w:r>
          </w:p>
        </w:tc>
      </w:tr>
      <w:tr w:rsidR="00A73AFC" w14:paraId="11D007C9" w14:textId="77777777">
        <w:trPr>
          <w:jc w:val="center"/>
        </w:trPr>
        <w:tc>
          <w:tcPr>
            <w:tcW w:w="2381" w:type="dxa"/>
            <w:vAlign w:val="center"/>
          </w:tcPr>
          <w:p w14:paraId="5956EF04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771C3FFF" w14:textId="77777777" w:rsidR="00A73AFC" w:rsidRDefault="006E2842">
            <w:r>
              <w:t>Fase E</w:t>
            </w:r>
          </w:p>
        </w:tc>
      </w:tr>
      <w:tr w:rsidR="00A73AFC" w14:paraId="655807DD" w14:textId="77777777">
        <w:trPr>
          <w:jc w:val="center"/>
        </w:trPr>
        <w:tc>
          <w:tcPr>
            <w:tcW w:w="2381" w:type="dxa"/>
            <w:vAlign w:val="center"/>
          </w:tcPr>
          <w:p w14:paraId="74C75E18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1F71A1C7" w14:textId="77777777" w:rsidR="00A73AFC" w:rsidRDefault="006E2842">
            <w:r>
              <w:t xml:space="preserve">Membandingkan kehidupan </w:t>
            </w:r>
            <w:r>
              <w:t>masyarakat sebelum dan sesudah peristiwa sejarah berdasarkan kutipan peristiwa sejarah.</w:t>
            </w:r>
          </w:p>
        </w:tc>
      </w:tr>
      <w:tr w:rsidR="00A73AFC" w14:paraId="77B37F4F" w14:textId="77777777">
        <w:trPr>
          <w:jc w:val="center"/>
        </w:trPr>
        <w:tc>
          <w:tcPr>
            <w:tcW w:w="2381" w:type="dxa"/>
            <w:vAlign w:val="center"/>
          </w:tcPr>
          <w:p w14:paraId="7D328871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16A94B1E" w14:textId="77777777" w:rsidR="00A73AFC" w:rsidRDefault="006E2842">
            <w:r>
              <w:t>L2 (Aplikasi)</w:t>
            </w:r>
          </w:p>
        </w:tc>
      </w:tr>
      <w:tr w:rsidR="00A73AFC" w14:paraId="34D3B831" w14:textId="77777777">
        <w:trPr>
          <w:jc w:val="center"/>
        </w:trPr>
        <w:tc>
          <w:tcPr>
            <w:tcW w:w="2381" w:type="dxa"/>
            <w:vAlign w:val="center"/>
          </w:tcPr>
          <w:p w14:paraId="3C27E97E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623560E9" w14:textId="77777777" w:rsidR="00A73AFC" w:rsidRDefault="006E2842">
            <w:r>
              <w:t>Pilihan Ganda Kompleks (PGK)</w:t>
            </w:r>
          </w:p>
        </w:tc>
      </w:tr>
      <w:tr w:rsidR="00A73AFC" w14:paraId="7C6AB759" w14:textId="77777777">
        <w:trPr>
          <w:jc w:val="center"/>
        </w:trPr>
        <w:tc>
          <w:tcPr>
            <w:tcW w:w="2381" w:type="dxa"/>
            <w:vAlign w:val="center"/>
          </w:tcPr>
          <w:p w14:paraId="394DF8B5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7F4B0779" w14:textId="77777777" w:rsidR="00A73AFC" w:rsidRDefault="006E2842">
            <w:r>
              <w:t>12</w:t>
            </w:r>
          </w:p>
        </w:tc>
      </w:tr>
    </w:tbl>
    <w:p w14:paraId="2508BE0E" w14:textId="77777777" w:rsidR="00A73AFC" w:rsidRDefault="006E2842">
      <w:r>
        <w:rPr>
          <w:b/>
        </w:rPr>
        <w:t>Soal</w:t>
      </w:r>
    </w:p>
    <w:p w14:paraId="5B6FE824" w14:textId="77777777" w:rsidR="00A73AFC" w:rsidRDefault="006E2842">
      <w:r>
        <w:t>Perhatikan perubahan berikut!</w:t>
      </w:r>
      <w:r>
        <w:br/>
        <w:t>1) Surat dan media cetak banyak digunakan seb</w:t>
      </w:r>
      <w:r>
        <w:t>elum internet.</w:t>
      </w:r>
      <w:r>
        <w:br/>
        <w:t>2) Internet mempercepat penyebaran informasi.</w:t>
      </w:r>
      <w:r>
        <w:br/>
        <w:t>3) Kebutuhan manusia untuk berkomunikasi tetap ada.</w:t>
      </w:r>
      <w:r>
        <w:br/>
        <w:t>4) Teknologi digital menghapus seluruh kebutuhan komunikasi.</w:t>
      </w:r>
      <w:r>
        <w:br/>
      </w:r>
      <w:r>
        <w:br/>
        <w:t>Pernyataan yang menunjukkan konsep perubahan dan keberlanjutan adalah …</w:t>
      </w:r>
    </w:p>
    <w:p w14:paraId="6F298ABC" w14:textId="77777777" w:rsidR="00A73AFC" w:rsidRDefault="006E2842">
      <w:r>
        <w:t xml:space="preserve">A. 1 dan </w:t>
      </w:r>
      <w:r>
        <w:t>2</w:t>
      </w:r>
    </w:p>
    <w:p w14:paraId="27BC5073" w14:textId="77777777" w:rsidR="00A73AFC" w:rsidRDefault="006E2842">
      <w:r>
        <w:t>B. 1 dan 3</w:t>
      </w:r>
    </w:p>
    <w:p w14:paraId="7E6712E1" w14:textId="77777777" w:rsidR="00A73AFC" w:rsidRDefault="006E2842">
      <w:r>
        <w:t>C. 2 dan 3</w:t>
      </w:r>
    </w:p>
    <w:p w14:paraId="534C5067" w14:textId="77777777" w:rsidR="00A73AFC" w:rsidRDefault="006E2842">
      <w:r>
        <w:t>D. 1, 2, dan 3</w:t>
      </w:r>
    </w:p>
    <w:p w14:paraId="31B55344" w14:textId="77777777" w:rsidR="00A73AFC" w:rsidRDefault="006E2842">
      <w:r>
        <w:t>E. 2, 3, dan 4</w:t>
      </w:r>
    </w:p>
    <w:p w14:paraId="144814FF" w14:textId="77777777" w:rsidR="00A73AFC" w:rsidRDefault="006E2842">
      <w:r>
        <w:t>Petunjuk: Pilih satu jawaban yang paling tepat berdasarkan kombinasi pernyataan.</w:t>
      </w:r>
    </w:p>
    <w:p w14:paraId="2C5A4471" w14:textId="77777777" w:rsidR="00A73AFC" w:rsidRDefault="006E2842">
      <w:r>
        <w:rPr>
          <w:b/>
        </w:rPr>
        <w:t xml:space="preserve">Kunci Jawaban: </w:t>
      </w:r>
      <w:r>
        <w:t>D</w:t>
      </w:r>
    </w:p>
    <w:p w14:paraId="1E0079AC" w14:textId="77777777" w:rsidR="00A73AFC" w:rsidRDefault="006E2842">
      <w:r>
        <w:rPr>
          <w:b/>
        </w:rPr>
        <w:t xml:space="preserve">Pembahasan: </w:t>
      </w:r>
      <w:r>
        <w:t>: Bentuk/cara komunikasi berubah, sedangkan kebutuhan manusia untuk berkomunikasi tetap berl</w:t>
      </w:r>
      <w:r>
        <w:t>anjut.</w:t>
      </w:r>
    </w:p>
    <w:p w14:paraId="13486E10" w14:textId="77777777" w:rsidR="00A73AFC" w:rsidRDefault="006E2842">
      <w:r>
        <w:br w:type="page"/>
      </w:r>
    </w:p>
    <w:p w14:paraId="5CB32697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1D51C71C" w14:textId="77777777">
        <w:trPr>
          <w:jc w:val="center"/>
        </w:trPr>
        <w:tc>
          <w:tcPr>
            <w:tcW w:w="2381" w:type="dxa"/>
            <w:vAlign w:val="center"/>
          </w:tcPr>
          <w:p w14:paraId="5FDC5355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2275D3F9" w14:textId="77777777" w:rsidR="00A73AFC" w:rsidRDefault="006E2842">
            <w:r>
              <w:t>Peserta didik mampu membedakan jenis-jenis sumber sejarah (primer, sekunder) dalam merekonstruksi peristiwa masa lalu.</w:t>
            </w:r>
          </w:p>
        </w:tc>
      </w:tr>
      <w:tr w:rsidR="00A73AFC" w14:paraId="25631683" w14:textId="77777777">
        <w:trPr>
          <w:jc w:val="center"/>
        </w:trPr>
        <w:tc>
          <w:tcPr>
            <w:tcW w:w="2381" w:type="dxa"/>
            <w:vAlign w:val="center"/>
          </w:tcPr>
          <w:p w14:paraId="655033DE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50E2BC6A" w14:textId="77777777" w:rsidR="00A73AFC" w:rsidRDefault="006E2842">
            <w:r>
              <w:t>Sumber-Sumber Sejarah</w:t>
            </w:r>
          </w:p>
        </w:tc>
      </w:tr>
      <w:tr w:rsidR="00A73AFC" w14:paraId="6C5423A9" w14:textId="77777777">
        <w:trPr>
          <w:jc w:val="center"/>
        </w:trPr>
        <w:tc>
          <w:tcPr>
            <w:tcW w:w="2381" w:type="dxa"/>
            <w:vAlign w:val="center"/>
          </w:tcPr>
          <w:p w14:paraId="6563578F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2F22FD17" w14:textId="77777777" w:rsidR="00A73AFC" w:rsidRDefault="006E2842">
            <w:r>
              <w:t>Fase E</w:t>
            </w:r>
          </w:p>
        </w:tc>
      </w:tr>
      <w:tr w:rsidR="00A73AFC" w14:paraId="69D60634" w14:textId="77777777">
        <w:trPr>
          <w:jc w:val="center"/>
        </w:trPr>
        <w:tc>
          <w:tcPr>
            <w:tcW w:w="2381" w:type="dxa"/>
            <w:vAlign w:val="center"/>
          </w:tcPr>
          <w:p w14:paraId="72E8EF18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6D2970B7" w14:textId="77777777" w:rsidR="00A73AFC" w:rsidRDefault="006E2842">
            <w:r>
              <w:t>Membandingkan dua jenis sumber sejarah, berdasarkan narasi tentang fakta sejarah yang terjadi pada masa lalu.</w:t>
            </w:r>
          </w:p>
        </w:tc>
      </w:tr>
      <w:tr w:rsidR="00A73AFC" w14:paraId="16D9F015" w14:textId="77777777">
        <w:trPr>
          <w:jc w:val="center"/>
        </w:trPr>
        <w:tc>
          <w:tcPr>
            <w:tcW w:w="2381" w:type="dxa"/>
            <w:vAlign w:val="center"/>
          </w:tcPr>
          <w:p w14:paraId="52B8DE1E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192E0DF3" w14:textId="77777777" w:rsidR="00A73AFC" w:rsidRDefault="006E2842">
            <w:r>
              <w:t>L2 (Aplikasi)</w:t>
            </w:r>
          </w:p>
        </w:tc>
      </w:tr>
      <w:tr w:rsidR="00A73AFC" w14:paraId="600A19E7" w14:textId="77777777">
        <w:trPr>
          <w:jc w:val="center"/>
        </w:trPr>
        <w:tc>
          <w:tcPr>
            <w:tcW w:w="2381" w:type="dxa"/>
            <w:vAlign w:val="center"/>
          </w:tcPr>
          <w:p w14:paraId="41DC1013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32617674" w14:textId="77777777" w:rsidR="00A73AFC" w:rsidRDefault="006E2842">
            <w:r>
              <w:t>Pilihan Ganda (PG)</w:t>
            </w:r>
          </w:p>
        </w:tc>
      </w:tr>
      <w:tr w:rsidR="00A73AFC" w14:paraId="4540854D" w14:textId="77777777">
        <w:trPr>
          <w:jc w:val="center"/>
        </w:trPr>
        <w:tc>
          <w:tcPr>
            <w:tcW w:w="2381" w:type="dxa"/>
            <w:vAlign w:val="center"/>
          </w:tcPr>
          <w:p w14:paraId="7E90A3FB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0DEFD810" w14:textId="77777777" w:rsidR="00A73AFC" w:rsidRDefault="006E2842">
            <w:r>
              <w:t>13</w:t>
            </w:r>
          </w:p>
        </w:tc>
      </w:tr>
    </w:tbl>
    <w:p w14:paraId="5746AA3F" w14:textId="77777777" w:rsidR="00A73AFC" w:rsidRDefault="006E2842">
      <w:r>
        <w:rPr>
          <w:b/>
        </w:rPr>
        <w:t>Soal</w:t>
      </w:r>
    </w:p>
    <w:p w14:paraId="4CFE1378" w14:textId="77777777" w:rsidR="00A73AFC" w:rsidRDefault="006E2842">
      <w:r>
        <w:t xml:space="preserve">Siswa membandingkan teks Proklamasi dari masa </w:t>
      </w:r>
      <w:r>
        <w:t>peristiwa dengan buku sejarah yang ditulis puluhan tahun kemudian. Pernyataan yang benar adalah …</w:t>
      </w:r>
    </w:p>
    <w:p w14:paraId="4A3DC19A" w14:textId="77777777" w:rsidR="00A73AFC" w:rsidRDefault="006E2842">
      <w:r>
        <w:t>A. Keduanya selalu primer</w:t>
      </w:r>
    </w:p>
    <w:p w14:paraId="3E391713" w14:textId="77777777" w:rsidR="00A73AFC" w:rsidRDefault="006E2842">
      <w:r>
        <w:t>B. Teks dapat menjadi primer, buku sejarah kemudian merupakan sekunder</w:t>
      </w:r>
    </w:p>
    <w:p w14:paraId="2F36FD7C" w14:textId="77777777" w:rsidR="00A73AFC" w:rsidRDefault="006E2842">
      <w:r>
        <w:t>C. Buku selalu lebih benar</w:t>
      </w:r>
    </w:p>
    <w:p w14:paraId="6BA73FC2" w14:textId="77777777" w:rsidR="00A73AFC" w:rsidRDefault="006E2842">
      <w:r>
        <w:t xml:space="preserve">D. Sumber primer tidak boleh </w:t>
      </w:r>
      <w:r>
        <w:t>digunakan</w:t>
      </w:r>
    </w:p>
    <w:p w14:paraId="0A45DAC9" w14:textId="77777777" w:rsidR="00A73AFC" w:rsidRDefault="006E2842">
      <w:r>
        <w:t>E. Keduanya tidak dapat dibandingkan</w:t>
      </w:r>
    </w:p>
    <w:p w14:paraId="34E6F450" w14:textId="77777777" w:rsidR="00A73AFC" w:rsidRDefault="006E2842">
      <w:r>
        <w:t>Petunjuk: Pilih satu jawaban yang paling tepat.</w:t>
      </w:r>
    </w:p>
    <w:p w14:paraId="1B3769BF" w14:textId="77777777" w:rsidR="00A73AFC" w:rsidRDefault="006E2842">
      <w:r>
        <w:rPr>
          <w:b/>
        </w:rPr>
        <w:t xml:space="preserve">Kunci Jawaban: </w:t>
      </w:r>
      <w:r>
        <w:t>B</w:t>
      </w:r>
    </w:p>
    <w:p w14:paraId="37E07F35" w14:textId="77777777" w:rsidR="00A73AFC" w:rsidRDefault="006E2842">
      <w:r>
        <w:rPr>
          <w:b/>
        </w:rPr>
        <w:t xml:space="preserve">Pembahasan: </w:t>
      </w:r>
      <w:r>
        <w:t>Teks yang berasal dari masa peristiwa dapat menjadi sumber primer, sedangkan buku yang ditulis kemudian umumnya merupakan sumber sek</w:t>
      </w:r>
      <w:r>
        <w:t>under.</w:t>
      </w:r>
    </w:p>
    <w:p w14:paraId="3A7CDE49" w14:textId="77777777" w:rsidR="00A73AFC" w:rsidRDefault="006E2842">
      <w:r>
        <w:br w:type="page"/>
      </w:r>
    </w:p>
    <w:p w14:paraId="63685BAD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3C8CD56F" w14:textId="77777777">
        <w:trPr>
          <w:jc w:val="center"/>
        </w:trPr>
        <w:tc>
          <w:tcPr>
            <w:tcW w:w="2381" w:type="dxa"/>
            <w:vAlign w:val="center"/>
          </w:tcPr>
          <w:p w14:paraId="3591EECA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3A828749" w14:textId="77777777" w:rsidR="00A73AFC" w:rsidRDefault="006E2842">
            <w:r>
              <w:t>Peserta didik mampu menerapkan tahapan penalaran dan interpretasi dalam penelitian dan penulisan sejarah.</w:t>
            </w:r>
          </w:p>
        </w:tc>
      </w:tr>
      <w:tr w:rsidR="00A73AFC" w14:paraId="39BD969A" w14:textId="77777777">
        <w:trPr>
          <w:jc w:val="center"/>
        </w:trPr>
        <w:tc>
          <w:tcPr>
            <w:tcW w:w="2381" w:type="dxa"/>
            <w:vAlign w:val="center"/>
          </w:tcPr>
          <w:p w14:paraId="01E4DBF8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43D76800" w14:textId="77777777" w:rsidR="00A73AFC" w:rsidRDefault="006E2842">
            <w:r>
              <w:t>Penelitian Sejarah &amp; Historiografi</w:t>
            </w:r>
          </w:p>
        </w:tc>
      </w:tr>
      <w:tr w:rsidR="00A73AFC" w14:paraId="65405AD1" w14:textId="77777777">
        <w:trPr>
          <w:jc w:val="center"/>
        </w:trPr>
        <w:tc>
          <w:tcPr>
            <w:tcW w:w="2381" w:type="dxa"/>
            <w:vAlign w:val="center"/>
          </w:tcPr>
          <w:p w14:paraId="3947712E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04CDC662" w14:textId="77777777" w:rsidR="00A73AFC" w:rsidRDefault="006E2842">
            <w:r>
              <w:t>Fase E</w:t>
            </w:r>
          </w:p>
        </w:tc>
      </w:tr>
      <w:tr w:rsidR="00A73AFC" w14:paraId="00032B6E" w14:textId="77777777">
        <w:trPr>
          <w:jc w:val="center"/>
        </w:trPr>
        <w:tc>
          <w:tcPr>
            <w:tcW w:w="2381" w:type="dxa"/>
            <w:vAlign w:val="center"/>
          </w:tcPr>
          <w:p w14:paraId="70E8ED1F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32DDBF5D" w14:textId="77777777" w:rsidR="00A73AFC" w:rsidRDefault="006E2842">
            <w:r>
              <w:t xml:space="preserve">Ketepatan dalam </w:t>
            </w:r>
            <w:r>
              <w:t>menginterpretasi dari sebuah penafsiran sumber sejarah.</w:t>
            </w:r>
          </w:p>
        </w:tc>
      </w:tr>
      <w:tr w:rsidR="00A73AFC" w14:paraId="6435254E" w14:textId="77777777">
        <w:trPr>
          <w:jc w:val="center"/>
        </w:trPr>
        <w:tc>
          <w:tcPr>
            <w:tcW w:w="2381" w:type="dxa"/>
            <w:vAlign w:val="center"/>
          </w:tcPr>
          <w:p w14:paraId="14A5C9DE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373E1840" w14:textId="77777777" w:rsidR="00A73AFC" w:rsidRDefault="006E2842">
            <w:r>
              <w:t>L2 (Aplikasi)</w:t>
            </w:r>
          </w:p>
        </w:tc>
      </w:tr>
      <w:tr w:rsidR="00A73AFC" w14:paraId="15DB63C2" w14:textId="77777777">
        <w:trPr>
          <w:jc w:val="center"/>
        </w:trPr>
        <w:tc>
          <w:tcPr>
            <w:tcW w:w="2381" w:type="dxa"/>
            <w:vAlign w:val="center"/>
          </w:tcPr>
          <w:p w14:paraId="65E4FF98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D2E5764" w14:textId="77777777" w:rsidR="00A73AFC" w:rsidRDefault="006E2842">
            <w:r>
              <w:t>Pilihan Ganda Kompleks (PGK)</w:t>
            </w:r>
          </w:p>
        </w:tc>
      </w:tr>
      <w:tr w:rsidR="00A73AFC" w14:paraId="2FF4F525" w14:textId="77777777">
        <w:trPr>
          <w:jc w:val="center"/>
        </w:trPr>
        <w:tc>
          <w:tcPr>
            <w:tcW w:w="2381" w:type="dxa"/>
            <w:vAlign w:val="center"/>
          </w:tcPr>
          <w:p w14:paraId="1C8EC772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2C861C35" w14:textId="77777777" w:rsidR="00A73AFC" w:rsidRDefault="006E2842">
            <w:r>
              <w:t>14</w:t>
            </w:r>
          </w:p>
        </w:tc>
      </w:tr>
    </w:tbl>
    <w:p w14:paraId="636D68C0" w14:textId="77777777" w:rsidR="00A73AFC" w:rsidRDefault="006E2842">
      <w:r>
        <w:rPr>
          <w:b/>
        </w:rPr>
        <w:t>Soal</w:t>
      </w:r>
    </w:p>
    <w:p w14:paraId="7758858F" w14:textId="77777777" w:rsidR="00A73AFC" w:rsidRDefault="006E2842">
      <w:r>
        <w:t>Perhatikan tahapan penelitian sejarah berikut!</w:t>
      </w:r>
      <w:r>
        <w:br/>
        <w:t>1) Menafsirkan makna fakta dari sumber.</w:t>
      </w:r>
      <w:r>
        <w:br/>
        <w:t>2) Mencari dan mengu</w:t>
      </w:r>
      <w:r>
        <w:t>mpulkan sumber.</w:t>
      </w:r>
      <w:r>
        <w:br/>
        <w:t>3) Menulis hasil penelitian.</w:t>
      </w:r>
      <w:r>
        <w:br/>
        <w:t>4) Menghubungkan fakta yang saling berkaitan.</w:t>
      </w:r>
      <w:r>
        <w:br/>
      </w:r>
      <w:r>
        <w:br/>
        <w:t>Yang termasuk kegiatan interpretasi adalah …</w:t>
      </w:r>
    </w:p>
    <w:p w14:paraId="1A08A9CD" w14:textId="77777777" w:rsidR="00A73AFC" w:rsidRDefault="006E2842">
      <w:r>
        <w:t>A. 1 dan 2</w:t>
      </w:r>
    </w:p>
    <w:p w14:paraId="5966D1D9" w14:textId="77777777" w:rsidR="00A73AFC" w:rsidRDefault="006E2842">
      <w:r>
        <w:t>B. 1 dan 4</w:t>
      </w:r>
    </w:p>
    <w:p w14:paraId="588D4A65" w14:textId="77777777" w:rsidR="00A73AFC" w:rsidRDefault="006E2842">
      <w:r>
        <w:t>C. 2 dan 3</w:t>
      </w:r>
    </w:p>
    <w:p w14:paraId="3F6BF95B" w14:textId="77777777" w:rsidR="00A73AFC" w:rsidRDefault="006E2842">
      <w:r>
        <w:t>D. 2 dan 4</w:t>
      </w:r>
    </w:p>
    <w:p w14:paraId="2C49EAC8" w14:textId="77777777" w:rsidR="00A73AFC" w:rsidRDefault="006E2842">
      <w:r>
        <w:t>E. 3 dan 4</w:t>
      </w:r>
    </w:p>
    <w:p w14:paraId="2AC0C284" w14:textId="77777777" w:rsidR="00A73AFC" w:rsidRDefault="006E2842">
      <w:r>
        <w:t>Petunjuk: Pilih satu jawaban yang paling tepat berdasarkan kombi</w:t>
      </w:r>
      <w:r>
        <w:t>nasi pernyataan.</w:t>
      </w:r>
    </w:p>
    <w:p w14:paraId="3FF2FCD9" w14:textId="77777777" w:rsidR="00A73AFC" w:rsidRDefault="006E2842">
      <w:r>
        <w:rPr>
          <w:b/>
        </w:rPr>
        <w:t xml:space="preserve">Kunci Jawaban: </w:t>
      </w:r>
      <w:r>
        <w:t>B</w:t>
      </w:r>
    </w:p>
    <w:p w14:paraId="67DAE1D4" w14:textId="77777777" w:rsidR="00A73AFC" w:rsidRDefault="006E2842">
      <w:r>
        <w:rPr>
          <w:b/>
        </w:rPr>
        <w:t xml:space="preserve">Pembahasan: </w:t>
      </w:r>
      <w:r>
        <w:t>: Interpretasi merupakan tahap memberikan makna dan hubungan terhadap fakta yang diperoleh dari sumber.</w:t>
      </w:r>
    </w:p>
    <w:p w14:paraId="5316696A" w14:textId="77777777" w:rsidR="00A73AFC" w:rsidRDefault="006E2842">
      <w:r>
        <w:br w:type="page"/>
      </w:r>
    </w:p>
    <w:p w14:paraId="1DD6FAD3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1522AF48" w14:textId="77777777">
        <w:trPr>
          <w:jc w:val="center"/>
        </w:trPr>
        <w:tc>
          <w:tcPr>
            <w:tcW w:w="2381" w:type="dxa"/>
            <w:vAlign w:val="center"/>
          </w:tcPr>
          <w:p w14:paraId="5B613908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3BD5D394" w14:textId="77777777" w:rsidR="00A73AFC" w:rsidRDefault="006E2842">
            <w:r>
              <w:t xml:space="preserve">Peserta didik mampu menjelaskan rute dan proses </w:t>
            </w:r>
            <w:r>
              <w:t>penjelajahan samudra oleh bangsa-bangsa Barat hingga sampai ke Nusantara.</w:t>
            </w:r>
          </w:p>
        </w:tc>
      </w:tr>
      <w:tr w:rsidR="00A73AFC" w14:paraId="23B38E9B" w14:textId="77777777">
        <w:trPr>
          <w:jc w:val="center"/>
        </w:trPr>
        <w:tc>
          <w:tcPr>
            <w:tcW w:w="2381" w:type="dxa"/>
            <w:vAlign w:val="center"/>
          </w:tcPr>
          <w:p w14:paraId="6EAB20D0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3616CC97" w14:textId="77777777" w:rsidR="00A73AFC" w:rsidRDefault="006E2842">
            <w:r>
              <w:t>Penjelajahan Samudra &amp; Kolonialisme</w:t>
            </w:r>
          </w:p>
        </w:tc>
      </w:tr>
      <w:tr w:rsidR="00A73AFC" w14:paraId="7EEE672D" w14:textId="77777777">
        <w:trPr>
          <w:jc w:val="center"/>
        </w:trPr>
        <w:tc>
          <w:tcPr>
            <w:tcW w:w="2381" w:type="dxa"/>
            <w:vAlign w:val="center"/>
          </w:tcPr>
          <w:p w14:paraId="3A728A4E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7309C70" w14:textId="77777777" w:rsidR="00A73AFC" w:rsidRDefault="006E2842">
            <w:r>
              <w:t>Fase F</w:t>
            </w:r>
          </w:p>
        </w:tc>
      </w:tr>
      <w:tr w:rsidR="00A73AFC" w14:paraId="48892ED1" w14:textId="77777777">
        <w:trPr>
          <w:jc w:val="center"/>
        </w:trPr>
        <w:tc>
          <w:tcPr>
            <w:tcW w:w="2381" w:type="dxa"/>
            <w:vAlign w:val="center"/>
          </w:tcPr>
          <w:p w14:paraId="1AF9182B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6120F5F9" w14:textId="77777777" w:rsidR="00A73AFC" w:rsidRDefault="006E2842">
            <w:r>
              <w:t>Menjelaskan proses perjalanan bangsa Eropa ke Nusantara berdasarkan deskripsi proses kedatangan salah s</w:t>
            </w:r>
            <w:r>
              <w:t>atu bangsa tersebut.</w:t>
            </w:r>
          </w:p>
        </w:tc>
      </w:tr>
      <w:tr w:rsidR="00A73AFC" w14:paraId="45552D9D" w14:textId="77777777">
        <w:trPr>
          <w:jc w:val="center"/>
        </w:trPr>
        <w:tc>
          <w:tcPr>
            <w:tcW w:w="2381" w:type="dxa"/>
            <w:vAlign w:val="center"/>
          </w:tcPr>
          <w:p w14:paraId="51D5EE34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17201869" w14:textId="77777777" w:rsidR="00A73AFC" w:rsidRDefault="006E2842">
            <w:r>
              <w:t>L2 (Aplikasi)</w:t>
            </w:r>
          </w:p>
        </w:tc>
      </w:tr>
      <w:tr w:rsidR="00A73AFC" w14:paraId="5BB14A00" w14:textId="77777777">
        <w:trPr>
          <w:jc w:val="center"/>
        </w:trPr>
        <w:tc>
          <w:tcPr>
            <w:tcW w:w="2381" w:type="dxa"/>
            <w:vAlign w:val="center"/>
          </w:tcPr>
          <w:p w14:paraId="6FC3C616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449322F7" w14:textId="77777777" w:rsidR="00A73AFC" w:rsidRDefault="006E2842">
            <w:r>
              <w:t>Pilihan Ganda (PG)</w:t>
            </w:r>
          </w:p>
        </w:tc>
      </w:tr>
      <w:tr w:rsidR="00A73AFC" w14:paraId="64B87355" w14:textId="77777777">
        <w:trPr>
          <w:jc w:val="center"/>
        </w:trPr>
        <w:tc>
          <w:tcPr>
            <w:tcW w:w="2381" w:type="dxa"/>
            <w:vAlign w:val="center"/>
          </w:tcPr>
          <w:p w14:paraId="3B70CDE6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7197B99B" w14:textId="77777777" w:rsidR="00A73AFC" w:rsidRDefault="006E2842">
            <w:r>
              <w:t>15</w:t>
            </w:r>
          </w:p>
        </w:tc>
      </w:tr>
    </w:tbl>
    <w:p w14:paraId="132D5FD2" w14:textId="77777777" w:rsidR="00A73AFC" w:rsidRDefault="006E2842">
      <w:r>
        <w:rPr>
          <w:b/>
        </w:rPr>
        <w:t>Soal</w:t>
      </w:r>
    </w:p>
    <w:p w14:paraId="4EC1A9E5" w14:textId="77777777" w:rsidR="00A73AFC" w:rsidRDefault="006E2842">
      <w:r>
        <w:t>Urutan yang tepat mengenai kedatangan bangsa Eropa ke Nusantara adalah …</w:t>
      </w:r>
    </w:p>
    <w:p w14:paraId="769F8F47" w14:textId="77777777" w:rsidR="00A73AFC" w:rsidRDefault="006E2842">
      <w:r>
        <w:t>A. Portugis mencapai Malaka kemudian melanjutkan ke Maluku</w:t>
      </w:r>
    </w:p>
    <w:p w14:paraId="624895DF" w14:textId="77777777" w:rsidR="00A73AFC" w:rsidRDefault="006E2842">
      <w:r>
        <w:t xml:space="preserve">B. Belanda </w:t>
      </w:r>
      <w:r>
        <w:t>langsung menguasai seluruh Nusantara</w:t>
      </w:r>
    </w:p>
    <w:p w14:paraId="15AA6840" w14:textId="77777777" w:rsidR="00A73AFC" w:rsidRDefault="006E2842">
      <w:r>
        <w:t>C. Inggris mencapai Maluku melalui jalur darat</w:t>
      </w:r>
    </w:p>
    <w:p w14:paraId="456E29BB" w14:textId="77777777" w:rsidR="00A73AFC" w:rsidRDefault="006E2842">
      <w:r>
        <w:t>D. Spanyol datang tanpa pelayaran</w:t>
      </w:r>
    </w:p>
    <w:p w14:paraId="2E43B38A" w14:textId="77777777" w:rsidR="00A73AFC" w:rsidRDefault="006E2842">
      <w:r>
        <w:t>E. Portugis datang setelah Belanda menguasai Nusantara</w:t>
      </w:r>
    </w:p>
    <w:p w14:paraId="764B8F58" w14:textId="77777777" w:rsidR="00A73AFC" w:rsidRDefault="006E2842">
      <w:r>
        <w:t>Petunjuk: Pilih satu jawaban yang paling tepat.</w:t>
      </w:r>
    </w:p>
    <w:p w14:paraId="4BC7177B" w14:textId="77777777" w:rsidR="00A73AFC" w:rsidRDefault="006E2842">
      <w:r>
        <w:rPr>
          <w:b/>
        </w:rPr>
        <w:t xml:space="preserve">Kunci Jawaban: </w:t>
      </w:r>
      <w:r>
        <w:t>A</w:t>
      </w:r>
    </w:p>
    <w:p w14:paraId="2FDCB4E8" w14:textId="77777777" w:rsidR="00A73AFC" w:rsidRDefault="006E2842">
      <w:r>
        <w:rPr>
          <w:b/>
        </w:rPr>
        <w:t xml:space="preserve">Pembahasan: </w:t>
      </w:r>
      <w:r>
        <w:t>Portug</w:t>
      </w:r>
      <w:r>
        <w:t>is menguasai Malaka pada 1511 dan kemudian melanjutkan pelayaran menuju kawasan penghasil rempah, termasuk Maluku.</w:t>
      </w:r>
    </w:p>
    <w:p w14:paraId="4114FF59" w14:textId="77777777" w:rsidR="00A73AFC" w:rsidRDefault="006E2842">
      <w:r>
        <w:br w:type="page"/>
      </w:r>
    </w:p>
    <w:p w14:paraId="5D94D5B8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7C76625A" w14:textId="77777777">
        <w:trPr>
          <w:jc w:val="center"/>
        </w:trPr>
        <w:tc>
          <w:tcPr>
            <w:tcW w:w="2381" w:type="dxa"/>
            <w:vAlign w:val="center"/>
          </w:tcPr>
          <w:p w14:paraId="31D7CC43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3EC3E6B4" w14:textId="77777777" w:rsidR="00A73AFC" w:rsidRDefault="006E2842">
            <w:r>
              <w:t xml:space="preserve">Peserta didik mampu mengklasifikasikan bentuk-bentuk peninggalan tradisi dan kebudayaan Islam yang </w:t>
            </w:r>
            <w:r>
              <w:t>masih bertahan di masyarakat saat ini.</w:t>
            </w:r>
          </w:p>
        </w:tc>
      </w:tr>
      <w:tr w:rsidR="00A73AFC" w14:paraId="598FCCAA" w14:textId="77777777">
        <w:trPr>
          <w:jc w:val="center"/>
        </w:trPr>
        <w:tc>
          <w:tcPr>
            <w:tcW w:w="2381" w:type="dxa"/>
            <w:vAlign w:val="center"/>
          </w:tcPr>
          <w:p w14:paraId="64A8042A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1CB4A7A3" w14:textId="77777777" w:rsidR="00A73AFC" w:rsidRDefault="006E2842">
            <w:r>
              <w:t>Akulturasi Kebudayaan Islam</w:t>
            </w:r>
          </w:p>
        </w:tc>
      </w:tr>
      <w:tr w:rsidR="00A73AFC" w14:paraId="46E190D8" w14:textId="77777777">
        <w:trPr>
          <w:jc w:val="center"/>
        </w:trPr>
        <w:tc>
          <w:tcPr>
            <w:tcW w:w="2381" w:type="dxa"/>
            <w:vAlign w:val="center"/>
          </w:tcPr>
          <w:p w14:paraId="7CAB754A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8BF886D" w14:textId="77777777" w:rsidR="00A73AFC" w:rsidRDefault="006E2842">
            <w:r>
              <w:t>Fase F</w:t>
            </w:r>
          </w:p>
        </w:tc>
      </w:tr>
      <w:tr w:rsidR="00A73AFC" w14:paraId="65F91EF1" w14:textId="77777777">
        <w:trPr>
          <w:jc w:val="center"/>
        </w:trPr>
        <w:tc>
          <w:tcPr>
            <w:tcW w:w="2381" w:type="dxa"/>
            <w:vAlign w:val="center"/>
          </w:tcPr>
          <w:p w14:paraId="567E80BD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4E1DBD6F" w14:textId="77777777" w:rsidR="00A73AFC" w:rsidRDefault="006E2842">
            <w:r>
              <w:t>Menentukan kategori jejak budaya peninggalan kerajaan islam berdasarkan contoh-contoh tradisi budaya yang masih ada saat ini.</w:t>
            </w:r>
          </w:p>
        </w:tc>
      </w:tr>
      <w:tr w:rsidR="00A73AFC" w14:paraId="00F3C498" w14:textId="77777777">
        <w:trPr>
          <w:jc w:val="center"/>
        </w:trPr>
        <w:tc>
          <w:tcPr>
            <w:tcW w:w="2381" w:type="dxa"/>
            <w:vAlign w:val="center"/>
          </w:tcPr>
          <w:p w14:paraId="2124F8AA" w14:textId="77777777" w:rsidR="00A73AFC" w:rsidRDefault="006E2842">
            <w:r>
              <w:rPr>
                <w:b/>
              </w:rPr>
              <w:t xml:space="preserve">Level </w:t>
            </w:r>
            <w:r>
              <w:rPr>
                <w:b/>
              </w:rPr>
              <w:t>Kognitif</w:t>
            </w:r>
          </w:p>
        </w:tc>
        <w:tc>
          <w:tcPr>
            <w:tcW w:w="7087" w:type="dxa"/>
            <w:vAlign w:val="center"/>
          </w:tcPr>
          <w:p w14:paraId="226467ED" w14:textId="77777777" w:rsidR="00A73AFC" w:rsidRDefault="006E2842">
            <w:r>
              <w:t>L2 (Aplikasi)</w:t>
            </w:r>
          </w:p>
        </w:tc>
      </w:tr>
      <w:tr w:rsidR="00A73AFC" w14:paraId="6E718807" w14:textId="77777777">
        <w:trPr>
          <w:jc w:val="center"/>
        </w:trPr>
        <w:tc>
          <w:tcPr>
            <w:tcW w:w="2381" w:type="dxa"/>
            <w:vAlign w:val="center"/>
          </w:tcPr>
          <w:p w14:paraId="22C9B85D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2FB283A8" w14:textId="77777777" w:rsidR="00A73AFC" w:rsidRDefault="006E2842">
            <w:r>
              <w:t>Pilihan Ganda Kompleks (PGK)</w:t>
            </w:r>
          </w:p>
        </w:tc>
      </w:tr>
      <w:tr w:rsidR="00A73AFC" w14:paraId="532785A8" w14:textId="77777777">
        <w:trPr>
          <w:jc w:val="center"/>
        </w:trPr>
        <w:tc>
          <w:tcPr>
            <w:tcW w:w="2381" w:type="dxa"/>
            <w:vAlign w:val="center"/>
          </w:tcPr>
          <w:p w14:paraId="147C5B63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01CA90F4" w14:textId="77777777" w:rsidR="00A73AFC" w:rsidRDefault="006E2842">
            <w:r>
              <w:t>16</w:t>
            </w:r>
          </w:p>
        </w:tc>
      </w:tr>
    </w:tbl>
    <w:p w14:paraId="2E3F4D89" w14:textId="77777777" w:rsidR="00A73AFC" w:rsidRDefault="006E2842">
      <w:r>
        <w:rPr>
          <w:b/>
        </w:rPr>
        <w:t>Soal</w:t>
      </w:r>
    </w:p>
    <w:p w14:paraId="4D8E4088" w14:textId="77777777" w:rsidR="00A73AFC" w:rsidRDefault="006E2842">
      <w:r>
        <w:t>Perhatikan contoh berikut!</w:t>
      </w:r>
      <w:r>
        <w:br/>
        <w:t>1) Atap masjid bertingkat dengan bentuk lokal.</w:t>
      </w:r>
      <w:r>
        <w:br/>
        <w:t>2) Tradisi lokal yang diberi nuansa Islam.</w:t>
      </w:r>
      <w:r>
        <w:br/>
        <w:t>3) Seni kaligrafi dipadukan dengan ornamen daerah.</w:t>
      </w:r>
      <w:r>
        <w:br/>
        <w:t>4)</w:t>
      </w:r>
      <w:r>
        <w:t xml:space="preserve"> Semua unsur budaya lokal dihapus.</w:t>
      </w:r>
      <w:r>
        <w:br/>
      </w:r>
      <w:r>
        <w:br/>
        <w:t>Contoh yang menunjukkan akulturasi budaya Islam adalah …</w:t>
      </w:r>
    </w:p>
    <w:p w14:paraId="654E9159" w14:textId="77777777" w:rsidR="00A73AFC" w:rsidRDefault="006E2842">
      <w:r>
        <w:t>A. 1 dan 2</w:t>
      </w:r>
    </w:p>
    <w:p w14:paraId="122AEB69" w14:textId="77777777" w:rsidR="00A73AFC" w:rsidRDefault="006E2842">
      <w:r>
        <w:t>B. 1 dan 3</w:t>
      </w:r>
    </w:p>
    <w:p w14:paraId="1395DA16" w14:textId="77777777" w:rsidR="00A73AFC" w:rsidRDefault="006E2842">
      <w:r>
        <w:t>C. 2 dan 3</w:t>
      </w:r>
    </w:p>
    <w:p w14:paraId="76DC47A5" w14:textId="77777777" w:rsidR="00A73AFC" w:rsidRDefault="006E2842">
      <w:r>
        <w:t>D. 1, 2, dan 3</w:t>
      </w:r>
    </w:p>
    <w:p w14:paraId="7BB573FB" w14:textId="77777777" w:rsidR="00A73AFC" w:rsidRDefault="006E2842">
      <w:r>
        <w:t>E. 2, 3, dan 4</w:t>
      </w:r>
    </w:p>
    <w:p w14:paraId="7B2F6BE0" w14:textId="77777777" w:rsidR="00A73AFC" w:rsidRDefault="006E2842">
      <w:r>
        <w:t>Petunjuk: Pilih satu jawaban yang paling tepat berdasarkan kombinasi pernyataan.</w:t>
      </w:r>
    </w:p>
    <w:p w14:paraId="654A6EC7" w14:textId="77777777" w:rsidR="00A73AFC" w:rsidRDefault="006E2842">
      <w:r>
        <w:rPr>
          <w:b/>
        </w:rPr>
        <w:t xml:space="preserve">Kunci Jawaban: </w:t>
      </w:r>
      <w:r>
        <w:t>D</w:t>
      </w:r>
    </w:p>
    <w:p w14:paraId="7388B29D" w14:textId="77777777" w:rsidR="00A73AFC" w:rsidRDefault="006E2842">
      <w:r>
        <w:rPr>
          <w:b/>
        </w:rPr>
        <w:t>Pe</w:t>
      </w:r>
      <w:r>
        <w:rPr>
          <w:b/>
        </w:rPr>
        <w:t xml:space="preserve">mbahasan: </w:t>
      </w:r>
      <w:r>
        <w:t>: Akulturasi adalah perpaduan unsur budaya baru dengan budaya lokal tanpa menghilangkan seluruh unsur budaya sebelumnya.</w:t>
      </w:r>
    </w:p>
    <w:p w14:paraId="5E392792" w14:textId="77777777" w:rsidR="00A73AFC" w:rsidRDefault="006E2842">
      <w:r>
        <w:br w:type="page"/>
      </w:r>
    </w:p>
    <w:p w14:paraId="51AFF3AA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3D81264E" w14:textId="77777777">
        <w:trPr>
          <w:jc w:val="center"/>
        </w:trPr>
        <w:tc>
          <w:tcPr>
            <w:tcW w:w="2381" w:type="dxa"/>
            <w:vAlign w:val="center"/>
          </w:tcPr>
          <w:p w14:paraId="6623A29D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0022436C" w14:textId="77777777" w:rsidR="00A73AFC" w:rsidRDefault="006E2842">
            <w:r>
              <w:t xml:space="preserve">Peserta didik mampu menganalisis dampak penjajahan bangsa Barat di bidang </w:t>
            </w:r>
            <w:r>
              <w:t>ekonomi dan sosial bagi rakyat Nusantara.</w:t>
            </w:r>
          </w:p>
        </w:tc>
      </w:tr>
      <w:tr w:rsidR="00A73AFC" w14:paraId="43BE4ECF" w14:textId="77777777">
        <w:trPr>
          <w:jc w:val="center"/>
        </w:trPr>
        <w:tc>
          <w:tcPr>
            <w:tcW w:w="2381" w:type="dxa"/>
            <w:vAlign w:val="center"/>
          </w:tcPr>
          <w:p w14:paraId="1EA74E4A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1373277B" w14:textId="77777777" w:rsidR="00A73AFC" w:rsidRDefault="006E2842">
            <w:r>
              <w:t>Dampak Kolonialisme Bangsa Eropa</w:t>
            </w:r>
          </w:p>
        </w:tc>
      </w:tr>
      <w:tr w:rsidR="00A73AFC" w14:paraId="2286A9F0" w14:textId="77777777">
        <w:trPr>
          <w:jc w:val="center"/>
        </w:trPr>
        <w:tc>
          <w:tcPr>
            <w:tcW w:w="2381" w:type="dxa"/>
            <w:vAlign w:val="center"/>
          </w:tcPr>
          <w:p w14:paraId="76E22CB8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DDA80A9" w14:textId="77777777" w:rsidR="00A73AFC" w:rsidRDefault="006E2842">
            <w:r>
              <w:t>Fase F</w:t>
            </w:r>
          </w:p>
        </w:tc>
      </w:tr>
      <w:tr w:rsidR="00A73AFC" w14:paraId="417BB4DA" w14:textId="77777777">
        <w:trPr>
          <w:jc w:val="center"/>
        </w:trPr>
        <w:tc>
          <w:tcPr>
            <w:tcW w:w="2381" w:type="dxa"/>
            <w:vAlign w:val="center"/>
          </w:tcPr>
          <w:p w14:paraId="23322E29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5721A9CB" w14:textId="77777777" w:rsidR="00A73AFC" w:rsidRDefault="006E2842">
            <w:r>
              <w:t>Menganalisis dampak kolonialisme bangsa eropa pada kehidupan sosial/ekonomi masyarakat nusantara.</w:t>
            </w:r>
          </w:p>
        </w:tc>
      </w:tr>
      <w:tr w:rsidR="00A73AFC" w14:paraId="2055AC50" w14:textId="77777777">
        <w:trPr>
          <w:jc w:val="center"/>
        </w:trPr>
        <w:tc>
          <w:tcPr>
            <w:tcW w:w="2381" w:type="dxa"/>
            <w:vAlign w:val="center"/>
          </w:tcPr>
          <w:p w14:paraId="41D5DC72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4476E5AB" w14:textId="77777777" w:rsidR="00A73AFC" w:rsidRDefault="006E2842">
            <w:r>
              <w:t xml:space="preserve">L3 </w:t>
            </w:r>
            <w:r>
              <w:t>(Penalaran)</w:t>
            </w:r>
          </w:p>
        </w:tc>
      </w:tr>
      <w:tr w:rsidR="00A73AFC" w14:paraId="1189660F" w14:textId="77777777">
        <w:trPr>
          <w:jc w:val="center"/>
        </w:trPr>
        <w:tc>
          <w:tcPr>
            <w:tcW w:w="2381" w:type="dxa"/>
            <w:vAlign w:val="center"/>
          </w:tcPr>
          <w:p w14:paraId="11C02EB7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4CCD80F" w14:textId="77777777" w:rsidR="00A73AFC" w:rsidRDefault="006E2842">
            <w:r>
              <w:t>Pilihan Ganda (PG)</w:t>
            </w:r>
          </w:p>
        </w:tc>
      </w:tr>
      <w:tr w:rsidR="00A73AFC" w14:paraId="705C1D0C" w14:textId="77777777">
        <w:trPr>
          <w:jc w:val="center"/>
        </w:trPr>
        <w:tc>
          <w:tcPr>
            <w:tcW w:w="2381" w:type="dxa"/>
            <w:vAlign w:val="center"/>
          </w:tcPr>
          <w:p w14:paraId="5F1D002D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769C970F" w14:textId="77777777" w:rsidR="00A73AFC" w:rsidRDefault="006E2842">
            <w:r>
              <w:t>17</w:t>
            </w:r>
          </w:p>
        </w:tc>
      </w:tr>
    </w:tbl>
    <w:p w14:paraId="18D34647" w14:textId="77777777" w:rsidR="00A73AFC" w:rsidRDefault="006E2842">
      <w:r>
        <w:rPr>
          <w:b/>
        </w:rPr>
        <w:t>Soal</w:t>
      </w:r>
    </w:p>
    <w:p w14:paraId="7C3BE170" w14:textId="77777777" w:rsidR="00A73AFC" w:rsidRDefault="006E2842">
      <w:r>
        <w:t>Tanam paksa meningkatkan produksi tanaman ekspor yang menguntungkan pemerintah kolonial, sementara sebagian rakyat mengalami beban kerja dan tekanan ekonomi. Analisis tepat adalah …</w:t>
      </w:r>
    </w:p>
    <w:p w14:paraId="2044891D" w14:textId="77777777" w:rsidR="00A73AFC" w:rsidRDefault="006E2842">
      <w:r>
        <w:t xml:space="preserve">A. </w:t>
      </w:r>
      <w:r>
        <w:t>Terutama meningkatkan kesejahteraan rakyat</w:t>
      </w:r>
    </w:p>
    <w:p w14:paraId="004CE818" w14:textId="77777777" w:rsidR="00A73AFC" w:rsidRDefault="006E2842">
      <w:r>
        <w:t>B. Mengarahkan ekonomi untuk kepentingan kolonial dan membebani rakyat</w:t>
      </w:r>
    </w:p>
    <w:p w14:paraId="217089EE" w14:textId="77777777" w:rsidR="00A73AFC" w:rsidRDefault="006E2842">
      <w:r>
        <w:t>C. Menghapus seluruh ekonomi rakyat</w:t>
      </w:r>
    </w:p>
    <w:p w14:paraId="7568458D" w14:textId="77777777" w:rsidR="00A73AFC" w:rsidRDefault="006E2842">
      <w:r>
        <w:t>D. Tidak berdampak sosial</w:t>
      </w:r>
    </w:p>
    <w:p w14:paraId="3C41357F" w14:textId="77777777" w:rsidR="00A73AFC" w:rsidRDefault="006E2842">
      <w:r>
        <w:t>E. Membuat Nusantara mandiri</w:t>
      </w:r>
    </w:p>
    <w:p w14:paraId="2CAE2BF8" w14:textId="77777777" w:rsidR="00A73AFC" w:rsidRDefault="006E2842">
      <w:r>
        <w:t>Petunjuk: Pilih satu jawaban yang paling tepat.</w:t>
      </w:r>
    </w:p>
    <w:p w14:paraId="30D992F9" w14:textId="77777777" w:rsidR="00A73AFC" w:rsidRDefault="006E2842">
      <w:r>
        <w:rPr>
          <w:b/>
        </w:rPr>
        <w:t>Kun</w:t>
      </w:r>
      <w:r>
        <w:rPr>
          <w:b/>
        </w:rPr>
        <w:t xml:space="preserve">ci Jawaban: </w:t>
      </w:r>
      <w:r>
        <w:t>B</w:t>
      </w:r>
    </w:p>
    <w:p w14:paraId="25E8380B" w14:textId="77777777" w:rsidR="00A73AFC" w:rsidRDefault="006E2842">
      <w:r>
        <w:rPr>
          <w:b/>
        </w:rPr>
        <w:t xml:space="preserve">Pembahasan: </w:t>
      </w:r>
      <w:r>
        <w:t>Tanam paksa mengarahkan produksi pada kepentingan kolonial dan menimbulkan beban sosial-ekonomi bagi rakyat.</w:t>
      </w:r>
    </w:p>
    <w:p w14:paraId="58BAD2D0" w14:textId="77777777" w:rsidR="00A73AFC" w:rsidRDefault="006E2842">
      <w:r>
        <w:br w:type="page"/>
      </w:r>
    </w:p>
    <w:p w14:paraId="12366715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775D40AF" w14:textId="77777777">
        <w:trPr>
          <w:jc w:val="center"/>
        </w:trPr>
        <w:tc>
          <w:tcPr>
            <w:tcW w:w="2381" w:type="dxa"/>
            <w:vAlign w:val="center"/>
          </w:tcPr>
          <w:p w14:paraId="4C1D4B39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1ADBA532" w14:textId="77777777" w:rsidR="00A73AFC" w:rsidRDefault="006E2842">
            <w:r>
              <w:t>Peserta didik mampu menelaah secara kritis implikasi politik dan ekonomi dari b</w:t>
            </w:r>
            <w:r>
              <w:t>erdirinya kerajaan-kerajaan Islam di Nusantara.</w:t>
            </w:r>
          </w:p>
        </w:tc>
      </w:tr>
      <w:tr w:rsidR="00A73AFC" w14:paraId="55C789FB" w14:textId="77777777">
        <w:trPr>
          <w:jc w:val="center"/>
        </w:trPr>
        <w:tc>
          <w:tcPr>
            <w:tcW w:w="2381" w:type="dxa"/>
            <w:vAlign w:val="center"/>
          </w:tcPr>
          <w:p w14:paraId="4F876B64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192FB1DF" w14:textId="77777777" w:rsidR="00A73AFC" w:rsidRDefault="006E2842">
            <w:r>
              <w:t>Pengaruh Politik &amp; Ekonomi Kerajaan Islam</w:t>
            </w:r>
          </w:p>
        </w:tc>
      </w:tr>
      <w:tr w:rsidR="00A73AFC" w14:paraId="01667F92" w14:textId="77777777">
        <w:trPr>
          <w:jc w:val="center"/>
        </w:trPr>
        <w:tc>
          <w:tcPr>
            <w:tcW w:w="2381" w:type="dxa"/>
            <w:vAlign w:val="center"/>
          </w:tcPr>
          <w:p w14:paraId="63055772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EF89484" w14:textId="77777777" w:rsidR="00A73AFC" w:rsidRDefault="006E2842">
            <w:r>
              <w:t>Fase F</w:t>
            </w:r>
          </w:p>
        </w:tc>
      </w:tr>
      <w:tr w:rsidR="00A73AFC" w14:paraId="3590A1C8" w14:textId="77777777">
        <w:trPr>
          <w:jc w:val="center"/>
        </w:trPr>
        <w:tc>
          <w:tcPr>
            <w:tcW w:w="2381" w:type="dxa"/>
            <w:vAlign w:val="center"/>
          </w:tcPr>
          <w:p w14:paraId="5438C1EE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2074A2A7" w14:textId="77777777" w:rsidR="00A73AFC" w:rsidRDefault="006E2842">
            <w:r>
              <w:t>Mengkritisi pengaruh kehidupan ekonomi/politik di nusantara berdasarkan fakta sejarah pada masa kerajaan islam.</w:t>
            </w:r>
          </w:p>
        </w:tc>
      </w:tr>
      <w:tr w:rsidR="00A73AFC" w14:paraId="047D0D3B" w14:textId="77777777">
        <w:trPr>
          <w:jc w:val="center"/>
        </w:trPr>
        <w:tc>
          <w:tcPr>
            <w:tcW w:w="2381" w:type="dxa"/>
            <w:vAlign w:val="center"/>
          </w:tcPr>
          <w:p w14:paraId="089B4994" w14:textId="77777777" w:rsidR="00A73AFC" w:rsidRDefault="006E2842">
            <w:r>
              <w:rPr>
                <w:b/>
              </w:rPr>
              <w:t xml:space="preserve">Level </w:t>
            </w:r>
            <w:r>
              <w:rPr>
                <w:b/>
              </w:rPr>
              <w:t>Kognitif</w:t>
            </w:r>
          </w:p>
        </w:tc>
        <w:tc>
          <w:tcPr>
            <w:tcW w:w="7087" w:type="dxa"/>
            <w:vAlign w:val="center"/>
          </w:tcPr>
          <w:p w14:paraId="48627706" w14:textId="77777777" w:rsidR="00A73AFC" w:rsidRDefault="006E2842">
            <w:r>
              <w:t>L3 (Penalaran)</w:t>
            </w:r>
          </w:p>
        </w:tc>
      </w:tr>
      <w:tr w:rsidR="00A73AFC" w14:paraId="53492BF8" w14:textId="77777777">
        <w:trPr>
          <w:jc w:val="center"/>
        </w:trPr>
        <w:tc>
          <w:tcPr>
            <w:tcW w:w="2381" w:type="dxa"/>
            <w:vAlign w:val="center"/>
          </w:tcPr>
          <w:p w14:paraId="4C714110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2FD9D83B" w14:textId="77777777" w:rsidR="00A73AFC" w:rsidRDefault="006E2842">
            <w:r>
              <w:t>Pilihan Ganda Kompleks (PGK)</w:t>
            </w:r>
          </w:p>
        </w:tc>
      </w:tr>
      <w:tr w:rsidR="00A73AFC" w14:paraId="62470144" w14:textId="77777777">
        <w:trPr>
          <w:jc w:val="center"/>
        </w:trPr>
        <w:tc>
          <w:tcPr>
            <w:tcW w:w="2381" w:type="dxa"/>
            <w:vAlign w:val="center"/>
          </w:tcPr>
          <w:p w14:paraId="3928AF72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68DF86E5" w14:textId="77777777" w:rsidR="00A73AFC" w:rsidRDefault="006E2842">
            <w:r>
              <w:t>18</w:t>
            </w:r>
          </w:p>
        </w:tc>
      </w:tr>
    </w:tbl>
    <w:p w14:paraId="59087421" w14:textId="77777777" w:rsidR="00A73AFC" w:rsidRDefault="006E2842">
      <w:r>
        <w:rPr>
          <w:b/>
        </w:rPr>
        <w:t>Soal</w:t>
      </w:r>
    </w:p>
    <w:p w14:paraId="345BFB71" w14:textId="77777777" w:rsidR="00A73AFC" w:rsidRDefault="006E2842">
      <w:r>
        <w:t>Perhatikan pernyataan berikut!</w:t>
      </w:r>
      <w:r>
        <w:br/>
        <w:t>1) Penguasaan pelabuhan dapat meningkatkan kekuatan ekonomi.</w:t>
      </w:r>
      <w:r>
        <w:br/>
        <w:t>2) Jalur perdagangan dapat memperkuat posisi politik kerajaan.</w:t>
      </w:r>
      <w:r>
        <w:br/>
        <w:t>3) Hubungan da</w:t>
      </w:r>
      <w:r>
        <w:t>gang antarpelabuhan memperluas jaringan kekuasaan.</w:t>
      </w:r>
      <w:r>
        <w:br/>
        <w:t>4) Perdagangan tidak memiliki hubungan dengan kekuasaan politik.</w:t>
      </w:r>
      <w:r>
        <w:br/>
      </w:r>
      <w:r>
        <w:br/>
        <w:t>Implikasi politik dan ekonomi kerajaan Islam yang tepat adalah …</w:t>
      </w:r>
    </w:p>
    <w:p w14:paraId="47C9F5A4" w14:textId="77777777" w:rsidR="00A73AFC" w:rsidRDefault="006E2842">
      <w:r>
        <w:t>A. 1 dan 2</w:t>
      </w:r>
    </w:p>
    <w:p w14:paraId="29E17B62" w14:textId="77777777" w:rsidR="00A73AFC" w:rsidRDefault="006E2842">
      <w:r>
        <w:t>B. 1 dan 3</w:t>
      </w:r>
    </w:p>
    <w:p w14:paraId="4A471A2B" w14:textId="77777777" w:rsidR="00A73AFC" w:rsidRDefault="006E2842">
      <w:r>
        <w:t>C. 2 dan 3</w:t>
      </w:r>
    </w:p>
    <w:p w14:paraId="24C3CCF9" w14:textId="77777777" w:rsidR="00A73AFC" w:rsidRDefault="006E2842">
      <w:r>
        <w:t>D. 1, 2, dan 3</w:t>
      </w:r>
    </w:p>
    <w:p w14:paraId="069B2EC6" w14:textId="77777777" w:rsidR="00A73AFC" w:rsidRDefault="006E2842">
      <w:r>
        <w:t>E. 1, 3, dan 4</w:t>
      </w:r>
    </w:p>
    <w:p w14:paraId="0A5E0BE5" w14:textId="77777777" w:rsidR="00A73AFC" w:rsidRDefault="006E2842">
      <w:r>
        <w:t>Petunjuk: P</w:t>
      </w:r>
      <w:r>
        <w:t>ilih satu jawaban yang paling tepat berdasarkan kombinasi pernyataan.</w:t>
      </w:r>
    </w:p>
    <w:p w14:paraId="54FAF8E0" w14:textId="77777777" w:rsidR="00A73AFC" w:rsidRDefault="006E2842">
      <w:r>
        <w:rPr>
          <w:b/>
        </w:rPr>
        <w:t xml:space="preserve">Kunci Jawaban: </w:t>
      </w:r>
      <w:r>
        <w:t>D</w:t>
      </w:r>
    </w:p>
    <w:p w14:paraId="3B2A9B6B" w14:textId="77777777" w:rsidR="00A73AFC" w:rsidRDefault="006E2842">
      <w:r>
        <w:rPr>
          <w:b/>
        </w:rPr>
        <w:t xml:space="preserve">Pembahasan: </w:t>
      </w:r>
      <w:r>
        <w:t>: Penguasaan pelabuhan dan jalur perdagangan dapat memperkuat posisi ekonomi sekaligus politik kerajaan.</w:t>
      </w:r>
    </w:p>
    <w:p w14:paraId="6C991CE1" w14:textId="77777777" w:rsidR="00A73AFC" w:rsidRDefault="006E2842">
      <w:r>
        <w:br w:type="page"/>
      </w:r>
    </w:p>
    <w:p w14:paraId="48F5C8BE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19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5B7C3DB4" w14:textId="77777777">
        <w:trPr>
          <w:jc w:val="center"/>
        </w:trPr>
        <w:tc>
          <w:tcPr>
            <w:tcW w:w="2381" w:type="dxa"/>
            <w:vAlign w:val="center"/>
          </w:tcPr>
          <w:p w14:paraId="1822F52C" w14:textId="77777777" w:rsidR="00A73AFC" w:rsidRDefault="006E2842">
            <w:r>
              <w:rPr>
                <w:b/>
              </w:rPr>
              <w:t xml:space="preserve">Tujuan </w:t>
            </w:r>
            <w:r>
              <w:rPr>
                <w:b/>
              </w:rPr>
              <w:t>Pembelajaran</w:t>
            </w:r>
          </w:p>
        </w:tc>
        <w:tc>
          <w:tcPr>
            <w:tcW w:w="7087" w:type="dxa"/>
            <w:vAlign w:val="center"/>
          </w:tcPr>
          <w:p w14:paraId="10244BCA" w14:textId="77777777" w:rsidR="00A73AFC" w:rsidRDefault="006E2842">
            <w:r>
              <w:t>Peserta didik mampu menjelaskan pendorong utama (faktor 3G: Gold, Glory, Gospel) ekspansi bangsa Eropa ke Nusantara.</w:t>
            </w:r>
          </w:p>
        </w:tc>
      </w:tr>
      <w:tr w:rsidR="00A73AFC" w14:paraId="06D2A2B7" w14:textId="77777777">
        <w:trPr>
          <w:jc w:val="center"/>
        </w:trPr>
        <w:tc>
          <w:tcPr>
            <w:tcW w:w="2381" w:type="dxa"/>
            <w:vAlign w:val="center"/>
          </w:tcPr>
          <w:p w14:paraId="4857FA82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72321814" w14:textId="77777777" w:rsidR="00A73AFC" w:rsidRDefault="006E2842">
            <w:r>
              <w:t>Latar Belakang Kedatangan Bangsa Barat</w:t>
            </w:r>
          </w:p>
        </w:tc>
      </w:tr>
      <w:tr w:rsidR="00A73AFC" w14:paraId="3A829C8F" w14:textId="77777777">
        <w:trPr>
          <w:jc w:val="center"/>
        </w:trPr>
        <w:tc>
          <w:tcPr>
            <w:tcW w:w="2381" w:type="dxa"/>
            <w:vAlign w:val="center"/>
          </w:tcPr>
          <w:p w14:paraId="59B90C3D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2B175E1F" w14:textId="77777777" w:rsidR="00A73AFC" w:rsidRDefault="006E2842">
            <w:r>
              <w:t>Fase F</w:t>
            </w:r>
          </w:p>
        </w:tc>
      </w:tr>
      <w:tr w:rsidR="00A73AFC" w14:paraId="60290DFE" w14:textId="77777777">
        <w:trPr>
          <w:jc w:val="center"/>
        </w:trPr>
        <w:tc>
          <w:tcPr>
            <w:tcW w:w="2381" w:type="dxa"/>
            <w:vAlign w:val="center"/>
          </w:tcPr>
          <w:p w14:paraId="3FBCF6DC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4F5738C0" w14:textId="77777777" w:rsidR="00A73AFC" w:rsidRDefault="006E2842">
            <w:r>
              <w:t xml:space="preserve">Menentukan alasan yang mendorong </w:t>
            </w:r>
            <w:r>
              <w:t>kedatangan Bangsa Eropa ke Nusantara, berdasarkan fakta sejarah pada masa tersebut.</w:t>
            </w:r>
          </w:p>
        </w:tc>
      </w:tr>
      <w:tr w:rsidR="00A73AFC" w14:paraId="37FEB62D" w14:textId="77777777">
        <w:trPr>
          <w:jc w:val="center"/>
        </w:trPr>
        <w:tc>
          <w:tcPr>
            <w:tcW w:w="2381" w:type="dxa"/>
            <w:vAlign w:val="center"/>
          </w:tcPr>
          <w:p w14:paraId="220AA6DC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0DB01ABE" w14:textId="77777777" w:rsidR="00A73AFC" w:rsidRDefault="006E2842">
            <w:r>
              <w:t>L2 (Aplikasi)</w:t>
            </w:r>
          </w:p>
        </w:tc>
      </w:tr>
      <w:tr w:rsidR="00A73AFC" w14:paraId="0FAD542D" w14:textId="77777777">
        <w:trPr>
          <w:jc w:val="center"/>
        </w:trPr>
        <w:tc>
          <w:tcPr>
            <w:tcW w:w="2381" w:type="dxa"/>
            <w:vAlign w:val="center"/>
          </w:tcPr>
          <w:p w14:paraId="419FBD4E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282E34D3" w14:textId="77777777" w:rsidR="00A73AFC" w:rsidRDefault="006E2842">
            <w:r>
              <w:t>Pilihan Ganda (PG)</w:t>
            </w:r>
          </w:p>
        </w:tc>
      </w:tr>
      <w:tr w:rsidR="00A73AFC" w14:paraId="4A95B38E" w14:textId="77777777">
        <w:trPr>
          <w:jc w:val="center"/>
        </w:trPr>
        <w:tc>
          <w:tcPr>
            <w:tcW w:w="2381" w:type="dxa"/>
            <w:vAlign w:val="center"/>
          </w:tcPr>
          <w:p w14:paraId="07830DCE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9B547F1" w14:textId="77777777" w:rsidR="00A73AFC" w:rsidRDefault="006E2842">
            <w:r>
              <w:t>19</w:t>
            </w:r>
          </w:p>
        </w:tc>
      </w:tr>
    </w:tbl>
    <w:p w14:paraId="6C16219B" w14:textId="77777777" w:rsidR="00A73AFC" w:rsidRDefault="006E2842">
      <w:r>
        <w:rPr>
          <w:b/>
        </w:rPr>
        <w:t>Soal</w:t>
      </w:r>
    </w:p>
    <w:p w14:paraId="28141B0A" w14:textId="77777777" w:rsidR="00A73AFC" w:rsidRDefault="006E2842">
      <w:r>
        <w:t>Pernyataan yang tepat tentang 3G adalah …</w:t>
      </w:r>
    </w:p>
    <w:p w14:paraId="265E1F7B" w14:textId="77777777" w:rsidR="00A73AFC" w:rsidRDefault="006E2842">
      <w:r>
        <w:t xml:space="preserve">A. Gold: kekayaan; Glory: </w:t>
      </w:r>
      <w:r>
        <w:t>kejayaan/kekuasaan; Gospel: penyebaran agama</w:t>
      </w:r>
    </w:p>
    <w:p w14:paraId="03EA8B27" w14:textId="77777777" w:rsidR="00A73AFC" w:rsidRDefault="006E2842">
      <w:r>
        <w:t>B. Gold: menghapus perdagangan; Glory: menghindari kekuasaan; Gospel: menolak agama</w:t>
      </w:r>
    </w:p>
    <w:p w14:paraId="57E905FF" w14:textId="77777777" w:rsidR="00A73AFC" w:rsidRDefault="006E2842">
      <w:r>
        <w:t>C. Gold: pertanian; Glory: desa; Gospel: menghentikan pelayaran</w:t>
      </w:r>
    </w:p>
    <w:p w14:paraId="2197F5A2" w14:textId="77777777" w:rsidR="00A73AFC" w:rsidRDefault="006E2842">
      <w:r>
        <w:t>D. Gold: tenaga kerja saja; Glory: membatasi wilayah; Gospel: m</w:t>
      </w:r>
      <w:r>
        <w:t>enghentikan misi</w:t>
      </w:r>
    </w:p>
    <w:p w14:paraId="5DB71434" w14:textId="77777777" w:rsidR="00A73AFC" w:rsidRDefault="006E2842">
      <w:r>
        <w:t>E. Gold: menutup pelabuhan; Glory: mengurangi wilayah; Gospel: melarang perdagangan</w:t>
      </w:r>
    </w:p>
    <w:p w14:paraId="538EEC40" w14:textId="77777777" w:rsidR="00A73AFC" w:rsidRDefault="006E2842">
      <w:r>
        <w:t>Petunjuk: Pilih satu jawaban yang paling tepat.</w:t>
      </w:r>
    </w:p>
    <w:p w14:paraId="2D0A3987" w14:textId="77777777" w:rsidR="00A73AFC" w:rsidRDefault="006E2842">
      <w:r>
        <w:rPr>
          <w:b/>
        </w:rPr>
        <w:t xml:space="preserve">Kunci Jawaban: </w:t>
      </w:r>
      <w:r>
        <w:t>A</w:t>
      </w:r>
    </w:p>
    <w:p w14:paraId="7C4DC78E" w14:textId="77777777" w:rsidR="00A73AFC" w:rsidRDefault="006E2842">
      <w:r>
        <w:rPr>
          <w:b/>
        </w:rPr>
        <w:t xml:space="preserve">Pembahasan: </w:t>
      </w:r>
      <w:r>
        <w:t>3G merujuk pada Gold (kekayaan), Glory (kejayaan/kekuasaan), dan Gospel (penye</w:t>
      </w:r>
      <w:r>
        <w:t>baran agama).</w:t>
      </w:r>
    </w:p>
    <w:p w14:paraId="4EED98C8" w14:textId="77777777" w:rsidR="00A73AFC" w:rsidRDefault="006E2842">
      <w:r>
        <w:br w:type="page"/>
      </w:r>
    </w:p>
    <w:p w14:paraId="0C0B16C9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6A280955" w14:textId="77777777">
        <w:trPr>
          <w:jc w:val="center"/>
        </w:trPr>
        <w:tc>
          <w:tcPr>
            <w:tcW w:w="2381" w:type="dxa"/>
            <w:vAlign w:val="center"/>
          </w:tcPr>
          <w:p w14:paraId="2075E69A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661C63A8" w14:textId="77777777" w:rsidR="00A73AFC" w:rsidRDefault="006E2842">
            <w:r>
              <w:t>Peserta didik mampu mengaitkan keteladanan dan nilai-nilai perjuangan tokoh pergerakan nasional dengan pembentukan karakter generasi muda masa kini.</w:t>
            </w:r>
          </w:p>
        </w:tc>
      </w:tr>
      <w:tr w:rsidR="00A73AFC" w14:paraId="52B457FA" w14:textId="77777777">
        <w:trPr>
          <w:jc w:val="center"/>
        </w:trPr>
        <w:tc>
          <w:tcPr>
            <w:tcW w:w="2381" w:type="dxa"/>
            <w:vAlign w:val="center"/>
          </w:tcPr>
          <w:p w14:paraId="1CFAF1E6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621ECD3C" w14:textId="77777777" w:rsidR="00A73AFC" w:rsidRDefault="006E2842">
            <w:r>
              <w:t>Nilai-Nilai Perjuangan Pergerakan Nasional</w:t>
            </w:r>
          </w:p>
        </w:tc>
      </w:tr>
      <w:tr w:rsidR="00A73AFC" w14:paraId="3041DABB" w14:textId="77777777">
        <w:trPr>
          <w:jc w:val="center"/>
        </w:trPr>
        <w:tc>
          <w:tcPr>
            <w:tcW w:w="2381" w:type="dxa"/>
            <w:vAlign w:val="center"/>
          </w:tcPr>
          <w:p w14:paraId="6BA00236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7481BD23" w14:textId="77777777" w:rsidR="00A73AFC" w:rsidRDefault="006E2842">
            <w:r>
              <w:t>Fase F</w:t>
            </w:r>
          </w:p>
        </w:tc>
      </w:tr>
      <w:tr w:rsidR="00A73AFC" w14:paraId="1926A165" w14:textId="77777777">
        <w:trPr>
          <w:jc w:val="center"/>
        </w:trPr>
        <w:tc>
          <w:tcPr>
            <w:tcW w:w="2381" w:type="dxa"/>
            <w:vAlign w:val="center"/>
          </w:tcPr>
          <w:p w14:paraId="69710AE1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30BB3680" w14:textId="77777777" w:rsidR="00A73AFC" w:rsidRDefault="006E2842">
            <w:r>
              <w:t>Menentukan hubungan semangat para tokoh perjuangan pada masa pergerakan nasional kemerdekaan dengan perkembangan kehidupan di masa kini.</w:t>
            </w:r>
          </w:p>
        </w:tc>
      </w:tr>
      <w:tr w:rsidR="00A73AFC" w14:paraId="59EAC5FE" w14:textId="77777777">
        <w:trPr>
          <w:jc w:val="center"/>
        </w:trPr>
        <w:tc>
          <w:tcPr>
            <w:tcW w:w="2381" w:type="dxa"/>
            <w:vAlign w:val="center"/>
          </w:tcPr>
          <w:p w14:paraId="7A0A71CF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7DBD1565" w14:textId="77777777" w:rsidR="00A73AFC" w:rsidRDefault="006E2842">
            <w:r>
              <w:t>L2 (Aplikasi)</w:t>
            </w:r>
          </w:p>
        </w:tc>
      </w:tr>
      <w:tr w:rsidR="00A73AFC" w14:paraId="7D2C26A3" w14:textId="77777777">
        <w:trPr>
          <w:jc w:val="center"/>
        </w:trPr>
        <w:tc>
          <w:tcPr>
            <w:tcW w:w="2381" w:type="dxa"/>
            <w:vAlign w:val="center"/>
          </w:tcPr>
          <w:p w14:paraId="1EBA7652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7259E17B" w14:textId="77777777" w:rsidR="00A73AFC" w:rsidRDefault="006E2842">
            <w:r>
              <w:t>Pilihan Ganda Kompleks (PGK)</w:t>
            </w:r>
          </w:p>
        </w:tc>
      </w:tr>
      <w:tr w:rsidR="00A73AFC" w14:paraId="21D7CA9B" w14:textId="77777777">
        <w:trPr>
          <w:jc w:val="center"/>
        </w:trPr>
        <w:tc>
          <w:tcPr>
            <w:tcW w:w="2381" w:type="dxa"/>
            <w:vAlign w:val="center"/>
          </w:tcPr>
          <w:p w14:paraId="21D33E44" w14:textId="77777777" w:rsidR="00A73AFC" w:rsidRDefault="006E2842">
            <w:r>
              <w:rPr>
                <w:b/>
              </w:rPr>
              <w:t xml:space="preserve">Nomor </w:t>
            </w:r>
            <w:r>
              <w:rPr>
                <w:b/>
              </w:rPr>
              <w:t>Soal</w:t>
            </w:r>
          </w:p>
        </w:tc>
        <w:tc>
          <w:tcPr>
            <w:tcW w:w="7087" w:type="dxa"/>
            <w:vAlign w:val="center"/>
          </w:tcPr>
          <w:p w14:paraId="400884B4" w14:textId="77777777" w:rsidR="00A73AFC" w:rsidRDefault="006E2842">
            <w:r>
              <w:t>20</w:t>
            </w:r>
          </w:p>
        </w:tc>
      </w:tr>
    </w:tbl>
    <w:p w14:paraId="6E844E49" w14:textId="77777777" w:rsidR="00A73AFC" w:rsidRDefault="006E2842">
      <w:r>
        <w:rPr>
          <w:b/>
        </w:rPr>
        <w:t>Soal</w:t>
      </w:r>
    </w:p>
    <w:p w14:paraId="64BC2647" w14:textId="77777777" w:rsidR="00A73AFC" w:rsidRDefault="006E2842">
      <w:r>
        <w:t>Perhatikan penerapan nilai pergerakan nasional berikut!</w:t>
      </w:r>
      <w:r>
        <w:br/>
        <w:t>1) Bekerja sama dalam keberagaman.</w:t>
      </w:r>
      <w:r>
        <w:br/>
        <w:t>2) Mengutamakan kepentingan bersama.</w:t>
      </w:r>
      <w:r>
        <w:br/>
        <w:t>3) Menghargai perbedaan.</w:t>
      </w:r>
      <w:r>
        <w:br/>
        <w:t>4) Mengutamakan kelompok sendiri.</w:t>
      </w:r>
      <w:r>
        <w:br/>
        <w:t>5) Menolak kerja sama dengan kelompok lain.</w:t>
      </w:r>
      <w:r>
        <w:br/>
      </w:r>
      <w:r>
        <w:br/>
        <w:t>Perilaku y</w:t>
      </w:r>
      <w:r>
        <w:t>ang mencerminkan semangat persatuan adalah …</w:t>
      </w:r>
    </w:p>
    <w:p w14:paraId="21155107" w14:textId="77777777" w:rsidR="00A73AFC" w:rsidRDefault="006E2842">
      <w:r>
        <w:t>A. 1, 2, dan 3</w:t>
      </w:r>
    </w:p>
    <w:p w14:paraId="49D24E36" w14:textId="77777777" w:rsidR="00A73AFC" w:rsidRDefault="006E2842">
      <w:r>
        <w:t>B. 1, 2, dan 4</w:t>
      </w:r>
    </w:p>
    <w:p w14:paraId="240F5133" w14:textId="77777777" w:rsidR="00A73AFC" w:rsidRDefault="006E2842">
      <w:r>
        <w:t>C. 1, 3, dan 5</w:t>
      </w:r>
    </w:p>
    <w:p w14:paraId="7AAAD45C" w14:textId="77777777" w:rsidR="00A73AFC" w:rsidRDefault="006E2842">
      <w:r>
        <w:t>D. 2, 4, dan 5</w:t>
      </w:r>
    </w:p>
    <w:p w14:paraId="06A1CE87" w14:textId="77777777" w:rsidR="00A73AFC" w:rsidRDefault="006E2842">
      <w:r>
        <w:t>E. 3, 4, dan 5</w:t>
      </w:r>
    </w:p>
    <w:p w14:paraId="087CC353" w14:textId="77777777" w:rsidR="00A73AFC" w:rsidRDefault="006E2842">
      <w:r>
        <w:t>Petunjuk: Pilih satu jawaban yang paling tepat berdasarkan kombinasi pernyataan.</w:t>
      </w:r>
    </w:p>
    <w:p w14:paraId="355DF60F" w14:textId="77777777" w:rsidR="00A73AFC" w:rsidRDefault="006E2842">
      <w:r>
        <w:rPr>
          <w:b/>
        </w:rPr>
        <w:t xml:space="preserve">Kunci Jawaban: </w:t>
      </w:r>
      <w:r>
        <w:t>A</w:t>
      </w:r>
    </w:p>
    <w:p w14:paraId="70B56C0C" w14:textId="77777777" w:rsidR="00A73AFC" w:rsidRDefault="006E2842">
      <w:r>
        <w:rPr>
          <w:b/>
        </w:rPr>
        <w:t xml:space="preserve">Pembahasan: </w:t>
      </w:r>
      <w:r>
        <w:t xml:space="preserve">: Nilai persatuan </w:t>
      </w:r>
      <w:r>
        <w:t>diwujudkan melalui kerja sama, penghargaan terhadap keberagaman, dan kepentingan bersama.</w:t>
      </w:r>
    </w:p>
    <w:p w14:paraId="7AFEF6F3" w14:textId="77777777" w:rsidR="00A73AFC" w:rsidRDefault="006E2842">
      <w:r>
        <w:br w:type="page"/>
      </w:r>
    </w:p>
    <w:p w14:paraId="2254CC61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599CF270" w14:textId="77777777">
        <w:trPr>
          <w:jc w:val="center"/>
        </w:trPr>
        <w:tc>
          <w:tcPr>
            <w:tcW w:w="2381" w:type="dxa"/>
            <w:vAlign w:val="center"/>
          </w:tcPr>
          <w:p w14:paraId="2A3161B5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437E26A2" w14:textId="77777777" w:rsidR="00A73AFC" w:rsidRDefault="006E2842">
            <w:r>
              <w:t xml:space="preserve">Peserta didik mampu membandingkan strategi dan taktik perlawanan lokal masyarakat Nusantara terhadap </w:t>
            </w:r>
            <w:r>
              <w:t>kolonialisme sebelum abad ke-20.</w:t>
            </w:r>
          </w:p>
        </w:tc>
      </w:tr>
      <w:tr w:rsidR="00A73AFC" w14:paraId="5D82D745" w14:textId="77777777">
        <w:trPr>
          <w:jc w:val="center"/>
        </w:trPr>
        <w:tc>
          <w:tcPr>
            <w:tcW w:w="2381" w:type="dxa"/>
            <w:vAlign w:val="center"/>
          </w:tcPr>
          <w:p w14:paraId="750D8781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23145162" w14:textId="77777777" w:rsidR="00A73AFC" w:rsidRDefault="006E2842">
            <w:r>
              <w:t>Perlawanan Bangsa Indonesia Sebelum Abad ke-20</w:t>
            </w:r>
          </w:p>
        </w:tc>
      </w:tr>
      <w:tr w:rsidR="00A73AFC" w14:paraId="0964FF89" w14:textId="77777777">
        <w:trPr>
          <w:jc w:val="center"/>
        </w:trPr>
        <w:tc>
          <w:tcPr>
            <w:tcW w:w="2381" w:type="dxa"/>
            <w:vAlign w:val="center"/>
          </w:tcPr>
          <w:p w14:paraId="7F895485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27C6614" w14:textId="77777777" w:rsidR="00A73AFC" w:rsidRDefault="006E2842">
            <w:r>
              <w:t>Fase F</w:t>
            </w:r>
          </w:p>
        </w:tc>
      </w:tr>
      <w:tr w:rsidR="00A73AFC" w14:paraId="4C21F93B" w14:textId="77777777">
        <w:trPr>
          <w:jc w:val="center"/>
        </w:trPr>
        <w:tc>
          <w:tcPr>
            <w:tcW w:w="2381" w:type="dxa"/>
            <w:vAlign w:val="center"/>
          </w:tcPr>
          <w:p w14:paraId="02ABDE53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167CC86F" w14:textId="77777777" w:rsidR="00A73AFC" w:rsidRDefault="006E2842">
            <w:r>
              <w:t>Menentukan strategi perlawanan rakyat nusantara terhadap bangsa Eropa sebelum abad ke-20 berdasarkan fakta sejarah pada masa tersebut</w:t>
            </w:r>
            <w:r>
              <w:t>.</w:t>
            </w:r>
          </w:p>
        </w:tc>
      </w:tr>
      <w:tr w:rsidR="00A73AFC" w14:paraId="225838AC" w14:textId="77777777">
        <w:trPr>
          <w:jc w:val="center"/>
        </w:trPr>
        <w:tc>
          <w:tcPr>
            <w:tcW w:w="2381" w:type="dxa"/>
            <w:vAlign w:val="center"/>
          </w:tcPr>
          <w:p w14:paraId="4E633209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4E8368CC" w14:textId="77777777" w:rsidR="00A73AFC" w:rsidRDefault="006E2842">
            <w:r>
              <w:t>L2 (Aplikasi)</w:t>
            </w:r>
          </w:p>
        </w:tc>
      </w:tr>
      <w:tr w:rsidR="00A73AFC" w14:paraId="6F8CD41E" w14:textId="77777777">
        <w:trPr>
          <w:jc w:val="center"/>
        </w:trPr>
        <w:tc>
          <w:tcPr>
            <w:tcW w:w="2381" w:type="dxa"/>
            <w:vAlign w:val="center"/>
          </w:tcPr>
          <w:p w14:paraId="2D82DACE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010CCC8" w14:textId="77777777" w:rsidR="00A73AFC" w:rsidRDefault="006E2842">
            <w:r>
              <w:t>Pilihan Ganda (PG)</w:t>
            </w:r>
          </w:p>
        </w:tc>
      </w:tr>
      <w:tr w:rsidR="00A73AFC" w14:paraId="1C059473" w14:textId="77777777">
        <w:trPr>
          <w:jc w:val="center"/>
        </w:trPr>
        <w:tc>
          <w:tcPr>
            <w:tcW w:w="2381" w:type="dxa"/>
            <w:vAlign w:val="center"/>
          </w:tcPr>
          <w:p w14:paraId="08B27D56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27EF83A" w14:textId="77777777" w:rsidR="00A73AFC" w:rsidRDefault="006E2842">
            <w:r>
              <w:t>21</w:t>
            </w:r>
          </w:p>
        </w:tc>
      </w:tr>
    </w:tbl>
    <w:p w14:paraId="1D1CCF47" w14:textId="77777777" w:rsidR="00A73AFC" w:rsidRDefault="006E2842">
      <w:r>
        <w:rPr>
          <w:b/>
        </w:rPr>
        <w:t>Soal</w:t>
      </w:r>
    </w:p>
    <w:p w14:paraId="7548A5EA" w14:textId="77777777" w:rsidR="00A73AFC" w:rsidRDefault="006E2842">
      <w:r>
        <w:t>Perlawanan sebelum abad ke-20 umumnya bersifat kedaerahan dan bersenjata. Kelemahan utama pola tersebut adalah …</w:t>
      </w:r>
    </w:p>
    <w:p w14:paraId="7F11FB03" w14:textId="77777777" w:rsidR="00A73AFC" w:rsidRDefault="006E2842">
      <w:r>
        <w:t>A. Tidak didukung masyarakat</w:t>
      </w:r>
    </w:p>
    <w:p w14:paraId="6FD7AFC7" w14:textId="77777777" w:rsidR="00A73AFC" w:rsidRDefault="006E2842">
      <w:r>
        <w:t xml:space="preserve">B. Tidak memiliki </w:t>
      </w:r>
      <w:r>
        <w:t>pemimpin</w:t>
      </w:r>
    </w:p>
    <w:p w14:paraId="407F51B7" w14:textId="77777777" w:rsidR="00A73AFC" w:rsidRDefault="006E2842">
      <w:r>
        <w:t>C. Koordinasi antardaerah terbatas sehingga mudah dihadapi secara terpisah</w:t>
      </w:r>
    </w:p>
    <w:p w14:paraId="6F6EAD06" w14:textId="77777777" w:rsidR="00A73AFC" w:rsidRDefault="006E2842">
      <w:r>
        <w:t>D. Selalu menggunakan diplomasi</w:t>
      </w:r>
    </w:p>
    <w:p w14:paraId="03F0AD54" w14:textId="77777777" w:rsidR="00A73AFC" w:rsidRDefault="006E2842">
      <w:r>
        <w:t>E. Tidak memiliki tujuan</w:t>
      </w:r>
    </w:p>
    <w:p w14:paraId="43362397" w14:textId="77777777" w:rsidR="00A73AFC" w:rsidRDefault="006E2842">
      <w:r>
        <w:t>Petunjuk: Pilih satu jawaban yang paling tepat.</w:t>
      </w:r>
    </w:p>
    <w:p w14:paraId="0F003AEA" w14:textId="77777777" w:rsidR="00A73AFC" w:rsidRDefault="006E2842">
      <w:r>
        <w:rPr>
          <w:b/>
        </w:rPr>
        <w:t xml:space="preserve">Kunci Jawaban: </w:t>
      </w:r>
      <w:r>
        <w:t>C</w:t>
      </w:r>
    </w:p>
    <w:p w14:paraId="16E0DB6F" w14:textId="77777777" w:rsidR="00A73AFC" w:rsidRDefault="006E2842">
      <w:r>
        <w:rPr>
          <w:b/>
        </w:rPr>
        <w:t xml:space="preserve">Pembahasan: </w:t>
      </w:r>
      <w:r>
        <w:t xml:space="preserve">Sifat kedaerahan membatasi koordinasi </w:t>
      </w:r>
      <w:r>
        <w:t>sehingga kolonial dapat menghadapi perlawanan daerah secara terpisah.</w:t>
      </w:r>
    </w:p>
    <w:p w14:paraId="4B4EDC2F" w14:textId="77777777" w:rsidR="00A73AFC" w:rsidRDefault="006E2842">
      <w:r>
        <w:br w:type="page"/>
      </w:r>
    </w:p>
    <w:p w14:paraId="2B61CD05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17AAD5A1" w14:textId="77777777">
        <w:trPr>
          <w:jc w:val="center"/>
        </w:trPr>
        <w:tc>
          <w:tcPr>
            <w:tcW w:w="2381" w:type="dxa"/>
            <w:vAlign w:val="center"/>
          </w:tcPr>
          <w:p w14:paraId="6202F967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2726D44A" w14:textId="77777777" w:rsidR="00A73AFC" w:rsidRDefault="006E2842">
            <w:r>
              <w:t>Peserta didik mampu mengidentifikasi akar penyebab dan pemicu gerakan perlawanan rakyat Indonesia pada masa pendudukan Jepang.</w:t>
            </w:r>
          </w:p>
        </w:tc>
      </w:tr>
      <w:tr w:rsidR="00A73AFC" w14:paraId="63798710" w14:textId="77777777">
        <w:trPr>
          <w:jc w:val="center"/>
        </w:trPr>
        <w:tc>
          <w:tcPr>
            <w:tcW w:w="2381" w:type="dxa"/>
            <w:vAlign w:val="center"/>
          </w:tcPr>
          <w:p w14:paraId="0FD2448D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109C9E81" w14:textId="77777777" w:rsidR="00A73AFC" w:rsidRDefault="006E2842">
            <w:r>
              <w:t>Perlawana</w:t>
            </w:r>
            <w:r>
              <w:t>n Terhadap Pendudukan Jepang</w:t>
            </w:r>
          </w:p>
        </w:tc>
      </w:tr>
      <w:tr w:rsidR="00A73AFC" w14:paraId="6BD4BE36" w14:textId="77777777">
        <w:trPr>
          <w:jc w:val="center"/>
        </w:trPr>
        <w:tc>
          <w:tcPr>
            <w:tcW w:w="2381" w:type="dxa"/>
            <w:vAlign w:val="center"/>
          </w:tcPr>
          <w:p w14:paraId="483F6699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434FEA1A" w14:textId="77777777" w:rsidR="00A73AFC" w:rsidRDefault="006E2842">
            <w:r>
              <w:t>Fase F</w:t>
            </w:r>
          </w:p>
        </w:tc>
      </w:tr>
      <w:tr w:rsidR="00A73AFC" w14:paraId="5C4B1195" w14:textId="77777777">
        <w:trPr>
          <w:jc w:val="center"/>
        </w:trPr>
        <w:tc>
          <w:tcPr>
            <w:tcW w:w="2381" w:type="dxa"/>
            <w:vAlign w:val="center"/>
          </w:tcPr>
          <w:p w14:paraId="5B92047E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0BC33EC0" w14:textId="77777777" w:rsidR="00A73AFC" w:rsidRDefault="006E2842">
            <w:r>
              <w:t>Mengidentifikasi latar belakang perlawanan bangsa Indonesia kepada Jepang berdasarkan salah satu perlawanan pada masa tersebut.</w:t>
            </w:r>
          </w:p>
        </w:tc>
      </w:tr>
      <w:tr w:rsidR="00A73AFC" w14:paraId="77E04968" w14:textId="77777777">
        <w:trPr>
          <w:jc w:val="center"/>
        </w:trPr>
        <w:tc>
          <w:tcPr>
            <w:tcW w:w="2381" w:type="dxa"/>
            <w:vAlign w:val="center"/>
          </w:tcPr>
          <w:p w14:paraId="46EE660F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42CE1AA0" w14:textId="77777777" w:rsidR="00A73AFC" w:rsidRDefault="006E2842">
            <w:r>
              <w:t>L2 (Aplikasi)</w:t>
            </w:r>
          </w:p>
        </w:tc>
      </w:tr>
      <w:tr w:rsidR="00A73AFC" w14:paraId="3A82FAD4" w14:textId="77777777">
        <w:trPr>
          <w:jc w:val="center"/>
        </w:trPr>
        <w:tc>
          <w:tcPr>
            <w:tcW w:w="2381" w:type="dxa"/>
            <w:vAlign w:val="center"/>
          </w:tcPr>
          <w:p w14:paraId="726D2073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5F82DDC7" w14:textId="77777777" w:rsidR="00A73AFC" w:rsidRDefault="006E2842">
            <w:r>
              <w:t xml:space="preserve">Pilihan Ganda </w:t>
            </w:r>
            <w:r>
              <w:t>Kompleks (PGK)</w:t>
            </w:r>
          </w:p>
        </w:tc>
      </w:tr>
      <w:tr w:rsidR="00A73AFC" w14:paraId="67EC64AC" w14:textId="77777777">
        <w:trPr>
          <w:jc w:val="center"/>
        </w:trPr>
        <w:tc>
          <w:tcPr>
            <w:tcW w:w="2381" w:type="dxa"/>
            <w:vAlign w:val="center"/>
          </w:tcPr>
          <w:p w14:paraId="4DDD6132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0E68E43" w14:textId="77777777" w:rsidR="00A73AFC" w:rsidRDefault="006E2842">
            <w:r>
              <w:t>22</w:t>
            </w:r>
          </w:p>
        </w:tc>
      </w:tr>
    </w:tbl>
    <w:p w14:paraId="72DF0D7F" w14:textId="77777777" w:rsidR="00A73AFC" w:rsidRDefault="006E2842">
      <w:r>
        <w:rPr>
          <w:b/>
        </w:rPr>
        <w:t>Soal</w:t>
      </w:r>
    </w:p>
    <w:p w14:paraId="7215BA5E" w14:textId="77777777" w:rsidR="00A73AFC" w:rsidRDefault="006E2842">
      <w:r>
        <w:t>Perhatikan faktor berikut!</w:t>
      </w:r>
      <w:r>
        <w:br/>
        <w:t>1) Romusha.</w:t>
      </w:r>
      <w:r>
        <w:br/>
        <w:t>2) Kekurangan pangan.</w:t>
      </w:r>
      <w:r>
        <w:br/>
        <w:t>3) Tekanan pendudukan.</w:t>
      </w:r>
      <w:r>
        <w:br/>
        <w:t>4) Kebebasan politik.</w:t>
      </w:r>
      <w:r>
        <w:br/>
        <w:t>5) Beban ekonomi.</w:t>
      </w:r>
      <w:r>
        <w:br/>
      </w:r>
      <w:r>
        <w:br/>
        <w:t>Faktor yang dapat menjelaskan munculnya perlawanan terhadap Jepang adalah …</w:t>
      </w:r>
    </w:p>
    <w:p w14:paraId="469BA474" w14:textId="77777777" w:rsidR="00A73AFC" w:rsidRDefault="006E2842">
      <w:r>
        <w:t>A. 1, 2, dan 3</w:t>
      </w:r>
    </w:p>
    <w:p w14:paraId="5C00DD2A" w14:textId="77777777" w:rsidR="00A73AFC" w:rsidRDefault="006E2842">
      <w:r>
        <w:t xml:space="preserve">B. </w:t>
      </w:r>
      <w:r>
        <w:t>1, 2, dan 5</w:t>
      </w:r>
    </w:p>
    <w:p w14:paraId="28318B19" w14:textId="77777777" w:rsidR="00A73AFC" w:rsidRDefault="006E2842">
      <w:r>
        <w:t>C. 2, 3, dan 5</w:t>
      </w:r>
    </w:p>
    <w:p w14:paraId="0FB1F4B5" w14:textId="77777777" w:rsidR="00A73AFC" w:rsidRDefault="006E2842">
      <w:r>
        <w:t>D. 1, 2, 3, dan 5</w:t>
      </w:r>
    </w:p>
    <w:p w14:paraId="39058731" w14:textId="77777777" w:rsidR="00A73AFC" w:rsidRDefault="006E2842">
      <w:r>
        <w:t>E. 1, 4, dan 5</w:t>
      </w:r>
    </w:p>
    <w:p w14:paraId="24202890" w14:textId="77777777" w:rsidR="00A73AFC" w:rsidRDefault="006E2842">
      <w:r>
        <w:t>Petunjuk: Pilih satu jawaban yang paling tepat berdasarkan kombinasi pernyataan.</w:t>
      </w:r>
    </w:p>
    <w:p w14:paraId="00C0D3EA" w14:textId="77777777" w:rsidR="00A73AFC" w:rsidRDefault="006E2842">
      <w:r>
        <w:rPr>
          <w:b/>
        </w:rPr>
        <w:t xml:space="preserve">Kunci Jawaban: </w:t>
      </w:r>
      <w:r>
        <w:t>D</w:t>
      </w:r>
    </w:p>
    <w:p w14:paraId="008E62F2" w14:textId="77777777" w:rsidR="00A73AFC" w:rsidRDefault="006E2842">
      <w:r>
        <w:rPr>
          <w:b/>
        </w:rPr>
        <w:t xml:space="preserve">Pembahasan: </w:t>
      </w:r>
      <w:r>
        <w:t>: Kebijakan pendudukan yang menimbulkan penderitaan dapat menjadi pemicu perlawanan ra</w:t>
      </w:r>
      <w:r>
        <w:t>kyat.</w:t>
      </w:r>
    </w:p>
    <w:p w14:paraId="71769476" w14:textId="77777777" w:rsidR="00A73AFC" w:rsidRDefault="006E2842">
      <w:r>
        <w:br w:type="page"/>
      </w:r>
    </w:p>
    <w:p w14:paraId="6D2A6132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77D9EAF9" w14:textId="77777777">
        <w:trPr>
          <w:jc w:val="center"/>
        </w:trPr>
        <w:tc>
          <w:tcPr>
            <w:tcW w:w="2381" w:type="dxa"/>
            <w:vAlign w:val="center"/>
          </w:tcPr>
          <w:p w14:paraId="0DDFA318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578080CC" w14:textId="77777777" w:rsidR="00A73AFC" w:rsidRDefault="006E2842">
            <w:r>
              <w:t>Peserta didik mampu mendeskripsikan sifat dan karakteristik pemerintahan pendudukan militer Jepang di bidang politik, ekonomi, sosial, dan budaya.</w:t>
            </w:r>
          </w:p>
        </w:tc>
      </w:tr>
      <w:tr w:rsidR="00A73AFC" w14:paraId="20307CA8" w14:textId="77777777">
        <w:trPr>
          <w:jc w:val="center"/>
        </w:trPr>
        <w:tc>
          <w:tcPr>
            <w:tcW w:w="2381" w:type="dxa"/>
            <w:vAlign w:val="center"/>
          </w:tcPr>
          <w:p w14:paraId="7E183CA1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02DAD52B" w14:textId="77777777" w:rsidR="00A73AFC" w:rsidRDefault="006E2842">
            <w:r>
              <w:t>Kebijakan Pendudukan Jepang</w:t>
            </w:r>
          </w:p>
        </w:tc>
      </w:tr>
      <w:tr w:rsidR="00A73AFC" w14:paraId="766160FC" w14:textId="77777777">
        <w:trPr>
          <w:jc w:val="center"/>
        </w:trPr>
        <w:tc>
          <w:tcPr>
            <w:tcW w:w="2381" w:type="dxa"/>
            <w:vAlign w:val="center"/>
          </w:tcPr>
          <w:p w14:paraId="7F2B0F0C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31ED4449" w14:textId="77777777" w:rsidR="00A73AFC" w:rsidRDefault="006E2842">
            <w:r>
              <w:t>Fase F</w:t>
            </w:r>
          </w:p>
        </w:tc>
      </w:tr>
      <w:tr w:rsidR="00A73AFC" w14:paraId="39CB83A8" w14:textId="77777777">
        <w:trPr>
          <w:jc w:val="center"/>
        </w:trPr>
        <w:tc>
          <w:tcPr>
            <w:tcW w:w="2381" w:type="dxa"/>
            <w:vAlign w:val="center"/>
          </w:tcPr>
          <w:p w14:paraId="10D293CB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797C8A1D" w14:textId="77777777" w:rsidR="00A73AFC" w:rsidRDefault="006E2842">
            <w:r>
              <w:t>Menetukan karakteristik penjajahan Jepang terhadap bangsa Indonesia berdasarkan kebijakan politik/ekonomi/sosial/ budaya pada masa tersebut.</w:t>
            </w:r>
          </w:p>
        </w:tc>
      </w:tr>
      <w:tr w:rsidR="00A73AFC" w14:paraId="59D76533" w14:textId="77777777">
        <w:trPr>
          <w:jc w:val="center"/>
        </w:trPr>
        <w:tc>
          <w:tcPr>
            <w:tcW w:w="2381" w:type="dxa"/>
            <w:vAlign w:val="center"/>
          </w:tcPr>
          <w:p w14:paraId="4F868717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76F96CFF" w14:textId="77777777" w:rsidR="00A73AFC" w:rsidRDefault="006E2842">
            <w:r>
              <w:t>L2 (Aplikasi)</w:t>
            </w:r>
          </w:p>
        </w:tc>
      </w:tr>
      <w:tr w:rsidR="00A73AFC" w14:paraId="3A54D6CA" w14:textId="77777777">
        <w:trPr>
          <w:jc w:val="center"/>
        </w:trPr>
        <w:tc>
          <w:tcPr>
            <w:tcW w:w="2381" w:type="dxa"/>
            <w:vAlign w:val="center"/>
          </w:tcPr>
          <w:p w14:paraId="37524B64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6B230A73" w14:textId="77777777" w:rsidR="00A73AFC" w:rsidRDefault="006E2842">
            <w:r>
              <w:t>Pilihan Ganda (PG)</w:t>
            </w:r>
          </w:p>
        </w:tc>
      </w:tr>
      <w:tr w:rsidR="00A73AFC" w14:paraId="32CAFFEE" w14:textId="77777777">
        <w:trPr>
          <w:jc w:val="center"/>
        </w:trPr>
        <w:tc>
          <w:tcPr>
            <w:tcW w:w="2381" w:type="dxa"/>
            <w:vAlign w:val="center"/>
          </w:tcPr>
          <w:p w14:paraId="63C0C458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75395050" w14:textId="77777777" w:rsidR="00A73AFC" w:rsidRDefault="006E2842">
            <w:r>
              <w:t>24</w:t>
            </w:r>
          </w:p>
        </w:tc>
      </w:tr>
    </w:tbl>
    <w:p w14:paraId="30C91279" w14:textId="77777777" w:rsidR="00A73AFC" w:rsidRDefault="006E2842">
      <w:r>
        <w:rPr>
          <w:b/>
        </w:rPr>
        <w:t>Soal</w:t>
      </w:r>
    </w:p>
    <w:p w14:paraId="2CD66A99" w14:textId="77777777" w:rsidR="00A73AFC" w:rsidRDefault="006E2842">
      <w:r>
        <w:t>Kebijakan Jepang yang menunjukkan karakter pemerintahan pendudukan militer di bidang ekonomi adalah …</w:t>
      </w:r>
    </w:p>
    <w:p w14:paraId="38C443BA" w14:textId="77777777" w:rsidR="00A73AFC" w:rsidRDefault="006E2842">
      <w:r>
        <w:t>A. Mengarahkan sumber daya Indonesia untuk kepentingan perang Jepang</w:t>
      </w:r>
    </w:p>
    <w:p w14:paraId="5C670FBC" w14:textId="77777777" w:rsidR="00A73AFC" w:rsidRDefault="006E2842">
      <w:r>
        <w:t>B. Memberi kebebasan penuh kepada perusahaan pribumi</w:t>
      </w:r>
    </w:p>
    <w:p w14:paraId="78D37EFA" w14:textId="77777777" w:rsidR="00A73AFC" w:rsidRDefault="006E2842">
      <w:r>
        <w:t>C. Menghapus kewajiban penyeraha</w:t>
      </w:r>
      <w:r>
        <w:t>n hasil pertanian</w:t>
      </w:r>
    </w:p>
    <w:p w14:paraId="64BB3B4C" w14:textId="77777777" w:rsidR="00A73AFC" w:rsidRDefault="006E2842">
      <w:r>
        <w:t>D. Membebaskan perdagangan luar negeri</w:t>
      </w:r>
    </w:p>
    <w:p w14:paraId="7DDEC3D3" w14:textId="77777777" w:rsidR="00A73AFC" w:rsidRDefault="006E2842">
      <w:r>
        <w:t>E. Menyerahkan seluruh ekonomi kepada rakyat</w:t>
      </w:r>
    </w:p>
    <w:p w14:paraId="660B6119" w14:textId="77777777" w:rsidR="00A73AFC" w:rsidRDefault="006E2842">
      <w:r>
        <w:t>Petunjuk: Pilih satu jawaban yang paling tepat.</w:t>
      </w:r>
    </w:p>
    <w:p w14:paraId="5D98E834" w14:textId="77777777" w:rsidR="00A73AFC" w:rsidRDefault="006E2842">
      <w:r>
        <w:rPr>
          <w:b/>
        </w:rPr>
        <w:t xml:space="preserve">Kunci Jawaban: </w:t>
      </w:r>
      <w:r>
        <w:t>A</w:t>
      </w:r>
    </w:p>
    <w:p w14:paraId="4E10F0DA" w14:textId="77777777" w:rsidR="00A73AFC" w:rsidRDefault="006E2842">
      <w:r>
        <w:rPr>
          <w:b/>
        </w:rPr>
        <w:t xml:space="preserve">Pembahasan: </w:t>
      </w:r>
      <w:r>
        <w:t>Jepang memobilisasi sumber daya ekonomi Indonesia untuk mendukung kebutuhan p</w:t>
      </w:r>
      <w:r>
        <w:t>erang dan kepentingan pendudukan.</w:t>
      </w:r>
    </w:p>
    <w:p w14:paraId="7AF4AC7D" w14:textId="77777777" w:rsidR="00A73AFC" w:rsidRDefault="006E2842">
      <w:r>
        <w:br w:type="page"/>
      </w:r>
    </w:p>
    <w:p w14:paraId="178A3AB0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00F2D1FC" w14:textId="77777777">
        <w:trPr>
          <w:jc w:val="center"/>
        </w:trPr>
        <w:tc>
          <w:tcPr>
            <w:tcW w:w="2381" w:type="dxa"/>
            <w:vAlign w:val="center"/>
          </w:tcPr>
          <w:p w14:paraId="2CFA2E68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14D315AA" w14:textId="77777777" w:rsidR="00A73AFC" w:rsidRDefault="006E2842">
            <w:r>
              <w:t>Peserta didik mampu mengimplementasikan keteladanan pemikiran dan tindakan pahlawan nasional dalam menyelesaikan tantangan kehidupan modern.</w:t>
            </w:r>
          </w:p>
        </w:tc>
      </w:tr>
      <w:tr w:rsidR="00A73AFC" w14:paraId="7C65D885" w14:textId="77777777">
        <w:trPr>
          <w:jc w:val="center"/>
        </w:trPr>
        <w:tc>
          <w:tcPr>
            <w:tcW w:w="2381" w:type="dxa"/>
            <w:vAlign w:val="center"/>
          </w:tcPr>
          <w:p w14:paraId="7E6E5F00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6B3F7484" w14:textId="77777777" w:rsidR="00A73AFC" w:rsidRDefault="006E2842">
            <w:r>
              <w:t>Implementasi Nilai Tokoh Perger</w:t>
            </w:r>
            <w:r>
              <w:t>akan</w:t>
            </w:r>
          </w:p>
        </w:tc>
      </w:tr>
      <w:tr w:rsidR="00A73AFC" w14:paraId="77D14D04" w14:textId="77777777">
        <w:trPr>
          <w:jc w:val="center"/>
        </w:trPr>
        <w:tc>
          <w:tcPr>
            <w:tcW w:w="2381" w:type="dxa"/>
            <w:vAlign w:val="center"/>
          </w:tcPr>
          <w:p w14:paraId="6A306E29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5EFF00DF" w14:textId="77777777" w:rsidR="00A73AFC" w:rsidRDefault="006E2842">
            <w:r>
              <w:t>Fase F</w:t>
            </w:r>
          </w:p>
        </w:tc>
      </w:tr>
      <w:tr w:rsidR="00A73AFC" w14:paraId="0A3CE9D5" w14:textId="77777777">
        <w:trPr>
          <w:jc w:val="center"/>
        </w:trPr>
        <w:tc>
          <w:tcPr>
            <w:tcW w:w="2381" w:type="dxa"/>
            <w:vAlign w:val="center"/>
          </w:tcPr>
          <w:p w14:paraId="338482C6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7D99A431" w14:textId="77777777" w:rsidR="00A73AFC" w:rsidRDefault="006E2842">
            <w:r>
              <w:t>Mengimplementasikan ide/kegiatan yang sesuai dengan nilai tokoh untuk mengatasi masalah saat ini, berdasarkan studi kasus yang mencerminkan semangat tokoh pergerakan nasional.</w:t>
            </w:r>
          </w:p>
        </w:tc>
      </w:tr>
      <w:tr w:rsidR="00A73AFC" w14:paraId="2F795D86" w14:textId="77777777">
        <w:trPr>
          <w:jc w:val="center"/>
        </w:trPr>
        <w:tc>
          <w:tcPr>
            <w:tcW w:w="2381" w:type="dxa"/>
            <w:vAlign w:val="center"/>
          </w:tcPr>
          <w:p w14:paraId="5DE357EF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75B15791" w14:textId="77777777" w:rsidR="00A73AFC" w:rsidRDefault="006E2842">
            <w:r>
              <w:t xml:space="preserve">L3 </w:t>
            </w:r>
            <w:r>
              <w:t>(Penalaran)</w:t>
            </w:r>
          </w:p>
        </w:tc>
      </w:tr>
      <w:tr w:rsidR="00A73AFC" w14:paraId="21C50F92" w14:textId="77777777">
        <w:trPr>
          <w:jc w:val="center"/>
        </w:trPr>
        <w:tc>
          <w:tcPr>
            <w:tcW w:w="2381" w:type="dxa"/>
            <w:vAlign w:val="center"/>
          </w:tcPr>
          <w:p w14:paraId="5E059D4B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8702841" w14:textId="77777777" w:rsidR="00A73AFC" w:rsidRDefault="006E2842">
            <w:r>
              <w:t>Pilihan Ganda Kompleks (PGK)</w:t>
            </w:r>
          </w:p>
        </w:tc>
      </w:tr>
      <w:tr w:rsidR="00A73AFC" w14:paraId="21030DE2" w14:textId="77777777">
        <w:trPr>
          <w:jc w:val="center"/>
        </w:trPr>
        <w:tc>
          <w:tcPr>
            <w:tcW w:w="2381" w:type="dxa"/>
            <w:vAlign w:val="center"/>
          </w:tcPr>
          <w:p w14:paraId="1FF3123B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4B0F3222" w14:textId="77777777" w:rsidR="00A73AFC" w:rsidRDefault="006E2842">
            <w:r>
              <w:t>26</w:t>
            </w:r>
          </w:p>
        </w:tc>
      </w:tr>
    </w:tbl>
    <w:p w14:paraId="0D384E2D" w14:textId="77777777" w:rsidR="00A73AFC" w:rsidRDefault="006E2842">
      <w:r>
        <w:rPr>
          <w:b/>
        </w:rPr>
        <w:t>Soal</w:t>
      </w:r>
    </w:p>
    <w:p w14:paraId="441BDB3B" w14:textId="77777777" w:rsidR="00A73AFC" w:rsidRDefault="006E2842">
      <w:r>
        <w:t>Di sekolah terjadi penyebaran informasi palsu yang menimbulkan konflik antarsiswa. Perhatikan tindakan berikut!</w:t>
      </w:r>
      <w:r>
        <w:br/>
        <w:t>1) Memeriksa kebenaran informasi.</w:t>
      </w:r>
      <w:r>
        <w:br/>
        <w:t xml:space="preserve">2) Berdialog dengan pihak </w:t>
      </w:r>
      <w:r>
        <w:t>terkait.</w:t>
      </w:r>
      <w:r>
        <w:br/>
        <w:t>3) Membangun kerja sama untuk menyelesaikan masalah.</w:t>
      </w:r>
      <w:r>
        <w:br/>
        <w:t>4) Menyebarkan informasi agar konflik meluas.</w:t>
      </w:r>
      <w:r>
        <w:br/>
        <w:t>5) Menyalahkan pihak lain tanpa verifikasi.</w:t>
      </w:r>
      <w:r>
        <w:br/>
      </w:r>
      <w:r>
        <w:br/>
        <w:t>Tindakan yang paling sesuai dengan nilai persatuan tokoh pergerakan adalah …</w:t>
      </w:r>
    </w:p>
    <w:p w14:paraId="7BB639D3" w14:textId="77777777" w:rsidR="00A73AFC" w:rsidRDefault="006E2842">
      <w:r>
        <w:t>A. 1 dan 2</w:t>
      </w:r>
    </w:p>
    <w:p w14:paraId="18D55A3A" w14:textId="77777777" w:rsidR="00A73AFC" w:rsidRDefault="006E2842">
      <w:r>
        <w:t>B. 1 dan 3</w:t>
      </w:r>
    </w:p>
    <w:p w14:paraId="4BF31F3D" w14:textId="77777777" w:rsidR="00A73AFC" w:rsidRDefault="006E2842">
      <w:r>
        <w:t>C. 2</w:t>
      </w:r>
      <w:r>
        <w:t xml:space="preserve"> dan 3</w:t>
      </w:r>
    </w:p>
    <w:p w14:paraId="49023B87" w14:textId="77777777" w:rsidR="00A73AFC" w:rsidRDefault="006E2842">
      <w:r>
        <w:t>D. 1, 2, dan 3</w:t>
      </w:r>
    </w:p>
    <w:p w14:paraId="75B2981C" w14:textId="77777777" w:rsidR="00A73AFC" w:rsidRDefault="006E2842">
      <w:r>
        <w:t>E. 1, 4, dan 5</w:t>
      </w:r>
    </w:p>
    <w:p w14:paraId="5F8263DB" w14:textId="77777777" w:rsidR="00A73AFC" w:rsidRDefault="006E2842">
      <w:r>
        <w:t>Petunjuk: Pilih satu jawaban yang paling tepat berdasarkan kombinasi pernyataan.</w:t>
      </w:r>
    </w:p>
    <w:p w14:paraId="283DA1CD" w14:textId="77777777" w:rsidR="00A73AFC" w:rsidRDefault="006E2842">
      <w:r>
        <w:rPr>
          <w:b/>
        </w:rPr>
        <w:t xml:space="preserve">Kunci Jawaban: </w:t>
      </w:r>
      <w:r>
        <w:t>D</w:t>
      </w:r>
    </w:p>
    <w:p w14:paraId="5F74F5C2" w14:textId="77777777" w:rsidR="00A73AFC" w:rsidRDefault="006E2842">
      <w:r>
        <w:rPr>
          <w:b/>
        </w:rPr>
        <w:t xml:space="preserve">Pembahasan: </w:t>
      </w:r>
      <w:r>
        <w:t>: Semangat persatuan dalam konteks modern dapat diwujudkan melalui verifikasi informasi, dialog, dan kerja sa</w:t>
      </w:r>
      <w:r>
        <w:t>ma untuk menyelesaikan masalah.</w:t>
      </w:r>
    </w:p>
    <w:p w14:paraId="25050DD6" w14:textId="77777777" w:rsidR="00A73AFC" w:rsidRDefault="006E2842">
      <w:r>
        <w:br w:type="page"/>
      </w:r>
    </w:p>
    <w:p w14:paraId="4DF095F8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28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7C22C2F8" w14:textId="77777777">
        <w:trPr>
          <w:jc w:val="center"/>
        </w:trPr>
        <w:tc>
          <w:tcPr>
            <w:tcW w:w="2381" w:type="dxa"/>
            <w:vAlign w:val="center"/>
          </w:tcPr>
          <w:p w14:paraId="21B63305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65D01E2E" w14:textId="77777777" w:rsidR="00A73AFC" w:rsidRDefault="006E2842">
            <w:r>
              <w:t>Peserta didik mampu menganalisis latar belakang krisis sosial, politik, dan ekonomi yang memicu lahirnya pemerintahan Orde Baru.</w:t>
            </w:r>
          </w:p>
        </w:tc>
      </w:tr>
      <w:tr w:rsidR="00A73AFC" w14:paraId="4AA6CCAD" w14:textId="77777777">
        <w:trPr>
          <w:jc w:val="center"/>
        </w:trPr>
        <w:tc>
          <w:tcPr>
            <w:tcW w:w="2381" w:type="dxa"/>
            <w:vAlign w:val="center"/>
          </w:tcPr>
          <w:p w14:paraId="5C9E9263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4A62C831" w14:textId="77777777" w:rsidR="00A73AFC" w:rsidRDefault="006E2842">
            <w:r>
              <w:t>Kondisi Sosio-Politik Transisi Orde Baru</w:t>
            </w:r>
          </w:p>
        </w:tc>
      </w:tr>
      <w:tr w:rsidR="00A73AFC" w14:paraId="7D1168B9" w14:textId="77777777">
        <w:trPr>
          <w:jc w:val="center"/>
        </w:trPr>
        <w:tc>
          <w:tcPr>
            <w:tcW w:w="2381" w:type="dxa"/>
            <w:vAlign w:val="center"/>
          </w:tcPr>
          <w:p w14:paraId="7C06F09F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3149F38E" w14:textId="77777777" w:rsidR="00A73AFC" w:rsidRDefault="006E2842">
            <w:r>
              <w:t>Fase F</w:t>
            </w:r>
          </w:p>
        </w:tc>
      </w:tr>
      <w:tr w:rsidR="00A73AFC" w14:paraId="1C276E49" w14:textId="77777777">
        <w:trPr>
          <w:jc w:val="center"/>
        </w:trPr>
        <w:tc>
          <w:tcPr>
            <w:tcW w:w="2381" w:type="dxa"/>
            <w:vAlign w:val="center"/>
          </w:tcPr>
          <w:p w14:paraId="1FEB6EC1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2604AB2C" w14:textId="77777777" w:rsidR="00A73AFC" w:rsidRDefault="006E2842">
            <w:r>
              <w:t>Menentukan kondisi yang mendorong lahirnya orde baru, berdasarkan kebijakan politik pada masa tersebut.</w:t>
            </w:r>
          </w:p>
        </w:tc>
      </w:tr>
      <w:tr w:rsidR="00A73AFC" w14:paraId="1D947A40" w14:textId="77777777">
        <w:trPr>
          <w:jc w:val="center"/>
        </w:trPr>
        <w:tc>
          <w:tcPr>
            <w:tcW w:w="2381" w:type="dxa"/>
            <w:vAlign w:val="center"/>
          </w:tcPr>
          <w:p w14:paraId="2FBE9BF2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3E7159F2" w14:textId="77777777" w:rsidR="00A73AFC" w:rsidRDefault="006E2842">
            <w:r>
              <w:t>L2 (Aplikasi)</w:t>
            </w:r>
          </w:p>
        </w:tc>
      </w:tr>
      <w:tr w:rsidR="00A73AFC" w14:paraId="4E9C95A5" w14:textId="77777777">
        <w:trPr>
          <w:jc w:val="center"/>
        </w:trPr>
        <w:tc>
          <w:tcPr>
            <w:tcW w:w="2381" w:type="dxa"/>
            <w:vAlign w:val="center"/>
          </w:tcPr>
          <w:p w14:paraId="64229ADA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1E9B807A" w14:textId="77777777" w:rsidR="00A73AFC" w:rsidRDefault="006E2842">
            <w:r>
              <w:t>Pilihan Ganda (PG)</w:t>
            </w:r>
          </w:p>
        </w:tc>
      </w:tr>
      <w:tr w:rsidR="00A73AFC" w14:paraId="2AEF1C8A" w14:textId="77777777">
        <w:trPr>
          <w:jc w:val="center"/>
        </w:trPr>
        <w:tc>
          <w:tcPr>
            <w:tcW w:w="2381" w:type="dxa"/>
            <w:vAlign w:val="center"/>
          </w:tcPr>
          <w:p w14:paraId="6825C629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0C301054" w14:textId="77777777" w:rsidR="00A73AFC" w:rsidRDefault="006E2842">
            <w:r>
              <w:t>28</w:t>
            </w:r>
          </w:p>
        </w:tc>
      </w:tr>
    </w:tbl>
    <w:p w14:paraId="3226B28D" w14:textId="77777777" w:rsidR="00A73AFC" w:rsidRDefault="006E2842">
      <w:r>
        <w:rPr>
          <w:b/>
        </w:rPr>
        <w:t>Soal</w:t>
      </w:r>
    </w:p>
    <w:p w14:paraId="119C8B97" w14:textId="77777777" w:rsidR="00A73AFC" w:rsidRDefault="006E2842">
      <w:r>
        <w:t xml:space="preserve">Ketidakstabilan politik </w:t>
      </w:r>
      <w:r>
        <w:t>disertai masalah ekonomi pada masa transisi mendorong munculnya tuntutan perubahan. Dampaknya adalah …</w:t>
      </w:r>
    </w:p>
    <w:p w14:paraId="3DA3D475" w14:textId="77777777" w:rsidR="00A73AFC" w:rsidRDefault="006E2842">
      <w:r>
        <w:t>A. Meningkatnya tuntutan terhadap stabilitas dan perbaikan ekonomi-politik</w:t>
      </w:r>
    </w:p>
    <w:p w14:paraId="511A539C" w14:textId="77777777" w:rsidR="00A73AFC" w:rsidRDefault="006E2842">
      <w:r>
        <w:t>B. Berkurangnya tuntutan masyarakat</w:t>
      </w:r>
    </w:p>
    <w:p w14:paraId="7A066FF8" w14:textId="77777777" w:rsidR="00A73AFC" w:rsidRDefault="006E2842">
      <w:r>
        <w:t>C. Hilangnya seluruh masalah ekonomi</w:t>
      </w:r>
    </w:p>
    <w:p w14:paraId="6402774D" w14:textId="77777777" w:rsidR="00A73AFC" w:rsidRDefault="006E2842">
      <w:r>
        <w:t>D. Me</w:t>
      </w:r>
      <w:r>
        <w:t>ningkatnya ketidakstabilan</w:t>
      </w:r>
    </w:p>
    <w:p w14:paraId="4DA7A8B4" w14:textId="77777777" w:rsidR="00A73AFC" w:rsidRDefault="006E2842">
      <w:r>
        <w:t>E. Berhentinya seluruh aktivitas politik</w:t>
      </w:r>
    </w:p>
    <w:p w14:paraId="33FFD22A" w14:textId="77777777" w:rsidR="00A73AFC" w:rsidRDefault="006E2842">
      <w:r>
        <w:t>Petunjuk: Pilih satu jawaban yang paling tepat.</w:t>
      </w:r>
    </w:p>
    <w:p w14:paraId="782E67C0" w14:textId="77777777" w:rsidR="00A73AFC" w:rsidRDefault="006E2842">
      <w:r>
        <w:rPr>
          <w:b/>
        </w:rPr>
        <w:t xml:space="preserve">Kunci Jawaban: </w:t>
      </w:r>
      <w:r>
        <w:t>A</w:t>
      </w:r>
    </w:p>
    <w:p w14:paraId="274F306E" w14:textId="77777777" w:rsidR="00A73AFC" w:rsidRDefault="006E2842">
      <w:r>
        <w:rPr>
          <w:b/>
        </w:rPr>
        <w:t xml:space="preserve">Pembahasan: </w:t>
      </w:r>
      <w:r>
        <w:t xml:space="preserve">Krisis sosial-politik dan ekonomi mendorong tuntutan terhadap stabilitas serta perbaikan kehidupan politik dan </w:t>
      </w:r>
      <w:r>
        <w:t>ekonomi.</w:t>
      </w:r>
    </w:p>
    <w:p w14:paraId="2401B338" w14:textId="77777777" w:rsidR="00A73AFC" w:rsidRDefault="006E2842">
      <w:r>
        <w:br w:type="page"/>
      </w:r>
    </w:p>
    <w:p w14:paraId="70453B37" w14:textId="77777777" w:rsidR="00A73AFC" w:rsidRDefault="006E2842">
      <w:pPr>
        <w:jc w:val="center"/>
      </w:pPr>
      <w:r>
        <w:rPr>
          <w:b/>
          <w:sz w:val="26"/>
        </w:rPr>
        <w:lastRenderedPageBreak/>
        <w:t>KARTU SOAL NOMOR 30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087"/>
      </w:tblGrid>
      <w:tr w:rsidR="00A73AFC" w14:paraId="28AE826C" w14:textId="77777777">
        <w:trPr>
          <w:jc w:val="center"/>
        </w:trPr>
        <w:tc>
          <w:tcPr>
            <w:tcW w:w="2381" w:type="dxa"/>
            <w:vAlign w:val="center"/>
          </w:tcPr>
          <w:p w14:paraId="2AFD9EF3" w14:textId="77777777" w:rsidR="00A73AFC" w:rsidRDefault="006E2842">
            <w:r>
              <w:rPr>
                <w:b/>
              </w:rPr>
              <w:t>Tujuan Pembelajaran</w:t>
            </w:r>
          </w:p>
        </w:tc>
        <w:tc>
          <w:tcPr>
            <w:tcW w:w="7087" w:type="dxa"/>
            <w:vAlign w:val="center"/>
          </w:tcPr>
          <w:p w14:paraId="5EC78E64" w14:textId="77777777" w:rsidR="00A73AFC" w:rsidRDefault="006E2842">
            <w:r>
              <w:t>Peserta didik mampu menelaah dan mengevaluasi kebijakan awal pemerintahan Orde Baru di bidang politik dan ekonomi.</w:t>
            </w:r>
          </w:p>
        </w:tc>
      </w:tr>
      <w:tr w:rsidR="00A73AFC" w14:paraId="6510FCA9" w14:textId="77777777">
        <w:trPr>
          <w:jc w:val="center"/>
        </w:trPr>
        <w:tc>
          <w:tcPr>
            <w:tcW w:w="2381" w:type="dxa"/>
            <w:vAlign w:val="center"/>
          </w:tcPr>
          <w:p w14:paraId="49CE38E2" w14:textId="77777777" w:rsidR="00A73AFC" w:rsidRDefault="006E2842">
            <w:r>
              <w:rPr>
                <w:b/>
              </w:rPr>
              <w:t>Materi</w:t>
            </w:r>
          </w:p>
        </w:tc>
        <w:tc>
          <w:tcPr>
            <w:tcW w:w="7087" w:type="dxa"/>
            <w:vAlign w:val="center"/>
          </w:tcPr>
          <w:p w14:paraId="0769132B" w14:textId="77777777" w:rsidR="00A73AFC" w:rsidRDefault="006E2842">
            <w:r>
              <w:t>Kebijakan Politik &amp; Ekonomi Orde Baru</w:t>
            </w:r>
          </w:p>
        </w:tc>
      </w:tr>
      <w:tr w:rsidR="00A73AFC" w14:paraId="1E287652" w14:textId="77777777">
        <w:trPr>
          <w:jc w:val="center"/>
        </w:trPr>
        <w:tc>
          <w:tcPr>
            <w:tcW w:w="2381" w:type="dxa"/>
            <w:vAlign w:val="center"/>
          </w:tcPr>
          <w:p w14:paraId="57B9C765" w14:textId="77777777" w:rsidR="00A73AFC" w:rsidRDefault="006E2842">
            <w:r>
              <w:rPr>
                <w:b/>
              </w:rPr>
              <w:t>Fase/Kelas</w:t>
            </w:r>
          </w:p>
        </w:tc>
        <w:tc>
          <w:tcPr>
            <w:tcW w:w="7087" w:type="dxa"/>
            <w:vAlign w:val="center"/>
          </w:tcPr>
          <w:p w14:paraId="0D234C08" w14:textId="77777777" w:rsidR="00A73AFC" w:rsidRDefault="006E2842">
            <w:r>
              <w:t>Fase F</w:t>
            </w:r>
          </w:p>
        </w:tc>
      </w:tr>
      <w:tr w:rsidR="00A73AFC" w14:paraId="0E9BE6DF" w14:textId="77777777">
        <w:trPr>
          <w:jc w:val="center"/>
        </w:trPr>
        <w:tc>
          <w:tcPr>
            <w:tcW w:w="2381" w:type="dxa"/>
            <w:vAlign w:val="center"/>
          </w:tcPr>
          <w:p w14:paraId="114FF019" w14:textId="77777777" w:rsidR="00A73AFC" w:rsidRDefault="006E2842">
            <w:r>
              <w:rPr>
                <w:b/>
              </w:rPr>
              <w:t>Indikator Soal</w:t>
            </w:r>
          </w:p>
        </w:tc>
        <w:tc>
          <w:tcPr>
            <w:tcW w:w="7087" w:type="dxa"/>
            <w:vAlign w:val="center"/>
          </w:tcPr>
          <w:p w14:paraId="42BAAD6C" w14:textId="77777777" w:rsidR="00A73AFC" w:rsidRDefault="006E2842">
            <w:r>
              <w:t>Menganalisis kebijakan politik/ekonomi yang mendorong lahirnya pemerintahan orde baru.</w:t>
            </w:r>
          </w:p>
        </w:tc>
      </w:tr>
      <w:tr w:rsidR="00A73AFC" w14:paraId="74948AF2" w14:textId="77777777">
        <w:trPr>
          <w:jc w:val="center"/>
        </w:trPr>
        <w:tc>
          <w:tcPr>
            <w:tcW w:w="2381" w:type="dxa"/>
            <w:vAlign w:val="center"/>
          </w:tcPr>
          <w:p w14:paraId="0DF4BC4D" w14:textId="77777777" w:rsidR="00A73AFC" w:rsidRDefault="006E2842">
            <w:r>
              <w:rPr>
                <w:b/>
              </w:rPr>
              <w:t>Level Kognitif</w:t>
            </w:r>
          </w:p>
        </w:tc>
        <w:tc>
          <w:tcPr>
            <w:tcW w:w="7087" w:type="dxa"/>
            <w:vAlign w:val="center"/>
          </w:tcPr>
          <w:p w14:paraId="00E88DCC" w14:textId="77777777" w:rsidR="00A73AFC" w:rsidRDefault="006E2842">
            <w:r>
              <w:t>L3 (Penalaran)</w:t>
            </w:r>
          </w:p>
        </w:tc>
      </w:tr>
      <w:tr w:rsidR="00A73AFC" w14:paraId="1F8821F2" w14:textId="77777777">
        <w:trPr>
          <w:jc w:val="center"/>
        </w:trPr>
        <w:tc>
          <w:tcPr>
            <w:tcW w:w="2381" w:type="dxa"/>
            <w:vAlign w:val="center"/>
          </w:tcPr>
          <w:p w14:paraId="01A35CD5" w14:textId="77777777" w:rsidR="00A73AFC" w:rsidRDefault="006E2842">
            <w:r>
              <w:rPr>
                <w:b/>
              </w:rPr>
              <w:t>Bentuk Soal</w:t>
            </w:r>
          </w:p>
        </w:tc>
        <w:tc>
          <w:tcPr>
            <w:tcW w:w="7087" w:type="dxa"/>
            <w:vAlign w:val="center"/>
          </w:tcPr>
          <w:p w14:paraId="732CFA38" w14:textId="77777777" w:rsidR="00A73AFC" w:rsidRDefault="006E2842">
            <w:r>
              <w:t>Pilihan Ganda Kompleks (PGK)</w:t>
            </w:r>
          </w:p>
        </w:tc>
      </w:tr>
      <w:tr w:rsidR="00A73AFC" w14:paraId="2F3937BD" w14:textId="77777777">
        <w:trPr>
          <w:jc w:val="center"/>
        </w:trPr>
        <w:tc>
          <w:tcPr>
            <w:tcW w:w="2381" w:type="dxa"/>
            <w:vAlign w:val="center"/>
          </w:tcPr>
          <w:p w14:paraId="448AF9A3" w14:textId="77777777" w:rsidR="00A73AFC" w:rsidRDefault="006E2842">
            <w:r>
              <w:rPr>
                <w:b/>
              </w:rPr>
              <w:t>Nomor Soal</w:t>
            </w:r>
          </w:p>
        </w:tc>
        <w:tc>
          <w:tcPr>
            <w:tcW w:w="7087" w:type="dxa"/>
            <w:vAlign w:val="center"/>
          </w:tcPr>
          <w:p w14:paraId="2297A8F3" w14:textId="77777777" w:rsidR="00A73AFC" w:rsidRDefault="006E2842">
            <w:r>
              <w:t>30</w:t>
            </w:r>
          </w:p>
        </w:tc>
      </w:tr>
    </w:tbl>
    <w:p w14:paraId="411C0FBF" w14:textId="77777777" w:rsidR="00A73AFC" w:rsidRDefault="006E2842">
      <w:r>
        <w:rPr>
          <w:b/>
        </w:rPr>
        <w:t>Soal</w:t>
      </w:r>
    </w:p>
    <w:p w14:paraId="6C94F42A" w14:textId="77777777" w:rsidR="00A73AFC" w:rsidRDefault="006E2842">
      <w:r>
        <w:t>Perhatikan kebijakan awal Orde Baru berikut!</w:t>
      </w:r>
      <w:r>
        <w:br/>
        <w:t>1) Menekankan stabilitas polit</w:t>
      </w:r>
      <w:r>
        <w:t>ik.</w:t>
      </w:r>
      <w:r>
        <w:br/>
        <w:t>2) Mengupayakan pemulihan ekonomi.</w:t>
      </w:r>
      <w:r>
        <w:br/>
        <w:t>3) Menjadikan stabilitas sebagai landasan pembangunan.</w:t>
      </w:r>
      <w:r>
        <w:br/>
        <w:t>4) Mengutamakan ketidakstabilan politik.</w:t>
      </w:r>
      <w:r>
        <w:br/>
      </w:r>
      <w:r>
        <w:br/>
        <w:t>Kesimpulan yang tepat mengenai arah kebijakan awal tersebut adalah …</w:t>
      </w:r>
    </w:p>
    <w:p w14:paraId="2967F109" w14:textId="77777777" w:rsidR="00A73AFC" w:rsidRDefault="006E2842">
      <w:r>
        <w:t>A. 1 dan 2</w:t>
      </w:r>
    </w:p>
    <w:p w14:paraId="1396B0D4" w14:textId="77777777" w:rsidR="00A73AFC" w:rsidRDefault="006E2842">
      <w:r>
        <w:t>B. 1 dan 3</w:t>
      </w:r>
    </w:p>
    <w:p w14:paraId="170A5E3B" w14:textId="77777777" w:rsidR="00A73AFC" w:rsidRDefault="006E2842">
      <w:r>
        <w:t>C. 2 dan 3</w:t>
      </w:r>
    </w:p>
    <w:p w14:paraId="03CDAD2B" w14:textId="77777777" w:rsidR="00A73AFC" w:rsidRDefault="006E2842">
      <w:r>
        <w:t>D. 1, 2, dan 3</w:t>
      </w:r>
    </w:p>
    <w:p w14:paraId="0478F2C9" w14:textId="77777777" w:rsidR="00A73AFC" w:rsidRDefault="006E2842">
      <w:r>
        <w:t xml:space="preserve">E. </w:t>
      </w:r>
      <w:r>
        <w:t>2, 3, dan 4</w:t>
      </w:r>
    </w:p>
    <w:p w14:paraId="2F06CA49" w14:textId="77777777" w:rsidR="00A73AFC" w:rsidRDefault="006E2842">
      <w:r>
        <w:t>Petunjuk: Pilih satu jawaban yang paling tepat berdasarkan kombinasi pernyataan.</w:t>
      </w:r>
    </w:p>
    <w:p w14:paraId="328B0E04" w14:textId="77777777" w:rsidR="00A73AFC" w:rsidRDefault="006E2842">
      <w:r>
        <w:rPr>
          <w:b/>
        </w:rPr>
        <w:t xml:space="preserve">Kunci Jawaban: </w:t>
      </w:r>
      <w:r>
        <w:t>D</w:t>
      </w:r>
    </w:p>
    <w:p w14:paraId="1BA56B79" w14:textId="77777777" w:rsidR="00A73AFC" w:rsidRDefault="006E2842">
      <w:r>
        <w:rPr>
          <w:b/>
        </w:rPr>
        <w:t xml:space="preserve">Pembahasan: </w:t>
      </w:r>
      <w:r>
        <w:t>: Stabilisasi politik dan pemulihan ekonomi menjadi tujuan penting pada awal Orde Baru sebagai landasan pembangunan.</w:t>
      </w:r>
    </w:p>
    <w:sectPr w:rsidR="00A73AF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976393">
    <w:abstractNumId w:val="8"/>
  </w:num>
  <w:num w:numId="2" w16cid:durableId="2072462114">
    <w:abstractNumId w:val="6"/>
  </w:num>
  <w:num w:numId="3" w16cid:durableId="1945963060">
    <w:abstractNumId w:val="5"/>
  </w:num>
  <w:num w:numId="4" w16cid:durableId="56901004">
    <w:abstractNumId w:val="4"/>
  </w:num>
  <w:num w:numId="5" w16cid:durableId="1867061133">
    <w:abstractNumId w:val="7"/>
  </w:num>
  <w:num w:numId="6" w16cid:durableId="2062096042">
    <w:abstractNumId w:val="3"/>
  </w:num>
  <w:num w:numId="7" w16cid:durableId="979307171">
    <w:abstractNumId w:val="2"/>
  </w:num>
  <w:num w:numId="8" w16cid:durableId="958532674">
    <w:abstractNumId w:val="1"/>
  </w:num>
  <w:num w:numId="9" w16cid:durableId="194210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2842"/>
    <w:rsid w:val="00A73AF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61747"/>
  <w14:defaultImageDpi w14:val="300"/>
  <w15:docId w15:val="{CD92CFF0-86CB-4598-9061-6355508E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3684</Words>
  <Characters>20999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2026-08-08T08:14:00Z</dcterms:modified>
  <cp:category/>
</cp:coreProperties>
</file>